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F40E5C" w14:textId="77777777" w:rsidR="00D77020" w:rsidRPr="00D77020" w:rsidRDefault="00D77020" w:rsidP="00D77020">
      <w:pPr>
        <w:spacing w:after="160" w:line="259" w:lineRule="auto"/>
        <w:jc w:val="right"/>
        <w:rPr>
          <w:rFonts w:eastAsia="Times New Roman" w:cs="Times New Roman"/>
          <w:b/>
          <w:bCs/>
          <w:color w:val="000000"/>
          <w:sz w:val="24"/>
          <w:szCs w:val="24"/>
          <w:lang w:val="bg-BG" w:eastAsia="bg-BG"/>
        </w:rPr>
      </w:pPr>
      <w:bookmarkStart w:id="0" w:name="_GoBack"/>
      <w:bookmarkEnd w:id="0"/>
      <w:r w:rsidRPr="00D77020">
        <w:rPr>
          <w:rFonts w:eastAsia="Times New Roman" w:cs="Times New Roman"/>
          <w:b/>
          <w:bCs/>
          <w:color w:val="000000"/>
          <w:sz w:val="24"/>
          <w:szCs w:val="24"/>
          <w:lang w:val="bg-BG" w:eastAsia="bg-BG"/>
        </w:rPr>
        <w:t>Приложение 1</w:t>
      </w:r>
    </w:p>
    <w:p w14:paraId="63D7A388" w14:textId="77777777" w:rsidR="00D77020" w:rsidRPr="00D77020" w:rsidRDefault="00D77020" w:rsidP="00D77020">
      <w:pPr>
        <w:spacing w:after="160" w:line="259" w:lineRule="auto"/>
        <w:jc w:val="right"/>
        <w:rPr>
          <w:rFonts w:eastAsia="Times New Roman" w:cs="Times New Roman"/>
          <w:b/>
          <w:bCs/>
          <w:color w:val="000000"/>
          <w:sz w:val="24"/>
          <w:szCs w:val="24"/>
          <w:lang w:val="bg-BG" w:eastAsia="bg-BG"/>
        </w:rPr>
      </w:pPr>
      <w:r w:rsidRPr="00D77020">
        <w:rPr>
          <w:rFonts w:eastAsia="Times New Roman" w:cs="Times New Roman"/>
          <w:b/>
          <w:bCs/>
          <w:color w:val="000000"/>
          <w:sz w:val="24"/>
          <w:szCs w:val="24"/>
          <w:lang w:val="bg-BG" w:eastAsia="bg-BG"/>
        </w:rPr>
        <w:t>към Заповед №…………………………………</w:t>
      </w:r>
    </w:p>
    <w:p w14:paraId="62A97684" w14:textId="77777777" w:rsidR="00D77020" w:rsidRPr="00D77020" w:rsidRDefault="00D77020" w:rsidP="00D77020">
      <w:pPr>
        <w:spacing w:after="160" w:line="259" w:lineRule="auto"/>
        <w:rPr>
          <w:rFonts w:eastAsia="Times New Roman" w:cs="Times New Roman"/>
          <w:b/>
          <w:bCs/>
          <w:color w:val="000000"/>
          <w:sz w:val="24"/>
          <w:szCs w:val="24"/>
          <w:lang w:val="bg-BG" w:eastAsia="bg-BG"/>
        </w:rPr>
      </w:pPr>
      <w:r w:rsidRPr="00D77020">
        <w:rPr>
          <w:rFonts w:eastAsia="Times New Roman" w:cs="Times New Roman"/>
          <w:b/>
          <w:bCs/>
          <w:color w:val="000000"/>
          <w:sz w:val="24"/>
          <w:szCs w:val="24"/>
          <w:lang w:val="bg-BG" w:eastAsia="bg-BG"/>
        </w:rPr>
        <w:t>Югоза</w:t>
      </w:r>
      <w:r w:rsidR="000F3F02">
        <w:rPr>
          <w:rFonts w:eastAsia="Times New Roman" w:cs="Times New Roman"/>
          <w:b/>
          <w:bCs/>
          <w:color w:val="000000"/>
          <w:sz w:val="24"/>
          <w:szCs w:val="24"/>
          <w:lang w:val="bg-BG" w:eastAsia="bg-BG"/>
        </w:rPr>
        <w:t xml:space="preserve">падно държавно предприятие – </w:t>
      </w:r>
      <w:proofErr w:type="spellStart"/>
      <w:r w:rsidR="000F3F02">
        <w:rPr>
          <w:rFonts w:eastAsia="Times New Roman" w:cs="Times New Roman"/>
          <w:b/>
          <w:bCs/>
          <w:color w:val="000000"/>
          <w:sz w:val="24"/>
          <w:szCs w:val="24"/>
          <w:lang w:val="bg-BG" w:eastAsia="bg-BG"/>
        </w:rPr>
        <w:t>гр</w:t>
      </w:r>
      <w:proofErr w:type="spellEnd"/>
      <w:r w:rsidR="000F3F02">
        <w:rPr>
          <w:rFonts w:eastAsia="Times New Roman" w:cs="Times New Roman"/>
          <w:b/>
          <w:bCs/>
          <w:color w:val="000000"/>
          <w:sz w:val="24"/>
          <w:szCs w:val="24"/>
          <w:lang w:eastAsia="bg-BG"/>
        </w:rPr>
        <w:t>.</w:t>
      </w:r>
      <w:r w:rsidRPr="00D77020">
        <w:rPr>
          <w:rFonts w:eastAsia="Times New Roman" w:cs="Times New Roman"/>
          <w:b/>
          <w:bCs/>
          <w:color w:val="000000"/>
          <w:sz w:val="24"/>
          <w:szCs w:val="24"/>
          <w:lang w:val="bg-BG" w:eastAsia="bg-BG"/>
        </w:rPr>
        <w:t xml:space="preserve"> Благоевград</w:t>
      </w:r>
    </w:p>
    <w:p w14:paraId="1A348531" w14:textId="77777777" w:rsidR="00D77020" w:rsidRPr="00D77020" w:rsidRDefault="00D77020" w:rsidP="00D77020">
      <w:pPr>
        <w:spacing w:after="160" w:line="259" w:lineRule="auto"/>
        <w:rPr>
          <w:rFonts w:eastAsia="Times New Roman" w:cs="Times New Roman"/>
          <w:b/>
          <w:bCs/>
          <w:color w:val="000000"/>
          <w:sz w:val="24"/>
          <w:szCs w:val="24"/>
          <w:lang w:val="bg-BG" w:eastAsia="bg-BG"/>
        </w:rPr>
      </w:pPr>
      <w:r w:rsidRPr="00D77020">
        <w:rPr>
          <w:rFonts w:eastAsia="Times New Roman" w:cs="Times New Roman"/>
          <w:b/>
          <w:bCs/>
          <w:color w:val="000000"/>
          <w:sz w:val="24"/>
          <w:szCs w:val="24"/>
          <w:lang w:val="bg-BG" w:eastAsia="bg-BG"/>
        </w:rPr>
        <w:t xml:space="preserve">Списък на гори във фаза на старост в защитени зони от Натура 2000 </w:t>
      </w:r>
    </w:p>
    <w:p w14:paraId="6BE6571B" w14:textId="77777777" w:rsidR="00FA06EF" w:rsidRDefault="00D77020" w:rsidP="00D77020">
      <w:pPr>
        <w:spacing w:after="160" w:line="259" w:lineRule="auto"/>
        <w:rPr>
          <w:rFonts w:eastAsia="Times New Roman" w:cs="Times New Roman"/>
          <w:b/>
          <w:bCs/>
          <w:color w:val="000000"/>
          <w:sz w:val="24"/>
          <w:szCs w:val="24"/>
          <w:lang w:val="bg-BG" w:eastAsia="bg-BG"/>
        </w:rPr>
      </w:pPr>
      <w:r w:rsidRPr="00D77020">
        <w:rPr>
          <w:rFonts w:eastAsia="Times New Roman" w:cs="Times New Roman"/>
          <w:b/>
          <w:bCs/>
          <w:color w:val="000000"/>
          <w:sz w:val="24"/>
          <w:szCs w:val="24"/>
          <w:lang w:val="bg-BG" w:eastAsia="bg-BG"/>
        </w:rPr>
        <w:t xml:space="preserve">Вид на собствеността: държавна публична, държавна частна </w:t>
      </w:r>
    </w:p>
    <w:p w14:paraId="7EA88A63" w14:textId="1EAA653D" w:rsidR="00D77020" w:rsidRPr="00D77020" w:rsidRDefault="00D77020" w:rsidP="00D77020">
      <w:pPr>
        <w:spacing w:after="160" w:line="259" w:lineRule="auto"/>
        <w:rPr>
          <w:rFonts w:eastAsia="Times New Roman" w:cs="Times New Roman"/>
          <w:b/>
          <w:bCs/>
          <w:color w:val="000000"/>
          <w:sz w:val="24"/>
          <w:szCs w:val="24"/>
          <w:lang w:val="bg-BG" w:eastAsia="bg-BG"/>
        </w:rPr>
      </w:pPr>
      <w:r w:rsidRPr="00D77020">
        <w:rPr>
          <w:rFonts w:eastAsia="Times New Roman" w:cs="Times New Roman"/>
          <w:b/>
          <w:bCs/>
          <w:color w:val="000000"/>
          <w:sz w:val="24"/>
          <w:szCs w:val="24"/>
          <w:lang w:val="bg-BG" w:eastAsia="bg-BG"/>
        </w:rPr>
        <w:t xml:space="preserve">Обща площ: </w:t>
      </w:r>
      <w:r w:rsidRPr="00D77020">
        <w:rPr>
          <w:rFonts w:eastAsia="Times New Roman" w:cs="Calibri"/>
          <w:b/>
          <w:bCs/>
          <w:color w:val="000000"/>
          <w:lang w:val="bg-BG" w:eastAsia="bg-BG"/>
        </w:rPr>
        <w:t>2255</w:t>
      </w:r>
      <w:r w:rsidR="006D0FA3">
        <w:rPr>
          <w:rFonts w:eastAsia="Times New Roman" w:cs="Calibri"/>
          <w:b/>
          <w:bCs/>
          <w:color w:val="000000"/>
          <w:lang w:val="bg-BG" w:eastAsia="bg-BG"/>
        </w:rPr>
        <w:t>9</w:t>
      </w:r>
      <w:r w:rsidRPr="00D77020">
        <w:rPr>
          <w:rFonts w:eastAsia="Times New Roman" w:cs="Calibri"/>
          <w:b/>
          <w:bCs/>
          <w:color w:val="000000"/>
          <w:lang w:val="bg-BG" w:eastAsia="bg-BG"/>
        </w:rPr>
        <w:t>,</w:t>
      </w:r>
      <w:r w:rsidR="006D0FA3">
        <w:rPr>
          <w:rFonts w:eastAsia="Times New Roman" w:cs="Calibri"/>
          <w:b/>
          <w:bCs/>
          <w:color w:val="000000"/>
          <w:lang w:val="bg-BG" w:eastAsia="bg-BG"/>
        </w:rPr>
        <w:t>6</w:t>
      </w:r>
      <w:r w:rsidRPr="00D77020">
        <w:rPr>
          <w:rFonts w:eastAsia="Times New Roman" w:cs="Times New Roman"/>
          <w:b/>
          <w:bCs/>
          <w:color w:val="000000"/>
          <w:sz w:val="24"/>
          <w:szCs w:val="24"/>
          <w:lang w:val="bg-BG" w:eastAsia="bg-BG"/>
        </w:rPr>
        <w:t xml:space="preserve"> ха</w:t>
      </w:r>
    </w:p>
    <w:p w14:paraId="22D1E13E" w14:textId="77777777" w:rsidR="00812F18" w:rsidRPr="00D77020" w:rsidRDefault="00812F18" w:rsidP="00812F18">
      <w:pPr>
        <w:rPr>
          <w:lang w:val="bg-BG"/>
        </w:rPr>
      </w:pPr>
    </w:p>
    <w:sdt>
      <w:sdtPr>
        <w:id w:val="1989748039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8BAC2F0" w14:textId="77777777" w:rsidR="00D77020" w:rsidRPr="00D77020" w:rsidRDefault="00D77020" w:rsidP="00D77020">
          <w:pPr>
            <w:rPr>
              <w:lang w:val="bg-BG"/>
            </w:rPr>
          </w:pPr>
          <w:r>
            <w:rPr>
              <w:lang w:val="bg-BG"/>
            </w:rPr>
            <w:t>Териториално поделение:</w:t>
          </w:r>
        </w:p>
        <w:p w14:paraId="5FD572F6" w14:textId="77777777" w:rsidR="00E0731C" w:rsidRDefault="00D77020">
          <w:pPr>
            <w:pStyle w:val="TOC1"/>
            <w:tabs>
              <w:tab w:val="right" w:leader="dot" w:pos="8630"/>
            </w:tabs>
            <w:rPr>
              <w:rFonts w:asciiTheme="minorHAnsi" w:hAnsiTheme="minorHAnsi"/>
              <w:noProof/>
              <w:lang w:val="bg-BG" w:eastAsia="bg-BG"/>
            </w:rPr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hyperlink w:anchor="_Toc222837668" w:history="1">
            <w:r w:rsidR="00E0731C" w:rsidRPr="005B2A6F">
              <w:rPr>
                <w:rStyle w:val="Hyperlink"/>
                <w:noProof/>
                <w:lang w:val="bg-BG"/>
              </w:rPr>
              <w:t>ДГС Белица - Обща площ: 201,3 хa</w:t>
            </w:r>
            <w:r w:rsidR="00E0731C">
              <w:rPr>
                <w:noProof/>
                <w:webHidden/>
              </w:rPr>
              <w:tab/>
            </w:r>
            <w:r w:rsidR="00E0731C">
              <w:rPr>
                <w:noProof/>
                <w:webHidden/>
              </w:rPr>
              <w:fldChar w:fldCharType="begin"/>
            </w:r>
            <w:r w:rsidR="00E0731C">
              <w:rPr>
                <w:noProof/>
                <w:webHidden/>
              </w:rPr>
              <w:instrText xml:space="preserve"> PAGEREF _Toc222837668 \h </w:instrText>
            </w:r>
            <w:r w:rsidR="00E0731C">
              <w:rPr>
                <w:noProof/>
                <w:webHidden/>
              </w:rPr>
            </w:r>
            <w:r w:rsidR="00E0731C">
              <w:rPr>
                <w:noProof/>
                <w:webHidden/>
              </w:rPr>
              <w:fldChar w:fldCharType="separate"/>
            </w:r>
            <w:r w:rsidR="00E0731C">
              <w:rPr>
                <w:noProof/>
                <w:webHidden/>
              </w:rPr>
              <w:t>3</w:t>
            </w:r>
            <w:r w:rsidR="00E0731C">
              <w:rPr>
                <w:noProof/>
                <w:webHidden/>
              </w:rPr>
              <w:fldChar w:fldCharType="end"/>
            </w:r>
          </w:hyperlink>
        </w:p>
        <w:p w14:paraId="1AA83849" w14:textId="77777777" w:rsidR="00E0731C" w:rsidRDefault="00D948A3">
          <w:pPr>
            <w:pStyle w:val="TOC1"/>
            <w:tabs>
              <w:tab w:val="right" w:leader="dot" w:pos="8630"/>
            </w:tabs>
            <w:rPr>
              <w:rFonts w:asciiTheme="minorHAnsi" w:hAnsiTheme="minorHAnsi"/>
              <w:noProof/>
              <w:lang w:val="bg-BG" w:eastAsia="bg-BG"/>
            </w:rPr>
          </w:pPr>
          <w:hyperlink w:anchor="_Toc222837669" w:history="1">
            <w:r w:rsidR="00E0731C" w:rsidRPr="005B2A6F">
              <w:rPr>
                <w:rStyle w:val="Hyperlink"/>
                <w:noProof/>
                <w:lang w:val="bg-BG"/>
              </w:rPr>
              <w:t>ДГС Белово - Обща площ: 609,0 хa</w:t>
            </w:r>
            <w:r w:rsidR="00E0731C">
              <w:rPr>
                <w:noProof/>
                <w:webHidden/>
              </w:rPr>
              <w:tab/>
            </w:r>
            <w:r w:rsidR="00E0731C">
              <w:rPr>
                <w:noProof/>
                <w:webHidden/>
              </w:rPr>
              <w:fldChar w:fldCharType="begin"/>
            </w:r>
            <w:r w:rsidR="00E0731C">
              <w:rPr>
                <w:noProof/>
                <w:webHidden/>
              </w:rPr>
              <w:instrText xml:space="preserve"> PAGEREF _Toc222837669 \h </w:instrText>
            </w:r>
            <w:r w:rsidR="00E0731C">
              <w:rPr>
                <w:noProof/>
                <w:webHidden/>
              </w:rPr>
            </w:r>
            <w:r w:rsidR="00E0731C">
              <w:rPr>
                <w:noProof/>
                <w:webHidden/>
              </w:rPr>
              <w:fldChar w:fldCharType="separate"/>
            </w:r>
            <w:r w:rsidR="00E0731C">
              <w:rPr>
                <w:noProof/>
                <w:webHidden/>
              </w:rPr>
              <w:t>4</w:t>
            </w:r>
            <w:r w:rsidR="00E0731C">
              <w:rPr>
                <w:noProof/>
                <w:webHidden/>
              </w:rPr>
              <w:fldChar w:fldCharType="end"/>
            </w:r>
          </w:hyperlink>
        </w:p>
        <w:p w14:paraId="42841818" w14:textId="77777777" w:rsidR="00E0731C" w:rsidRDefault="00D948A3">
          <w:pPr>
            <w:pStyle w:val="TOC1"/>
            <w:tabs>
              <w:tab w:val="right" w:leader="dot" w:pos="8630"/>
            </w:tabs>
            <w:rPr>
              <w:rFonts w:asciiTheme="minorHAnsi" w:hAnsiTheme="minorHAnsi"/>
              <w:noProof/>
              <w:lang w:val="bg-BG" w:eastAsia="bg-BG"/>
            </w:rPr>
          </w:pPr>
          <w:hyperlink w:anchor="_Toc222837670" w:history="1">
            <w:r w:rsidR="00E0731C" w:rsidRPr="005B2A6F">
              <w:rPr>
                <w:rStyle w:val="Hyperlink"/>
                <w:noProof/>
                <w:lang w:val="bg-BG"/>
              </w:rPr>
              <w:t>ДГС Благоевград - Обща площ: 295,2 хa</w:t>
            </w:r>
            <w:r w:rsidR="00E0731C">
              <w:rPr>
                <w:noProof/>
                <w:webHidden/>
              </w:rPr>
              <w:tab/>
            </w:r>
            <w:r w:rsidR="00E0731C">
              <w:rPr>
                <w:noProof/>
                <w:webHidden/>
              </w:rPr>
              <w:fldChar w:fldCharType="begin"/>
            </w:r>
            <w:r w:rsidR="00E0731C">
              <w:rPr>
                <w:noProof/>
                <w:webHidden/>
              </w:rPr>
              <w:instrText xml:space="preserve"> PAGEREF _Toc222837670 \h </w:instrText>
            </w:r>
            <w:r w:rsidR="00E0731C">
              <w:rPr>
                <w:noProof/>
                <w:webHidden/>
              </w:rPr>
            </w:r>
            <w:r w:rsidR="00E0731C">
              <w:rPr>
                <w:noProof/>
                <w:webHidden/>
              </w:rPr>
              <w:fldChar w:fldCharType="separate"/>
            </w:r>
            <w:r w:rsidR="00E0731C">
              <w:rPr>
                <w:noProof/>
                <w:webHidden/>
              </w:rPr>
              <w:t>7</w:t>
            </w:r>
            <w:r w:rsidR="00E0731C">
              <w:rPr>
                <w:noProof/>
                <w:webHidden/>
              </w:rPr>
              <w:fldChar w:fldCharType="end"/>
            </w:r>
          </w:hyperlink>
        </w:p>
        <w:p w14:paraId="609D26CF" w14:textId="77777777" w:rsidR="00E0731C" w:rsidRDefault="00D948A3">
          <w:pPr>
            <w:pStyle w:val="TOC1"/>
            <w:tabs>
              <w:tab w:val="right" w:leader="dot" w:pos="8630"/>
            </w:tabs>
            <w:rPr>
              <w:rFonts w:asciiTheme="minorHAnsi" w:hAnsiTheme="minorHAnsi"/>
              <w:noProof/>
              <w:lang w:val="bg-BG" w:eastAsia="bg-BG"/>
            </w:rPr>
          </w:pPr>
          <w:hyperlink w:anchor="_Toc222837671" w:history="1">
            <w:r w:rsidR="00E0731C" w:rsidRPr="005B2A6F">
              <w:rPr>
                <w:rStyle w:val="Hyperlink"/>
                <w:noProof/>
                <w:lang w:val="bg-BG"/>
              </w:rPr>
              <w:t>ДГС Гоце Делчев - Обща площ: 1963,1 хa</w:t>
            </w:r>
            <w:r w:rsidR="00E0731C">
              <w:rPr>
                <w:noProof/>
                <w:webHidden/>
              </w:rPr>
              <w:tab/>
            </w:r>
            <w:r w:rsidR="00E0731C">
              <w:rPr>
                <w:noProof/>
                <w:webHidden/>
              </w:rPr>
              <w:fldChar w:fldCharType="begin"/>
            </w:r>
            <w:r w:rsidR="00E0731C">
              <w:rPr>
                <w:noProof/>
                <w:webHidden/>
              </w:rPr>
              <w:instrText xml:space="preserve"> PAGEREF _Toc222837671 \h </w:instrText>
            </w:r>
            <w:r w:rsidR="00E0731C">
              <w:rPr>
                <w:noProof/>
                <w:webHidden/>
              </w:rPr>
            </w:r>
            <w:r w:rsidR="00E0731C">
              <w:rPr>
                <w:noProof/>
                <w:webHidden/>
              </w:rPr>
              <w:fldChar w:fldCharType="separate"/>
            </w:r>
            <w:r w:rsidR="00E0731C">
              <w:rPr>
                <w:noProof/>
                <w:webHidden/>
              </w:rPr>
              <w:t>8</w:t>
            </w:r>
            <w:r w:rsidR="00E0731C">
              <w:rPr>
                <w:noProof/>
                <w:webHidden/>
              </w:rPr>
              <w:fldChar w:fldCharType="end"/>
            </w:r>
          </w:hyperlink>
        </w:p>
        <w:p w14:paraId="07E6C817" w14:textId="77777777" w:rsidR="00E0731C" w:rsidRDefault="00D948A3">
          <w:pPr>
            <w:pStyle w:val="TOC1"/>
            <w:tabs>
              <w:tab w:val="right" w:leader="dot" w:pos="8630"/>
            </w:tabs>
            <w:rPr>
              <w:rFonts w:asciiTheme="minorHAnsi" w:hAnsiTheme="minorHAnsi"/>
              <w:noProof/>
              <w:lang w:val="bg-BG" w:eastAsia="bg-BG"/>
            </w:rPr>
          </w:pPr>
          <w:hyperlink w:anchor="_Toc222837672" w:history="1">
            <w:r w:rsidR="00E0731C" w:rsidRPr="005B2A6F">
              <w:rPr>
                <w:rStyle w:val="Hyperlink"/>
                <w:noProof/>
                <w:lang w:val="bg-BG"/>
              </w:rPr>
              <w:t>ДГС Гърмен - Обща площ: 1680,5 хa</w:t>
            </w:r>
            <w:r w:rsidR="00E0731C">
              <w:rPr>
                <w:noProof/>
                <w:webHidden/>
              </w:rPr>
              <w:tab/>
            </w:r>
            <w:r w:rsidR="00E0731C">
              <w:rPr>
                <w:noProof/>
                <w:webHidden/>
              </w:rPr>
              <w:fldChar w:fldCharType="begin"/>
            </w:r>
            <w:r w:rsidR="00E0731C">
              <w:rPr>
                <w:noProof/>
                <w:webHidden/>
              </w:rPr>
              <w:instrText xml:space="preserve"> PAGEREF _Toc222837672 \h </w:instrText>
            </w:r>
            <w:r w:rsidR="00E0731C">
              <w:rPr>
                <w:noProof/>
                <w:webHidden/>
              </w:rPr>
            </w:r>
            <w:r w:rsidR="00E0731C">
              <w:rPr>
                <w:noProof/>
                <w:webHidden/>
              </w:rPr>
              <w:fldChar w:fldCharType="separate"/>
            </w:r>
            <w:r w:rsidR="00E0731C">
              <w:rPr>
                <w:noProof/>
                <w:webHidden/>
              </w:rPr>
              <w:t>13</w:t>
            </w:r>
            <w:r w:rsidR="00E0731C">
              <w:rPr>
                <w:noProof/>
                <w:webHidden/>
              </w:rPr>
              <w:fldChar w:fldCharType="end"/>
            </w:r>
          </w:hyperlink>
        </w:p>
        <w:p w14:paraId="3B96DB9E" w14:textId="77777777" w:rsidR="00E0731C" w:rsidRDefault="00D948A3">
          <w:pPr>
            <w:pStyle w:val="TOC1"/>
            <w:tabs>
              <w:tab w:val="right" w:leader="dot" w:pos="8630"/>
            </w:tabs>
            <w:rPr>
              <w:rFonts w:asciiTheme="minorHAnsi" w:hAnsiTheme="minorHAnsi"/>
              <w:noProof/>
              <w:lang w:val="bg-BG" w:eastAsia="bg-BG"/>
            </w:rPr>
          </w:pPr>
          <w:hyperlink w:anchor="_Toc222837673" w:history="1">
            <w:r w:rsidR="00E0731C" w:rsidRPr="005B2A6F">
              <w:rPr>
                <w:rStyle w:val="Hyperlink"/>
                <w:noProof/>
                <w:lang w:val="bg-BG"/>
              </w:rPr>
              <w:t>ДГС Добринище - Обща площ: 281,2 хa</w:t>
            </w:r>
            <w:r w:rsidR="00E0731C">
              <w:rPr>
                <w:noProof/>
                <w:webHidden/>
              </w:rPr>
              <w:tab/>
            </w:r>
            <w:r w:rsidR="00E0731C">
              <w:rPr>
                <w:noProof/>
                <w:webHidden/>
              </w:rPr>
              <w:fldChar w:fldCharType="begin"/>
            </w:r>
            <w:r w:rsidR="00E0731C">
              <w:rPr>
                <w:noProof/>
                <w:webHidden/>
              </w:rPr>
              <w:instrText xml:space="preserve"> PAGEREF _Toc222837673 \h </w:instrText>
            </w:r>
            <w:r w:rsidR="00E0731C">
              <w:rPr>
                <w:noProof/>
                <w:webHidden/>
              </w:rPr>
            </w:r>
            <w:r w:rsidR="00E0731C">
              <w:rPr>
                <w:noProof/>
                <w:webHidden/>
              </w:rPr>
              <w:fldChar w:fldCharType="separate"/>
            </w:r>
            <w:r w:rsidR="00E0731C">
              <w:rPr>
                <w:noProof/>
                <w:webHidden/>
              </w:rPr>
              <w:t>18</w:t>
            </w:r>
            <w:r w:rsidR="00E0731C">
              <w:rPr>
                <w:noProof/>
                <w:webHidden/>
              </w:rPr>
              <w:fldChar w:fldCharType="end"/>
            </w:r>
          </w:hyperlink>
        </w:p>
        <w:p w14:paraId="25741E42" w14:textId="77777777" w:rsidR="00E0731C" w:rsidRDefault="00D948A3">
          <w:pPr>
            <w:pStyle w:val="TOC1"/>
            <w:tabs>
              <w:tab w:val="right" w:leader="dot" w:pos="8630"/>
            </w:tabs>
            <w:rPr>
              <w:rFonts w:asciiTheme="minorHAnsi" w:hAnsiTheme="minorHAnsi"/>
              <w:noProof/>
              <w:lang w:val="bg-BG" w:eastAsia="bg-BG"/>
            </w:rPr>
          </w:pPr>
          <w:hyperlink w:anchor="_Toc222837674" w:history="1">
            <w:r w:rsidR="00E0731C" w:rsidRPr="005B2A6F">
              <w:rPr>
                <w:rStyle w:val="Hyperlink"/>
                <w:noProof/>
                <w:lang w:val="bg-BG"/>
              </w:rPr>
              <w:t>ДГС Дупница - Обща площ: 554,6 хa</w:t>
            </w:r>
            <w:r w:rsidR="00E0731C">
              <w:rPr>
                <w:noProof/>
                <w:webHidden/>
              </w:rPr>
              <w:tab/>
            </w:r>
            <w:r w:rsidR="00E0731C">
              <w:rPr>
                <w:noProof/>
                <w:webHidden/>
              </w:rPr>
              <w:fldChar w:fldCharType="begin"/>
            </w:r>
            <w:r w:rsidR="00E0731C">
              <w:rPr>
                <w:noProof/>
                <w:webHidden/>
              </w:rPr>
              <w:instrText xml:space="preserve"> PAGEREF _Toc222837674 \h </w:instrText>
            </w:r>
            <w:r w:rsidR="00E0731C">
              <w:rPr>
                <w:noProof/>
                <w:webHidden/>
              </w:rPr>
            </w:r>
            <w:r w:rsidR="00E0731C">
              <w:rPr>
                <w:noProof/>
                <w:webHidden/>
              </w:rPr>
              <w:fldChar w:fldCharType="separate"/>
            </w:r>
            <w:r w:rsidR="00E0731C">
              <w:rPr>
                <w:noProof/>
                <w:webHidden/>
              </w:rPr>
              <w:t>19</w:t>
            </w:r>
            <w:r w:rsidR="00E0731C">
              <w:rPr>
                <w:noProof/>
                <w:webHidden/>
              </w:rPr>
              <w:fldChar w:fldCharType="end"/>
            </w:r>
          </w:hyperlink>
        </w:p>
        <w:p w14:paraId="72B985FE" w14:textId="77777777" w:rsidR="00E0731C" w:rsidRDefault="00D948A3">
          <w:pPr>
            <w:pStyle w:val="TOC1"/>
            <w:tabs>
              <w:tab w:val="right" w:leader="dot" w:pos="8630"/>
            </w:tabs>
            <w:rPr>
              <w:rFonts w:asciiTheme="minorHAnsi" w:hAnsiTheme="minorHAnsi"/>
              <w:noProof/>
              <w:lang w:val="bg-BG" w:eastAsia="bg-BG"/>
            </w:rPr>
          </w:pPr>
          <w:hyperlink w:anchor="_Toc222837675" w:history="1">
            <w:r w:rsidR="00E0731C" w:rsidRPr="005B2A6F">
              <w:rPr>
                <w:rStyle w:val="Hyperlink"/>
                <w:noProof/>
                <w:lang w:val="bg-BG"/>
              </w:rPr>
              <w:t>ДГС Елешница - Обща площ: 1,1 хa</w:t>
            </w:r>
            <w:r w:rsidR="00E0731C">
              <w:rPr>
                <w:noProof/>
                <w:webHidden/>
              </w:rPr>
              <w:tab/>
            </w:r>
            <w:r w:rsidR="00E0731C">
              <w:rPr>
                <w:noProof/>
                <w:webHidden/>
              </w:rPr>
              <w:fldChar w:fldCharType="begin"/>
            </w:r>
            <w:r w:rsidR="00E0731C">
              <w:rPr>
                <w:noProof/>
                <w:webHidden/>
              </w:rPr>
              <w:instrText xml:space="preserve"> PAGEREF _Toc222837675 \h </w:instrText>
            </w:r>
            <w:r w:rsidR="00E0731C">
              <w:rPr>
                <w:noProof/>
                <w:webHidden/>
              </w:rPr>
            </w:r>
            <w:r w:rsidR="00E0731C">
              <w:rPr>
                <w:noProof/>
                <w:webHidden/>
              </w:rPr>
              <w:fldChar w:fldCharType="separate"/>
            </w:r>
            <w:r w:rsidR="00E0731C">
              <w:rPr>
                <w:noProof/>
                <w:webHidden/>
              </w:rPr>
              <w:t>21</w:t>
            </w:r>
            <w:r w:rsidR="00E0731C">
              <w:rPr>
                <w:noProof/>
                <w:webHidden/>
              </w:rPr>
              <w:fldChar w:fldCharType="end"/>
            </w:r>
          </w:hyperlink>
        </w:p>
        <w:p w14:paraId="52564E12" w14:textId="77777777" w:rsidR="00E0731C" w:rsidRDefault="00D948A3">
          <w:pPr>
            <w:pStyle w:val="TOC1"/>
            <w:tabs>
              <w:tab w:val="right" w:leader="dot" w:pos="8630"/>
            </w:tabs>
            <w:rPr>
              <w:rFonts w:asciiTheme="minorHAnsi" w:hAnsiTheme="minorHAnsi"/>
              <w:noProof/>
              <w:lang w:val="bg-BG" w:eastAsia="bg-BG"/>
            </w:rPr>
          </w:pPr>
          <w:hyperlink w:anchor="_Toc222837676" w:history="1">
            <w:r w:rsidR="00E0731C" w:rsidRPr="005B2A6F">
              <w:rPr>
                <w:rStyle w:val="Hyperlink"/>
                <w:noProof/>
                <w:lang w:val="bg-BG"/>
              </w:rPr>
              <w:t>ДГС Елин Пелин - Обща площ: 752,5 хa</w:t>
            </w:r>
            <w:r w:rsidR="00E0731C">
              <w:rPr>
                <w:noProof/>
                <w:webHidden/>
              </w:rPr>
              <w:tab/>
            </w:r>
            <w:r w:rsidR="00E0731C">
              <w:rPr>
                <w:noProof/>
                <w:webHidden/>
              </w:rPr>
              <w:fldChar w:fldCharType="begin"/>
            </w:r>
            <w:r w:rsidR="00E0731C">
              <w:rPr>
                <w:noProof/>
                <w:webHidden/>
              </w:rPr>
              <w:instrText xml:space="preserve"> PAGEREF _Toc222837676 \h </w:instrText>
            </w:r>
            <w:r w:rsidR="00E0731C">
              <w:rPr>
                <w:noProof/>
                <w:webHidden/>
              </w:rPr>
            </w:r>
            <w:r w:rsidR="00E0731C">
              <w:rPr>
                <w:noProof/>
                <w:webHidden/>
              </w:rPr>
              <w:fldChar w:fldCharType="separate"/>
            </w:r>
            <w:r w:rsidR="00E0731C">
              <w:rPr>
                <w:noProof/>
                <w:webHidden/>
              </w:rPr>
              <w:t>22</w:t>
            </w:r>
            <w:r w:rsidR="00E0731C">
              <w:rPr>
                <w:noProof/>
                <w:webHidden/>
              </w:rPr>
              <w:fldChar w:fldCharType="end"/>
            </w:r>
          </w:hyperlink>
        </w:p>
        <w:p w14:paraId="53FDD87D" w14:textId="77777777" w:rsidR="00E0731C" w:rsidRDefault="00D948A3">
          <w:pPr>
            <w:pStyle w:val="TOC1"/>
            <w:tabs>
              <w:tab w:val="right" w:leader="dot" w:pos="8630"/>
            </w:tabs>
            <w:rPr>
              <w:rFonts w:asciiTheme="minorHAnsi" w:hAnsiTheme="minorHAnsi"/>
              <w:noProof/>
              <w:lang w:val="bg-BG" w:eastAsia="bg-BG"/>
            </w:rPr>
          </w:pPr>
          <w:hyperlink w:anchor="_Toc222837677" w:history="1">
            <w:r w:rsidR="00E0731C" w:rsidRPr="005B2A6F">
              <w:rPr>
                <w:rStyle w:val="Hyperlink"/>
                <w:noProof/>
                <w:lang w:val="bg-BG"/>
              </w:rPr>
              <w:t>ДГС Етрополе - Обща площ: 710,2 хa</w:t>
            </w:r>
            <w:r w:rsidR="00E0731C">
              <w:rPr>
                <w:noProof/>
                <w:webHidden/>
              </w:rPr>
              <w:tab/>
            </w:r>
            <w:r w:rsidR="00E0731C">
              <w:rPr>
                <w:noProof/>
                <w:webHidden/>
              </w:rPr>
              <w:fldChar w:fldCharType="begin"/>
            </w:r>
            <w:r w:rsidR="00E0731C">
              <w:rPr>
                <w:noProof/>
                <w:webHidden/>
              </w:rPr>
              <w:instrText xml:space="preserve"> PAGEREF _Toc222837677 \h </w:instrText>
            </w:r>
            <w:r w:rsidR="00E0731C">
              <w:rPr>
                <w:noProof/>
                <w:webHidden/>
              </w:rPr>
            </w:r>
            <w:r w:rsidR="00E0731C">
              <w:rPr>
                <w:noProof/>
                <w:webHidden/>
              </w:rPr>
              <w:fldChar w:fldCharType="separate"/>
            </w:r>
            <w:r w:rsidR="00E0731C">
              <w:rPr>
                <w:noProof/>
                <w:webHidden/>
              </w:rPr>
              <w:t>25</w:t>
            </w:r>
            <w:r w:rsidR="00E0731C">
              <w:rPr>
                <w:noProof/>
                <w:webHidden/>
              </w:rPr>
              <w:fldChar w:fldCharType="end"/>
            </w:r>
          </w:hyperlink>
        </w:p>
        <w:p w14:paraId="4C6705FB" w14:textId="77777777" w:rsidR="00E0731C" w:rsidRDefault="00D948A3">
          <w:pPr>
            <w:pStyle w:val="TOC1"/>
            <w:tabs>
              <w:tab w:val="right" w:leader="dot" w:pos="8630"/>
            </w:tabs>
            <w:rPr>
              <w:rFonts w:asciiTheme="minorHAnsi" w:hAnsiTheme="minorHAnsi"/>
              <w:noProof/>
              <w:lang w:val="bg-BG" w:eastAsia="bg-BG"/>
            </w:rPr>
          </w:pPr>
          <w:hyperlink w:anchor="_Toc222837678" w:history="1">
            <w:r w:rsidR="00E0731C" w:rsidRPr="005B2A6F">
              <w:rPr>
                <w:rStyle w:val="Hyperlink"/>
                <w:noProof/>
                <w:lang w:val="bg-BG"/>
              </w:rPr>
              <w:t>ДГС Земен - Обща площ: 248,2 хa</w:t>
            </w:r>
            <w:r w:rsidR="00E0731C">
              <w:rPr>
                <w:noProof/>
                <w:webHidden/>
              </w:rPr>
              <w:tab/>
            </w:r>
            <w:r w:rsidR="00E0731C">
              <w:rPr>
                <w:noProof/>
                <w:webHidden/>
              </w:rPr>
              <w:fldChar w:fldCharType="begin"/>
            </w:r>
            <w:r w:rsidR="00E0731C">
              <w:rPr>
                <w:noProof/>
                <w:webHidden/>
              </w:rPr>
              <w:instrText xml:space="preserve"> PAGEREF _Toc222837678 \h </w:instrText>
            </w:r>
            <w:r w:rsidR="00E0731C">
              <w:rPr>
                <w:noProof/>
                <w:webHidden/>
              </w:rPr>
            </w:r>
            <w:r w:rsidR="00E0731C">
              <w:rPr>
                <w:noProof/>
                <w:webHidden/>
              </w:rPr>
              <w:fldChar w:fldCharType="separate"/>
            </w:r>
            <w:r w:rsidR="00E0731C">
              <w:rPr>
                <w:noProof/>
                <w:webHidden/>
              </w:rPr>
              <w:t>28</w:t>
            </w:r>
            <w:r w:rsidR="00E0731C">
              <w:rPr>
                <w:noProof/>
                <w:webHidden/>
              </w:rPr>
              <w:fldChar w:fldCharType="end"/>
            </w:r>
          </w:hyperlink>
        </w:p>
        <w:p w14:paraId="275D4E78" w14:textId="77777777" w:rsidR="00E0731C" w:rsidRDefault="00D948A3">
          <w:pPr>
            <w:pStyle w:val="TOC1"/>
            <w:tabs>
              <w:tab w:val="right" w:leader="dot" w:pos="8630"/>
            </w:tabs>
            <w:rPr>
              <w:rFonts w:asciiTheme="minorHAnsi" w:hAnsiTheme="minorHAnsi"/>
              <w:noProof/>
              <w:lang w:val="bg-BG" w:eastAsia="bg-BG"/>
            </w:rPr>
          </w:pPr>
          <w:hyperlink w:anchor="_Toc222837679" w:history="1">
            <w:r w:rsidR="00E0731C" w:rsidRPr="005B2A6F">
              <w:rPr>
                <w:rStyle w:val="Hyperlink"/>
                <w:noProof/>
                <w:lang w:val="bg-BG"/>
              </w:rPr>
              <w:t>ДГС Ихтиман - Обща площ: 120,3 хa</w:t>
            </w:r>
            <w:r w:rsidR="00E0731C">
              <w:rPr>
                <w:noProof/>
                <w:webHidden/>
              </w:rPr>
              <w:tab/>
            </w:r>
            <w:r w:rsidR="00E0731C">
              <w:rPr>
                <w:noProof/>
                <w:webHidden/>
              </w:rPr>
              <w:fldChar w:fldCharType="begin"/>
            </w:r>
            <w:r w:rsidR="00E0731C">
              <w:rPr>
                <w:noProof/>
                <w:webHidden/>
              </w:rPr>
              <w:instrText xml:space="preserve"> PAGEREF _Toc222837679 \h </w:instrText>
            </w:r>
            <w:r w:rsidR="00E0731C">
              <w:rPr>
                <w:noProof/>
                <w:webHidden/>
              </w:rPr>
            </w:r>
            <w:r w:rsidR="00E0731C">
              <w:rPr>
                <w:noProof/>
                <w:webHidden/>
              </w:rPr>
              <w:fldChar w:fldCharType="separate"/>
            </w:r>
            <w:r w:rsidR="00E0731C">
              <w:rPr>
                <w:noProof/>
                <w:webHidden/>
              </w:rPr>
              <w:t>30</w:t>
            </w:r>
            <w:r w:rsidR="00E0731C">
              <w:rPr>
                <w:noProof/>
                <w:webHidden/>
              </w:rPr>
              <w:fldChar w:fldCharType="end"/>
            </w:r>
          </w:hyperlink>
        </w:p>
        <w:p w14:paraId="419814BB" w14:textId="77777777" w:rsidR="00E0731C" w:rsidRDefault="00D948A3">
          <w:pPr>
            <w:pStyle w:val="TOC1"/>
            <w:tabs>
              <w:tab w:val="right" w:leader="dot" w:pos="8630"/>
            </w:tabs>
            <w:rPr>
              <w:rFonts w:asciiTheme="minorHAnsi" w:hAnsiTheme="minorHAnsi"/>
              <w:noProof/>
              <w:lang w:val="bg-BG" w:eastAsia="bg-BG"/>
            </w:rPr>
          </w:pPr>
          <w:hyperlink w:anchor="_Toc222837680" w:history="1">
            <w:r w:rsidR="00E0731C" w:rsidRPr="005B2A6F">
              <w:rPr>
                <w:rStyle w:val="Hyperlink"/>
                <w:noProof/>
                <w:lang w:val="bg-BG"/>
              </w:rPr>
              <w:t>ДГС Катунци - Обща площ: 1230,6 хa</w:t>
            </w:r>
            <w:r w:rsidR="00E0731C">
              <w:rPr>
                <w:noProof/>
                <w:webHidden/>
              </w:rPr>
              <w:tab/>
            </w:r>
            <w:r w:rsidR="00E0731C">
              <w:rPr>
                <w:noProof/>
                <w:webHidden/>
              </w:rPr>
              <w:fldChar w:fldCharType="begin"/>
            </w:r>
            <w:r w:rsidR="00E0731C">
              <w:rPr>
                <w:noProof/>
                <w:webHidden/>
              </w:rPr>
              <w:instrText xml:space="preserve"> PAGEREF _Toc222837680 \h </w:instrText>
            </w:r>
            <w:r w:rsidR="00E0731C">
              <w:rPr>
                <w:noProof/>
                <w:webHidden/>
              </w:rPr>
            </w:r>
            <w:r w:rsidR="00E0731C">
              <w:rPr>
                <w:noProof/>
                <w:webHidden/>
              </w:rPr>
              <w:fldChar w:fldCharType="separate"/>
            </w:r>
            <w:r w:rsidR="00E0731C">
              <w:rPr>
                <w:noProof/>
                <w:webHidden/>
              </w:rPr>
              <w:t>31</w:t>
            </w:r>
            <w:r w:rsidR="00E0731C">
              <w:rPr>
                <w:noProof/>
                <w:webHidden/>
              </w:rPr>
              <w:fldChar w:fldCharType="end"/>
            </w:r>
          </w:hyperlink>
        </w:p>
        <w:p w14:paraId="02601A30" w14:textId="38EB0C2A" w:rsidR="00E0731C" w:rsidRDefault="00D948A3">
          <w:pPr>
            <w:pStyle w:val="TOC1"/>
            <w:tabs>
              <w:tab w:val="right" w:leader="dot" w:pos="8630"/>
            </w:tabs>
            <w:rPr>
              <w:rFonts w:asciiTheme="minorHAnsi" w:hAnsiTheme="minorHAnsi"/>
              <w:noProof/>
              <w:lang w:val="bg-BG" w:eastAsia="bg-BG"/>
            </w:rPr>
          </w:pPr>
          <w:hyperlink w:anchor="_Toc222837681" w:history="1">
            <w:r w:rsidR="00E0731C" w:rsidRPr="005B2A6F">
              <w:rPr>
                <w:rStyle w:val="Hyperlink"/>
                <w:noProof/>
                <w:lang w:val="bg-BG"/>
              </w:rPr>
              <w:t>ДГС Кресна - Обща площ: 6</w:t>
            </w:r>
            <w:r w:rsidR="006D0FA3">
              <w:rPr>
                <w:rStyle w:val="Hyperlink"/>
                <w:noProof/>
                <w:lang w:val="bg-BG"/>
              </w:rPr>
              <w:t>30</w:t>
            </w:r>
            <w:r w:rsidR="00E0731C" w:rsidRPr="005B2A6F">
              <w:rPr>
                <w:rStyle w:val="Hyperlink"/>
                <w:noProof/>
                <w:lang w:val="bg-BG"/>
              </w:rPr>
              <w:t>,</w:t>
            </w:r>
            <w:r w:rsidR="006D0FA3">
              <w:rPr>
                <w:rStyle w:val="Hyperlink"/>
                <w:noProof/>
                <w:lang w:val="bg-BG"/>
              </w:rPr>
              <w:t>9</w:t>
            </w:r>
            <w:r w:rsidR="00E0731C" w:rsidRPr="005B2A6F">
              <w:rPr>
                <w:rStyle w:val="Hyperlink"/>
                <w:noProof/>
                <w:lang w:val="bg-BG"/>
              </w:rPr>
              <w:t xml:space="preserve"> хa</w:t>
            </w:r>
            <w:r w:rsidR="00E0731C">
              <w:rPr>
                <w:noProof/>
                <w:webHidden/>
              </w:rPr>
              <w:tab/>
            </w:r>
            <w:r w:rsidR="00E0731C">
              <w:rPr>
                <w:noProof/>
                <w:webHidden/>
              </w:rPr>
              <w:fldChar w:fldCharType="begin"/>
            </w:r>
            <w:r w:rsidR="00E0731C">
              <w:rPr>
                <w:noProof/>
                <w:webHidden/>
              </w:rPr>
              <w:instrText xml:space="preserve"> PAGEREF _Toc222837681 \h </w:instrText>
            </w:r>
            <w:r w:rsidR="00E0731C">
              <w:rPr>
                <w:noProof/>
                <w:webHidden/>
              </w:rPr>
            </w:r>
            <w:r w:rsidR="00E0731C">
              <w:rPr>
                <w:noProof/>
                <w:webHidden/>
              </w:rPr>
              <w:fldChar w:fldCharType="separate"/>
            </w:r>
            <w:r w:rsidR="00E0731C">
              <w:rPr>
                <w:noProof/>
                <w:webHidden/>
              </w:rPr>
              <w:t>36</w:t>
            </w:r>
            <w:r w:rsidR="00E0731C">
              <w:rPr>
                <w:noProof/>
                <w:webHidden/>
              </w:rPr>
              <w:fldChar w:fldCharType="end"/>
            </w:r>
          </w:hyperlink>
        </w:p>
        <w:p w14:paraId="3BD94528" w14:textId="77777777" w:rsidR="00E0731C" w:rsidRDefault="00D948A3">
          <w:pPr>
            <w:pStyle w:val="TOC1"/>
            <w:tabs>
              <w:tab w:val="right" w:leader="dot" w:pos="8630"/>
            </w:tabs>
            <w:rPr>
              <w:rFonts w:asciiTheme="minorHAnsi" w:hAnsiTheme="minorHAnsi"/>
              <w:noProof/>
              <w:lang w:val="bg-BG" w:eastAsia="bg-BG"/>
            </w:rPr>
          </w:pPr>
          <w:hyperlink w:anchor="_Toc222837682" w:history="1">
            <w:r w:rsidR="00E0731C" w:rsidRPr="005B2A6F">
              <w:rPr>
                <w:rStyle w:val="Hyperlink"/>
                <w:noProof/>
                <w:lang w:val="bg-BG"/>
              </w:rPr>
              <w:t>ДГС Места - Обща площ: 536,6 хa</w:t>
            </w:r>
            <w:r w:rsidR="00E0731C">
              <w:rPr>
                <w:noProof/>
                <w:webHidden/>
              </w:rPr>
              <w:tab/>
            </w:r>
            <w:r w:rsidR="00E0731C">
              <w:rPr>
                <w:noProof/>
                <w:webHidden/>
              </w:rPr>
              <w:fldChar w:fldCharType="begin"/>
            </w:r>
            <w:r w:rsidR="00E0731C">
              <w:rPr>
                <w:noProof/>
                <w:webHidden/>
              </w:rPr>
              <w:instrText xml:space="preserve"> PAGEREF _Toc222837682 \h </w:instrText>
            </w:r>
            <w:r w:rsidR="00E0731C">
              <w:rPr>
                <w:noProof/>
                <w:webHidden/>
              </w:rPr>
            </w:r>
            <w:r w:rsidR="00E0731C">
              <w:rPr>
                <w:noProof/>
                <w:webHidden/>
              </w:rPr>
              <w:fldChar w:fldCharType="separate"/>
            </w:r>
            <w:r w:rsidR="00E0731C">
              <w:rPr>
                <w:noProof/>
                <w:webHidden/>
              </w:rPr>
              <w:t>38</w:t>
            </w:r>
            <w:r w:rsidR="00E0731C">
              <w:rPr>
                <w:noProof/>
                <w:webHidden/>
              </w:rPr>
              <w:fldChar w:fldCharType="end"/>
            </w:r>
          </w:hyperlink>
        </w:p>
        <w:p w14:paraId="193EDF56" w14:textId="77777777" w:rsidR="00E0731C" w:rsidRDefault="00D948A3">
          <w:pPr>
            <w:pStyle w:val="TOC1"/>
            <w:tabs>
              <w:tab w:val="right" w:leader="dot" w:pos="8630"/>
            </w:tabs>
            <w:rPr>
              <w:rFonts w:asciiTheme="minorHAnsi" w:hAnsiTheme="minorHAnsi"/>
              <w:noProof/>
              <w:lang w:val="bg-BG" w:eastAsia="bg-BG"/>
            </w:rPr>
          </w:pPr>
          <w:hyperlink w:anchor="_Toc222837683" w:history="1">
            <w:r w:rsidR="00E0731C" w:rsidRPr="005B2A6F">
              <w:rPr>
                <w:rStyle w:val="Hyperlink"/>
                <w:noProof/>
                <w:lang w:val="bg-BG"/>
              </w:rPr>
              <w:t>ДГС Невестино - Обща площ: 1389,4 хa</w:t>
            </w:r>
            <w:r w:rsidR="00E0731C">
              <w:rPr>
                <w:noProof/>
                <w:webHidden/>
              </w:rPr>
              <w:tab/>
            </w:r>
            <w:r w:rsidR="00E0731C">
              <w:rPr>
                <w:noProof/>
                <w:webHidden/>
              </w:rPr>
              <w:fldChar w:fldCharType="begin"/>
            </w:r>
            <w:r w:rsidR="00E0731C">
              <w:rPr>
                <w:noProof/>
                <w:webHidden/>
              </w:rPr>
              <w:instrText xml:space="preserve"> PAGEREF _Toc222837683 \h </w:instrText>
            </w:r>
            <w:r w:rsidR="00E0731C">
              <w:rPr>
                <w:noProof/>
                <w:webHidden/>
              </w:rPr>
            </w:r>
            <w:r w:rsidR="00E0731C">
              <w:rPr>
                <w:noProof/>
                <w:webHidden/>
              </w:rPr>
              <w:fldChar w:fldCharType="separate"/>
            </w:r>
            <w:r w:rsidR="00E0731C">
              <w:rPr>
                <w:noProof/>
                <w:webHidden/>
              </w:rPr>
              <w:t>40</w:t>
            </w:r>
            <w:r w:rsidR="00E0731C">
              <w:rPr>
                <w:noProof/>
                <w:webHidden/>
              </w:rPr>
              <w:fldChar w:fldCharType="end"/>
            </w:r>
          </w:hyperlink>
        </w:p>
        <w:p w14:paraId="1C0A9B85" w14:textId="77777777" w:rsidR="00E0731C" w:rsidRDefault="00D948A3">
          <w:pPr>
            <w:pStyle w:val="TOC1"/>
            <w:tabs>
              <w:tab w:val="right" w:leader="dot" w:pos="8630"/>
            </w:tabs>
            <w:rPr>
              <w:rFonts w:asciiTheme="minorHAnsi" w:hAnsiTheme="minorHAnsi"/>
              <w:noProof/>
              <w:lang w:val="bg-BG" w:eastAsia="bg-BG"/>
            </w:rPr>
          </w:pPr>
          <w:hyperlink w:anchor="_Toc222837684" w:history="1">
            <w:r w:rsidR="00E0731C" w:rsidRPr="005B2A6F">
              <w:rPr>
                <w:rStyle w:val="Hyperlink"/>
                <w:noProof/>
                <w:lang w:val="bg-BG"/>
              </w:rPr>
              <w:t>ДГС Петрич - Обща площ: 1315,0 хa</w:t>
            </w:r>
            <w:r w:rsidR="00E0731C">
              <w:rPr>
                <w:noProof/>
                <w:webHidden/>
              </w:rPr>
              <w:tab/>
            </w:r>
            <w:r w:rsidR="00E0731C">
              <w:rPr>
                <w:noProof/>
                <w:webHidden/>
              </w:rPr>
              <w:fldChar w:fldCharType="begin"/>
            </w:r>
            <w:r w:rsidR="00E0731C">
              <w:rPr>
                <w:noProof/>
                <w:webHidden/>
              </w:rPr>
              <w:instrText xml:space="preserve"> PAGEREF _Toc222837684 \h </w:instrText>
            </w:r>
            <w:r w:rsidR="00E0731C">
              <w:rPr>
                <w:noProof/>
                <w:webHidden/>
              </w:rPr>
            </w:r>
            <w:r w:rsidR="00E0731C">
              <w:rPr>
                <w:noProof/>
                <w:webHidden/>
              </w:rPr>
              <w:fldChar w:fldCharType="separate"/>
            </w:r>
            <w:r w:rsidR="00E0731C">
              <w:rPr>
                <w:noProof/>
                <w:webHidden/>
              </w:rPr>
              <w:t>46</w:t>
            </w:r>
            <w:r w:rsidR="00E0731C">
              <w:rPr>
                <w:noProof/>
                <w:webHidden/>
              </w:rPr>
              <w:fldChar w:fldCharType="end"/>
            </w:r>
          </w:hyperlink>
        </w:p>
        <w:p w14:paraId="5DFCF669" w14:textId="77777777" w:rsidR="00E0731C" w:rsidRDefault="00D948A3">
          <w:pPr>
            <w:pStyle w:val="TOC1"/>
            <w:tabs>
              <w:tab w:val="right" w:leader="dot" w:pos="8630"/>
            </w:tabs>
            <w:rPr>
              <w:rFonts w:asciiTheme="minorHAnsi" w:hAnsiTheme="minorHAnsi"/>
              <w:noProof/>
              <w:lang w:val="bg-BG" w:eastAsia="bg-BG"/>
            </w:rPr>
          </w:pPr>
          <w:hyperlink w:anchor="_Toc222837685" w:history="1">
            <w:r w:rsidR="00E0731C" w:rsidRPr="005B2A6F">
              <w:rPr>
                <w:rStyle w:val="Hyperlink"/>
                <w:noProof/>
                <w:lang w:val="bg-BG"/>
              </w:rPr>
              <w:t>ДГС Пирдоп - Обща площ: 624,9 хa</w:t>
            </w:r>
            <w:r w:rsidR="00E0731C">
              <w:rPr>
                <w:noProof/>
                <w:webHidden/>
              </w:rPr>
              <w:tab/>
            </w:r>
            <w:r w:rsidR="00E0731C">
              <w:rPr>
                <w:noProof/>
                <w:webHidden/>
              </w:rPr>
              <w:fldChar w:fldCharType="begin"/>
            </w:r>
            <w:r w:rsidR="00E0731C">
              <w:rPr>
                <w:noProof/>
                <w:webHidden/>
              </w:rPr>
              <w:instrText xml:space="preserve"> PAGEREF _Toc222837685 \h </w:instrText>
            </w:r>
            <w:r w:rsidR="00E0731C">
              <w:rPr>
                <w:noProof/>
                <w:webHidden/>
              </w:rPr>
            </w:r>
            <w:r w:rsidR="00E0731C">
              <w:rPr>
                <w:noProof/>
                <w:webHidden/>
              </w:rPr>
              <w:fldChar w:fldCharType="separate"/>
            </w:r>
            <w:r w:rsidR="00E0731C">
              <w:rPr>
                <w:noProof/>
                <w:webHidden/>
              </w:rPr>
              <w:t>50</w:t>
            </w:r>
            <w:r w:rsidR="00E0731C">
              <w:rPr>
                <w:noProof/>
                <w:webHidden/>
              </w:rPr>
              <w:fldChar w:fldCharType="end"/>
            </w:r>
          </w:hyperlink>
        </w:p>
        <w:p w14:paraId="4C8603B8" w14:textId="77777777" w:rsidR="00E0731C" w:rsidRDefault="00D948A3">
          <w:pPr>
            <w:pStyle w:val="TOC1"/>
            <w:tabs>
              <w:tab w:val="right" w:leader="dot" w:pos="8630"/>
            </w:tabs>
            <w:rPr>
              <w:rFonts w:asciiTheme="minorHAnsi" w:hAnsiTheme="minorHAnsi"/>
              <w:noProof/>
              <w:lang w:val="bg-BG" w:eastAsia="bg-BG"/>
            </w:rPr>
          </w:pPr>
          <w:hyperlink w:anchor="_Toc222837686" w:history="1">
            <w:r w:rsidR="00E0731C" w:rsidRPr="005B2A6F">
              <w:rPr>
                <w:rStyle w:val="Hyperlink"/>
                <w:noProof/>
                <w:lang w:val="bg-BG"/>
              </w:rPr>
              <w:t>ДГС Радомир - Обща площ: 244,2 хa</w:t>
            </w:r>
            <w:r w:rsidR="00E0731C">
              <w:rPr>
                <w:noProof/>
                <w:webHidden/>
              </w:rPr>
              <w:tab/>
            </w:r>
            <w:r w:rsidR="00E0731C">
              <w:rPr>
                <w:noProof/>
                <w:webHidden/>
              </w:rPr>
              <w:fldChar w:fldCharType="begin"/>
            </w:r>
            <w:r w:rsidR="00E0731C">
              <w:rPr>
                <w:noProof/>
                <w:webHidden/>
              </w:rPr>
              <w:instrText xml:space="preserve"> PAGEREF _Toc222837686 \h </w:instrText>
            </w:r>
            <w:r w:rsidR="00E0731C">
              <w:rPr>
                <w:noProof/>
                <w:webHidden/>
              </w:rPr>
            </w:r>
            <w:r w:rsidR="00E0731C">
              <w:rPr>
                <w:noProof/>
                <w:webHidden/>
              </w:rPr>
              <w:fldChar w:fldCharType="separate"/>
            </w:r>
            <w:r w:rsidR="00E0731C">
              <w:rPr>
                <w:noProof/>
                <w:webHidden/>
              </w:rPr>
              <w:t>52</w:t>
            </w:r>
            <w:r w:rsidR="00E0731C">
              <w:rPr>
                <w:noProof/>
                <w:webHidden/>
              </w:rPr>
              <w:fldChar w:fldCharType="end"/>
            </w:r>
          </w:hyperlink>
        </w:p>
        <w:p w14:paraId="4C49810F" w14:textId="77777777" w:rsidR="00E0731C" w:rsidRDefault="00D948A3">
          <w:pPr>
            <w:pStyle w:val="TOC1"/>
            <w:tabs>
              <w:tab w:val="right" w:leader="dot" w:pos="8630"/>
            </w:tabs>
            <w:rPr>
              <w:rFonts w:asciiTheme="minorHAnsi" w:hAnsiTheme="minorHAnsi"/>
              <w:noProof/>
              <w:lang w:val="bg-BG" w:eastAsia="bg-BG"/>
            </w:rPr>
          </w:pPr>
          <w:hyperlink w:anchor="_Toc222837687" w:history="1">
            <w:r w:rsidR="00E0731C" w:rsidRPr="005B2A6F">
              <w:rPr>
                <w:rStyle w:val="Hyperlink"/>
                <w:noProof/>
                <w:lang w:val="bg-BG"/>
              </w:rPr>
              <w:t>ДГС Разлог - Обща площ: 436,8 хa</w:t>
            </w:r>
            <w:r w:rsidR="00E0731C">
              <w:rPr>
                <w:noProof/>
                <w:webHidden/>
              </w:rPr>
              <w:tab/>
            </w:r>
            <w:r w:rsidR="00E0731C">
              <w:rPr>
                <w:noProof/>
                <w:webHidden/>
              </w:rPr>
              <w:fldChar w:fldCharType="begin"/>
            </w:r>
            <w:r w:rsidR="00E0731C">
              <w:rPr>
                <w:noProof/>
                <w:webHidden/>
              </w:rPr>
              <w:instrText xml:space="preserve"> PAGEREF _Toc222837687 \h </w:instrText>
            </w:r>
            <w:r w:rsidR="00E0731C">
              <w:rPr>
                <w:noProof/>
                <w:webHidden/>
              </w:rPr>
            </w:r>
            <w:r w:rsidR="00E0731C">
              <w:rPr>
                <w:noProof/>
                <w:webHidden/>
              </w:rPr>
              <w:fldChar w:fldCharType="separate"/>
            </w:r>
            <w:r w:rsidR="00E0731C">
              <w:rPr>
                <w:noProof/>
                <w:webHidden/>
              </w:rPr>
              <w:t>54</w:t>
            </w:r>
            <w:r w:rsidR="00E0731C">
              <w:rPr>
                <w:noProof/>
                <w:webHidden/>
              </w:rPr>
              <w:fldChar w:fldCharType="end"/>
            </w:r>
          </w:hyperlink>
        </w:p>
        <w:p w14:paraId="3AE906C6" w14:textId="77777777" w:rsidR="00E0731C" w:rsidRDefault="00D948A3">
          <w:pPr>
            <w:pStyle w:val="TOC1"/>
            <w:tabs>
              <w:tab w:val="right" w:leader="dot" w:pos="8630"/>
            </w:tabs>
            <w:rPr>
              <w:rFonts w:asciiTheme="minorHAnsi" w:hAnsiTheme="minorHAnsi"/>
              <w:noProof/>
              <w:lang w:val="bg-BG" w:eastAsia="bg-BG"/>
            </w:rPr>
          </w:pPr>
          <w:hyperlink w:anchor="_Toc222837688" w:history="1">
            <w:r w:rsidR="00E0731C" w:rsidRPr="005B2A6F">
              <w:rPr>
                <w:rStyle w:val="Hyperlink"/>
                <w:noProof/>
                <w:lang w:val="bg-BG"/>
              </w:rPr>
              <w:t>ДГС Рилски манастир - Обща площ: 377,0 хa</w:t>
            </w:r>
            <w:r w:rsidR="00E0731C">
              <w:rPr>
                <w:noProof/>
                <w:webHidden/>
              </w:rPr>
              <w:tab/>
            </w:r>
            <w:r w:rsidR="00E0731C">
              <w:rPr>
                <w:noProof/>
                <w:webHidden/>
              </w:rPr>
              <w:fldChar w:fldCharType="begin"/>
            </w:r>
            <w:r w:rsidR="00E0731C">
              <w:rPr>
                <w:noProof/>
                <w:webHidden/>
              </w:rPr>
              <w:instrText xml:space="preserve"> PAGEREF _Toc222837688 \h </w:instrText>
            </w:r>
            <w:r w:rsidR="00E0731C">
              <w:rPr>
                <w:noProof/>
                <w:webHidden/>
              </w:rPr>
            </w:r>
            <w:r w:rsidR="00E0731C">
              <w:rPr>
                <w:noProof/>
                <w:webHidden/>
              </w:rPr>
              <w:fldChar w:fldCharType="separate"/>
            </w:r>
            <w:r w:rsidR="00E0731C">
              <w:rPr>
                <w:noProof/>
                <w:webHidden/>
              </w:rPr>
              <w:t>56</w:t>
            </w:r>
            <w:r w:rsidR="00E0731C">
              <w:rPr>
                <w:noProof/>
                <w:webHidden/>
              </w:rPr>
              <w:fldChar w:fldCharType="end"/>
            </w:r>
          </w:hyperlink>
        </w:p>
        <w:p w14:paraId="18B5AA1B" w14:textId="77777777" w:rsidR="00E0731C" w:rsidRDefault="00D948A3">
          <w:pPr>
            <w:pStyle w:val="TOC1"/>
            <w:tabs>
              <w:tab w:val="right" w:leader="dot" w:pos="8630"/>
            </w:tabs>
            <w:rPr>
              <w:rFonts w:asciiTheme="minorHAnsi" w:hAnsiTheme="minorHAnsi"/>
              <w:noProof/>
              <w:lang w:val="bg-BG" w:eastAsia="bg-BG"/>
            </w:rPr>
          </w:pPr>
          <w:hyperlink w:anchor="_Toc222837689" w:history="1">
            <w:r w:rsidR="00E0731C" w:rsidRPr="005B2A6F">
              <w:rPr>
                <w:rStyle w:val="Hyperlink"/>
                <w:noProof/>
                <w:lang w:val="bg-BG"/>
              </w:rPr>
              <w:t>ДГС Самоков - Обща площ: 930,2 хa</w:t>
            </w:r>
            <w:r w:rsidR="00E0731C">
              <w:rPr>
                <w:noProof/>
                <w:webHidden/>
              </w:rPr>
              <w:tab/>
            </w:r>
            <w:r w:rsidR="00E0731C">
              <w:rPr>
                <w:noProof/>
                <w:webHidden/>
              </w:rPr>
              <w:fldChar w:fldCharType="begin"/>
            </w:r>
            <w:r w:rsidR="00E0731C">
              <w:rPr>
                <w:noProof/>
                <w:webHidden/>
              </w:rPr>
              <w:instrText xml:space="preserve"> PAGEREF _Toc222837689 \h </w:instrText>
            </w:r>
            <w:r w:rsidR="00E0731C">
              <w:rPr>
                <w:noProof/>
                <w:webHidden/>
              </w:rPr>
            </w:r>
            <w:r w:rsidR="00E0731C">
              <w:rPr>
                <w:noProof/>
                <w:webHidden/>
              </w:rPr>
              <w:fldChar w:fldCharType="separate"/>
            </w:r>
            <w:r w:rsidR="00E0731C">
              <w:rPr>
                <w:noProof/>
                <w:webHidden/>
              </w:rPr>
              <w:t>58</w:t>
            </w:r>
            <w:r w:rsidR="00E0731C">
              <w:rPr>
                <w:noProof/>
                <w:webHidden/>
              </w:rPr>
              <w:fldChar w:fldCharType="end"/>
            </w:r>
          </w:hyperlink>
        </w:p>
        <w:p w14:paraId="0C4B8EED" w14:textId="77777777" w:rsidR="00E0731C" w:rsidRDefault="00D948A3">
          <w:pPr>
            <w:pStyle w:val="TOC1"/>
            <w:tabs>
              <w:tab w:val="right" w:leader="dot" w:pos="8630"/>
            </w:tabs>
            <w:rPr>
              <w:rFonts w:asciiTheme="minorHAnsi" w:hAnsiTheme="minorHAnsi"/>
              <w:noProof/>
              <w:lang w:val="bg-BG" w:eastAsia="bg-BG"/>
            </w:rPr>
          </w:pPr>
          <w:hyperlink w:anchor="_Toc222837690" w:history="1">
            <w:r w:rsidR="00E0731C" w:rsidRPr="005B2A6F">
              <w:rPr>
                <w:rStyle w:val="Hyperlink"/>
                <w:noProof/>
                <w:lang w:val="bg-BG"/>
              </w:rPr>
              <w:t>ДГС Сандански - Обща площ: 587,4 хa</w:t>
            </w:r>
            <w:r w:rsidR="00E0731C">
              <w:rPr>
                <w:noProof/>
                <w:webHidden/>
              </w:rPr>
              <w:tab/>
            </w:r>
            <w:r w:rsidR="00E0731C">
              <w:rPr>
                <w:noProof/>
                <w:webHidden/>
              </w:rPr>
              <w:fldChar w:fldCharType="begin"/>
            </w:r>
            <w:r w:rsidR="00E0731C">
              <w:rPr>
                <w:noProof/>
                <w:webHidden/>
              </w:rPr>
              <w:instrText xml:space="preserve"> PAGEREF _Toc222837690 \h </w:instrText>
            </w:r>
            <w:r w:rsidR="00E0731C">
              <w:rPr>
                <w:noProof/>
                <w:webHidden/>
              </w:rPr>
            </w:r>
            <w:r w:rsidR="00E0731C">
              <w:rPr>
                <w:noProof/>
                <w:webHidden/>
              </w:rPr>
              <w:fldChar w:fldCharType="separate"/>
            </w:r>
            <w:r w:rsidR="00E0731C">
              <w:rPr>
                <w:noProof/>
                <w:webHidden/>
              </w:rPr>
              <w:t>63</w:t>
            </w:r>
            <w:r w:rsidR="00E0731C">
              <w:rPr>
                <w:noProof/>
                <w:webHidden/>
              </w:rPr>
              <w:fldChar w:fldCharType="end"/>
            </w:r>
          </w:hyperlink>
        </w:p>
        <w:p w14:paraId="49B6C7A7" w14:textId="77777777" w:rsidR="00E0731C" w:rsidRDefault="00D948A3">
          <w:pPr>
            <w:pStyle w:val="TOC1"/>
            <w:tabs>
              <w:tab w:val="right" w:leader="dot" w:pos="8630"/>
            </w:tabs>
            <w:rPr>
              <w:rFonts w:asciiTheme="minorHAnsi" w:hAnsiTheme="minorHAnsi"/>
              <w:noProof/>
              <w:lang w:val="bg-BG" w:eastAsia="bg-BG"/>
            </w:rPr>
          </w:pPr>
          <w:hyperlink w:anchor="_Toc222837691" w:history="1">
            <w:r w:rsidR="00E0731C" w:rsidRPr="005B2A6F">
              <w:rPr>
                <w:rStyle w:val="Hyperlink"/>
                <w:noProof/>
                <w:lang w:val="bg-BG"/>
              </w:rPr>
              <w:t>ДГС Симитли - Обща площ: 1364,4 хa</w:t>
            </w:r>
            <w:r w:rsidR="00E0731C">
              <w:rPr>
                <w:noProof/>
                <w:webHidden/>
              </w:rPr>
              <w:tab/>
            </w:r>
            <w:r w:rsidR="00E0731C">
              <w:rPr>
                <w:noProof/>
                <w:webHidden/>
              </w:rPr>
              <w:fldChar w:fldCharType="begin"/>
            </w:r>
            <w:r w:rsidR="00E0731C">
              <w:rPr>
                <w:noProof/>
                <w:webHidden/>
              </w:rPr>
              <w:instrText xml:space="preserve"> PAGEREF _Toc222837691 \h </w:instrText>
            </w:r>
            <w:r w:rsidR="00E0731C">
              <w:rPr>
                <w:noProof/>
                <w:webHidden/>
              </w:rPr>
            </w:r>
            <w:r w:rsidR="00E0731C">
              <w:rPr>
                <w:noProof/>
                <w:webHidden/>
              </w:rPr>
              <w:fldChar w:fldCharType="separate"/>
            </w:r>
            <w:r w:rsidR="00E0731C">
              <w:rPr>
                <w:noProof/>
                <w:webHidden/>
              </w:rPr>
              <w:t>65</w:t>
            </w:r>
            <w:r w:rsidR="00E0731C">
              <w:rPr>
                <w:noProof/>
                <w:webHidden/>
              </w:rPr>
              <w:fldChar w:fldCharType="end"/>
            </w:r>
          </w:hyperlink>
        </w:p>
        <w:p w14:paraId="04163C4B" w14:textId="77777777" w:rsidR="00E0731C" w:rsidRDefault="00D948A3">
          <w:pPr>
            <w:pStyle w:val="TOC1"/>
            <w:tabs>
              <w:tab w:val="right" w:leader="dot" w:pos="8630"/>
            </w:tabs>
            <w:rPr>
              <w:rFonts w:asciiTheme="minorHAnsi" w:hAnsiTheme="minorHAnsi"/>
              <w:noProof/>
              <w:lang w:val="bg-BG" w:eastAsia="bg-BG"/>
            </w:rPr>
          </w:pPr>
          <w:hyperlink w:anchor="_Toc222837692" w:history="1">
            <w:r w:rsidR="00E0731C" w:rsidRPr="005B2A6F">
              <w:rPr>
                <w:rStyle w:val="Hyperlink"/>
                <w:noProof/>
                <w:lang w:val="bg-BG"/>
              </w:rPr>
              <w:t>ДГС Сливница - Обща площ: 376,4 хa</w:t>
            </w:r>
            <w:r w:rsidR="00E0731C">
              <w:rPr>
                <w:noProof/>
                <w:webHidden/>
              </w:rPr>
              <w:tab/>
            </w:r>
            <w:r w:rsidR="00E0731C">
              <w:rPr>
                <w:noProof/>
                <w:webHidden/>
              </w:rPr>
              <w:fldChar w:fldCharType="begin"/>
            </w:r>
            <w:r w:rsidR="00E0731C">
              <w:rPr>
                <w:noProof/>
                <w:webHidden/>
              </w:rPr>
              <w:instrText xml:space="preserve"> PAGEREF _Toc222837692 \h </w:instrText>
            </w:r>
            <w:r w:rsidR="00E0731C">
              <w:rPr>
                <w:noProof/>
                <w:webHidden/>
              </w:rPr>
            </w:r>
            <w:r w:rsidR="00E0731C">
              <w:rPr>
                <w:noProof/>
                <w:webHidden/>
              </w:rPr>
              <w:fldChar w:fldCharType="separate"/>
            </w:r>
            <w:r w:rsidR="00E0731C">
              <w:rPr>
                <w:noProof/>
                <w:webHidden/>
              </w:rPr>
              <w:t>69</w:t>
            </w:r>
            <w:r w:rsidR="00E0731C">
              <w:rPr>
                <w:noProof/>
                <w:webHidden/>
              </w:rPr>
              <w:fldChar w:fldCharType="end"/>
            </w:r>
          </w:hyperlink>
        </w:p>
        <w:p w14:paraId="6413CEED" w14:textId="77777777" w:rsidR="00E0731C" w:rsidRDefault="00D948A3">
          <w:pPr>
            <w:pStyle w:val="TOC1"/>
            <w:tabs>
              <w:tab w:val="right" w:leader="dot" w:pos="8630"/>
            </w:tabs>
            <w:rPr>
              <w:rFonts w:asciiTheme="minorHAnsi" w:hAnsiTheme="minorHAnsi"/>
              <w:noProof/>
              <w:lang w:val="bg-BG" w:eastAsia="bg-BG"/>
            </w:rPr>
          </w:pPr>
          <w:hyperlink w:anchor="_Toc222837693" w:history="1">
            <w:r w:rsidR="00E0731C" w:rsidRPr="005B2A6F">
              <w:rPr>
                <w:rStyle w:val="Hyperlink"/>
                <w:noProof/>
                <w:lang w:val="bg-BG"/>
              </w:rPr>
              <w:t>ДГС София - Обща площ: 967,6 хa</w:t>
            </w:r>
            <w:r w:rsidR="00E0731C">
              <w:rPr>
                <w:noProof/>
                <w:webHidden/>
              </w:rPr>
              <w:tab/>
            </w:r>
            <w:r w:rsidR="00E0731C">
              <w:rPr>
                <w:noProof/>
                <w:webHidden/>
              </w:rPr>
              <w:fldChar w:fldCharType="begin"/>
            </w:r>
            <w:r w:rsidR="00E0731C">
              <w:rPr>
                <w:noProof/>
                <w:webHidden/>
              </w:rPr>
              <w:instrText xml:space="preserve"> PAGEREF _Toc222837693 \h </w:instrText>
            </w:r>
            <w:r w:rsidR="00E0731C">
              <w:rPr>
                <w:noProof/>
                <w:webHidden/>
              </w:rPr>
            </w:r>
            <w:r w:rsidR="00E0731C">
              <w:rPr>
                <w:noProof/>
                <w:webHidden/>
              </w:rPr>
              <w:fldChar w:fldCharType="separate"/>
            </w:r>
            <w:r w:rsidR="00E0731C">
              <w:rPr>
                <w:noProof/>
                <w:webHidden/>
              </w:rPr>
              <w:t>71</w:t>
            </w:r>
            <w:r w:rsidR="00E0731C">
              <w:rPr>
                <w:noProof/>
                <w:webHidden/>
              </w:rPr>
              <w:fldChar w:fldCharType="end"/>
            </w:r>
          </w:hyperlink>
        </w:p>
        <w:p w14:paraId="66F65773" w14:textId="77777777" w:rsidR="00E0731C" w:rsidRDefault="00D948A3">
          <w:pPr>
            <w:pStyle w:val="TOC1"/>
            <w:tabs>
              <w:tab w:val="right" w:leader="dot" w:pos="8630"/>
            </w:tabs>
            <w:rPr>
              <w:rFonts w:asciiTheme="minorHAnsi" w:hAnsiTheme="minorHAnsi"/>
              <w:noProof/>
              <w:lang w:val="bg-BG" w:eastAsia="bg-BG"/>
            </w:rPr>
          </w:pPr>
          <w:hyperlink w:anchor="_Toc222837694" w:history="1">
            <w:r w:rsidR="00E0731C" w:rsidRPr="005B2A6F">
              <w:rPr>
                <w:rStyle w:val="Hyperlink"/>
                <w:noProof/>
                <w:lang w:val="bg-BG"/>
              </w:rPr>
              <w:t>ДГС Струмяни - Обща площ: 994,9 хa</w:t>
            </w:r>
            <w:r w:rsidR="00E0731C">
              <w:rPr>
                <w:noProof/>
                <w:webHidden/>
              </w:rPr>
              <w:tab/>
            </w:r>
            <w:r w:rsidR="00E0731C">
              <w:rPr>
                <w:noProof/>
                <w:webHidden/>
              </w:rPr>
              <w:fldChar w:fldCharType="begin"/>
            </w:r>
            <w:r w:rsidR="00E0731C">
              <w:rPr>
                <w:noProof/>
                <w:webHidden/>
              </w:rPr>
              <w:instrText xml:space="preserve"> PAGEREF _Toc222837694 \h </w:instrText>
            </w:r>
            <w:r w:rsidR="00E0731C">
              <w:rPr>
                <w:noProof/>
                <w:webHidden/>
              </w:rPr>
            </w:r>
            <w:r w:rsidR="00E0731C">
              <w:rPr>
                <w:noProof/>
                <w:webHidden/>
              </w:rPr>
              <w:fldChar w:fldCharType="separate"/>
            </w:r>
            <w:r w:rsidR="00E0731C">
              <w:rPr>
                <w:noProof/>
                <w:webHidden/>
              </w:rPr>
              <w:t>76</w:t>
            </w:r>
            <w:r w:rsidR="00E0731C">
              <w:rPr>
                <w:noProof/>
                <w:webHidden/>
              </w:rPr>
              <w:fldChar w:fldCharType="end"/>
            </w:r>
          </w:hyperlink>
        </w:p>
        <w:p w14:paraId="1385D290" w14:textId="77777777" w:rsidR="00E0731C" w:rsidRDefault="00D948A3">
          <w:pPr>
            <w:pStyle w:val="TOC1"/>
            <w:tabs>
              <w:tab w:val="right" w:leader="dot" w:pos="8630"/>
            </w:tabs>
            <w:rPr>
              <w:rFonts w:asciiTheme="minorHAnsi" w:hAnsiTheme="minorHAnsi"/>
              <w:noProof/>
              <w:lang w:val="bg-BG" w:eastAsia="bg-BG"/>
            </w:rPr>
          </w:pPr>
          <w:hyperlink w:anchor="_Toc222837695" w:history="1">
            <w:r w:rsidR="00E0731C" w:rsidRPr="005B2A6F">
              <w:rPr>
                <w:rStyle w:val="Hyperlink"/>
                <w:noProof/>
                <w:lang w:val="bg-BG"/>
              </w:rPr>
              <w:t>ДГС Тетевен - Обща площ: 64,0 хa</w:t>
            </w:r>
            <w:r w:rsidR="00E0731C">
              <w:rPr>
                <w:noProof/>
                <w:webHidden/>
              </w:rPr>
              <w:tab/>
            </w:r>
            <w:r w:rsidR="00E0731C">
              <w:rPr>
                <w:noProof/>
                <w:webHidden/>
              </w:rPr>
              <w:fldChar w:fldCharType="begin"/>
            </w:r>
            <w:r w:rsidR="00E0731C">
              <w:rPr>
                <w:noProof/>
                <w:webHidden/>
              </w:rPr>
              <w:instrText xml:space="preserve"> PAGEREF _Toc222837695 \h </w:instrText>
            </w:r>
            <w:r w:rsidR="00E0731C">
              <w:rPr>
                <w:noProof/>
                <w:webHidden/>
              </w:rPr>
            </w:r>
            <w:r w:rsidR="00E0731C">
              <w:rPr>
                <w:noProof/>
                <w:webHidden/>
              </w:rPr>
              <w:fldChar w:fldCharType="separate"/>
            </w:r>
            <w:r w:rsidR="00E0731C">
              <w:rPr>
                <w:noProof/>
                <w:webHidden/>
              </w:rPr>
              <w:t>80</w:t>
            </w:r>
            <w:r w:rsidR="00E0731C">
              <w:rPr>
                <w:noProof/>
                <w:webHidden/>
              </w:rPr>
              <w:fldChar w:fldCharType="end"/>
            </w:r>
          </w:hyperlink>
        </w:p>
        <w:p w14:paraId="0FEB947D" w14:textId="77777777" w:rsidR="00E0731C" w:rsidRDefault="00D948A3">
          <w:pPr>
            <w:pStyle w:val="TOC1"/>
            <w:tabs>
              <w:tab w:val="right" w:leader="dot" w:pos="8630"/>
            </w:tabs>
            <w:rPr>
              <w:rFonts w:asciiTheme="minorHAnsi" w:hAnsiTheme="minorHAnsi"/>
              <w:noProof/>
              <w:lang w:val="bg-BG" w:eastAsia="bg-BG"/>
            </w:rPr>
          </w:pPr>
          <w:hyperlink w:anchor="_Toc222837696" w:history="1">
            <w:r w:rsidR="00E0731C" w:rsidRPr="005B2A6F">
              <w:rPr>
                <w:rStyle w:val="Hyperlink"/>
                <w:noProof/>
                <w:lang w:val="bg-BG"/>
              </w:rPr>
              <w:t>ДГС Трън - Обща площ: 172,7 хa</w:t>
            </w:r>
            <w:r w:rsidR="00E0731C">
              <w:rPr>
                <w:noProof/>
                <w:webHidden/>
              </w:rPr>
              <w:tab/>
            </w:r>
            <w:r w:rsidR="00E0731C">
              <w:rPr>
                <w:noProof/>
                <w:webHidden/>
              </w:rPr>
              <w:fldChar w:fldCharType="begin"/>
            </w:r>
            <w:r w:rsidR="00E0731C">
              <w:rPr>
                <w:noProof/>
                <w:webHidden/>
              </w:rPr>
              <w:instrText xml:space="preserve"> PAGEREF _Toc222837696 \h </w:instrText>
            </w:r>
            <w:r w:rsidR="00E0731C">
              <w:rPr>
                <w:noProof/>
                <w:webHidden/>
              </w:rPr>
            </w:r>
            <w:r w:rsidR="00E0731C">
              <w:rPr>
                <w:noProof/>
                <w:webHidden/>
              </w:rPr>
              <w:fldChar w:fldCharType="separate"/>
            </w:r>
            <w:r w:rsidR="00E0731C">
              <w:rPr>
                <w:noProof/>
                <w:webHidden/>
              </w:rPr>
              <w:t>81</w:t>
            </w:r>
            <w:r w:rsidR="00E0731C">
              <w:rPr>
                <w:noProof/>
                <w:webHidden/>
              </w:rPr>
              <w:fldChar w:fldCharType="end"/>
            </w:r>
          </w:hyperlink>
        </w:p>
        <w:p w14:paraId="5BAC3F66" w14:textId="77777777" w:rsidR="00E0731C" w:rsidRDefault="00D948A3">
          <w:pPr>
            <w:pStyle w:val="TOC1"/>
            <w:tabs>
              <w:tab w:val="right" w:leader="dot" w:pos="8630"/>
            </w:tabs>
            <w:rPr>
              <w:rFonts w:asciiTheme="minorHAnsi" w:hAnsiTheme="minorHAnsi"/>
              <w:noProof/>
              <w:lang w:val="bg-BG" w:eastAsia="bg-BG"/>
            </w:rPr>
          </w:pPr>
          <w:hyperlink w:anchor="_Toc222837697" w:history="1">
            <w:r w:rsidR="00E0731C" w:rsidRPr="005B2A6F">
              <w:rPr>
                <w:rStyle w:val="Hyperlink"/>
                <w:noProof/>
                <w:lang w:val="bg-BG"/>
              </w:rPr>
              <w:t>ДГС Якоруда - Обща площ: 88,2 хa</w:t>
            </w:r>
            <w:r w:rsidR="00E0731C">
              <w:rPr>
                <w:noProof/>
                <w:webHidden/>
              </w:rPr>
              <w:tab/>
            </w:r>
            <w:r w:rsidR="00E0731C">
              <w:rPr>
                <w:noProof/>
                <w:webHidden/>
              </w:rPr>
              <w:fldChar w:fldCharType="begin"/>
            </w:r>
            <w:r w:rsidR="00E0731C">
              <w:rPr>
                <w:noProof/>
                <w:webHidden/>
              </w:rPr>
              <w:instrText xml:space="preserve"> PAGEREF _Toc222837697 \h </w:instrText>
            </w:r>
            <w:r w:rsidR="00E0731C">
              <w:rPr>
                <w:noProof/>
                <w:webHidden/>
              </w:rPr>
            </w:r>
            <w:r w:rsidR="00E0731C">
              <w:rPr>
                <w:noProof/>
                <w:webHidden/>
              </w:rPr>
              <w:fldChar w:fldCharType="separate"/>
            </w:r>
            <w:r w:rsidR="00E0731C">
              <w:rPr>
                <w:noProof/>
                <w:webHidden/>
              </w:rPr>
              <w:t>83</w:t>
            </w:r>
            <w:r w:rsidR="00E0731C">
              <w:rPr>
                <w:noProof/>
                <w:webHidden/>
              </w:rPr>
              <w:fldChar w:fldCharType="end"/>
            </w:r>
          </w:hyperlink>
        </w:p>
        <w:p w14:paraId="7A090A89" w14:textId="77777777" w:rsidR="00E0731C" w:rsidRDefault="00D948A3">
          <w:pPr>
            <w:pStyle w:val="TOC1"/>
            <w:tabs>
              <w:tab w:val="right" w:leader="dot" w:pos="8630"/>
            </w:tabs>
            <w:rPr>
              <w:rFonts w:asciiTheme="minorHAnsi" w:hAnsiTheme="minorHAnsi"/>
              <w:noProof/>
              <w:lang w:val="bg-BG" w:eastAsia="bg-BG"/>
            </w:rPr>
          </w:pPr>
          <w:hyperlink w:anchor="_Toc222837698" w:history="1">
            <w:r w:rsidR="00E0731C" w:rsidRPr="005B2A6F">
              <w:rPr>
                <w:rStyle w:val="Hyperlink"/>
                <w:noProof/>
                <w:lang w:val="bg-BG"/>
              </w:rPr>
              <w:t>ДЛС Арамлиец - Обща площ: 407,6 хa</w:t>
            </w:r>
            <w:r w:rsidR="00E0731C">
              <w:rPr>
                <w:noProof/>
                <w:webHidden/>
              </w:rPr>
              <w:tab/>
            </w:r>
            <w:r w:rsidR="00E0731C">
              <w:rPr>
                <w:noProof/>
                <w:webHidden/>
              </w:rPr>
              <w:fldChar w:fldCharType="begin"/>
            </w:r>
            <w:r w:rsidR="00E0731C">
              <w:rPr>
                <w:noProof/>
                <w:webHidden/>
              </w:rPr>
              <w:instrText xml:space="preserve"> PAGEREF _Toc222837698 \h </w:instrText>
            </w:r>
            <w:r w:rsidR="00E0731C">
              <w:rPr>
                <w:noProof/>
                <w:webHidden/>
              </w:rPr>
            </w:r>
            <w:r w:rsidR="00E0731C">
              <w:rPr>
                <w:noProof/>
                <w:webHidden/>
              </w:rPr>
              <w:fldChar w:fldCharType="separate"/>
            </w:r>
            <w:r w:rsidR="00E0731C">
              <w:rPr>
                <w:noProof/>
                <w:webHidden/>
              </w:rPr>
              <w:t>84</w:t>
            </w:r>
            <w:r w:rsidR="00E0731C">
              <w:rPr>
                <w:noProof/>
                <w:webHidden/>
              </w:rPr>
              <w:fldChar w:fldCharType="end"/>
            </w:r>
          </w:hyperlink>
        </w:p>
        <w:p w14:paraId="47E62BD8" w14:textId="77777777" w:rsidR="00E0731C" w:rsidRDefault="00D948A3">
          <w:pPr>
            <w:pStyle w:val="TOC1"/>
            <w:tabs>
              <w:tab w:val="right" w:leader="dot" w:pos="8630"/>
            </w:tabs>
            <w:rPr>
              <w:rFonts w:asciiTheme="minorHAnsi" w:hAnsiTheme="minorHAnsi"/>
              <w:noProof/>
              <w:lang w:val="bg-BG" w:eastAsia="bg-BG"/>
            </w:rPr>
          </w:pPr>
          <w:hyperlink w:anchor="_Toc222837699" w:history="1">
            <w:r w:rsidR="00E0731C" w:rsidRPr="005B2A6F">
              <w:rPr>
                <w:rStyle w:val="Hyperlink"/>
                <w:noProof/>
                <w:lang w:val="bg-BG"/>
              </w:rPr>
              <w:t>ДЛС Витошко-Студена - Обща площ: 224,2 хa</w:t>
            </w:r>
            <w:r w:rsidR="00E0731C">
              <w:rPr>
                <w:noProof/>
                <w:webHidden/>
              </w:rPr>
              <w:tab/>
            </w:r>
            <w:r w:rsidR="00E0731C">
              <w:rPr>
                <w:noProof/>
                <w:webHidden/>
              </w:rPr>
              <w:fldChar w:fldCharType="begin"/>
            </w:r>
            <w:r w:rsidR="00E0731C">
              <w:rPr>
                <w:noProof/>
                <w:webHidden/>
              </w:rPr>
              <w:instrText xml:space="preserve"> PAGEREF _Toc222837699 \h </w:instrText>
            </w:r>
            <w:r w:rsidR="00E0731C">
              <w:rPr>
                <w:noProof/>
                <w:webHidden/>
              </w:rPr>
            </w:r>
            <w:r w:rsidR="00E0731C">
              <w:rPr>
                <w:noProof/>
                <w:webHidden/>
              </w:rPr>
              <w:fldChar w:fldCharType="separate"/>
            </w:r>
            <w:r w:rsidR="00E0731C">
              <w:rPr>
                <w:noProof/>
                <w:webHidden/>
              </w:rPr>
              <w:t>86</w:t>
            </w:r>
            <w:r w:rsidR="00E0731C">
              <w:rPr>
                <w:noProof/>
                <w:webHidden/>
              </w:rPr>
              <w:fldChar w:fldCharType="end"/>
            </w:r>
          </w:hyperlink>
        </w:p>
        <w:p w14:paraId="642CE3E5" w14:textId="77777777" w:rsidR="00E0731C" w:rsidRDefault="00D948A3">
          <w:pPr>
            <w:pStyle w:val="TOC1"/>
            <w:tabs>
              <w:tab w:val="right" w:leader="dot" w:pos="8630"/>
            </w:tabs>
            <w:rPr>
              <w:rFonts w:asciiTheme="minorHAnsi" w:hAnsiTheme="minorHAnsi"/>
              <w:noProof/>
              <w:lang w:val="bg-BG" w:eastAsia="bg-BG"/>
            </w:rPr>
          </w:pPr>
          <w:hyperlink w:anchor="_Toc222837700" w:history="1">
            <w:r w:rsidR="00E0731C" w:rsidRPr="005B2A6F">
              <w:rPr>
                <w:rStyle w:val="Hyperlink"/>
                <w:noProof/>
                <w:lang w:val="bg-BG"/>
              </w:rPr>
              <w:t>ДЛС Дикчан - Обща площ: 342,9 хa</w:t>
            </w:r>
            <w:r w:rsidR="00E0731C">
              <w:rPr>
                <w:noProof/>
                <w:webHidden/>
              </w:rPr>
              <w:tab/>
            </w:r>
            <w:r w:rsidR="00E0731C">
              <w:rPr>
                <w:noProof/>
                <w:webHidden/>
              </w:rPr>
              <w:fldChar w:fldCharType="begin"/>
            </w:r>
            <w:r w:rsidR="00E0731C">
              <w:rPr>
                <w:noProof/>
                <w:webHidden/>
              </w:rPr>
              <w:instrText xml:space="preserve"> PAGEREF _Toc222837700 \h </w:instrText>
            </w:r>
            <w:r w:rsidR="00E0731C">
              <w:rPr>
                <w:noProof/>
                <w:webHidden/>
              </w:rPr>
            </w:r>
            <w:r w:rsidR="00E0731C">
              <w:rPr>
                <w:noProof/>
                <w:webHidden/>
              </w:rPr>
              <w:fldChar w:fldCharType="separate"/>
            </w:r>
            <w:r w:rsidR="00E0731C">
              <w:rPr>
                <w:noProof/>
                <w:webHidden/>
              </w:rPr>
              <w:t>88</w:t>
            </w:r>
            <w:r w:rsidR="00E0731C">
              <w:rPr>
                <w:noProof/>
                <w:webHidden/>
              </w:rPr>
              <w:fldChar w:fldCharType="end"/>
            </w:r>
          </w:hyperlink>
        </w:p>
        <w:p w14:paraId="292FADA5" w14:textId="77777777" w:rsidR="00E0731C" w:rsidRDefault="00D948A3">
          <w:pPr>
            <w:pStyle w:val="TOC1"/>
            <w:tabs>
              <w:tab w:val="right" w:leader="dot" w:pos="8630"/>
            </w:tabs>
            <w:rPr>
              <w:rFonts w:asciiTheme="minorHAnsi" w:hAnsiTheme="minorHAnsi"/>
              <w:noProof/>
              <w:lang w:val="bg-BG" w:eastAsia="bg-BG"/>
            </w:rPr>
          </w:pPr>
          <w:hyperlink w:anchor="_Toc222837701" w:history="1">
            <w:r w:rsidR="00E0731C" w:rsidRPr="005B2A6F">
              <w:rPr>
                <w:rStyle w:val="Hyperlink"/>
                <w:noProof/>
                <w:lang w:val="bg-BG"/>
              </w:rPr>
              <w:t>ДЛС Осогово - Обща площ: 1836,5 хa</w:t>
            </w:r>
            <w:r w:rsidR="00E0731C">
              <w:rPr>
                <w:noProof/>
                <w:webHidden/>
              </w:rPr>
              <w:tab/>
            </w:r>
            <w:r w:rsidR="00E0731C">
              <w:rPr>
                <w:noProof/>
                <w:webHidden/>
              </w:rPr>
              <w:fldChar w:fldCharType="begin"/>
            </w:r>
            <w:r w:rsidR="00E0731C">
              <w:rPr>
                <w:noProof/>
                <w:webHidden/>
              </w:rPr>
              <w:instrText xml:space="preserve"> PAGEREF _Toc222837701 \h </w:instrText>
            </w:r>
            <w:r w:rsidR="00E0731C">
              <w:rPr>
                <w:noProof/>
                <w:webHidden/>
              </w:rPr>
            </w:r>
            <w:r w:rsidR="00E0731C">
              <w:rPr>
                <w:noProof/>
                <w:webHidden/>
              </w:rPr>
              <w:fldChar w:fldCharType="separate"/>
            </w:r>
            <w:r w:rsidR="00E0731C">
              <w:rPr>
                <w:noProof/>
                <w:webHidden/>
              </w:rPr>
              <w:t>89</w:t>
            </w:r>
            <w:r w:rsidR="00E0731C">
              <w:rPr>
                <w:noProof/>
                <w:webHidden/>
              </w:rPr>
              <w:fldChar w:fldCharType="end"/>
            </w:r>
          </w:hyperlink>
        </w:p>
        <w:p w14:paraId="25256A89" w14:textId="77777777" w:rsidR="00D77020" w:rsidRDefault="00D77020">
          <w:r>
            <w:fldChar w:fldCharType="end"/>
          </w:r>
        </w:p>
      </w:sdtContent>
    </w:sdt>
    <w:p w14:paraId="2774CA36" w14:textId="77777777" w:rsidR="00812F18" w:rsidRPr="00D77020" w:rsidRDefault="00812F18" w:rsidP="00812F18">
      <w:pPr>
        <w:rPr>
          <w:lang w:val="bg-BG"/>
        </w:rPr>
      </w:pPr>
    </w:p>
    <w:p w14:paraId="467E352F" w14:textId="77777777" w:rsidR="00812F18" w:rsidRPr="00D77020" w:rsidRDefault="00812F18" w:rsidP="00812F18">
      <w:pPr>
        <w:rPr>
          <w:lang w:val="bg-BG"/>
        </w:rPr>
      </w:pPr>
    </w:p>
    <w:p w14:paraId="72CB356C" w14:textId="77777777" w:rsidR="00812F18" w:rsidRPr="00D77020" w:rsidRDefault="00812F18" w:rsidP="00812F18">
      <w:pPr>
        <w:rPr>
          <w:lang w:val="bg-BG"/>
        </w:rPr>
      </w:pPr>
    </w:p>
    <w:p w14:paraId="78CD58E8" w14:textId="77777777" w:rsidR="00812F18" w:rsidRPr="00D77020" w:rsidRDefault="00812F18">
      <w:pPr>
        <w:rPr>
          <w:lang w:val="bg-BG"/>
        </w:rPr>
      </w:pPr>
      <w:r w:rsidRPr="00D77020">
        <w:rPr>
          <w:lang w:val="bg-BG"/>
        </w:rPr>
        <w:br w:type="page"/>
      </w:r>
    </w:p>
    <w:p w14:paraId="78D8B30A" w14:textId="77777777" w:rsidR="006F0136" w:rsidRPr="00D77020" w:rsidRDefault="00D77020">
      <w:pPr>
        <w:pStyle w:val="Heading1"/>
        <w:rPr>
          <w:lang w:val="bg-BG"/>
        </w:rPr>
      </w:pPr>
      <w:bookmarkStart w:id="1" w:name="_Toc222837668"/>
      <w:r w:rsidRPr="00D77020">
        <w:rPr>
          <w:lang w:val="bg-BG"/>
        </w:rPr>
        <w:lastRenderedPageBreak/>
        <w:t xml:space="preserve">ДГС Белица - Обща площ: 201,3 </w:t>
      </w:r>
      <w:proofErr w:type="spellStart"/>
      <w:r w:rsidRPr="00D77020">
        <w:rPr>
          <w:lang w:val="bg-BG"/>
        </w:rPr>
        <w:t>хa</w:t>
      </w:r>
      <w:bookmarkEnd w:id="1"/>
      <w:proofErr w:type="spellEnd"/>
    </w:p>
    <w:p w14:paraId="2C598317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BG0000636 - Ниска Рила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32D0523D" w14:textId="77777777">
        <w:tc>
          <w:tcPr>
            <w:tcW w:w="1587" w:type="dxa"/>
          </w:tcPr>
          <w:p w14:paraId="0106D7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7E979A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1904CD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684DC8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0B1C43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5647EB61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201DD0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6000D498" w14:textId="77777777">
        <w:tc>
          <w:tcPr>
            <w:tcW w:w="1234" w:type="dxa"/>
          </w:tcPr>
          <w:p w14:paraId="7CEFB3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12CD7C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BA-103-д</w:t>
            </w:r>
          </w:p>
        </w:tc>
        <w:tc>
          <w:tcPr>
            <w:tcW w:w="1234" w:type="dxa"/>
          </w:tcPr>
          <w:p w14:paraId="70367C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103</w:t>
            </w:r>
          </w:p>
        </w:tc>
        <w:tc>
          <w:tcPr>
            <w:tcW w:w="1234" w:type="dxa"/>
          </w:tcPr>
          <w:p w14:paraId="75561C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039103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6D4959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31F6B16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8,4</w:t>
            </w:r>
          </w:p>
        </w:tc>
      </w:tr>
      <w:tr w:rsidR="006F0136" w:rsidRPr="00D77020" w14:paraId="360DCBBA" w14:textId="77777777">
        <w:tc>
          <w:tcPr>
            <w:tcW w:w="1234" w:type="dxa"/>
          </w:tcPr>
          <w:p w14:paraId="1AE8C8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6F4F65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BA-111-з</w:t>
            </w:r>
          </w:p>
        </w:tc>
        <w:tc>
          <w:tcPr>
            <w:tcW w:w="1234" w:type="dxa"/>
          </w:tcPr>
          <w:p w14:paraId="53FE63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</w:t>
            </w:r>
          </w:p>
        </w:tc>
        <w:tc>
          <w:tcPr>
            <w:tcW w:w="1234" w:type="dxa"/>
          </w:tcPr>
          <w:p w14:paraId="613F7B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5B74FA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31B1D5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0E4CDED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2,9</w:t>
            </w:r>
          </w:p>
        </w:tc>
      </w:tr>
      <w:tr w:rsidR="006F0136" w:rsidRPr="00D77020" w14:paraId="641AEE86" w14:textId="77777777">
        <w:tc>
          <w:tcPr>
            <w:tcW w:w="1234" w:type="dxa"/>
          </w:tcPr>
          <w:p w14:paraId="4A4D6E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1792D7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BA-112-а</w:t>
            </w:r>
          </w:p>
        </w:tc>
        <w:tc>
          <w:tcPr>
            <w:tcW w:w="1234" w:type="dxa"/>
          </w:tcPr>
          <w:p w14:paraId="774F98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112</w:t>
            </w:r>
          </w:p>
        </w:tc>
        <w:tc>
          <w:tcPr>
            <w:tcW w:w="1234" w:type="dxa"/>
          </w:tcPr>
          <w:p w14:paraId="43A7F2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1D15F7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6EC1A7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1644AFD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6,1</w:t>
            </w:r>
          </w:p>
        </w:tc>
      </w:tr>
      <w:tr w:rsidR="006F0136" w:rsidRPr="00D77020" w14:paraId="40DA70FE" w14:textId="77777777">
        <w:tc>
          <w:tcPr>
            <w:tcW w:w="1234" w:type="dxa"/>
          </w:tcPr>
          <w:p w14:paraId="783D6A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672EE9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BA-30-б</w:t>
            </w:r>
          </w:p>
        </w:tc>
        <w:tc>
          <w:tcPr>
            <w:tcW w:w="1234" w:type="dxa"/>
          </w:tcPr>
          <w:p w14:paraId="0DC12B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</w:t>
            </w:r>
          </w:p>
        </w:tc>
        <w:tc>
          <w:tcPr>
            <w:tcW w:w="1234" w:type="dxa"/>
          </w:tcPr>
          <w:p w14:paraId="46AF5A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502F71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47112B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78C88D1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5,6</w:t>
            </w:r>
          </w:p>
        </w:tc>
      </w:tr>
      <w:tr w:rsidR="006F0136" w:rsidRPr="00D77020" w14:paraId="2FBDB83A" w14:textId="77777777">
        <w:tc>
          <w:tcPr>
            <w:tcW w:w="1234" w:type="dxa"/>
          </w:tcPr>
          <w:p w14:paraId="172DAA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4DDF80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BA-30-в</w:t>
            </w:r>
          </w:p>
        </w:tc>
        <w:tc>
          <w:tcPr>
            <w:tcW w:w="1234" w:type="dxa"/>
          </w:tcPr>
          <w:p w14:paraId="125CA7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</w:t>
            </w:r>
          </w:p>
        </w:tc>
        <w:tc>
          <w:tcPr>
            <w:tcW w:w="1234" w:type="dxa"/>
          </w:tcPr>
          <w:p w14:paraId="079151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6CE325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612656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16BEC5F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4,0</w:t>
            </w:r>
          </w:p>
        </w:tc>
      </w:tr>
      <w:tr w:rsidR="006F0136" w:rsidRPr="00D77020" w14:paraId="7B91B8E0" w14:textId="77777777">
        <w:tc>
          <w:tcPr>
            <w:tcW w:w="1234" w:type="dxa"/>
          </w:tcPr>
          <w:p w14:paraId="1C5149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7580C2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BA-30-с</w:t>
            </w:r>
          </w:p>
        </w:tc>
        <w:tc>
          <w:tcPr>
            <w:tcW w:w="1234" w:type="dxa"/>
          </w:tcPr>
          <w:p w14:paraId="67A06B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</w:t>
            </w:r>
          </w:p>
        </w:tc>
        <w:tc>
          <w:tcPr>
            <w:tcW w:w="1234" w:type="dxa"/>
          </w:tcPr>
          <w:p w14:paraId="10534D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66D853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13F7B6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21169CF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6,9</w:t>
            </w:r>
          </w:p>
        </w:tc>
      </w:tr>
      <w:tr w:rsidR="006F0136" w:rsidRPr="00D77020" w14:paraId="4CE1A72A" w14:textId="77777777">
        <w:tc>
          <w:tcPr>
            <w:tcW w:w="1234" w:type="dxa"/>
          </w:tcPr>
          <w:p w14:paraId="206E6C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4739C0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BA-30-у1</w:t>
            </w:r>
          </w:p>
        </w:tc>
        <w:tc>
          <w:tcPr>
            <w:tcW w:w="1234" w:type="dxa"/>
          </w:tcPr>
          <w:p w14:paraId="0D89EF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</w:t>
            </w:r>
          </w:p>
        </w:tc>
        <w:tc>
          <w:tcPr>
            <w:tcW w:w="1234" w:type="dxa"/>
          </w:tcPr>
          <w:p w14:paraId="7FC8B6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у1</w:t>
            </w:r>
          </w:p>
        </w:tc>
        <w:tc>
          <w:tcPr>
            <w:tcW w:w="1234" w:type="dxa"/>
          </w:tcPr>
          <w:p w14:paraId="52091E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42F137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3AEA62E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2,8</w:t>
            </w:r>
          </w:p>
        </w:tc>
      </w:tr>
      <w:tr w:rsidR="006F0136" w:rsidRPr="00D77020" w14:paraId="1C9A884E" w14:textId="77777777">
        <w:tc>
          <w:tcPr>
            <w:tcW w:w="1234" w:type="dxa"/>
          </w:tcPr>
          <w:p w14:paraId="07D6CF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56DA82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BA-51-а</w:t>
            </w:r>
          </w:p>
        </w:tc>
        <w:tc>
          <w:tcPr>
            <w:tcW w:w="1234" w:type="dxa"/>
          </w:tcPr>
          <w:p w14:paraId="17C0D8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51</w:t>
            </w:r>
          </w:p>
        </w:tc>
        <w:tc>
          <w:tcPr>
            <w:tcW w:w="1234" w:type="dxa"/>
          </w:tcPr>
          <w:p w14:paraId="5C4661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132501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0DA618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37FA68F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4,0</w:t>
            </w:r>
          </w:p>
        </w:tc>
      </w:tr>
      <w:tr w:rsidR="006F0136" w:rsidRPr="00D77020" w14:paraId="0E9BA062" w14:textId="77777777">
        <w:tc>
          <w:tcPr>
            <w:tcW w:w="1234" w:type="dxa"/>
          </w:tcPr>
          <w:p w14:paraId="6F6BDC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17F1FF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BA-51-з</w:t>
            </w:r>
          </w:p>
        </w:tc>
        <w:tc>
          <w:tcPr>
            <w:tcW w:w="1234" w:type="dxa"/>
          </w:tcPr>
          <w:p w14:paraId="39E98D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51</w:t>
            </w:r>
          </w:p>
        </w:tc>
        <w:tc>
          <w:tcPr>
            <w:tcW w:w="1234" w:type="dxa"/>
          </w:tcPr>
          <w:p w14:paraId="4FD6D3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7F76B9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08C877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D8DA91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26,2</w:t>
            </w:r>
          </w:p>
        </w:tc>
      </w:tr>
      <w:tr w:rsidR="006F0136" w:rsidRPr="00D77020" w14:paraId="7B3A0EF9" w14:textId="77777777">
        <w:tc>
          <w:tcPr>
            <w:tcW w:w="1234" w:type="dxa"/>
          </w:tcPr>
          <w:p w14:paraId="036493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44838B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BA-54-р</w:t>
            </w:r>
          </w:p>
        </w:tc>
        <w:tc>
          <w:tcPr>
            <w:tcW w:w="1234" w:type="dxa"/>
          </w:tcPr>
          <w:p w14:paraId="05810F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54</w:t>
            </w:r>
          </w:p>
        </w:tc>
        <w:tc>
          <w:tcPr>
            <w:tcW w:w="1234" w:type="dxa"/>
          </w:tcPr>
          <w:p w14:paraId="4334F8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621B21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45F203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7086B77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49,1</w:t>
            </w:r>
          </w:p>
        </w:tc>
      </w:tr>
      <w:tr w:rsidR="006F0136" w:rsidRPr="00D77020" w14:paraId="7E596316" w14:textId="77777777">
        <w:tc>
          <w:tcPr>
            <w:tcW w:w="1234" w:type="dxa"/>
          </w:tcPr>
          <w:p w14:paraId="7D5D5B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018346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BA-56-г</w:t>
            </w:r>
          </w:p>
        </w:tc>
        <w:tc>
          <w:tcPr>
            <w:tcW w:w="1234" w:type="dxa"/>
          </w:tcPr>
          <w:p w14:paraId="243FED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56</w:t>
            </w:r>
          </w:p>
        </w:tc>
        <w:tc>
          <w:tcPr>
            <w:tcW w:w="1234" w:type="dxa"/>
          </w:tcPr>
          <w:p w14:paraId="4378EF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119603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4304C5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9174FB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12,0</w:t>
            </w:r>
          </w:p>
        </w:tc>
      </w:tr>
      <w:tr w:rsidR="006F0136" w:rsidRPr="00D77020" w14:paraId="197330CD" w14:textId="77777777">
        <w:tc>
          <w:tcPr>
            <w:tcW w:w="1234" w:type="dxa"/>
          </w:tcPr>
          <w:p w14:paraId="463B33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683D81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BA-56-л</w:t>
            </w:r>
          </w:p>
        </w:tc>
        <w:tc>
          <w:tcPr>
            <w:tcW w:w="1234" w:type="dxa"/>
          </w:tcPr>
          <w:p w14:paraId="1A9FE3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56</w:t>
            </w:r>
          </w:p>
        </w:tc>
        <w:tc>
          <w:tcPr>
            <w:tcW w:w="1234" w:type="dxa"/>
          </w:tcPr>
          <w:p w14:paraId="02E87B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2BDE4A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09E4E2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CE2F23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15,0</w:t>
            </w:r>
          </w:p>
        </w:tc>
      </w:tr>
      <w:tr w:rsidR="006F0136" w:rsidRPr="00D77020" w14:paraId="3470ECBC" w14:textId="77777777">
        <w:tc>
          <w:tcPr>
            <w:tcW w:w="1234" w:type="dxa"/>
          </w:tcPr>
          <w:p w14:paraId="7323F5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459C5E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BA-56-о</w:t>
            </w:r>
          </w:p>
        </w:tc>
        <w:tc>
          <w:tcPr>
            <w:tcW w:w="1234" w:type="dxa"/>
          </w:tcPr>
          <w:p w14:paraId="1AD6C3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56</w:t>
            </w:r>
          </w:p>
        </w:tc>
        <w:tc>
          <w:tcPr>
            <w:tcW w:w="1234" w:type="dxa"/>
          </w:tcPr>
          <w:p w14:paraId="3C23C5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435CBA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577576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053A86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10,2</w:t>
            </w:r>
          </w:p>
        </w:tc>
      </w:tr>
      <w:tr w:rsidR="006F0136" w:rsidRPr="00D77020" w14:paraId="642A2D80" w14:textId="77777777">
        <w:tc>
          <w:tcPr>
            <w:tcW w:w="1234" w:type="dxa"/>
          </w:tcPr>
          <w:p w14:paraId="6B36B6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2CFC5E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BA-56-с</w:t>
            </w:r>
          </w:p>
        </w:tc>
        <w:tc>
          <w:tcPr>
            <w:tcW w:w="1234" w:type="dxa"/>
          </w:tcPr>
          <w:p w14:paraId="68CE76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56</w:t>
            </w:r>
          </w:p>
        </w:tc>
        <w:tc>
          <w:tcPr>
            <w:tcW w:w="1234" w:type="dxa"/>
          </w:tcPr>
          <w:p w14:paraId="53A9DE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36BFF5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7D4C18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6B48D54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8,9</w:t>
            </w:r>
          </w:p>
        </w:tc>
      </w:tr>
      <w:tr w:rsidR="006F0136" w:rsidRPr="00D77020" w14:paraId="6E66DAE7" w14:textId="77777777">
        <w:tc>
          <w:tcPr>
            <w:tcW w:w="1234" w:type="dxa"/>
          </w:tcPr>
          <w:p w14:paraId="412070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1481FE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BA-68-т</w:t>
            </w:r>
          </w:p>
        </w:tc>
        <w:tc>
          <w:tcPr>
            <w:tcW w:w="1234" w:type="dxa"/>
          </w:tcPr>
          <w:p w14:paraId="5A09EF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68</w:t>
            </w:r>
          </w:p>
        </w:tc>
        <w:tc>
          <w:tcPr>
            <w:tcW w:w="1234" w:type="dxa"/>
          </w:tcPr>
          <w:p w14:paraId="4A2EC2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7EF609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3FD83B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657C58C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13,6</w:t>
            </w:r>
          </w:p>
        </w:tc>
      </w:tr>
      <w:tr w:rsidR="006F0136" w:rsidRPr="00D77020" w14:paraId="79A5DF14" w14:textId="77777777">
        <w:tc>
          <w:tcPr>
            <w:tcW w:w="1234" w:type="dxa"/>
          </w:tcPr>
          <w:p w14:paraId="7AE8BF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4E06E3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BA-71-у</w:t>
            </w:r>
          </w:p>
        </w:tc>
        <w:tc>
          <w:tcPr>
            <w:tcW w:w="1234" w:type="dxa"/>
          </w:tcPr>
          <w:p w14:paraId="795AE4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71</w:t>
            </w:r>
          </w:p>
        </w:tc>
        <w:tc>
          <w:tcPr>
            <w:tcW w:w="1234" w:type="dxa"/>
          </w:tcPr>
          <w:p w14:paraId="2EFA40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у</w:t>
            </w:r>
          </w:p>
        </w:tc>
        <w:tc>
          <w:tcPr>
            <w:tcW w:w="1234" w:type="dxa"/>
          </w:tcPr>
          <w:p w14:paraId="519AA7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350C88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3CCC034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12,6</w:t>
            </w:r>
          </w:p>
        </w:tc>
      </w:tr>
      <w:tr w:rsidR="006F0136" w:rsidRPr="00D77020" w14:paraId="73C0F13A" w14:textId="77777777">
        <w:tc>
          <w:tcPr>
            <w:tcW w:w="1234" w:type="dxa"/>
          </w:tcPr>
          <w:p w14:paraId="6B6BF5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27C49D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BA-71-я</w:t>
            </w:r>
          </w:p>
        </w:tc>
        <w:tc>
          <w:tcPr>
            <w:tcW w:w="1234" w:type="dxa"/>
          </w:tcPr>
          <w:p w14:paraId="3CCA77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71</w:t>
            </w:r>
          </w:p>
        </w:tc>
        <w:tc>
          <w:tcPr>
            <w:tcW w:w="1234" w:type="dxa"/>
          </w:tcPr>
          <w:p w14:paraId="3E53AF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я</w:t>
            </w:r>
          </w:p>
        </w:tc>
        <w:tc>
          <w:tcPr>
            <w:tcW w:w="1234" w:type="dxa"/>
          </w:tcPr>
          <w:p w14:paraId="2B85FE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4E8B9D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5D21C64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6,9</w:t>
            </w:r>
          </w:p>
        </w:tc>
      </w:tr>
      <w:tr w:rsidR="006F0136" w:rsidRPr="00D77020" w14:paraId="484A66FD" w14:textId="77777777">
        <w:tc>
          <w:tcPr>
            <w:tcW w:w="1234" w:type="dxa"/>
          </w:tcPr>
          <w:p w14:paraId="4BF330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4BA92C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BA-87-и</w:t>
            </w:r>
          </w:p>
        </w:tc>
        <w:tc>
          <w:tcPr>
            <w:tcW w:w="1234" w:type="dxa"/>
          </w:tcPr>
          <w:p w14:paraId="34115F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87</w:t>
            </w:r>
          </w:p>
        </w:tc>
        <w:tc>
          <w:tcPr>
            <w:tcW w:w="1234" w:type="dxa"/>
          </w:tcPr>
          <w:p w14:paraId="197CC8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632EE0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186255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F83A47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2,7</w:t>
            </w:r>
          </w:p>
        </w:tc>
      </w:tr>
      <w:tr w:rsidR="006F0136" w:rsidRPr="00D77020" w14:paraId="79C05F15" w14:textId="77777777">
        <w:tc>
          <w:tcPr>
            <w:tcW w:w="1234" w:type="dxa"/>
          </w:tcPr>
          <w:p w14:paraId="695DE3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51E806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BA-87-с</w:t>
            </w:r>
          </w:p>
        </w:tc>
        <w:tc>
          <w:tcPr>
            <w:tcW w:w="1234" w:type="dxa"/>
          </w:tcPr>
          <w:p w14:paraId="4D3C30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87</w:t>
            </w:r>
          </w:p>
        </w:tc>
        <w:tc>
          <w:tcPr>
            <w:tcW w:w="1234" w:type="dxa"/>
          </w:tcPr>
          <w:p w14:paraId="192DF4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12F680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159F8E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534E84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3,4</w:t>
            </w:r>
          </w:p>
        </w:tc>
      </w:tr>
      <w:tr w:rsidR="006F0136" w:rsidRPr="00D77020" w14:paraId="686006C5" w14:textId="77777777">
        <w:tc>
          <w:tcPr>
            <w:tcW w:w="7404" w:type="dxa"/>
            <w:gridSpan w:val="6"/>
          </w:tcPr>
          <w:p w14:paraId="640CA0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537C734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201,3</w:t>
            </w:r>
          </w:p>
        </w:tc>
      </w:tr>
    </w:tbl>
    <w:p w14:paraId="46F09D71" w14:textId="77777777" w:rsidR="006F0136" w:rsidRPr="00D77020" w:rsidRDefault="00D77020">
      <w:pPr>
        <w:rPr>
          <w:lang w:val="bg-BG"/>
        </w:rPr>
      </w:pPr>
      <w:r w:rsidRPr="00D77020">
        <w:rPr>
          <w:lang w:val="bg-BG"/>
        </w:rPr>
        <w:br w:type="page"/>
      </w:r>
    </w:p>
    <w:p w14:paraId="17D4C4C8" w14:textId="77777777" w:rsidR="006F0136" w:rsidRPr="00D77020" w:rsidRDefault="00D77020">
      <w:pPr>
        <w:pStyle w:val="Heading1"/>
        <w:rPr>
          <w:lang w:val="bg-BG"/>
        </w:rPr>
      </w:pPr>
      <w:bookmarkStart w:id="2" w:name="_Toc222837669"/>
      <w:r w:rsidRPr="00D77020">
        <w:rPr>
          <w:lang w:val="bg-BG"/>
        </w:rPr>
        <w:lastRenderedPageBreak/>
        <w:t xml:space="preserve">ДГС Белово - Обща площ: 609,0 </w:t>
      </w:r>
      <w:proofErr w:type="spellStart"/>
      <w:r w:rsidRPr="00D77020">
        <w:rPr>
          <w:lang w:val="bg-BG"/>
        </w:rPr>
        <w:t>хa</w:t>
      </w:r>
      <w:bookmarkEnd w:id="2"/>
      <w:proofErr w:type="spellEnd"/>
    </w:p>
    <w:p w14:paraId="588DE021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BG0000304 - Голак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5E3380CF" w14:textId="77777777">
        <w:tc>
          <w:tcPr>
            <w:tcW w:w="1587" w:type="dxa"/>
          </w:tcPr>
          <w:p w14:paraId="55DC4A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7F10A1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3C132C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4695F8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02696C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21738B91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68BE0E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5842F1AD" w14:textId="77777777">
        <w:tc>
          <w:tcPr>
            <w:tcW w:w="1234" w:type="dxa"/>
          </w:tcPr>
          <w:p w14:paraId="78E16D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B357B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LC-137-н</w:t>
            </w:r>
          </w:p>
        </w:tc>
        <w:tc>
          <w:tcPr>
            <w:tcW w:w="1234" w:type="dxa"/>
          </w:tcPr>
          <w:p w14:paraId="4DC4CC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137</w:t>
            </w:r>
          </w:p>
        </w:tc>
        <w:tc>
          <w:tcPr>
            <w:tcW w:w="1234" w:type="dxa"/>
          </w:tcPr>
          <w:p w14:paraId="11E6AE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59B601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365D67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8455E6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056707B8" w14:textId="77777777">
        <w:tc>
          <w:tcPr>
            <w:tcW w:w="1234" w:type="dxa"/>
          </w:tcPr>
          <w:p w14:paraId="1B3E61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432B60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LC-138-о</w:t>
            </w:r>
          </w:p>
        </w:tc>
        <w:tc>
          <w:tcPr>
            <w:tcW w:w="1234" w:type="dxa"/>
          </w:tcPr>
          <w:p w14:paraId="7232E4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138</w:t>
            </w:r>
          </w:p>
        </w:tc>
        <w:tc>
          <w:tcPr>
            <w:tcW w:w="1234" w:type="dxa"/>
          </w:tcPr>
          <w:p w14:paraId="2563B3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7CDC65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2E4162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D73FAB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1,9</w:t>
            </w:r>
          </w:p>
        </w:tc>
      </w:tr>
      <w:tr w:rsidR="006F0136" w:rsidRPr="00D77020" w14:paraId="412EBD0A" w14:textId="77777777">
        <w:tc>
          <w:tcPr>
            <w:tcW w:w="7404" w:type="dxa"/>
            <w:gridSpan w:val="6"/>
          </w:tcPr>
          <w:p w14:paraId="5C9FD6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7AEBBFE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3,1</w:t>
            </w:r>
          </w:p>
        </w:tc>
      </w:tr>
    </w:tbl>
    <w:p w14:paraId="39170FA9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BG0000636 - Ниска Рила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5F153AB8" w14:textId="77777777">
        <w:tc>
          <w:tcPr>
            <w:tcW w:w="1587" w:type="dxa"/>
          </w:tcPr>
          <w:p w14:paraId="44C096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2B689F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67C0F3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705013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4B061A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4435B165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5AE35A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65832BDE" w14:textId="77777777">
        <w:tc>
          <w:tcPr>
            <w:tcW w:w="1234" w:type="dxa"/>
          </w:tcPr>
          <w:p w14:paraId="4C7A95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15D309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LC-109-ж</w:t>
            </w:r>
          </w:p>
        </w:tc>
        <w:tc>
          <w:tcPr>
            <w:tcW w:w="1234" w:type="dxa"/>
          </w:tcPr>
          <w:p w14:paraId="5C1807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109</w:t>
            </w:r>
          </w:p>
        </w:tc>
        <w:tc>
          <w:tcPr>
            <w:tcW w:w="1234" w:type="dxa"/>
          </w:tcPr>
          <w:p w14:paraId="20E43B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6ED219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0D2C83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FAE872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1,5</w:t>
            </w:r>
          </w:p>
        </w:tc>
      </w:tr>
      <w:tr w:rsidR="006F0136" w:rsidRPr="00D77020" w14:paraId="37B64B51" w14:textId="77777777">
        <w:tc>
          <w:tcPr>
            <w:tcW w:w="1234" w:type="dxa"/>
          </w:tcPr>
          <w:p w14:paraId="7436E2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88AF6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LC-140-р</w:t>
            </w:r>
          </w:p>
        </w:tc>
        <w:tc>
          <w:tcPr>
            <w:tcW w:w="1234" w:type="dxa"/>
          </w:tcPr>
          <w:p w14:paraId="063177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32CE39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2C8C8C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26F5C2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3D2E63C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2,1</w:t>
            </w:r>
          </w:p>
        </w:tc>
      </w:tr>
      <w:tr w:rsidR="006F0136" w:rsidRPr="00D77020" w14:paraId="5D1201C0" w14:textId="77777777">
        <w:tc>
          <w:tcPr>
            <w:tcW w:w="1234" w:type="dxa"/>
          </w:tcPr>
          <w:p w14:paraId="677438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0ABF4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LC-145-б</w:t>
            </w:r>
          </w:p>
        </w:tc>
        <w:tc>
          <w:tcPr>
            <w:tcW w:w="1234" w:type="dxa"/>
          </w:tcPr>
          <w:p w14:paraId="0FD7CD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145</w:t>
            </w:r>
          </w:p>
        </w:tc>
        <w:tc>
          <w:tcPr>
            <w:tcW w:w="1234" w:type="dxa"/>
          </w:tcPr>
          <w:p w14:paraId="64F82E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202FA5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5EDEE1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277F635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14,5</w:t>
            </w:r>
          </w:p>
        </w:tc>
      </w:tr>
      <w:tr w:rsidR="006F0136" w:rsidRPr="00D77020" w14:paraId="656456CC" w14:textId="77777777">
        <w:tc>
          <w:tcPr>
            <w:tcW w:w="1234" w:type="dxa"/>
          </w:tcPr>
          <w:p w14:paraId="16DA0F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4681FE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LC-146-б</w:t>
            </w:r>
          </w:p>
        </w:tc>
        <w:tc>
          <w:tcPr>
            <w:tcW w:w="1234" w:type="dxa"/>
          </w:tcPr>
          <w:p w14:paraId="041085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146</w:t>
            </w:r>
          </w:p>
        </w:tc>
        <w:tc>
          <w:tcPr>
            <w:tcW w:w="1234" w:type="dxa"/>
          </w:tcPr>
          <w:p w14:paraId="08DB84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687C13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7AF63E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3CFC92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18,7</w:t>
            </w:r>
          </w:p>
        </w:tc>
      </w:tr>
      <w:tr w:rsidR="006F0136" w:rsidRPr="00D77020" w14:paraId="588FD824" w14:textId="77777777">
        <w:tc>
          <w:tcPr>
            <w:tcW w:w="1234" w:type="dxa"/>
          </w:tcPr>
          <w:p w14:paraId="5562BF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48579B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LC-147-в</w:t>
            </w:r>
          </w:p>
        </w:tc>
        <w:tc>
          <w:tcPr>
            <w:tcW w:w="1234" w:type="dxa"/>
          </w:tcPr>
          <w:p w14:paraId="64021A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147</w:t>
            </w:r>
          </w:p>
        </w:tc>
        <w:tc>
          <w:tcPr>
            <w:tcW w:w="1234" w:type="dxa"/>
          </w:tcPr>
          <w:p w14:paraId="3FB74F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767345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3F50C1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180D7D6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5,4</w:t>
            </w:r>
          </w:p>
        </w:tc>
      </w:tr>
      <w:tr w:rsidR="006F0136" w:rsidRPr="00D77020" w14:paraId="260B8274" w14:textId="77777777">
        <w:tc>
          <w:tcPr>
            <w:tcW w:w="1234" w:type="dxa"/>
          </w:tcPr>
          <w:p w14:paraId="2163B8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99B24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LC-147-д</w:t>
            </w:r>
          </w:p>
        </w:tc>
        <w:tc>
          <w:tcPr>
            <w:tcW w:w="1234" w:type="dxa"/>
          </w:tcPr>
          <w:p w14:paraId="1FE648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147</w:t>
            </w:r>
          </w:p>
        </w:tc>
        <w:tc>
          <w:tcPr>
            <w:tcW w:w="1234" w:type="dxa"/>
          </w:tcPr>
          <w:p w14:paraId="607D69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4642A7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061F0F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7091D7A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11,4</w:t>
            </w:r>
          </w:p>
        </w:tc>
      </w:tr>
      <w:tr w:rsidR="006F0136" w:rsidRPr="00D77020" w14:paraId="32ED0AE4" w14:textId="77777777">
        <w:tc>
          <w:tcPr>
            <w:tcW w:w="1234" w:type="dxa"/>
          </w:tcPr>
          <w:p w14:paraId="229872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4D7FF5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LC-147-м</w:t>
            </w:r>
          </w:p>
        </w:tc>
        <w:tc>
          <w:tcPr>
            <w:tcW w:w="1234" w:type="dxa"/>
          </w:tcPr>
          <w:p w14:paraId="40E7F2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147</w:t>
            </w:r>
          </w:p>
        </w:tc>
        <w:tc>
          <w:tcPr>
            <w:tcW w:w="1234" w:type="dxa"/>
          </w:tcPr>
          <w:p w14:paraId="1D4819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7202F6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76C50E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00BB77B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12,8</w:t>
            </w:r>
          </w:p>
        </w:tc>
      </w:tr>
      <w:tr w:rsidR="006F0136" w:rsidRPr="00D77020" w14:paraId="10CBB6F9" w14:textId="77777777">
        <w:tc>
          <w:tcPr>
            <w:tcW w:w="1234" w:type="dxa"/>
          </w:tcPr>
          <w:p w14:paraId="4AC78B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642D1B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LC-147-н</w:t>
            </w:r>
          </w:p>
        </w:tc>
        <w:tc>
          <w:tcPr>
            <w:tcW w:w="1234" w:type="dxa"/>
          </w:tcPr>
          <w:p w14:paraId="317242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147</w:t>
            </w:r>
          </w:p>
        </w:tc>
        <w:tc>
          <w:tcPr>
            <w:tcW w:w="1234" w:type="dxa"/>
          </w:tcPr>
          <w:p w14:paraId="077468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17D10A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4981B0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0F4CCFC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15,8</w:t>
            </w:r>
          </w:p>
        </w:tc>
      </w:tr>
      <w:tr w:rsidR="006F0136" w:rsidRPr="00D77020" w14:paraId="793DE813" w14:textId="77777777">
        <w:tc>
          <w:tcPr>
            <w:tcW w:w="1234" w:type="dxa"/>
          </w:tcPr>
          <w:p w14:paraId="723732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4A9323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LC-16-б</w:t>
            </w:r>
          </w:p>
        </w:tc>
        <w:tc>
          <w:tcPr>
            <w:tcW w:w="1234" w:type="dxa"/>
          </w:tcPr>
          <w:p w14:paraId="09B93A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</w:t>
            </w:r>
          </w:p>
        </w:tc>
        <w:tc>
          <w:tcPr>
            <w:tcW w:w="1234" w:type="dxa"/>
          </w:tcPr>
          <w:p w14:paraId="220C19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453CD3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498B6F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0553C1C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4,2</w:t>
            </w:r>
          </w:p>
        </w:tc>
      </w:tr>
      <w:tr w:rsidR="006F0136" w:rsidRPr="00D77020" w14:paraId="23606D78" w14:textId="77777777">
        <w:tc>
          <w:tcPr>
            <w:tcW w:w="1234" w:type="dxa"/>
          </w:tcPr>
          <w:p w14:paraId="56FD19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46CC67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LC-16-к</w:t>
            </w:r>
          </w:p>
        </w:tc>
        <w:tc>
          <w:tcPr>
            <w:tcW w:w="1234" w:type="dxa"/>
          </w:tcPr>
          <w:p w14:paraId="2AAAFC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</w:t>
            </w:r>
          </w:p>
        </w:tc>
        <w:tc>
          <w:tcPr>
            <w:tcW w:w="1234" w:type="dxa"/>
          </w:tcPr>
          <w:p w14:paraId="7CB40E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22A662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640C23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40C3675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2,4</w:t>
            </w:r>
          </w:p>
        </w:tc>
      </w:tr>
      <w:tr w:rsidR="006F0136" w:rsidRPr="00D77020" w14:paraId="69A9EA6B" w14:textId="77777777">
        <w:tc>
          <w:tcPr>
            <w:tcW w:w="1234" w:type="dxa"/>
          </w:tcPr>
          <w:p w14:paraId="455447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4D498D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LC-19-о</w:t>
            </w:r>
          </w:p>
        </w:tc>
        <w:tc>
          <w:tcPr>
            <w:tcW w:w="1234" w:type="dxa"/>
          </w:tcPr>
          <w:p w14:paraId="19B787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</w:t>
            </w:r>
          </w:p>
        </w:tc>
        <w:tc>
          <w:tcPr>
            <w:tcW w:w="1234" w:type="dxa"/>
          </w:tcPr>
          <w:p w14:paraId="30E082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2FFC7F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04C011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76570E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6,0</w:t>
            </w:r>
          </w:p>
        </w:tc>
      </w:tr>
      <w:tr w:rsidR="006F0136" w:rsidRPr="00D77020" w14:paraId="2A316C10" w14:textId="77777777">
        <w:tc>
          <w:tcPr>
            <w:tcW w:w="1234" w:type="dxa"/>
          </w:tcPr>
          <w:p w14:paraId="3692FF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40539E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LC-20-а</w:t>
            </w:r>
          </w:p>
        </w:tc>
        <w:tc>
          <w:tcPr>
            <w:tcW w:w="1234" w:type="dxa"/>
          </w:tcPr>
          <w:p w14:paraId="62E681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</w:t>
            </w:r>
          </w:p>
        </w:tc>
        <w:tc>
          <w:tcPr>
            <w:tcW w:w="1234" w:type="dxa"/>
          </w:tcPr>
          <w:p w14:paraId="3FF67A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6DCF3A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42059B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6C2A349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4,8</w:t>
            </w:r>
          </w:p>
        </w:tc>
      </w:tr>
      <w:tr w:rsidR="006F0136" w:rsidRPr="00D77020" w14:paraId="7A5F5FB4" w14:textId="77777777">
        <w:tc>
          <w:tcPr>
            <w:tcW w:w="1234" w:type="dxa"/>
          </w:tcPr>
          <w:p w14:paraId="450B73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635D15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LC-206-в</w:t>
            </w:r>
          </w:p>
        </w:tc>
        <w:tc>
          <w:tcPr>
            <w:tcW w:w="1234" w:type="dxa"/>
          </w:tcPr>
          <w:p w14:paraId="050741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206</w:t>
            </w:r>
          </w:p>
        </w:tc>
        <w:tc>
          <w:tcPr>
            <w:tcW w:w="1234" w:type="dxa"/>
          </w:tcPr>
          <w:p w14:paraId="027447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41F997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1F29D8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36BD1E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7,8</w:t>
            </w:r>
          </w:p>
        </w:tc>
      </w:tr>
      <w:tr w:rsidR="006F0136" w:rsidRPr="00D77020" w14:paraId="2501EB1C" w14:textId="77777777">
        <w:tc>
          <w:tcPr>
            <w:tcW w:w="1234" w:type="dxa"/>
          </w:tcPr>
          <w:p w14:paraId="37E77A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465BC8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LC-206-е</w:t>
            </w:r>
          </w:p>
        </w:tc>
        <w:tc>
          <w:tcPr>
            <w:tcW w:w="1234" w:type="dxa"/>
          </w:tcPr>
          <w:p w14:paraId="4A1F00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206</w:t>
            </w:r>
          </w:p>
        </w:tc>
        <w:tc>
          <w:tcPr>
            <w:tcW w:w="1234" w:type="dxa"/>
          </w:tcPr>
          <w:p w14:paraId="226A69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6755C6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60BF13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D67750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10,1</w:t>
            </w:r>
          </w:p>
        </w:tc>
      </w:tr>
      <w:tr w:rsidR="006F0136" w:rsidRPr="00D77020" w14:paraId="002E6997" w14:textId="77777777">
        <w:tc>
          <w:tcPr>
            <w:tcW w:w="1234" w:type="dxa"/>
          </w:tcPr>
          <w:p w14:paraId="55A548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40EB3E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LC-211-н</w:t>
            </w:r>
          </w:p>
        </w:tc>
        <w:tc>
          <w:tcPr>
            <w:tcW w:w="1234" w:type="dxa"/>
          </w:tcPr>
          <w:p w14:paraId="1BCD94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211</w:t>
            </w:r>
          </w:p>
        </w:tc>
        <w:tc>
          <w:tcPr>
            <w:tcW w:w="1234" w:type="dxa"/>
          </w:tcPr>
          <w:p w14:paraId="38D91E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7C7018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735F50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A9A655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5,4</w:t>
            </w:r>
          </w:p>
        </w:tc>
      </w:tr>
      <w:tr w:rsidR="006F0136" w:rsidRPr="00D77020" w14:paraId="15888649" w14:textId="77777777">
        <w:tc>
          <w:tcPr>
            <w:tcW w:w="1234" w:type="dxa"/>
          </w:tcPr>
          <w:p w14:paraId="0F9575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3B8AA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LC-213-д</w:t>
            </w:r>
          </w:p>
        </w:tc>
        <w:tc>
          <w:tcPr>
            <w:tcW w:w="1234" w:type="dxa"/>
          </w:tcPr>
          <w:p w14:paraId="0E820C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213</w:t>
            </w:r>
          </w:p>
        </w:tc>
        <w:tc>
          <w:tcPr>
            <w:tcW w:w="1234" w:type="dxa"/>
          </w:tcPr>
          <w:p w14:paraId="2E1B56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69BF04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6019E6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CA3DE0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12,1</w:t>
            </w:r>
          </w:p>
        </w:tc>
      </w:tr>
      <w:tr w:rsidR="006F0136" w:rsidRPr="00D77020" w14:paraId="52011574" w14:textId="77777777">
        <w:tc>
          <w:tcPr>
            <w:tcW w:w="1234" w:type="dxa"/>
          </w:tcPr>
          <w:p w14:paraId="319461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24733A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LC-213-к</w:t>
            </w:r>
          </w:p>
        </w:tc>
        <w:tc>
          <w:tcPr>
            <w:tcW w:w="1234" w:type="dxa"/>
          </w:tcPr>
          <w:p w14:paraId="738FA4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213</w:t>
            </w:r>
          </w:p>
        </w:tc>
        <w:tc>
          <w:tcPr>
            <w:tcW w:w="1234" w:type="dxa"/>
          </w:tcPr>
          <w:p w14:paraId="689C87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5818AD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45B4A1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DA0845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2,3</w:t>
            </w:r>
          </w:p>
        </w:tc>
      </w:tr>
      <w:tr w:rsidR="006F0136" w:rsidRPr="00D77020" w14:paraId="66B610F2" w14:textId="77777777">
        <w:tc>
          <w:tcPr>
            <w:tcW w:w="1234" w:type="dxa"/>
          </w:tcPr>
          <w:p w14:paraId="0EA0F0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4F46F8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LC-213-л</w:t>
            </w:r>
          </w:p>
        </w:tc>
        <w:tc>
          <w:tcPr>
            <w:tcW w:w="1234" w:type="dxa"/>
          </w:tcPr>
          <w:p w14:paraId="70B663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213</w:t>
            </w:r>
          </w:p>
        </w:tc>
        <w:tc>
          <w:tcPr>
            <w:tcW w:w="1234" w:type="dxa"/>
          </w:tcPr>
          <w:p w14:paraId="2021FA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52917C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327222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5F98099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2,8</w:t>
            </w:r>
          </w:p>
        </w:tc>
      </w:tr>
      <w:tr w:rsidR="006F0136" w:rsidRPr="00D77020" w14:paraId="24785936" w14:textId="77777777">
        <w:tc>
          <w:tcPr>
            <w:tcW w:w="1234" w:type="dxa"/>
          </w:tcPr>
          <w:p w14:paraId="71B4FB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47173F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LC-214-р</w:t>
            </w:r>
          </w:p>
        </w:tc>
        <w:tc>
          <w:tcPr>
            <w:tcW w:w="1234" w:type="dxa"/>
          </w:tcPr>
          <w:p w14:paraId="61EC2A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214</w:t>
            </w:r>
          </w:p>
        </w:tc>
        <w:tc>
          <w:tcPr>
            <w:tcW w:w="1234" w:type="dxa"/>
          </w:tcPr>
          <w:p w14:paraId="3C35CC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76F752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092378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0C8DAA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3,2</w:t>
            </w:r>
          </w:p>
        </w:tc>
      </w:tr>
      <w:tr w:rsidR="006F0136" w:rsidRPr="00D77020" w14:paraId="60380D85" w14:textId="77777777">
        <w:tc>
          <w:tcPr>
            <w:tcW w:w="1234" w:type="dxa"/>
          </w:tcPr>
          <w:p w14:paraId="380336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6E5723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LC-214-с</w:t>
            </w:r>
          </w:p>
        </w:tc>
        <w:tc>
          <w:tcPr>
            <w:tcW w:w="1234" w:type="dxa"/>
          </w:tcPr>
          <w:p w14:paraId="1FF362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214</w:t>
            </w:r>
          </w:p>
        </w:tc>
        <w:tc>
          <w:tcPr>
            <w:tcW w:w="1234" w:type="dxa"/>
          </w:tcPr>
          <w:p w14:paraId="571E39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3D8C1B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430BA2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073A97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4B983827" w14:textId="77777777">
        <w:tc>
          <w:tcPr>
            <w:tcW w:w="1234" w:type="dxa"/>
          </w:tcPr>
          <w:p w14:paraId="616B8D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61B38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LC-215-ж</w:t>
            </w:r>
          </w:p>
        </w:tc>
        <w:tc>
          <w:tcPr>
            <w:tcW w:w="1234" w:type="dxa"/>
          </w:tcPr>
          <w:p w14:paraId="0D44E9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215</w:t>
            </w:r>
          </w:p>
        </w:tc>
        <w:tc>
          <w:tcPr>
            <w:tcW w:w="1234" w:type="dxa"/>
          </w:tcPr>
          <w:p w14:paraId="27BD12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1B78F9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0B0880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0417E5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1,7</w:t>
            </w:r>
          </w:p>
        </w:tc>
      </w:tr>
      <w:tr w:rsidR="006F0136" w:rsidRPr="00D77020" w14:paraId="19FD26AD" w14:textId="77777777">
        <w:tc>
          <w:tcPr>
            <w:tcW w:w="1234" w:type="dxa"/>
          </w:tcPr>
          <w:p w14:paraId="29AF0F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BF756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LC-215-л</w:t>
            </w:r>
          </w:p>
        </w:tc>
        <w:tc>
          <w:tcPr>
            <w:tcW w:w="1234" w:type="dxa"/>
          </w:tcPr>
          <w:p w14:paraId="1AC5E8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215</w:t>
            </w:r>
          </w:p>
        </w:tc>
        <w:tc>
          <w:tcPr>
            <w:tcW w:w="1234" w:type="dxa"/>
          </w:tcPr>
          <w:p w14:paraId="356B7C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77A161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05134A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02AEE1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2,1</w:t>
            </w:r>
          </w:p>
        </w:tc>
      </w:tr>
      <w:tr w:rsidR="006F0136" w:rsidRPr="00D77020" w14:paraId="39E29480" w14:textId="77777777">
        <w:tc>
          <w:tcPr>
            <w:tcW w:w="1234" w:type="dxa"/>
          </w:tcPr>
          <w:p w14:paraId="1FC17C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CCE9F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LC-217-а</w:t>
            </w:r>
          </w:p>
        </w:tc>
        <w:tc>
          <w:tcPr>
            <w:tcW w:w="1234" w:type="dxa"/>
          </w:tcPr>
          <w:p w14:paraId="7DCA36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217</w:t>
            </w:r>
          </w:p>
        </w:tc>
        <w:tc>
          <w:tcPr>
            <w:tcW w:w="1234" w:type="dxa"/>
          </w:tcPr>
          <w:p w14:paraId="519921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7AA0EE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0AF72E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47B65B8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15,6</w:t>
            </w:r>
          </w:p>
        </w:tc>
      </w:tr>
      <w:tr w:rsidR="006F0136" w:rsidRPr="00D77020" w14:paraId="04852FC6" w14:textId="77777777">
        <w:tc>
          <w:tcPr>
            <w:tcW w:w="1234" w:type="dxa"/>
          </w:tcPr>
          <w:p w14:paraId="4467C4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BE644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LC-217-б</w:t>
            </w:r>
          </w:p>
        </w:tc>
        <w:tc>
          <w:tcPr>
            <w:tcW w:w="1234" w:type="dxa"/>
          </w:tcPr>
          <w:p w14:paraId="2BF15F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217</w:t>
            </w:r>
          </w:p>
        </w:tc>
        <w:tc>
          <w:tcPr>
            <w:tcW w:w="1234" w:type="dxa"/>
          </w:tcPr>
          <w:p w14:paraId="65F3FB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5C0FF5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6B4E51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6981C5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11,0</w:t>
            </w:r>
          </w:p>
        </w:tc>
      </w:tr>
      <w:tr w:rsidR="006F0136" w:rsidRPr="00D77020" w14:paraId="6FADA4F1" w14:textId="77777777">
        <w:tc>
          <w:tcPr>
            <w:tcW w:w="1234" w:type="dxa"/>
          </w:tcPr>
          <w:p w14:paraId="048668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36182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LC-220-а</w:t>
            </w:r>
          </w:p>
        </w:tc>
        <w:tc>
          <w:tcPr>
            <w:tcW w:w="1234" w:type="dxa"/>
          </w:tcPr>
          <w:p w14:paraId="3EDE25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220</w:t>
            </w:r>
          </w:p>
        </w:tc>
        <w:tc>
          <w:tcPr>
            <w:tcW w:w="1234" w:type="dxa"/>
          </w:tcPr>
          <w:p w14:paraId="6B410C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398FA9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57677C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91BA</w:t>
            </w:r>
          </w:p>
        </w:tc>
        <w:tc>
          <w:tcPr>
            <w:tcW w:w="1234" w:type="dxa"/>
          </w:tcPr>
          <w:p w14:paraId="382E9F9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3,5</w:t>
            </w:r>
          </w:p>
        </w:tc>
      </w:tr>
      <w:tr w:rsidR="006F0136" w:rsidRPr="00D77020" w14:paraId="31A86393" w14:textId="77777777">
        <w:tc>
          <w:tcPr>
            <w:tcW w:w="1234" w:type="dxa"/>
          </w:tcPr>
          <w:p w14:paraId="739DB5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43A64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LC-220-е</w:t>
            </w:r>
          </w:p>
        </w:tc>
        <w:tc>
          <w:tcPr>
            <w:tcW w:w="1234" w:type="dxa"/>
          </w:tcPr>
          <w:p w14:paraId="4F4037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220</w:t>
            </w:r>
          </w:p>
        </w:tc>
        <w:tc>
          <w:tcPr>
            <w:tcW w:w="1234" w:type="dxa"/>
          </w:tcPr>
          <w:p w14:paraId="6DA075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3FC359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445753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534B24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2,0</w:t>
            </w:r>
          </w:p>
        </w:tc>
      </w:tr>
      <w:tr w:rsidR="006F0136" w:rsidRPr="00D77020" w14:paraId="6E695380" w14:textId="77777777">
        <w:tc>
          <w:tcPr>
            <w:tcW w:w="1234" w:type="dxa"/>
          </w:tcPr>
          <w:p w14:paraId="2400DC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0072D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LC-222-ж</w:t>
            </w:r>
          </w:p>
        </w:tc>
        <w:tc>
          <w:tcPr>
            <w:tcW w:w="1234" w:type="dxa"/>
          </w:tcPr>
          <w:p w14:paraId="3E6D33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222</w:t>
            </w:r>
          </w:p>
        </w:tc>
        <w:tc>
          <w:tcPr>
            <w:tcW w:w="1234" w:type="dxa"/>
          </w:tcPr>
          <w:p w14:paraId="7E6FDF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24D0B3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757502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4F88DE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4,5</w:t>
            </w:r>
          </w:p>
        </w:tc>
      </w:tr>
      <w:tr w:rsidR="006F0136" w:rsidRPr="00D77020" w14:paraId="4ECECFA0" w14:textId="77777777">
        <w:tc>
          <w:tcPr>
            <w:tcW w:w="1234" w:type="dxa"/>
          </w:tcPr>
          <w:p w14:paraId="59B53B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18AEF9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LC-222-и</w:t>
            </w:r>
          </w:p>
        </w:tc>
        <w:tc>
          <w:tcPr>
            <w:tcW w:w="1234" w:type="dxa"/>
          </w:tcPr>
          <w:p w14:paraId="0BB477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222</w:t>
            </w:r>
          </w:p>
        </w:tc>
        <w:tc>
          <w:tcPr>
            <w:tcW w:w="1234" w:type="dxa"/>
          </w:tcPr>
          <w:p w14:paraId="255AC4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262A59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41C3E9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3DE361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6,5</w:t>
            </w:r>
          </w:p>
        </w:tc>
      </w:tr>
      <w:tr w:rsidR="006F0136" w:rsidRPr="00D77020" w14:paraId="6AB2F118" w14:textId="77777777">
        <w:tc>
          <w:tcPr>
            <w:tcW w:w="1234" w:type="dxa"/>
          </w:tcPr>
          <w:p w14:paraId="6F0005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6EECE5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LC-224-а</w:t>
            </w:r>
          </w:p>
        </w:tc>
        <w:tc>
          <w:tcPr>
            <w:tcW w:w="1234" w:type="dxa"/>
          </w:tcPr>
          <w:p w14:paraId="11272B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224</w:t>
            </w:r>
          </w:p>
        </w:tc>
        <w:tc>
          <w:tcPr>
            <w:tcW w:w="1234" w:type="dxa"/>
          </w:tcPr>
          <w:p w14:paraId="26BD83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4F640A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4BF69A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4E854B9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12,7</w:t>
            </w:r>
          </w:p>
        </w:tc>
      </w:tr>
      <w:tr w:rsidR="006F0136" w:rsidRPr="00D77020" w14:paraId="65E9A020" w14:textId="77777777">
        <w:tc>
          <w:tcPr>
            <w:tcW w:w="1234" w:type="dxa"/>
          </w:tcPr>
          <w:p w14:paraId="6DD819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1664D5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LC-224-з</w:t>
            </w:r>
          </w:p>
        </w:tc>
        <w:tc>
          <w:tcPr>
            <w:tcW w:w="1234" w:type="dxa"/>
          </w:tcPr>
          <w:p w14:paraId="3554F6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224</w:t>
            </w:r>
          </w:p>
        </w:tc>
        <w:tc>
          <w:tcPr>
            <w:tcW w:w="1234" w:type="dxa"/>
          </w:tcPr>
          <w:p w14:paraId="178EC8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5BAC2F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77B49C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66EE7AC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1,0</w:t>
            </w:r>
          </w:p>
        </w:tc>
      </w:tr>
      <w:tr w:rsidR="006F0136" w:rsidRPr="00D77020" w14:paraId="619FAD73" w14:textId="77777777">
        <w:tc>
          <w:tcPr>
            <w:tcW w:w="1234" w:type="dxa"/>
          </w:tcPr>
          <w:p w14:paraId="4EB0D8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16B77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LC-226-и</w:t>
            </w:r>
          </w:p>
        </w:tc>
        <w:tc>
          <w:tcPr>
            <w:tcW w:w="1234" w:type="dxa"/>
          </w:tcPr>
          <w:p w14:paraId="42C818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226</w:t>
            </w:r>
          </w:p>
        </w:tc>
        <w:tc>
          <w:tcPr>
            <w:tcW w:w="1234" w:type="dxa"/>
          </w:tcPr>
          <w:p w14:paraId="116652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1D72FD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5F851B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074885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3E2986AE" w14:textId="77777777">
        <w:tc>
          <w:tcPr>
            <w:tcW w:w="1234" w:type="dxa"/>
          </w:tcPr>
          <w:p w14:paraId="45CDFC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A6CFC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LC-228-б</w:t>
            </w:r>
          </w:p>
        </w:tc>
        <w:tc>
          <w:tcPr>
            <w:tcW w:w="1234" w:type="dxa"/>
          </w:tcPr>
          <w:p w14:paraId="121A8E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228</w:t>
            </w:r>
          </w:p>
        </w:tc>
        <w:tc>
          <w:tcPr>
            <w:tcW w:w="1234" w:type="dxa"/>
          </w:tcPr>
          <w:p w14:paraId="1FC82B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5D365F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09EDD0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361132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3,0</w:t>
            </w:r>
          </w:p>
        </w:tc>
      </w:tr>
      <w:tr w:rsidR="006F0136" w:rsidRPr="00D77020" w14:paraId="156E0566" w14:textId="77777777">
        <w:tc>
          <w:tcPr>
            <w:tcW w:w="1234" w:type="dxa"/>
          </w:tcPr>
          <w:p w14:paraId="5A2099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2FA136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LC-228-д</w:t>
            </w:r>
          </w:p>
        </w:tc>
        <w:tc>
          <w:tcPr>
            <w:tcW w:w="1234" w:type="dxa"/>
          </w:tcPr>
          <w:p w14:paraId="56B98B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228</w:t>
            </w:r>
          </w:p>
        </w:tc>
        <w:tc>
          <w:tcPr>
            <w:tcW w:w="1234" w:type="dxa"/>
          </w:tcPr>
          <w:p w14:paraId="273595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4DC017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5D4283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BB6F8A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2,0</w:t>
            </w:r>
          </w:p>
        </w:tc>
      </w:tr>
      <w:tr w:rsidR="006F0136" w:rsidRPr="00D77020" w14:paraId="337E2369" w14:textId="77777777">
        <w:tc>
          <w:tcPr>
            <w:tcW w:w="1234" w:type="dxa"/>
          </w:tcPr>
          <w:p w14:paraId="38D1CE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63F1CA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LC-229-г</w:t>
            </w:r>
          </w:p>
        </w:tc>
        <w:tc>
          <w:tcPr>
            <w:tcW w:w="1234" w:type="dxa"/>
          </w:tcPr>
          <w:p w14:paraId="4DE489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229</w:t>
            </w:r>
          </w:p>
        </w:tc>
        <w:tc>
          <w:tcPr>
            <w:tcW w:w="1234" w:type="dxa"/>
          </w:tcPr>
          <w:p w14:paraId="536932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05BB71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02F507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D2DDCD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12,8</w:t>
            </w:r>
          </w:p>
        </w:tc>
      </w:tr>
      <w:tr w:rsidR="006F0136" w:rsidRPr="00D77020" w14:paraId="219B12A6" w14:textId="77777777">
        <w:tc>
          <w:tcPr>
            <w:tcW w:w="1234" w:type="dxa"/>
          </w:tcPr>
          <w:p w14:paraId="092154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EC387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LC-229-и</w:t>
            </w:r>
          </w:p>
        </w:tc>
        <w:tc>
          <w:tcPr>
            <w:tcW w:w="1234" w:type="dxa"/>
          </w:tcPr>
          <w:p w14:paraId="0E3371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229</w:t>
            </w:r>
          </w:p>
        </w:tc>
        <w:tc>
          <w:tcPr>
            <w:tcW w:w="1234" w:type="dxa"/>
          </w:tcPr>
          <w:p w14:paraId="66A515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662AB8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0FFD1C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7C27E57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3,5</w:t>
            </w:r>
          </w:p>
        </w:tc>
      </w:tr>
      <w:tr w:rsidR="006F0136" w:rsidRPr="00D77020" w14:paraId="24D42321" w14:textId="77777777">
        <w:tc>
          <w:tcPr>
            <w:tcW w:w="1234" w:type="dxa"/>
          </w:tcPr>
          <w:p w14:paraId="55272D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AF8B8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LC-230-к</w:t>
            </w:r>
          </w:p>
        </w:tc>
        <w:tc>
          <w:tcPr>
            <w:tcW w:w="1234" w:type="dxa"/>
          </w:tcPr>
          <w:p w14:paraId="12DBF8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230</w:t>
            </w:r>
          </w:p>
        </w:tc>
        <w:tc>
          <w:tcPr>
            <w:tcW w:w="1234" w:type="dxa"/>
          </w:tcPr>
          <w:p w14:paraId="1BDCF9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076AB6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23DEB8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248904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3,4</w:t>
            </w:r>
          </w:p>
        </w:tc>
      </w:tr>
      <w:tr w:rsidR="006F0136" w:rsidRPr="00D77020" w14:paraId="0EEA8472" w14:textId="77777777">
        <w:tc>
          <w:tcPr>
            <w:tcW w:w="1234" w:type="dxa"/>
          </w:tcPr>
          <w:p w14:paraId="79545D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4A590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LC-238-г</w:t>
            </w:r>
          </w:p>
        </w:tc>
        <w:tc>
          <w:tcPr>
            <w:tcW w:w="1234" w:type="dxa"/>
          </w:tcPr>
          <w:p w14:paraId="4E9E47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238</w:t>
            </w:r>
          </w:p>
        </w:tc>
        <w:tc>
          <w:tcPr>
            <w:tcW w:w="1234" w:type="dxa"/>
          </w:tcPr>
          <w:p w14:paraId="292105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72E554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62D4CD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18E471B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3,1</w:t>
            </w:r>
          </w:p>
        </w:tc>
      </w:tr>
      <w:tr w:rsidR="006F0136" w:rsidRPr="00D77020" w14:paraId="0887939A" w14:textId="77777777">
        <w:tc>
          <w:tcPr>
            <w:tcW w:w="1234" w:type="dxa"/>
          </w:tcPr>
          <w:p w14:paraId="55E7C7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7DE76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LC-239-а</w:t>
            </w:r>
          </w:p>
        </w:tc>
        <w:tc>
          <w:tcPr>
            <w:tcW w:w="1234" w:type="dxa"/>
          </w:tcPr>
          <w:p w14:paraId="6C66EC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239</w:t>
            </w:r>
          </w:p>
        </w:tc>
        <w:tc>
          <w:tcPr>
            <w:tcW w:w="1234" w:type="dxa"/>
          </w:tcPr>
          <w:p w14:paraId="438688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1B3CB7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035420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4070</w:t>
            </w:r>
          </w:p>
        </w:tc>
        <w:tc>
          <w:tcPr>
            <w:tcW w:w="1234" w:type="dxa"/>
          </w:tcPr>
          <w:p w14:paraId="4D71243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3,7</w:t>
            </w:r>
          </w:p>
        </w:tc>
      </w:tr>
      <w:tr w:rsidR="006F0136" w:rsidRPr="00D77020" w14:paraId="546C20E1" w14:textId="77777777">
        <w:tc>
          <w:tcPr>
            <w:tcW w:w="1234" w:type="dxa"/>
          </w:tcPr>
          <w:p w14:paraId="54362C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D6359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LC-239-б</w:t>
            </w:r>
          </w:p>
        </w:tc>
        <w:tc>
          <w:tcPr>
            <w:tcW w:w="1234" w:type="dxa"/>
          </w:tcPr>
          <w:p w14:paraId="27720B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239</w:t>
            </w:r>
          </w:p>
        </w:tc>
        <w:tc>
          <w:tcPr>
            <w:tcW w:w="1234" w:type="dxa"/>
          </w:tcPr>
          <w:p w14:paraId="5D41EF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458BFE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26A0C1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003D8D8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9,2</w:t>
            </w:r>
          </w:p>
        </w:tc>
      </w:tr>
      <w:tr w:rsidR="006F0136" w:rsidRPr="00D77020" w14:paraId="4E3F5F65" w14:textId="77777777">
        <w:tc>
          <w:tcPr>
            <w:tcW w:w="1234" w:type="dxa"/>
          </w:tcPr>
          <w:p w14:paraId="53363C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2025</w:t>
            </w:r>
          </w:p>
        </w:tc>
        <w:tc>
          <w:tcPr>
            <w:tcW w:w="1234" w:type="dxa"/>
          </w:tcPr>
          <w:p w14:paraId="62BF67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LC-242-а</w:t>
            </w:r>
          </w:p>
        </w:tc>
        <w:tc>
          <w:tcPr>
            <w:tcW w:w="1234" w:type="dxa"/>
          </w:tcPr>
          <w:p w14:paraId="63FE73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242</w:t>
            </w:r>
          </w:p>
        </w:tc>
        <w:tc>
          <w:tcPr>
            <w:tcW w:w="1234" w:type="dxa"/>
          </w:tcPr>
          <w:p w14:paraId="33954C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019D26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04E27D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91BA</w:t>
            </w:r>
          </w:p>
        </w:tc>
        <w:tc>
          <w:tcPr>
            <w:tcW w:w="1234" w:type="dxa"/>
          </w:tcPr>
          <w:p w14:paraId="7FE6A47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12,6</w:t>
            </w:r>
          </w:p>
        </w:tc>
      </w:tr>
      <w:tr w:rsidR="006F0136" w:rsidRPr="00D77020" w14:paraId="614DC6C9" w14:textId="77777777">
        <w:tc>
          <w:tcPr>
            <w:tcW w:w="1234" w:type="dxa"/>
          </w:tcPr>
          <w:p w14:paraId="703B86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69B0A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LC-242-г</w:t>
            </w:r>
          </w:p>
        </w:tc>
        <w:tc>
          <w:tcPr>
            <w:tcW w:w="1234" w:type="dxa"/>
          </w:tcPr>
          <w:p w14:paraId="74EC50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242</w:t>
            </w:r>
          </w:p>
        </w:tc>
        <w:tc>
          <w:tcPr>
            <w:tcW w:w="1234" w:type="dxa"/>
          </w:tcPr>
          <w:p w14:paraId="28E52B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7AC2DC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20822B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CC15E5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3318404F" w14:textId="77777777">
        <w:tc>
          <w:tcPr>
            <w:tcW w:w="1234" w:type="dxa"/>
          </w:tcPr>
          <w:p w14:paraId="7FD005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6A6763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LC-249-а</w:t>
            </w:r>
          </w:p>
        </w:tc>
        <w:tc>
          <w:tcPr>
            <w:tcW w:w="1234" w:type="dxa"/>
          </w:tcPr>
          <w:p w14:paraId="1B512B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249</w:t>
            </w:r>
          </w:p>
        </w:tc>
        <w:tc>
          <w:tcPr>
            <w:tcW w:w="1234" w:type="dxa"/>
          </w:tcPr>
          <w:p w14:paraId="13F3D0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0B87DC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76145A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91BA</w:t>
            </w:r>
          </w:p>
        </w:tc>
        <w:tc>
          <w:tcPr>
            <w:tcW w:w="1234" w:type="dxa"/>
          </w:tcPr>
          <w:p w14:paraId="05E8127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2,6</w:t>
            </w:r>
          </w:p>
        </w:tc>
      </w:tr>
      <w:tr w:rsidR="006F0136" w:rsidRPr="00D77020" w14:paraId="698CA7F4" w14:textId="77777777">
        <w:tc>
          <w:tcPr>
            <w:tcW w:w="1234" w:type="dxa"/>
          </w:tcPr>
          <w:p w14:paraId="4467E6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610561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LC-249-б</w:t>
            </w:r>
          </w:p>
        </w:tc>
        <w:tc>
          <w:tcPr>
            <w:tcW w:w="1234" w:type="dxa"/>
          </w:tcPr>
          <w:p w14:paraId="266747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249</w:t>
            </w:r>
          </w:p>
        </w:tc>
        <w:tc>
          <w:tcPr>
            <w:tcW w:w="1234" w:type="dxa"/>
          </w:tcPr>
          <w:p w14:paraId="633913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1FA751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70E63A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91BA</w:t>
            </w:r>
          </w:p>
        </w:tc>
        <w:tc>
          <w:tcPr>
            <w:tcW w:w="1234" w:type="dxa"/>
          </w:tcPr>
          <w:p w14:paraId="4B53D12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6,9</w:t>
            </w:r>
          </w:p>
        </w:tc>
      </w:tr>
      <w:tr w:rsidR="006F0136" w:rsidRPr="00D77020" w14:paraId="25DB89CE" w14:textId="77777777">
        <w:tc>
          <w:tcPr>
            <w:tcW w:w="1234" w:type="dxa"/>
          </w:tcPr>
          <w:p w14:paraId="541418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21ED7C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LC-249-в</w:t>
            </w:r>
          </w:p>
        </w:tc>
        <w:tc>
          <w:tcPr>
            <w:tcW w:w="1234" w:type="dxa"/>
          </w:tcPr>
          <w:p w14:paraId="2EDAB3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249</w:t>
            </w:r>
          </w:p>
        </w:tc>
        <w:tc>
          <w:tcPr>
            <w:tcW w:w="1234" w:type="dxa"/>
          </w:tcPr>
          <w:p w14:paraId="1729B6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363BC7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2E4F51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33FA56A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18,3</w:t>
            </w:r>
          </w:p>
        </w:tc>
      </w:tr>
      <w:tr w:rsidR="006F0136" w:rsidRPr="00D77020" w14:paraId="11C17D27" w14:textId="77777777">
        <w:tc>
          <w:tcPr>
            <w:tcW w:w="1234" w:type="dxa"/>
          </w:tcPr>
          <w:p w14:paraId="724279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B43CE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LC-257-а</w:t>
            </w:r>
          </w:p>
        </w:tc>
        <w:tc>
          <w:tcPr>
            <w:tcW w:w="1234" w:type="dxa"/>
          </w:tcPr>
          <w:p w14:paraId="735106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257</w:t>
            </w:r>
          </w:p>
        </w:tc>
        <w:tc>
          <w:tcPr>
            <w:tcW w:w="1234" w:type="dxa"/>
          </w:tcPr>
          <w:p w14:paraId="06761D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7C4A37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46351A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4070</w:t>
            </w:r>
          </w:p>
        </w:tc>
        <w:tc>
          <w:tcPr>
            <w:tcW w:w="1234" w:type="dxa"/>
          </w:tcPr>
          <w:p w14:paraId="7E36A76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32CFD64E" w14:textId="77777777">
        <w:tc>
          <w:tcPr>
            <w:tcW w:w="1234" w:type="dxa"/>
          </w:tcPr>
          <w:p w14:paraId="46EB0D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427284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LC-258-а</w:t>
            </w:r>
          </w:p>
        </w:tc>
        <w:tc>
          <w:tcPr>
            <w:tcW w:w="1234" w:type="dxa"/>
          </w:tcPr>
          <w:p w14:paraId="3E58C7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258</w:t>
            </w:r>
          </w:p>
        </w:tc>
        <w:tc>
          <w:tcPr>
            <w:tcW w:w="1234" w:type="dxa"/>
          </w:tcPr>
          <w:p w14:paraId="6EDBEE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064BBA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224E62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4070</w:t>
            </w:r>
          </w:p>
        </w:tc>
        <w:tc>
          <w:tcPr>
            <w:tcW w:w="1234" w:type="dxa"/>
          </w:tcPr>
          <w:p w14:paraId="34300F8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1,6</w:t>
            </w:r>
          </w:p>
        </w:tc>
      </w:tr>
      <w:tr w:rsidR="006F0136" w:rsidRPr="00D77020" w14:paraId="65617CB4" w14:textId="77777777">
        <w:tc>
          <w:tcPr>
            <w:tcW w:w="1234" w:type="dxa"/>
          </w:tcPr>
          <w:p w14:paraId="6A5D2D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139EC6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LC-258-б</w:t>
            </w:r>
          </w:p>
        </w:tc>
        <w:tc>
          <w:tcPr>
            <w:tcW w:w="1234" w:type="dxa"/>
          </w:tcPr>
          <w:p w14:paraId="4D2FF2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258</w:t>
            </w:r>
          </w:p>
        </w:tc>
        <w:tc>
          <w:tcPr>
            <w:tcW w:w="1234" w:type="dxa"/>
          </w:tcPr>
          <w:p w14:paraId="437553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071850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4AE6FF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1ADB2D3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6,3</w:t>
            </w:r>
          </w:p>
        </w:tc>
      </w:tr>
      <w:tr w:rsidR="006F0136" w:rsidRPr="00D77020" w14:paraId="66240DE8" w14:textId="77777777">
        <w:tc>
          <w:tcPr>
            <w:tcW w:w="1234" w:type="dxa"/>
          </w:tcPr>
          <w:p w14:paraId="67F9DF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7F88B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LC-258-в</w:t>
            </w:r>
          </w:p>
        </w:tc>
        <w:tc>
          <w:tcPr>
            <w:tcW w:w="1234" w:type="dxa"/>
          </w:tcPr>
          <w:p w14:paraId="151ECB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258</w:t>
            </w:r>
          </w:p>
        </w:tc>
        <w:tc>
          <w:tcPr>
            <w:tcW w:w="1234" w:type="dxa"/>
          </w:tcPr>
          <w:p w14:paraId="596200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1FAAE1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79AC09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57EE259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10,0</w:t>
            </w:r>
          </w:p>
        </w:tc>
      </w:tr>
      <w:tr w:rsidR="006F0136" w:rsidRPr="00D77020" w14:paraId="1EE225CD" w14:textId="77777777">
        <w:tc>
          <w:tcPr>
            <w:tcW w:w="1234" w:type="dxa"/>
          </w:tcPr>
          <w:p w14:paraId="10365C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1079A9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LC-261-б</w:t>
            </w:r>
          </w:p>
        </w:tc>
        <w:tc>
          <w:tcPr>
            <w:tcW w:w="1234" w:type="dxa"/>
          </w:tcPr>
          <w:p w14:paraId="265F8D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261</w:t>
            </w:r>
          </w:p>
        </w:tc>
        <w:tc>
          <w:tcPr>
            <w:tcW w:w="1234" w:type="dxa"/>
          </w:tcPr>
          <w:p w14:paraId="3AD324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513745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507AE3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4070</w:t>
            </w:r>
          </w:p>
        </w:tc>
        <w:tc>
          <w:tcPr>
            <w:tcW w:w="1234" w:type="dxa"/>
          </w:tcPr>
          <w:p w14:paraId="157404A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4,3</w:t>
            </w:r>
          </w:p>
        </w:tc>
      </w:tr>
      <w:tr w:rsidR="006F0136" w:rsidRPr="00D77020" w14:paraId="4F781AF4" w14:textId="77777777">
        <w:tc>
          <w:tcPr>
            <w:tcW w:w="1234" w:type="dxa"/>
          </w:tcPr>
          <w:p w14:paraId="64D0DB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B7CCA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LC-261-в</w:t>
            </w:r>
          </w:p>
        </w:tc>
        <w:tc>
          <w:tcPr>
            <w:tcW w:w="1234" w:type="dxa"/>
          </w:tcPr>
          <w:p w14:paraId="3D77BE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261</w:t>
            </w:r>
          </w:p>
        </w:tc>
        <w:tc>
          <w:tcPr>
            <w:tcW w:w="1234" w:type="dxa"/>
          </w:tcPr>
          <w:p w14:paraId="35E5D0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4C6CCB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04C178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0D4948B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16,6</w:t>
            </w:r>
          </w:p>
        </w:tc>
      </w:tr>
      <w:tr w:rsidR="006F0136" w:rsidRPr="00D77020" w14:paraId="39D28431" w14:textId="77777777">
        <w:tc>
          <w:tcPr>
            <w:tcW w:w="1234" w:type="dxa"/>
          </w:tcPr>
          <w:p w14:paraId="4DAEE7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49F3B9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LC-261-з</w:t>
            </w:r>
          </w:p>
        </w:tc>
        <w:tc>
          <w:tcPr>
            <w:tcW w:w="1234" w:type="dxa"/>
          </w:tcPr>
          <w:p w14:paraId="261A46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261</w:t>
            </w:r>
          </w:p>
        </w:tc>
        <w:tc>
          <w:tcPr>
            <w:tcW w:w="1234" w:type="dxa"/>
          </w:tcPr>
          <w:p w14:paraId="590AAF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0A0777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5B7AD2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11DBD6F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10,0</w:t>
            </w:r>
          </w:p>
        </w:tc>
      </w:tr>
      <w:tr w:rsidR="006F0136" w:rsidRPr="00D77020" w14:paraId="114BBA53" w14:textId="77777777">
        <w:tc>
          <w:tcPr>
            <w:tcW w:w="1234" w:type="dxa"/>
          </w:tcPr>
          <w:p w14:paraId="5C262A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F286E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LC-262-б</w:t>
            </w:r>
          </w:p>
        </w:tc>
        <w:tc>
          <w:tcPr>
            <w:tcW w:w="1234" w:type="dxa"/>
          </w:tcPr>
          <w:p w14:paraId="0D2896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262</w:t>
            </w:r>
          </w:p>
        </w:tc>
        <w:tc>
          <w:tcPr>
            <w:tcW w:w="1234" w:type="dxa"/>
          </w:tcPr>
          <w:p w14:paraId="691693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222FA8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195AA9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461E3E6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6,9</w:t>
            </w:r>
          </w:p>
        </w:tc>
      </w:tr>
      <w:tr w:rsidR="006F0136" w:rsidRPr="00D77020" w14:paraId="7041685C" w14:textId="77777777">
        <w:tc>
          <w:tcPr>
            <w:tcW w:w="1234" w:type="dxa"/>
          </w:tcPr>
          <w:p w14:paraId="2137C6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3CC35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LC-262-г</w:t>
            </w:r>
          </w:p>
        </w:tc>
        <w:tc>
          <w:tcPr>
            <w:tcW w:w="1234" w:type="dxa"/>
          </w:tcPr>
          <w:p w14:paraId="7C38EA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262</w:t>
            </w:r>
          </w:p>
        </w:tc>
        <w:tc>
          <w:tcPr>
            <w:tcW w:w="1234" w:type="dxa"/>
          </w:tcPr>
          <w:p w14:paraId="2E87AD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262256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0E6F8A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682861E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1,7</w:t>
            </w:r>
          </w:p>
        </w:tc>
      </w:tr>
      <w:tr w:rsidR="006F0136" w:rsidRPr="00D77020" w14:paraId="77690E80" w14:textId="77777777">
        <w:tc>
          <w:tcPr>
            <w:tcW w:w="1234" w:type="dxa"/>
          </w:tcPr>
          <w:p w14:paraId="184D72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6E212F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LC-262-д</w:t>
            </w:r>
          </w:p>
        </w:tc>
        <w:tc>
          <w:tcPr>
            <w:tcW w:w="1234" w:type="dxa"/>
          </w:tcPr>
          <w:p w14:paraId="0A1C29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262</w:t>
            </w:r>
          </w:p>
        </w:tc>
        <w:tc>
          <w:tcPr>
            <w:tcW w:w="1234" w:type="dxa"/>
          </w:tcPr>
          <w:p w14:paraId="7568E8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54B04B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0A452C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1AD1A30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3,7</w:t>
            </w:r>
          </w:p>
        </w:tc>
      </w:tr>
      <w:tr w:rsidR="006F0136" w:rsidRPr="00D77020" w14:paraId="41643F35" w14:textId="77777777">
        <w:tc>
          <w:tcPr>
            <w:tcW w:w="1234" w:type="dxa"/>
          </w:tcPr>
          <w:p w14:paraId="145E2A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B820C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LC-262-н</w:t>
            </w:r>
          </w:p>
        </w:tc>
        <w:tc>
          <w:tcPr>
            <w:tcW w:w="1234" w:type="dxa"/>
          </w:tcPr>
          <w:p w14:paraId="47388B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262</w:t>
            </w:r>
          </w:p>
        </w:tc>
        <w:tc>
          <w:tcPr>
            <w:tcW w:w="1234" w:type="dxa"/>
          </w:tcPr>
          <w:p w14:paraId="5F39FB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4E69E9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502BCB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3B30276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4,3</w:t>
            </w:r>
          </w:p>
        </w:tc>
      </w:tr>
      <w:tr w:rsidR="006F0136" w:rsidRPr="00D77020" w14:paraId="34E2DCDA" w14:textId="77777777">
        <w:tc>
          <w:tcPr>
            <w:tcW w:w="1234" w:type="dxa"/>
          </w:tcPr>
          <w:p w14:paraId="3DD9B5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6409B4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LC-262-р</w:t>
            </w:r>
          </w:p>
        </w:tc>
        <w:tc>
          <w:tcPr>
            <w:tcW w:w="1234" w:type="dxa"/>
          </w:tcPr>
          <w:p w14:paraId="634F41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262</w:t>
            </w:r>
          </w:p>
        </w:tc>
        <w:tc>
          <w:tcPr>
            <w:tcW w:w="1234" w:type="dxa"/>
          </w:tcPr>
          <w:p w14:paraId="728A25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38C704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45FE95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52B9970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1,9</w:t>
            </w:r>
          </w:p>
        </w:tc>
      </w:tr>
      <w:tr w:rsidR="006F0136" w:rsidRPr="00D77020" w14:paraId="01B922FF" w14:textId="77777777">
        <w:tc>
          <w:tcPr>
            <w:tcW w:w="1234" w:type="dxa"/>
          </w:tcPr>
          <w:p w14:paraId="7E3F68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61A126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LC-272-и</w:t>
            </w:r>
          </w:p>
        </w:tc>
        <w:tc>
          <w:tcPr>
            <w:tcW w:w="1234" w:type="dxa"/>
          </w:tcPr>
          <w:p w14:paraId="7E4708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272</w:t>
            </w:r>
          </w:p>
        </w:tc>
        <w:tc>
          <w:tcPr>
            <w:tcW w:w="1234" w:type="dxa"/>
          </w:tcPr>
          <w:p w14:paraId="061092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44C33E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113343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76B7BC2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7,2</w:t>
            </w:r>
          </w:p>
        </w:tc>
      </w:tr>
      <w:tr w:rsidR="006F0136" w:rsidRPr="00D77020" w14:paraId="2841ED1C" w14:textId="77777777">
        <w:tc>
          <w:tcPr>
            <w:tcW w:w="1234" w:type="dxa"/>
          </w:tcPr>
          <w:p w14:paraId="36803E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0E768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LC-4-б</w:t>
            </w:r>
          </w:p>
        </w:tc>
        <w:tc>
          <w:tcPr>
            <w:tcW w:w="1234" w:type="dxa"/>
          </w:tcPr>
          <w:p w14:paraId="788F17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</w:t>
            </w:r>
          </w:p>
        </w:tc>
        <w:tc>
          <w:tcPr>
            <w:tcW w:w="1234" w:type="dxa"/>
          </w:tcPr>
          <w:p w14:paraId="2496E1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4B44A1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230181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0BC1E38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6,5</w:t>
            </w:r>
          </w:p>
        </w:tc>
      </w:tr>
      <w:tr w:rsidR="006F0136" w:rsidRPr="00D77020" w14:paraId="3C8B4FF5" w14:textId="77777777">
        <w:tc>
          <w:tcPr>
            <w:tcW w:w="1234" w:type="dxa"/>
          </w:tcPr>
          <w:p w14:paraId="043220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1221BD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LC-4-г</w:t>
            </w:r>
          </w:p>
        </w:tc>
        <w:tc>
          <w:tcPr>
            <w:tcW w:w="1234" w:type="dxa"/>
          </w:tcPr>
          <w:p w14:paraId="335CA9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</w:t>
            </w:r>
          </w:p>
        </w:tc>
        <w:tc>
          <w:tcPr>
            <w:tcW w:w="1234" w:type="dxa"/>
          </w:tcPr>
          <w:p w14:paraId="04D9C1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30D99E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27A1CA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04D00CE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1,5</w:t>
            </w:r>
          </w:p>
        </w:tc>
      </w:tr>
      <w:tr w:rsidR="006F0136" w:rsidRPr="00D77020" w14:paraId="32C9AB0D" w14:textId="77777777">
        <w:tc>
          <w:tcPr>
            <w:tcW w:w="1234" w:type="dxa"/>
          </w:tcPr>
          <w:p w14:paraId="47874E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2CE074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LC-48-г</w:t>
            </w:r>
          </w:p>
        </w:tc>
        <w:tc>
          <w:tcPr>
            <w:tcW w:w="1234" w:type="dxa"/>
          </w:tcPr>
          <w:p w14:paraId="39E2D9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48</w:t>
            </w:r>
          </w:p>
        </w:tc>
        <w:tc>
          <w:tcPr>
            <w:tcW w:w="1234" w:type="dxa"/>
          </w:tcPr>
          <w:p w14:paraId="4EC76C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5387BF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19BE06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A0C3E9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15,4</w:t>
            </w:r>
          </w:p>
        </w:tc>
      </w:tr>
      <w:tr w:rsidR="006F0136" w:rsidRPr="00D77020" w14:paraId="6C34D5A2" w14:textId="77777777">
        <w:tc>
          <w:tcPr>
            <w:tcW w:w="1234" w:type="dxa"/>
          </w:tcPr>
          <w:p w14:paraId="7DB3F2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B5DB9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LC-48-д</w:t>
            </w:r>
          </w:p>
        </w:tc>
        <w:tc>
          <w:tcPr>
            <w:tcW w:w="1234" w:type="dxa"/>
          </w:tcPr>
          <w:p w14:paraId="55A637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48</w:t>
            </w:r>
          </w:p>
        </w:tc>
        <w:tc>
          <w:tcPr>
            <w:tcW w:w="1234" w:type="dxa"/>
          </w:tcPr>
          <w:p w14:paraId="64AAA7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01D84B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61D0D3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234A15D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5,7</w:t>
            </w:r>
          </w:p>
        </w:tc>
      </w:tr>
      <w:tr w:rsidR="006F0136" w:rsidRPr="00D77020" w14:paraId="04B22B73" w14:textId="77777777">
        <w:tc>
          <w:tcPr>
            <w:tcW w:w="1234" w:type="dxa"/>
          </w:tcPr>
          <w:p w14:paraId="41F4A3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61393A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LC-50-з</w:t>
            </w:r>
          </w:p>
        </w:tc>
        <w:tc>
          <w:tcPr>
            <w:tcW w:w="1234" w:type="dxa"/>
          </w:tcPr>
          <w:p w14:paraId="6B7FB8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1DC5B2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444AA9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7F4260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081F57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8,3</w:t>
            </w:r>
          </w:p>
        </w:tc>
      </w:tr>
      <w:tr w:rsidR="006F0136" w:rsidRPr="00D77020" w14:paraId="18EFD997" w14:textId="77777777">
        <w:tc>
          <w:tcPr>
            <w:tcW w:w="1234" w:type="dxa"/>
          </w:tcPr>
          <w:p w14:paraId="423999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6B3F2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LC-51-б</w:t>
            </w:r>
          </w:p>
        </w:tc>
        <w:tc>
          <w:tcPr>
            <w:tcW w:w="1234" w:type="dxa"/>
          </w:tcPr>
          <w:p w14:paraId="306C35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51</w:t>
            </w:r>
          </w:p>
        </w:tc>
        <w:tc>
          <w:tcPr>
            <w:tcW w:w="1234" w:type="dxa"/>
          </w:tcPr>
          <w:p w14:paraId="423C38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1B4795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243648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18C92F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17,8</w:t>
            </w:r>
          </w:p>
        </w:tc>
      </w:tr>
      <w:tr w:rsidR="006F0136" w:rsidRPr="00D77020" w14:paraId="438AFE3B" w14:textId="77777777">
        <w:tc>
          <w:tcPr>
            <w:tcW w:w="1234" w:type="dxa"/>
          </w:tcPr>
          <w:p w14:paraId="447B3B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46B933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LC-51-г</w:t>
            </w:r>
          </w:p>
        </w:tc>
        <w:tc>
          <w:tcPr>
            <w:tcW w:w="1234" w:type="dxa"/>
          </w:tcPr>
          <w:p w14:paraId="49F3C0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51</w:t>
            </w:r>
          </w:p>
        </w:tc>
        <w:tc>
          <w:tcPr>
            <w:tcW w:w="1234" w:type="dxa"/>
          </w:tcPr>
          <w:p w14:paraId="272874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5613BA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4DF8B8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9C7080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1D1695B1" w14:textId="77777777">
        <w:tc>
          <w:tcPr>
            <w:tcW w:w="1234" w:type="dxa"/>
          </w:tcPr>
          <w:p w14:paraId="4647FE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2FCDD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LC-51-д</w:t>
            </w:r>
          </w:p>
        </w:tc>
        <w:tc>
          <w:tcPr>
            <w:tcW w:w="1234" w:type="dxa"/>
          </w:tcPr>
          <w:p w14:paraId="49CC80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51</w:t>
            </w:r>
          </w:p>
        </w:tc>
        <w:tc>
          <w:tcPr>
            <w:tcW w:w="1234" w:type="dxa"/>
          </w:tcPr>
          <w:p w14:paraId="456023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1443F3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0DE6A2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3FDDD1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8,1</w:t>
            </w:r>
          </w:p>
        </w:tc>
      </w:tr>
      <w:tr w:rsidR="006F0136" w:rsidRPr="00D77020" w14:paraId="176AF550" w14:textId="77777777">
        <w:tc>
          <w:tcPr>
            <w:tcW w:w="1234" w:type="dxa"/>
          </w:tcPr>
          <w:p w14:paraId="067969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ADE1B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LC-51-ж</w:t>
            </w:r>
          </w:p>
        </w:tc>
        <w:tc>
          <w:tcPr>
            <w:tcW w:w="1234" w:type="dxa"/>
          </w:tcPr>
          <w:p w14:paraId="35E3E2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51</w:t>
            </w:r>
          </w:p>
        </w:tc>
        <w:tc>
          <w:tcPr>
            <w:tcW w:w="1234" w:type="dxa"/>
          </w:tcPr>
          <w:p w14:paraId="026772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559C55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69787F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4EB52C2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29C63009" w14:textId="77777777">
        <w:tc>
          <w:tcPr>
            <w:tcW w:w="1234" w:type="dxa"/>
          </w:tcPr>
          <w:p w14:paraId="7D51B3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425409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LC-53-а</w:t>
            </w:r>
          </w:p>
        </w:tc>
        <w:tc>
          <w:tcPr>
            <w:tcW w:w="1234" w:type="dxa"/>
          </w:tcPr>
          <w:p w14:paraId="2D0EED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53</w:t>
            </w:r>
          </w:p>
        </w:tc>
        <w:tc>
          <w:tcPr>
            <w:tcW w:w="1234" w:type="dxa"/>
          </w:tcPr>
          <w:p w14:paraId="30C667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468748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4EF469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4070</w:t>
            </w:r>
          </w:p>
        </w:tc>
        <w:tc>
          <w:tcPr>
            <w:tcW w:w="1234" w:type="dxa"/>
          </w:tcPr>
          <w:p w14:paraId="1188022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3,4</w:t>
            </w:r>
          </w:p>
        </w:tc>
      </w:tr>
      <w:tr w:rsidR="006F0136" w:rsidRPr="00D77020" w14:paraId="5331AB8A" w14:textId="77777777">
        <w:tc>
          <w:tcPr>
            <w:tcW w:w="1234" w:type="dxa"/>
          </w:tcPr>
          <w:p w14:paraId="332D9B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7BD87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LC-55-г</w:t>
            </w:r>
          </w:p>
        </w:tc>
        <w:tc>
          <w:tcPr>
            <w:tcW w:w="1234" w:type="dxa"/>
          </w:tcPr>
          <w:p w14:paraId="3D04C0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55</w:t>
            </w:r>
          </w:p>
        </w:tc>
        <w:tc>
          <w:tcPr>
            <w:tcW w:w="1234" w:type="dxa"/>
          </w:tcPr>
          <w:p w14:paraId="7A5C97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4D272A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728D53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2BB36C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7,6</w:t>
            </w:r>
          </w:p>
        </w:tc>
      </w:tr>
      <w:tr w:rsidR="006F0136" w:rsidRPr="00D77020" w14:paraId="66AC334E" w14:textId="77777777">
        <w:tc>
          <w:tcPr>
            <w:tcW w:w="1234" w:type="dxa"/>
          </w:tcPr>
          <w:p w14:paraId="338EA3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23295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LC-55-е</w:t>
            </w:r>
          </w:p>
        </w:tc>
        <w:tc>
          <w:tcPr>
            <w:tcW w:w="1234" w:type="dxa"/>
          </w:tcPr>
          <w:p w14:paraId="699B85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55</w:t>
            </w:r>
          </w:p>
        </w:tc>
        <w:tc>
          <w:tcPr>
            <w:tcW w:w="1234" w:type="dxa"/>
          </w:tcPr>
          <w:p w14:paraId="0E6B2E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40D667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7C5B26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FE6DCA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4,2</w:t>
            </w:r>
          </w:p>
        </w:tc>
      </w:tr>
      <w:tr w:rsidR="006F0136" w:rsidRPr="00D77020" w14:paraId="261BE7B6" w14:textId="77777777">
        <w:tc>
          <w:tcPr>
            <w:tcW w:w="1234" w:type="dxa"/>
          </w:tcPr>
          <w:p w14:paraId="773937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69119A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LC-56-а</w:t>
            </w:r>
          </w:p>
        </w:tc>
        <w:tc>
          <w:tcPr>
            <w:tcW w:w="1234" w:type="dxa"/>
          </w:tcPr>
          <w:p w14:paraId="6371A0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56</w:t>
            </w:r>
          </w:p>
        </w:tc>
        <w:tc>
          <w:tcPr>
            <w:tcW w:w="1234" w:type="dxa"/>
          </w:tcPr>
          <w:p w14:paraId="1923B0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0948BE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46CFC5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2BC7ABF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10,2</w:t>
            </w:r>
          </w:p>
        </w:tc>
      </w:tr>
      <w:tr w:rsidR="006F0136" w:rsidRPr="00D77020" w14:paraId="3349FD45" w14:textId="77777777">
        <w:tc>
          <w:tcPr>
            <w:tcW w:w="1234" w:type="dxa"/>
          </w:tcPr>
          <w:p w14:paraId="1794FC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49AA43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LC-56-г</w:t>
            </w:r>
          </w:p>
        </w:tc>
        <w:tc>
          <w:tcPr>
            <w:tcW w:w="1234" w:type="dxa"/>
          </w:tcPr>
          <w:p w14:paraId="23EC9D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56</w:t>
            </w:r>
          </w:p>
        </w:tc>
        <w:tc>
          <w:tcPr>
            <w:tcW w:w="1234" w:type="dxa"/>
          </w:tcPr>
          <w:p w14:paraId="4758B3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30E94C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0136D7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30010C8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2,6</w:t>
            </w:r>
          </w:p>
        </w:tc>
      </w:tr>
      <w:tr w:rsidR="006F0136" w:rsidRPr="00D77020" w14:paraId="617285C0" w14:textId="77777777">
        <w:tc>
          <w:tcPr>
            <w:tcW w:w="1234" w:type="dxa"/>
          </w:tcPr>
          <w:p w14:paraId="388612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A8D07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LC-56-н</w:t>
            </w:r>
          </w:p>
        </w:tc>
        <w:tc>
          <w:tcPr>
            <w:tcW w:w="1234" w:type="dxa"/>
          </w:tcPr>
          <w:p w14:paraId="5F5915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56</w:t>
            </w:r>
          </w:p>
        </w:tc>
        <w:tc>
          <w:tcPr>
            <w:tcW w:w="1234" w:type="dxa"/>
          </w:tcPr>
          <w:p w14:paraId="7793F2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01B917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34D276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0906B5A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4CAE5934" w14:textId="77777777">
        <w:tc>
          <w:tcPr>
            <w:tcW w:w="1234" w:type="dxa"/>
          </w:tcPr>
          <w:p w14:paraId="018213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638E6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LC-58-а</w:t>
            </w:r>
          </w:p>
        </w:tc>
        <w:tc>
          <w:tcPr>
            <w:tcW w:w="1234" w:type="dxa"/>
          </w:tcPr>
          <w:p w14:paraId="7FDC83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58</w:t>
            </w:r>
          </w:p>
        </w:tc>
        <w:tc>
          <w:tcPr>
            <w:tcW w:w="1234" w:type="dxa"/>
          </w:tcPr>
          <w:p w14:paraId="49A491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495DBF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2C8FE1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6DB789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9,9</w:t>
            </w:r>
          </w:p>
        </w:tc>
      </w:tr>
      <w:tr w:rsidR="006F0136" w:rsidRPr="00D77020" w14:paraId="245D3257" w14:textId="77777777">
        <w:tc>
          <w:tcPr>
            <w:tcW w:w="1234" w:type="dxa"/>
          </w:tcPr>
          <w:p w14:paraId="57A0EE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3EFDF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LC-58-г</w:t>
            </w:r>
          </w:p>
        </w:tc>
        <w:tc>
          <w:tcPr>
            <w:tcW w:w="1234" w:type="dxa"/>
          </w:tcPr>
          <w:p w14:paraId="346777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58</w:t>
            </w:r>
          </w:p>
        </w:tc>
        <w:tc>
          <w:tcPr>
            <w:tcW w:w="1234" w:type="dxa"/>
          </w:tcPr>
          <w:p w14:paraId="006ED6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371DEA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11C3CC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F9B501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1,1</w:t>
            </w:r>
          </w:p>
        </w:tc>
      </w:tr>
      <w:tr w:rsidR="006F0136" w:rsidRPr="00D77020" w14:paraId="5FAEF8BF" w14:textId="77777777">
        <w:tc>
          <w:tcPr>
            <w:tcW w:w="1234" w:type="dxa"/>
          </w:tcPr>
          <w:p w14:paraId="26610A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3D205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LC-6-к</w:t>
            </w:r>
          </w:p>
        </w:tc>
        <w:tc>
          <w:tcPr>
            <w:tcW w:w="1234" w:type="dxa"/>
          </w:tcPr>
          <w:p w14:paraId="5B2F7C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</w:t>
            </w:r>
          </w:p>
        </w:tc>
        <w:tc>
          <w:tcPr>
            <w:tcW w:w="1234" w:type="dxa"/>
          </w:tcPr>
          <w:p w14:paraId="47B816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7C3AB9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73F0B6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7490523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1,9</w:t>
            </w:r>
          </w:p>
        </w:tc>
      </w:tr>
      <w:tr w:rsidR="006F0136" w:rsidRPr="00D77020" w14:paraId="0A4D2BED" w14:textId="77777777">
        <w:tc>
          <w:tcPr>
            <w:tcW w:w="1234" w:type="dxa"/>
          </w:tcPr>
          <w:p w14:paraId="56899F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8B757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LC-62-а</w:t>
            </w:r>
          </w:p>
        </w:tc>
        <w:tc>
          <w:tcPr>
            <w:tcW w:w="1234" w:type="dxa"/>
          </w:tcPr>
          <w:p w14:paraId="2C97FC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62</w:t>
            </w:r>
          </w:p>
        </w:tc>
        <w:tc>
          <w:tcPr>
            <w:tcW w:w="1234" w:type="dxa"/>
          </w:tcPr>
          <w:p w14:paraId="5DC3E8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3FB4ED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1AF611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6D16447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1,5</w:t>
            </w:r>
          </w:p>
        </w:tc>
      </w:tr>
      <w:tr w:rsidR="006F0136" w:rsidRPr="00D77020" w14:paraId="138A4478" w14:textId="77777777">
        <w:tc>
          <w:tcPr>
            <w:tcW w:w="1234" w:type="dxa"/>
          </w:tcPr>
          <w:p w14:paraId="4D9ADA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48BC10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LC-63-а</w:t>
            </w:r>
          </w:p>
        </w:tc>
        <w:tc>
          <w:tcPr>
            <w:tcW w:w="1234" w:type="dxa"/>
          </w:tcPr>
          <w:p w14:paraId="71CC0F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63</w:t>
            </w:r>
          </w:p>
        </w:tc>
        <w:tc>
          <w:tcPr>
            <w:tcW w:w="1234" w:type="dxa"/>
          </w:tcPr>
          <w:p w14:paraId="3C7F8F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049E60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4AF826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CDF74A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1,1</w:t>
            </w:r>
          </w:p>
        </w:tc>
      </w:tr>
      <w:tr w:rsidR="006F0136" w:rsidRPr="00D77020" w14:paraId="69679E58" w14:textId="77777777">
        <w:tc>
          <w:tcPr>
            <w:tcW w:w="1234" w:type="dxa"/>
          </w:tcPr>
          <w:p w14:paraId="3A716C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2C56EB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LC-63-б</w:t>
            </w:r>
          </w:p>
        </w:tc>
        <w:tc>
          <w:tcPr>
            <w:tcW w:w="1234" w:type="dxa"/>
          </w:tcPr>
          <w:p w14:paraId="1D88EA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63</w:t>
            </w:r>
          </w:p>
        </w:tc>
        <w:tc>
          <w:tcPr>
            <w:tcW w:w="1234" w:type="dxa"/>
          </w:tcPr>
          <w:p w14:paraId="289714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46EAC0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36DA4D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FCB682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2,5</w:t>
            </w:r>
          </w:p>
        </w:tc>
      </w:tr>
      <w:tr w:rsidR="006F0136" w:rsidRPr="00D77020" w14:paraId="5E6262FF" w14:textId="77777777">
        <w:tc>
          <w:tcPr>
            <w:tcW w:w="1234" w:type="dxa"/>
          </w:tcPr>
          <w:p w14:paraId="473291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A0B6F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LC-63-м</w:t>
            </w:r>
          </w:p>
        </w:tc>
        <w:tc>
          <w:tcPr>
            <w:tcW w:w="1234" w:type="dxa"/>
          </w:tcPr>
          <w:p w14:paraId="23BE1F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63</w:t>
            </w:r>
          </w:p>
        </w:tc>
        <w:tc>
          <w:tcPr>
            <w:tcW w:w="1234" w:type="dxa"/>
          </w:tcPr>
          <w:p w14:paraId="4FDDBE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08DD02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21B007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7912B97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2,2</w:t>
            </w:r>
          </w:p>
        </w:tc>
      </w:tr>
      <w:tr w:rsidR="006F0136" w:rsidRPr="00D77020" w14:paraId="62B5858F" w14:textId="77777777">
        <w:tc>
          <w:tcPr>
            <w:tcW w:w="1234" w:type="dxa"/>
          </w:tcPr>
          <w:p w14:paraId="7F7CBD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6F737B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LC-75-а</w:t>
            </w:r>
          </w:p>
        </w:tc>
        <w:tc>
          <w:tcPr>
            <w:tcW w:w="1234" w:type="dxa"/>
          </w:tcPr>
          <w:p w14:paraId="3C5BE1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2BE032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5307C4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6C0720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6874C4F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7,7</w:t>
            </w:r>
          </w:p>
        </w:tc>
      </w:tr>
      <w:tr w:rsidR="006F0136" w:rsidRPr="00D77020" w14:paraId="6789E07C" w14:textId="77777777">
        <w:tc>
          <w:tcPr>
            <w:tcW w:w="1234" w:type="dxa"/>
          </w:tcPr>
          <w:p w14:paraId="68D197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4BAE71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LC-8-к</w:t>
            </w:r>
          </w:p>
        </w:tc>
        <w:tc>
          <w:tcPr>
            <w:tcW w:w="1234" w:type="dxa"/>
          </w:tcPr>
          <w:p w14:paraId="7E3B9D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</w:t>
            </w:r>
          </w:p>
        </w:tc>
        <w:tc>
          <w:tcPr>
            <w:tcW w:w="1234" w:type="dxa"/>
          </w:tcPr>
          <w:p w14:paraId="500FB4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057D04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281F2E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F46BB3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1,4</w:t>
            </w:r>
          </w:p>
        </w:tc>
      </w:tr>
      <w:tr w:rsidR="006F0136" w:rsidRPr="00D77020" w14:paraId="5A6D5314" w14:textId="77777777">
        <w:tc>
          <w:tcPr>
            <w:tcW w:w="1234" w:type="dxa"/>
          </w:tcPr>
          <w:p w14:paraId="2F75E0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8298E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LC-8-л</w:t>
            </w:r>
          </w:p>
        </w:tc>
        <w:tc>
          <w:tcPr>
            <w:tcW w:w="1234" w:type="dxa"/>
          </w:tcPr>
          <w:p w14:paraId="4D3E8A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</w:t>
            </w:r>
          </w:p>
        </w:tc>
        <w:tc>
          <w:tcPr>
            <w:tcW w:w="1234" w:type="dxa"/>
          </w:tcPr>
          <w:p w14:paraId="735D4D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5D62B8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2F51D3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91BA</w:t>
            </w:r>
          </w:p>
        </w:tc>
        <w:tc>
          <w:tcPr>
            <w:tcW w:w="1234" w:type="dxa"/>
          </w:tcPr>
          <w:p w14:paraId="712CB01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4,4</w:t>
            </w:r>
          </w:p>
        </w:tc>
      </w:tr>
      <w:tr w:rsidR="006F0136" w:rsidRPr="00D77020" w14:paraId="576DCAB0" w14:textId="77777777">
        <w:tc>
          <w:tcPr>
            <w:tcW w:w="1234" w:type="dxa"/>
          </w:tcPr>
          <w:p w14:paraId="2F18FA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6C5127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LC-80-л</w:t>
            </w:r>
          </w:p>
        </w:tc>
        <w:tc>
          <w:tcPr>
            <w:tcW w:w="1234" w:type="dxa"/>
          </w:tcPr>
          <w:p w14:paraId="0053F5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2FF125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512CE0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41A603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8D5A6D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2,8</w:t>
            </w:r>
          </w:p>
        </w:tc>
      </w:tr>
      <w:tr w:rsidR="006F0136" w:rsidRPr="00D77020" w14:paraId="08F0176B" w14:textId="77777777">
        <w:tc>
          <w:tcPr>
            <w:tcW w:w="7404" w:type="dxa"/>
            <w:gridSpan w:val="6"/>
          </w:tcPr>
          <w:p w14:paraId="2A059A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33F995A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491,2</w:t>
            </w:r>
          </w:p>
        </w:tc>
      </w:tr>
    </w:tbl>
    <w:p w14:paraId="7DBF2A3A" w14:textId="77777777" w:rsidR="00812F18" w:rsidRPr="00D77020" w:rsidRDefault="00812F18">
      <w:pPr>
        <w:pStyle w:val="Heading2"/>
        <w:rPr>
          <w:lang w:val="bg-BG"/>
        </w:rPr>
      </w:pPr>
    </w:p>
    <w:p w14:paraId="29C3E26A" w14:textId="77777777" w:rsidR="00812F18" w:rsidRPr="00D77020" w:rsidRDefault="00812F18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bg-BG"/>
        </w:rPr>
      </w:pPr>
      <w:r w:rsidRPr="00D77020">
        <w:rPr>
          <w:lang w:val="bg-BG"/>
        </w:rPr>
        <w:br w:type="page"/>
      </w:r>
    </w:p>
    <w:p w14:paraId="5AD1D359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lastRenderedPageBreak/>
        <w:t>Зона Натура 2000: BG0001386 - Яденица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72D79643" w14:textId="77777777">
        <w:tc>
          <w:tcPr>
            <w:tcW w:w="1587" w:type="dxa"/>
          </w:tcPr>
          <w:p w14:paraId="3EA5EB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7E3C02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5F2A6B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796075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048C4D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157840E9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415EF4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58A2E3D4" w14:textId="77777777">
        <w:tc>
          <w:tcPr>
            <w:tcW w:w="1234" w:type="dxa"/>
          </w:tcPr>
          <w:p w14:paraId="53AC83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1C3E76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LC-282-ж</w:t>
            </w:r>
          </w:p>
        </w:tc>
        <w:tc>
          <w:tcPr>
            <w:tcW w:w="1234" w:type="dxa"/>
          </w:tcPr>
          <w:p w14:paraId="2361AA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282</w:t>
            </w:r>
          </w:p>
        </w:tc>
        <w:tc>
          <w:tcPr>
            <w:tcW w:w="1234" w:type="dxa"/>
          </w:tcPr>
          <w:p w14:paraId="74D080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7DE757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2F12EE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91BA</w:t>
            </w:r>
          </w:p>
        </w:tc>
        <w:tc>
          <w:tcPr>
            <w:tcW w:w="1234" w:type="dxa"/>
          </w:tcPr>
          <w:p w14:paraId="0466038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2,4</w:t>
            </w:r>
          </w:p>
        </w:tc>
      </w:tr>
      <w:tr w:rsidR="006F0136" w:rsidRPr="00D77020" w14:paraId="4380C73A" w14:textId="77777777">
        <w:tc>
          <w:tcPr>
            <w:tcW w:w="1234" w:type="dxa"/>
          </w:tcPr>
          <w:p w14:paraId="7C0B31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46E54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LC-287-в</w:t>
            </w:r>
          </w:p>
        </w:tc>
        <w:tc>
          <w:tcPr>
            <w:tcW w:w="1234" w:type="dxa"/>
          </w:tcPr>
          <w:p w14:paraId="27BBC8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287</w:t>
            </w:r>
          </w:p>
        </w:tc>
        <w:tc>
          <w:tcPr>
            <w:tcW w:w="1234" w:type="dxa"/>
          </w:tcPr>
          <w:p w14:paraId="6A136B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06002C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4FB9AC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11BD32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4,1</w:t>
            </w:r>
          </w:p>
        </w:tc>
      </w:tr>
      <w:tr w:rsidR="006F0136" w:rsidRPr="00D77020" w14:paraId="5A5ADF49" w14:textId="77777777">
        <w:tc>
          <w:tcPr>
            <w:tcW w:w="1234" w:type="dxa"/>
          </w:tcPr>
          <w:p w14:paraId="3E67D5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0695E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LC-287-е</w:t>
            </w:r>
          </w:p>
        </w:tc>
        <w:tc>
          <w:tcPr>
            <w:tcW w:w="1234" w:type="dxa"/>
          </w:tcPr>
          <w:p w14:paraId="555F62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287</w:t>
            </w:r>
          </w:p>
        </w:tc>
        <w:tc>
          <w:tcPr>
            <w:tcW w:w="1234" w:type="dxa"/>
          </w:tcPr>
          <w:p w14:paraId="47624F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218247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1DF37C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101BA7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8,6</w:t>
            </w:r>
          </w:p>
        </w:tc>
      </w:tr>
      <w:tr w:rsidR="006F0136" w:rsidRPr="00D77020" w14:paraId="5C087294" w14:textId="77777777">
        <w:tc>
          <w:tcPr>
            <w:tcW w:w="1234" w:type="dxa"/>
          </w:tcPr>
          <w:p w14:paraId="6B34E9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680122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LC-288-а</w:t>
            </w:r>
          </w:p>
        </w:tc>
        <w:tc>
          <w:tcPr>
            <w:tcW w:w="1234" w:type="dxa"/>
          </w:tcPr>
          <w:p w14:paraId="0E9CB8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288</w:t>
            </w:r>
          </w:p>
        </w:tc>
        <w:tc>
          <w:tcPr>
            <w:tcW w:w="1234" w:type="dxa"/>
          </w:tcPr>
          <w:p w14:paraId="2D58CB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429159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5D2D79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498913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12,4</w:t>
            </w:r>
          </w:p>
        </w:tc>
      </w:tr>
      <w:tr w:rsidR="006F0136" w:rsidRPr="00D77020" w14:paraId="698661A9" w14:textId="77777777">
        <w:tc>
          <w:tcPr>
            <w:tcW w:w="1234" w:type="dxa"/>
          </w:tcPr>
          <w:p w14:paraId="4B2072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6C458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LC-301-а</w:t>
            </w:r>
          </w:p>
        </w:tc>
        <w:tc>
          <w:tcPr>
            <w:tcW w:w="1234" w:type="dxa"/>
          </w:tcPr>
          <w:p w14:paraId="2578A9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301</w:t>
            </w:r>
          </w:p>
        </w:tc>
        <w:tc>
          <w:tcPr>
            <w:tcW w:w="1234" w:type="dxa"/>
          </w:tcPr>
          <w:p w14:paraId="211B6C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342B77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029286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A4F914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2533C6A3" w14:textId="77777777">
        <w:tc>
          <w:tcPr>
            <w:tcW w:w="1234" w:type="dxa"/>
          </w:tcPr>
          <w:p w14:paraId="635D78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13EC18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LC-301-г</w:t>
            </w:r>
          </w:p>
        </w:tc>
        <w:tc>
          <w:tcPr>
            <w:tcW w:w="1234" w:type="dxa"/>
          </w:tcPr>
          <w:p w14:paraId="637516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301</w:t>
            </w:r>
          </w:p>
        </w:tc>
        <w:tc>
          <w:tcPr>
            <w:tcW w:w="1234" w:type="dxa"/>
          </w:tcPr>
          <w:p w14:paraId="1DFBA5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5A188B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7ABBCF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21405E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1,7</w:t>
            </w:r>
          </w:p>
        </w:tc>
      </w:tr>
      <w:tr w:rsidR="006F0136" w:rsidRPr="00D77020" w14:paraId="43C542C9" w14:textId="77777777">
        <w:tc>
          <w:tcPr>
            <w:tcW w:w="1234" w:type="dxa"/>
          </w:tcPr>
          <w:p w14:paraId="4E5832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28A4CF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LC-303-б</w:t>
            </w:r>
          </w:p>
        </w:tc>
        <w:tc>
          <w:tcPr>
            <w:tcW w:w="1234" w:type="dxa"/>
          </w:tcPr>
          <w:p w14:paraId="55B98C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303</w:t>
            </w:r>
          </w:p>
        </w:tc>
        <w:tc>
          <w:tcPr>
            <w:tcW w:w="1234" w:type="dxa"/>
          </w:tcPr>
          <w:p w14:paraId="4A3E1E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4C37DB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15E9C6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477D22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1,3</w:t>
            </w:r>
          </w:p>
        </w:tc>
      </w:tr>
      <w:tr w:rsidR="006F0136" w:rsidRPr="00D77020" w14:paraId="30988447" w14:textId="77777777">
        <w:tc>
          <w:tcPr>
            <w:tcW w:w="1234" w:type="dxa"/>
          </w:tcPr>
          <w:p w14:paraId="019FEA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6EE462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LC-304-г</w:t>
            </w:r>
          </w:p>
        </w:tc>
        <w:tc>
          <w:tcPr>
            <w:tcW w:w="1234" w:type="dxa"/>
          </w:tcPr>
          <w:p w14:paraId="4AAC42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304</w:t>
            </w:r>
          </w:p>
        </w:tc>
        <w:tc>
          <w:tcPr>
            <w:tcW w:w="1234" w:type="dxa"/>
          </w:tcPr>
          <w:p w14:paraId="4D7C3D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325856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01F079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17CECE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11,1</w:t>
            </w:r>
          </w:p>
        </w:tc>
      </w:tr>
      <w:tr w:rsidR="006F0136" w:rsidRPr="00D77020" w14:paraId="03F00118" w14:textId="77777777">
        <w:tc>
          <w:tcPr>
            <w:tcW w:w="1234" w:type="dxa"/>
          </w:tcPr>
          <w:p w14:paraId="661771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2C57ED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LC-305-в</w:t>
            </w:r>
          </w:p>
        </w:tc>
        <w:tc>
          <w:tcPr>
            <w:tcW w:w="1234" w:type="dxa"/>
          </w:tcPr>
          <w:p w14:paraId="442DE3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305</w:t>
            </w:r>
          </w:p>
        </w:tc>
        <w:tc>
          <w:tcPr>
            <w:tcW w:w="1234" w:type="dxa"/>
          </w:tcPr>
          <w:p w14:paraId="2F737A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7C4248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15DD81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DAF94E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12,8</w:t>
            </w:r>
          </w:p>
        </w:tc>
      </w:tr>
      <w:tr w:rsidR="006F0136" w:rsidRPr="00D77020" w14:paraId="5ADB2DCE" w14:textId="77777777">
        <w:tc>
          <w:tcPr>
            <w:tcW w:w="1234" w:type="dxa"/>
          </w:tcPr>
          <w:p w14:paraId="296698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FF1D1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LC-305-г</w:t>
            </w:r>
          </w:p>
        </w:tc>
        <w:tc>
          <w:tcPr>
            <w:tcW w:w="1234" w:type="dxa"/>
          </w:tcPr>
          <w:p w14:paraId="5B0AA7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305</w:t>
            </w:r>
          </w:p>
        </w:tc>
        <w:tc>
          <w:tcPr>
            <w:tcW w:w="1234" w:type="dxa"/>
          </w:tcPr>
          <w:p w14:paraId="42CD6C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5DBB1B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6E28C5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D240B8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24,3</w:t>
            </w:r>
          </w:p>
        </w:tc>
      </w:tr>
      <w:tr w:rsidR="006F0136" w:rsidRPr="00D77020" w14:paraId="1FB98B9C" w14:textId="77777777">
        <w:tc>
          <w:tcPr>
            <w:tcW w:w="1234" w:type="dxa"/>
          </w:tcPr>
          <w:p w14:paraId="25792A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44E21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LC-309-ж</w:t>
            </w:r>
          </w:p>
        </w:tc>
        <w:tc>
          <w:tcPr>
            <w:tcW w:w="1234" w:type="dxa"/>
          </w:tcPr>
          <w:p w14:paraId="346795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309</w:t>
            </w:r>
          </w:p>
        </w:tc>
        <w:tc>
          <w:tcPr>
            <w:tcW w:w="1234" w:type="dxa"/>
          </w:tcPr>
          <w:p w14:paraId="04D28D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1C99C2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51D54E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F3B445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7,3</w:t>
            </w:r>
          </w:p>
        </w:tc>
      </w:tr>
      <w:tr w:rsidR="006F0136" w:rsidRPr="00D77020" w14:paraId="633F49AD" w14:textId="77777777">
        <w:tc>
          <w:tcPr>
            <w:tcW w:w="1234" w:type="dxa"/>
          </w:tcPr>
          <w:p w14:paraId="2C2D96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6BF724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LC-311-е</w:t>
            </w:r>
          </w:p>
        </w:tc>
        <w:tc>
          <w:tcPr>
            <w:tcW w:w="1234" w:type="dxa"/>
          </w:tcPr>
          <w:p w14:paraId="03412A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311</w:t>
            </w:r>
          </w:p>
        </w:tc>
        <w:tc>
          <w:tcPr>
            <w:tcW w:w="1234" w:type="dxa"/>
          </w:tcPr>
          <w:p w14:paraId="760F34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40674D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56179D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30F766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17,8</w:t>
            </w:r>
          </w:p>
        </w:tc>
      </w:tr>
      <w:tr w:rsidR="006F0136" w:rsidRPr="00D77020" w14:paraId="4BBD4D30" w14:textId="77777777">
        <w:tc>
          <w:tcPr>
            <w:tcW w:w="1234" w:type="dxa"/>
          </w:tcPr>
          <w:p w14:paraId="0DFA6B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AF659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LC-312-г</w:t>
            </w:r>
          </w:p>
        </w:tc>
        <w:tc>
          <w:tcPr>
            <w:tcW w:w="1234" w:type="dxa"/>
          </w:tcPr>
          <w:p w14:paraId="37E3E1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312</w:t>
            </w:r>
          </w:p>
        </w:tc>
        <w:tc>
          <w:tcPr>
            <w:tcW w:w="1234" w:type="dxa"/>
          </w:tcPr>
          <w:p w14:paraId="3C5ABB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7FE3C6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6041D4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87CEDD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9,7</w:t>
            </w:r>
          </w:p>
        </w:tc>
      </w:tr>
      <w:tr w:rsidR="006F0136" w:rsidRPr="00D77020" w14:paraId="3B1D4EFE" w14:textId="77777777">
        <w:tc>
          <w:tcPr>
            <w:tcW w:w="7404" w:type="dxa"/>
            <w:gridSpan w:val="6"/>
          </w:tcPr>
          <w:p w14:paraId="3846FC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1650F6E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114,7</w:t>
            </w:r>
          </w:p>
        </w:tc>
      </w:tr>
    </w:tbl>
    <w:p w14:paraId="6E6C33E6" w14:textId="77777777" w:rsidR="006F0136" w:rsidRPr="00D77020" w:rsidRDefault="00D77020">
      <w:pPr>
        <w:rPr>
          <w:lang w:val="bg-BG"/>
        </w:rPr>
      </w:pPr>
      <w:r w:rsidRPr="00D77020">
        <w:rPr>
          <w:lang w:val="bg-BG"/>
        </w:rPr>
        <w:br w:type="page"/>
      </w:r>
    </w:p>
    <w:p w14:paraId="480FDF49" w14:textId="77777777" w:rsidR="006F0136" w:rsidRPr="00D77020" w:rsidRDefault="00D77020">
      <w:pPr>
        <w:pStyle w:val="Heading1"/>
        <w:rPr>
          <w:lang w:val="bg-BG"/>
        </w:rPr>
      </w:pPr>
      <w:bookmarkStart w:id="3" w:name="_Toc222837670"/>
      <w:r w:rsidRPr="00D77020">
        <w:rPr>
          <w:lang w:val="bg-BG"/>
        </w:rPr>
        <w:lastRenderedPageBreak/>
        <w:t xml:space="preserve">ДГС Благоевград - Обща площ: 295,2 </w:t>
      </w:r>
      <w:proofErr w:type="spellStart"/>
      <w:r w:rsidRPr="00D77020">
        <w:rPr>
          <w:lang w:val="bg-BG"/>
        </w:rPr>
        <w:t>хa</w:t>
      </w:r>
      <w:bookmarkEnd w:id="3"/>
      <w:proofErr w:type="spellEnd"/>
    </w:p>
    <w:p w14:paraId="23F5E08B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 xml:space="preserve">Зона Натура 2000: BG0001022 - </w:t>
      </w:r>
      <w:proofErr w:type="spellStart"/>
      <w:r w:rsidRPr="00D77020">
        <w:rPr>
          <w:lang w:val="bg-BG"/>
        </w:rPr>
        <w:t>Орановски</w:t>
      </w:r>
      <w:proofErr w:type="spellEnd"/>
      <w:r w:rsidRPr="00D77020">
        <w:rPr>
          <w:lang w:val="bg-BG"/>
        </w:rPr>
        <w:t xml:space="preserve"> пролом - Лешко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485B1D29" w14:textId="77777777">
        <w:tc>
          <w:tcPr>
            <w:tcW w:w="1587" w:type="dxa"/>
          </w:tcPr>
          <w:p w14:paraId="2AB3F2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547D9A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718E52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7BF859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01858B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7B3DDDB7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0F6FA0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410F5A99" w14:textId="77777777">
        <w:tc>
          <w:tcPr>
            <w:tcW w:w="1234" w:type="dxa"/>
          </w:tcPr>
          <w:p w14:paraId="6A7A87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79BEA8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BC-191-б</w:t>
            </w:r>
          </w:p>
        </w:tc>
        <w:tc>
          <w:tcPr>
            <w:tcW w:w="1234" w:type="dxa"/>
          </w:tcPr>
          <w:p w14:paraId="225629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191</w:t>
            </w:r>
          </w:p>
        </w:tc>
        <w:tc>
          <w:tcPr>
            <w:tcW w:w="1234" w:type="dxa"/>
          </w:tcPr>
          <w:p w14:paraId="5E75B2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645C49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437476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65FD4A1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20,6</w:t>
            </w:r>
          </w:p>
        </w:tc>
      </w:tr>
      <w:tr w:rsidR="006F0136" w:rsidRPr="00D77020" w14:paraId="5CCFECAC" w14:textId="77777777">
        <w:tc>
          <w:tcPr>
            <w:tcW w:w="1234" w:type="dxa"/>
          </w:tcPr>
          <w:p w14:paraId="051373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5631A0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BC-192-з</w:t>
            </w:r>
          </w:p>
        </w:tc>
        <w:tc>
          <w:tcPr>
            <w:tcW w:w="1234" w:type="dxa"/>
          </w:tcPr>
          <w:p w14:paraId="48F675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192</w:t>
            </w:r>
          </w:p>
        </w:tc>
        <w:tc>
          <w:tcPr>
            <w:tcW w:w="1234" w:type="dxa"/>
          </w:tcPr>
          <w:p w14:paraId="321859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6B2D61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65</w:t>
            </w:r>
          </w:p>
        </w:tc>
        <w:tc>
          <w:tcPr>
            <w:tcW w:w="1234" w:type="dxa"/>
          </w:tcPr>
          <w:p w14:paraId="470276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499D6B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4,6</w:t>
            </w:r>
          </w:p>
        </w:tc>
      </w:tr>
      <w:tr w:rsidR="006F0136" w:rsidRPr="00D77020" w14:paraId="03AF4724" w14:textId="77777777">
        <w:tc>
          <w:tcPr>
            <w:tcW w:w="1234" w:type="dxa"/>
          </w:tcPr>
          <w:p w14:paraId="2FB75E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28AE2A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BC-240-м</w:t>
            </w:r>
          </w:p>
        </w:tc>
        <w:tc>
          <w:tcPr>
            <w:tcW w:w="1234" w:type="dxa"/>
          </w:tcPr>
          <w:p w14:paraId="3C95E5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240</w:t>
            </w:r>
          </w:p>
        </w:tc>
        <w:tc>
          <w:tcPr>
            <w:tcW w:w="1234" w:type="dxa"/>
          </w:tcPr>
          <w:p w14:paraId="5DA4A6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10A3A1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234" w:type="dxa"/>
          </w:tcPr>
          <w:p w14:paraId="7082B3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612280A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14,1</w:t>
            </w:r>
          </w:p>
        </w:tc>
      </w:tr>
      <w:tr w:rsidR="006F0136" w:rsidRPr="00D77020" w14:paraId="558D691A" w14:textId="77777777">
        <w:tc>
          <w:tcPr>
            <w:tcW w:w="1234" w:type="dxa"/>
          </w:tcPr>
          <w:p w14:paraId="7648DE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649978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BC-261-а</w:t>
            </w:r>
          </w:p>
        </w:tc>
        <w:tc>
          <w:tcPr>
            <w:tcW w:w="1234" w:type="dxa"/>
          </w:tcPr>
          <w:p w14:paraId="6EACFE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261</w:t>
            </w:r>
          </w:p>
        </w:tc>
        <w:tc>
          <w:tcPr>
            <w:tcW w:w="1234" w:type="dxa"/>
          </w:tcPr>
          <w:p w14:paraId="7DA5C0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5AD5A1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509E80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6BAFE26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12,6</w:t>
            </w:r>
          </w:p>
        </w:tc>
      </w:tr>
      <w:tr w:rsidR="006F0136" w:rsidRPr="00D77020" w14:paraId="3F059216" w14:textId="77777777">
        <w:tc>
          <w:tcPr>
            <w:tcW w:w="1234" w:type="dxa"/>
          </w:tcPr>
          <w:p w14:paraId="2D05E2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55D459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BC-262-о</w:t>
            </w:r>
          </w:p>
        </w:tc>
        <w:tc>
          <w:tcPr>
            <w:tcW w:w="1234" w:type="dxa"/>
          </w:tcPr>
          <w:p w14:paraId="4E6895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262</w:t>
            </w:r>
          </w:p>
        </w:tc>
        <w:tc>
          <w:tcPr>
            <w:tcW w:w="1234" w:type="dxa"/>
          </w:tcPr>
          <w:p w14:paraId="1D3FD4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34CA8B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594A28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D061FF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12455FF5" w14:textId="77777777">
        <w:tc>
          <w:tcPr>
            <w:tcW w:w="1234" w:type="dxa"/>
          </w:tcPr>
          <w:p w14:paraId="53C22E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5B8991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BC-262-п</w:t>
            </w:r>
          </w:p>
        </w:tc>
        <w:tc>
          <w:tcPr>
            <w:tcW w:w="1234" w:type="dxa"/>
          </w:tcPr>
          <w:p w14:paraId="47AD91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262</w:t>
            </w:r>
          </w:p>
        </w:tc>
        <w:tc>
          <w:tcPr>
            <w:tcW w:w="1234" w:type="dxa"/>
          </w:tcPr>
          <w:p w14:paraId="68B92F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237047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257100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7B2D41E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23D74003" w14:textId="77777777">
        <w:tc>
          <w:tcPr>
            <w:tcW w:w="1234" w:type="dxa"/>
          </w:tcPr>
          <w:p w14:paraId="0A7F00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453DB8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BC-262-р</w:t>
            </w:r>
          </w:p>
        </w:tc>
        <w:tc>
          <w:tcPr>
            <w:tcW w:w="1234" w:type="dxa"/>
          </w:tcPr>
          <w:p w14:paraId="6BE60D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262</w:t>
            </w:r>
          </w:p>
        </w:tc>
        <w:tc>
          <w:tcPr>
            <w:tcW w:w="1234" w:type="dxa"/>
          </w:tcPr>
          <w:p w14:paraId="73AFEA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3EB4AE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348800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6083300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758EF5E3" w14:textId="77777777">
        <w:tc>
          <w:tcPr>
            <w:tcW w:w="1234" w:type="dxa"/>
          </w:tcPr>
          <w:p w14:paraId="13BF6C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31A070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BC-262-с</w:t>
            </w:r>
          </w:p>
        </w:tc>
        <w:tc>
          <w:tcPr>
            <w:tcW w:w="1234" w:type="dxa"/>
          </w:tcPr>
          <w:p w14:paraId="731853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262</w:t>
            </w:r>
          </w:p>
        </w:tc>
        <w:tc>
          <w:tcPr>
            <w:tcW w:w="1234" w:type="dxa"/>
          </w:tcPr>
          <w:p w14:paraId="075163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5858CC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619A59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7960119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1,1</w:t>
            </w:r>
          </w:p>
        </w:tc>
      </w:tr>
      <w:tr w:rsidR="006F0136" w:rsidRPr="00D77020" w14:paraId="29D96720" w14:textId="77777777">
        <w:tc>
          <w:tcPr>
            <w:tcW w:w="1234" w:type="dxa"/>
          </w:tcPr>
          <w:p w14:paraId="087BFC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178DD2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BC-262-т</w:t>
            </w:r>
          </w:p>
        </w:tc>
        <w:tc>
          <w:tcPr>
            <w:tcW w:w="1234" w:type="dxa"/>
          </w:tcPr>
          <w:p w14:paraId="36E0D4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262</w:t>
            </w:r>
          </w:p>
        </w:tc>
        <w:tc>
          <w:tcPr>
            <w:tcW w:w="1234" w:type="dxa"/>
          </w:tcPr>
          <w:p w14:paraId="6A4780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5420BA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06A937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4BAB5B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3801633D" w14:textId="77777777">
        <w:tc>
          <w:tcPr>
            <w:tcW w:w="1234" w:type="dxa"/>
          </w:tcPr>
          <w:p w14:paraId="1455FA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41897C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BC-281-а</w:t>
            </w:r>
          </w:p>
        </w:tc>
        <w:tc>
          <w:tcPr>
            <w:tcW w:w="1234" w:type="dxa"/>
          </w:tcPr>
          <w:p w14:paraId="52679E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281</w:t>
            </w:r>
          </w:p>
        </w:tc>
        <w:tc>
          <w:tcPr>
            <w:tcW w:w="1234" w:type="dxa"/>
          </w:tcPr>
          <w:p w14:paraId="6C3F9B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5F462D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225D95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7B2AE78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4E625667" w14:textId="77777777">
        <w:tc>
          <w:tcPr>
            <w:tcW w:w="1234" w:type="dxa"/>
          </w:tcPr>
          <w:p w14:paraId="2848E7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0FE0AA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BC-281-д</w:t>
            </w:r>
          </w:p>
        </w:tc>
        <w:tc>
          <w:tcPr>
            <w:tcW w:w="1234" w:type="dxa"/>
          </w:tcPr>
          <w:p w14:paraId="38EEA1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281</w:t>
            </w:r>
          </w:p>
        </w:tc>
        <w:tc>
          <w:tcPr>
            <w:tcW w:w="1234" w:type="dxa"/>
          </w:tcPr>
          <w:p w14:paraId="35C0FF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481E36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4A1F35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2A42592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2EF6BEC9" w14:textId="77777777">
        <w:tc>
          <w:tcPr>
            <w:tcW w:w="1234" w:type="dxa"/>
          </w:tcPr>
          <w:p w14:paraId="2D997A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73F297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BC-281-з</w:t>
            </w:r>
          </w:p>
        </w:tc>
        <w:tc>
          <w:tcPr>
            <w:tcW w:w="1234" w:type="dxa"/>
          </w:tcPr>
          <w:p w14:paraId="3C9D80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281</w:t>
            </w:r>
          </w:p>
        </w:tc>
        <w:tc>
          <w:tcPr>
            <w:tcW w:w="1234" w:type="dxa"/>
          </w:tcPr>
          <w:p w14:paraId="015FEC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5807C7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3D7395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16329E7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1,4</w:t>
            </w:r>
          </w:p>
        </w:tc>
      </w:tr>
      <w:tr w:rsidR="006F0136" w:rsidRPr="00D77020" w14:paraId="160ACADF" w14:textId="77777777">
        <w:tc>
          <w:tcPr>
            <w:tcW w:w="1234" w:type="dxa"/>
          </w:tcPr>
          <w:p w14:paraId="4B01E0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220644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BC-284-д</w:t>
            </w:r>
          </w:p>
        </w:tc>
        <w:tc>
          <w:tcPr>
            <w:tcW w:w="1234" w:type="dxa"/>
          </w:tcPr>
          <w:p w14:paraId="657950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284</w:t>
            </w:r>
          </w:p>
        </w:tc>
        <w:tc>
          <w:tcPr>
            <w:tcW w:w="1234" w:type="dxa"/>
          </w:tcPr>
          <w:p w14:paraId="7A0743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03A8A5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77EBD4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D544C9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2,9</w:t>
            </w:r>
          </w:p>
        </w:tc>
      </w:tr>
      <w:tr w:rsidR="006F0136" w:rsidRPr="00D77020" w14:paraId="4C1C1F2B" w14:textId="77777777">
        <w:tc>
          <w:tcPr>
            <w:tcW w:w="1234" w:type="dxa"/>
          </w:tcPr>
          <w:p w14:paraId="37157F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4EBE2F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BC-285-н</w:t>
            </w:r>
          </w:p>
        </w:tc>
        <w:tc>
          <w:tcPr>
            <w:tcW w:w="1234" w:type="dxa"/>
          </w:tcPr>
          <w:p w14:paraId="7128AF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285</w:t>
            </w:r>
          </w:p>
        </w:tc>
        <w:tc>
          <w:tcPr>
            <w:tcW w:w="1234" w:type="dxa"/>
          </w:tcPr>
          <w:p w14:paraId="40F012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550632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69CE23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428CBB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5,6</w:t>
            </w:r>
          </w:p>
        </w:tc>
      </w:tr>
      <w:tr w:rsidR="006F0136" w:rsidRPr="00D77020" w14:paraId="00D52E36" w14:textId="77777777">
        <w:tc>
          <w:tcPr>
            <w:tcW w:w="1234" w:type="dxa"/>
          </w:tcPr>
          <w:p w14:paraId="6DE49F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76D4F8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BC-295-а1</w:t>
            </w:r>
          </w:p>
        </w:tc>
        <w:tc>
          <w:tcPr>
            <w:tcW w:w="1234" w:type="dxa"/>
          </w:tcPr>
          <w:p w14:paraId="634F7C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295</w:t>
            </w:r>
          </w:p>
        </w:tc>
        <w:tc>
          <w:tcPr>
            <w:tcW w:w="1234" w:type="dxa"/>
          </w:tcPr>
          <w:p w14:paraId="7B60A2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а1</w:t>
            </w:r>
          </w:p>
        </w:tc>
        <w:tc>
          <w:tcPr>
            <w:tcW w:w="1234" w:type="dxa"/>
          </w:tcPr>
          <w:p w14:paraId="4550F8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4E522C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4194B44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2,9</w:t>
            </w:r>
          </w:p>
        </w:tc>
      </w:tr>
      <w:tr w:rsidR="006F0136" w:rsidRPr="00D77020" w14:paraId="4A7D7324" w14:textId="77777777">
        <w:tc>
          <w:tcPr>
            <w:tcW w:w="1234" w:type="dxa"/>
          </w:tcPr>
          <w:p w14:paraId="0D5A91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66870B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BC-295-б</w:t>
            </w:r>
          </w:p>
        </w:tc>
        <w:tc>
          <w:tcPr>
            <w:tcW w:w="1234" w:type="dxa"/>
          </w:tcPr>
          <w:p w14:paraId="65CA6E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295</w:t>
            </w:r>
          </w:p>
        </w:tc>
        <w:tc>
          <w:tcPr>
            <w:tcW w:w="1234" w:type="dxa"/>
          </w:tcPr>
          <w:p w14:paraId="21FDB9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1DB5F8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6910B1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4067002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25,6</w:t>
            </w:r>
          </w:p>
        </w:tc>
      </w:tr>
      <w:tr w:rsidR="006F0136" w:rsidRPr="00D77020" w14:paraId="1D86474E" w14:textId="77777777">
        <w:tc>
          <w:tcPr>
            <w:tcW w:w="1234" w:type="dxa"/>
          </w:tcPr>
          <w:p w14:paraId="49B714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0FA9C0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BC-295-е</w:t>
            </w:r>
          </w:p>
        </w:tc>
        <w:tc>
          <w:tcPr>
            <w:tcW w:w="1234" w:type="dxa"/>
          </w:tcPr>
          <w:p w14:paraId="7E3E6B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295</w:t>
            </w:r>
          </w:p>
        </w:tc>
        <w:tc>
          <w:tcPr>
            <w:tcW w:w="1234" w:type="dxa"/>
          </w:tcPr>
          <w:p w14:paraId="3BAF99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5AA9F2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44C348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12CEAB1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9,6</w:t>
            </w:r>
          </w:p>
        </w:tc>
      </w:tr>
      <w:tr w:rsidR="006F0136" w:rsidRPr="00D77020" w14:paraId="26967416" w14:textId="77777777">
        <w:tc>
          <w:tcPr>
            <w:tcW w:w="1234" w:type="dxa"/>
          </w:tcPr>
          <w:p w14:paraId="436A4C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60107F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BC-298-з2</w:t>
            </w:r>
          </w:p>
        </w:tc>
        <w:tc>
          <w:tcPr>
            <w:tcW w:w="1234" w:type="dxa"/>
          </w:tcPr>
          <w:p w14:paraId="73F852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298</w:t>
            </w:r>
          </w:p>
        </w:tc>
        <w:tc>
          <w:tcPr>
            <w:tcW w:w="1234" w:type="dxa"/>
          </w:tcPr>
          <w:p w14:paraId="187FF6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з2</w:t>
            </w:r>
          </w:p>
        </w:tc>
        <w:tc>
          <w:tcPr>
            <w:tcW w:w="1234" w:type="dxa"/>
          </w:tcPr>
          <w:p w14:paraId="002ABA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023296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69B6D85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5,2</w:t>
            </w:r>
          </w:p>
        </w:tc>
      </w:tr>
      <w:tr w:rsidR="006F0136" w:rsidRPr="00D77020" w14:paraId="2D30308D" w14:textId="77777777">
        <w:tc>
          <w:tcPr>
            <w:tcW w:w="1234" w:type="dxa"/>
          </w:tcPr>
          <w:p w14:paraId="74F038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3EB53F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BC-300-п</w:t>
            </w:r>
          </w:p>
        </w:tc>
        <w:tc>
          <w:tcPr>
            <w:tcW w:w="1234" w:type="dxa"/>
          </w:tcPr>
          <w:p w14:paraId="4A6239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300</w:t>
            </w:r>
          </w:p>
        </w:tc>
        <w:tc>
          <w:tcPr>
            <w:tcW w:w="1234" w:type="dxa"/>
          </w:tcPr>
          <w:p w14:paraId="354295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56795C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08D4AC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61D7C1B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0,9</w:t>
            </w:r>
          </w:p>
        </w:tc>
      </w:tr>
      <w:tr w:rsidR="006F0136" w:rsidRPr="00D77020" w14:paraId="7416133F" w14:textId="77777777">
        <w:tc>
          <w:tcPr>
            <w:tcW w:w="1234" w:type="dxa"/>
          </w:tcPr>
          <w:p w14:paraId="2CC350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5BEA04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BC-300-с</w:t>
            </w:r>
          </w:p>
        </w:tc>
        <w:tc>
          <w:tcPr>
            <w:tcW w:w="1234" w:type="dxa"/>
          </w:tcPr>
          <w:p w14:paraId="3BC657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300</w:t>
            </w:r>
          </w:p>
        </w:tc>
        <w:tc>
          <w:tcPr>
            <w:tcW w:w="1234" w:type="dxa"/>
          </w:tcPr>
          <w:p w14:paraId="431AAA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7104F8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66C442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1230C58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4,6</w:t>
            </w:r>
          </w:p>
        </w:tc>
      </w:tr>
      <w:tr w:rsidR="006F0136" w:rsidRPr="00D77020" w14:paraId="52BDD55C" w14:textId="77777777">
        <w:tc>
          <w:tcPr>
            <w:tcW w:w="1234" w:type="dxa"/>
          </w:tcPr>
          <w:p w14:paraId="0DED3D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616B29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BC-306-р</w:t>
            </w:r>
          </w:p>
        </w:tc>
        <w:tc>
          <w:tcPr>
            <w:tcW w:w="1234" w:type="dxa"/>
          </w:tcPr>
          <w:p w14:paraId="671ECC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306</w:t>
            </w:r>
          </w:p>
        </w:tc>
        <w:tc>
          <w:tcPr>
            <w:tcW w:w="1234" w:type="dxa"/>
          </w:tcPr>
          <w:p w14:paraId="2387AE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275057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503AC4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98DDF5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5,9</w:t>
            </w:r>
          </w:p>
        </w:tc>
      </w:tr>
      <w:tr w:rsidR="006F0136" w:rsidRPr="00D77020" w14:paraId="3C7EBC82" w14:textId="77777777">
        <w:tc>
          <w:tcPr>
            <w:tcW w:w="1234" w:type="dxa"/>
          </w:tcPr>
          <w:p w14:paraId="57AF12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726B37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BC-306-у</w:t>
            </w:r>
          </w:p>
        </w:tc>
        <w:tc>
          <w:tcPr>
            <w:tcW w:w="1234" w:type="dxa"/>
          </w:tcPr>
          <w:p w14:paraId="1630C7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306</w:t>
            </w:r>
          </w:p>
        </w:tc>
        <w:tc>
          <w:tcPr>
            <w:tcW w:w="1234" w:type="dxa"/>
          </w:tcPr>
          <w:p w14:paraId="6861CF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у</w:t>
            </w:r>
          </w:p>
        </w:tc>
        <w:tc>
          <w:tcPr>
            <w:tcW w:w="1234" w:type="dxa"/>
          </w:tcPr>
          <w:p w14:paraId="0B7225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3506B2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D0C50A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3,0</w:t>
            </w:r>
          </w:p>
        </w:tc>
      </w:tr>
      <w:tr w:rsidR="006F0136" w:rsidRPr="00D77020" w14:paraId="6428BE7D" w14:textId="77777777">
        <w:tc>
          <w:tcPr>
            <w:tcW w:w="1234" w:type="dxa"/>
          </w:tcPr>
          <w:p w14:paraId="651296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152A4C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BC-307-в</w:t>
            </w:r>
          </w:p>
        </w:tc>
        <w:tc>
          <w:tcPr>
            <w:tcW w:w="1234" w:type="dxa"/>
          </w:tcPr>
          <w:p w14:paraId="12D211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307</w:t>
            </w:r>
          </w:p>
        </w:tc>
        <w:tc>
          <w:tcPr>
            <w:tcW w:w="1234" w:type="dxa"/>
          </w:tcPr>
          <w:p w14:paraId="1FF31C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4CA2B4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18EB39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3133D7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2,2</w:t>
            </w:r>
          </w:p>
        </w:tc>
      </w:tr>
      <w:tr w:rsidR="006F0136" w:rsidRPr="00D77020" w14:paraId="1809C663" w14:textId="77777777">
        <w:tc>
          <w:tcPr>
            <w:tcW w:w="1234" w:type="dxa"/>
          </w:tcPr>
          <w:p w14:paraId="0A20A2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20FC0B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BC-308-в</w:t>
            </w:r>
          </w:p>
        </w:tc>
        <w:tc>
          <w:tcPr>
            <w:tcW w:w="1234" w:type="dxa"/>
          </w:tcPr>
          <w:p w14:paraId="006129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308</w:t>
            </w:r>
          </w:p>
        </w:tc>
        <w:tc>
          <w:tcPr>
            <w:tcW w:w="1234" w:type="dxa"/>
          </w:tcPr>
          <w:p w14:paraId="2A9366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73D80B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42350B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817E71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16,8</w:t>
            </w:r>
          </w:p>
        </w:tc>
      </w:tr>
      <w:tr w:rsidR="006F0136" w:rsidRPr="00D77020" w14:paraId="74DAB2EC" w14:textId="77777777">
        <w:tc>
          <w:tcPr>
            <w:tcW w:w="1234" w:type="dxa"/>
          </w:tcPr>
          <w:p w14:paraId="4A0C73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5ABF42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BC-310-а</w:t>
            </w:r>
          </w:p>
        </w:tc>
        <w:tc>
          <w:tcPr>
            <w:tcW w:w="1234" w:type="dxa"/>
          </w:tcPr>
          <w:p w14:paraId="765B13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310</w:t>
            </w:r>
          </w:p>
        </w:tc>
        <w:tc>
          <w:tcPr>
            <w:tcW w:w="1234" w:type="dxa"/>
          </w:tcPr>
          <w:p w14:paraId="1EF72E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0BC638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4E7833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744ACE5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15,7</w:t>
            </w:r>
          </w:p>
        </w:tc>
      </w:tr>
      <w:tr w:rsidR="006F0136" w:rsidRPr="00D77020" w14:paraId="72363CDC" w14:textId="77777777">
        <w:tc>
          <w:tcPr>
            <w:tcW w:w="1234" w:type="dxa"/>
          </w:tcPr>
          <w:p w14:paraId="050F07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2C9954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BC-320-н</w:t>
            </w:r>
          </w:p>
        </w:tc>
        <w:tc>
          <w:tcPr>
            <w:tcW w:w="1234" w:type="dxa"/>
          </w:tcPr>
          <w:p w14:paraId="115D89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320</w:t>
            </w:r>
          </w:p>
        </w:tc>
        <w:tc>
          <w:tcPr>
            <w:tcW w:w="1234" w:type="dxa"/>
          </w:tcPr>
          <w:p w14:paraId="4C5FCB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1210EE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2EA94E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02E105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16,7</w:t>
            </w:r>
          </w:p>
        </w:tc>
      </w:tr>
      <w:tr w:rsidR="006F0136" w:rsidRPr="00D77020" w14:paraId="4B611856" w14:textId="77777777">
        <w:tc>
          <w:tcPr>
            <w:tcW w:w="1234" w:type="dxa"/>
          </w:tcPr>
          <w:p w14:paraId="25C9C0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47FA36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BC-320-р</w:t>
            </w:r>
          </w:p>
        </w:tc>
        <w:tc>
          <w:tcPr>
            <w:tcW w:w="1234" w:type="dxa"/>
          </w:tcPr>
          <w:p w14:paraId="651760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320</w:t>
            </w:r>
          </w:p>
        </w:tc>
        <w:tc>
          <w:tcPr>
            <w:tcW w:w="1234" w:type="dxa"/>
          </w:tcPr>
          <w:p w14:paraId="4CE597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1EF21F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49C0C9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404E8B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6,1</w:t>
            </w:r>
          </w:p>
        </w:tc>
      </w:tr>
      <w:tr w:rsidR="006F0136" w:rsidRPr="00D77020" w14:paraId="02C8ED99" w14:textId="77777777">
        <w:tc>
          <w:tcPr>
            <w:tcW w:w="1234" w:type="dxa"/>
          </w:tcPr>
          <w:p w14:paraId="66EF83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0D8ABF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BC-320-ц</w:t>
            </w:r>
          </w:p>
        </w:tc>
        <w:tc>
          <w:tcPr>
            <w:tcW w:w="1234" w:type="dxa"/>
          </w:tcPr>
          <w:p w14:paraId="1EEF28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320</w:t>
            </w:r>
          </w:p>
        </w:tc>
        <w:tc>
          <w:tcPr>
            <w:tcW w:w="1234" w:type="dxa"/>
          </w:tcPr>
          <w:p w14:paraId="57F923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ц</w:t>
            </w:r>
          </w:p>
        </w:tc>
        <w:tc>
          <w:tcPr>
            <w:tcW w:w="1234" w:type="dxa"/>
          </w:tcPr>
          <w:p w14:paraId="0BCD58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5FCC2A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691647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622781F7" w14:textId="77777777">
        <w:tc>
          <w:tcPr>
            <w:tcW w:w="1234" w:type="dxa"/>
          </w:tcPr>
          <w:p w14:paraId="714FC6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1C7BED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BC-321-ж</w:t>
            </w:r>
          </w:p>
        </w:tc>
        <w:tc>
          <w:tcPr>
            <w:tcW w:w="1234" w:type="dxa"/>
          </w:tcPr>
          <w:p w14:paraId="595E0C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321</w:t>
            </w:r>
          </w:p>
        </w:tc>
        <w:tc>
          <w:tcPr>
            <w:tcW w:w="1234" w:type="dxa"/>
          </w:tcPr>
          <w:p w14:paraId="0816BF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6BC30A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346D86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68D583A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15,3</w:t>
            </w:r>
          </w:p>
        </w:tc>
      </w:tr>
      <w:tr w:rsidR="006F0136" w:rsidRPr="00D77020" w14:paraId="3B5C05B3" w14:textId="77777777">
        <w:tc>
          <w:tcPr>
            <w:tcW w:w="1234" w:type="dxa"/>
          </w:tcPr>
          <w:p w14:paraId="20B1CF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6079E0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BC-321-и</w:t>
            </w:r>
          </w:p>
        </w:tc>
        <w:tc>
          <w:tcPr>
            <w:tcW w:w="1234" w:type="dxa"/>
          </w:tcPr>
          <w:p w14:paraId="3E9C78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321</w:t>
            </w:r>
          </w:p>
        </w:tc>
        <w:tc>
          <w:tcPr>
            <w:tcW w:w="1234" w:type="dxa"/>
          </w:tcPr>
          <w:p w14:paraId="13CE49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6BEB9B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48CA99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F7A8C1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18,2</w:t>
            </w:r>
          </w:p>
        </w:tc>
      </w:tr>
      <w:tr w:rsidR="006F0136" w:rsidRPr="00D77020" w14:paraId="5C4F7794" w14:textId="77777777">
        <w:tc>
          <w:tcPr>
            <w:tcW w:w="1234" w:type="dxa"/>
          </w:tcPr>
          <w:p w14:paraId="54536D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1F925C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BC-321-л</w:t>
            </w:r>
          </w:p>
        </w:tc>
        <w:tc>
          <w:tcPr>
            <w:tcW w:w="1234" w:type="dxa"/>
          </w:tcPr>
          <w:p w14:paraId="4CE172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321</w:t>
            </w:r>
          </w:p>
        </w:tc>
        <w:tc>
          <w:tcPr>
            <w:tcW w:w="1234" w:type="dxa"/>
          </w:tcPr>
          <w:p w14:paraId="7FF093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4B679F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614C7E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E98F08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1,5</w:t>
            </w:r>
          </w:p>
        </w:tc>
      </w:tr>
      <w:tr w:rsidR="006F0136" w:rsidRPr="00D77020" w14:paraId="0D518708" w14:textId="77777777">
        <w:tc>
          <w:tcPr>
            <w:tcW w:w="1234" w:type="dxa"/>
          </w:tcPr>
          <w:p w14:paraId="6FAB46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18AE1F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BC-321-р</w:t>
            </w:r>
          </w:p>
        </w:tc>
        <w:tc>
          <w:tcPr>
            <w:tcW w:w="1234" w:type="dxa"/>
          </w:tcPr>
          <w:p w14:paraId="6B0AB8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321</w:t>
            </w:r>
          </w:p>
        </w:tc>
        <w:tc>
          <w:tcPr>
            <w:tcW w:w="1234" w:type="dxa"/>
          </w:tcPr>
          <w:p w14:paraId="15553A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01A000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723F0B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77A1980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21,2</w:t>
            </w:r>
          </w:p>
        </w:tc>
      </w:tr>
      <w:tr w:rsidR="006F0136" w:rsidRPr="00D77020" w14:paraId="02B56743" w14:textId="77777777">
        <w:tc>
          <w:tcPr>
            <w:tcW w:w="1234" w:type="dxa"/>
          </w:tcPr>
          <w:p w14:paraId="0BB5EC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5D4216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BC-321-с</w:t>
            </w:r>
          </w:p>
        </w:tc>
        <w:tc>
          <w:tcPr>
            <w:tcW w:w="1234" w:type="dxa"/>
          </w:tcPr>
          <w:p w14:paraId="4B67F3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321</w:t>
            </w:r>
          </w:p>
        </w:tc>
        <w:tc>
          <w:tcPr>
            <w:tcW w:w="1234" w:type="dxa"/>
          </w:tcPr>
          <w:p w14:paraId="6E0175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4906F6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2B1BAA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5F7410C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20,9</w:t>
            </w:r>
          </w:p>
        </w:tc>
      </w:tr>
      <w:tr w:rsidR="006F0136" w:rsidRPr="00D77020" w14:paraId="4833E46F" w14:textId="77777777">
        <w:tc>
          <w:tcPr>
            <w:tcW w:w="1234" w:type="dxa"/>
          </w:tcPr>
          <w:p w14:paraId="044720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37AB1A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BC-325-а</w:t>
            </w:r>
          </w:p>
        </w:tc>
        <w:tc>
          <w:tcPr>
            <w:tcW w:w="1234" w:type="dxa"/>
          </w:tcPr>
          <w:p w14:paraId="3A236B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325</w:t>
            </w:r>
          </w:p>
        </w:tc>
        <w:tc>
          <w:tcPr>
            <w:tcW w:w="1234" w:type="dxa"/>
          </w:tcPr>
          <w:p w14:paraId="7BE164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10DF14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591468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7F06F00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1EBD9461" w14:textId="77777777">
        <w:tc>
          <w:tcPr>
            <w:tcW w:w="1234" w:type="dxa"/>
          </w:tcPr>
          <w:p w14:paraId="09CF5B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72FDD9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BC-325-в</w:t>
            </w:r>
          </w:p>
        </w:tc>
        <w:tc>
          <w:tcPr>
            <w:tcW w:w="1234" w:type="dxa"/>
          </w:tcPr>
          <w:p w14:paraId="0F7B33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325</w:t>
            </w:r>
          </w:p>
        </w:tc>
        <w:tc>
          <w:tcPr>
            <w:tcW w:w="1234" w:type="dxa"/>
          </w:tcPr>
          <w:p w14:paraId="0460DB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12DA15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537EAD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3DCDE45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35,1</w:t>
            </w:r>
          </w:p>
        </w:tc>
      </w:tr>
      <w:tr w:rsidR="006F0136" w:rsidRPr="00D77020" w14:paraId="2AA641EF" w14:textId="77777777">
        <w:tc>
          <w:tcPr>
            <w:tcW w:w="7404" w:type="dxa"/>
            <w:gridSpan w:val="6"/>
          </w:tcPr>
          <w:p w14:paraId="69F21E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088D2A8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295,2</w:t>
            </w:r>
          </w:p>
        </w:tc>
      </w:tr>
    </w:tbl>
    <w:p w14:paraId="473C3814" w14:textId="77777777" w:rsidR="006F0136" w:rsidRPr="00D77020" w:rsidRDefault="00D77020">
      <w:pPr>
        <w:rPr>
          <w:lang w:val="bg-BG"/>
        </w:rPr>
      </w:pPr>
      <w:r w:rsidRPr="00D77020">
        <w:rPr>
          <w:lang w:val="bg-BG"/>
        </w:rPr>
        <w:br w:type="page"/>
      </w:r>
    </w:p>
    <w:p w14:paraId="6C403154" w14:textId="77777777" w:rsidR="006F0136" w:rsidRPr="00D77020" w:rsidRDefault="00D77020">
      <w:pPr>
        <w:pStyle w:val="Heading1"/>
        <w:rPr>
          <w:lang w:val="bg-BG"/>
        </w:rPr>
      </w:pPr>
      <w:bookmarkStart w:id="4" w:name="_Toc222837671"/>
      <w:r w:rsidRPr="00D77020">
        <w:rPr>
          <w:lang w:val="bg-BG"/>
        </w:rPr>
        <w:lastRenderedPageBreak/>
        <w:t>ДГС</w:t>
      </w:r>
      <w:r w:rsidR="00E0731C">
        <w:rPr>
          <w:lang w:val="bg-BG"/>
        </w:rPr>
        <w:t xml:space="preserve"> Гоце Делчев - Обща площ: 1963,1</w:t>
      </w:r>
      <w:r w:rsidRPr="00D77020">
        <w:rPr>
          <w:lang w:val="bg-BG"/>
        </w:rPr>
        <w:t xml:space="preserve"> </w:t>
      </w:r>
      <w:proofErr w:type="spellStart"/>
      <w:r w:rsidRPr="00D77020">
        <w:rPr>
          <w:lang w:val="bg-BG"/>
        </w:rPr>
        <w:t>хa</w:t>
      </w:r>
      <w:bookmarkEnd w:id="4"/>
      <w:proofErr w:type="spellEnd"/>
    </w:p>
    <w:p w14:paraId="75B14A17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BG0000220 - Долна Места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4BBF295D" w14:textId="77777777" w:rsidTr="00E0731C">
        <w:tc>
          <w:tcPr>
            <w:tcW w:w="1352" w:type="dxa"/>
          </w:tcPr>
          <w:p w14:paraId="2D7447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413" w:type="dxa"/>
          </w:tcPr>
          <w:p w14:paraId="60F419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085" w:type="dxa"/>
          </w:tcPr>
          <w:p w14:paraId="0F8A12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02" w:type="dxa"/>
          </w:tcPr>
          <w:p w14:paraId="3EF8C1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137" w:type="dxa"/>
          </w:tcPr>
          <w:p w14:paraId="68302B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138" w:type="dxa"/>
          </w:tcPr>
          <w:p w14:paraId="1B11AAAB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303" w:type="dxa"/>
          </w:tcPr>
          <w:p w14:paraId="0FCD22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6EC65B6F" w14:textId="77777777" w:rsidTr="00E0731C">
        <w:tc>
          <w:tcPr>
            <w:tcW w:w="1352" w:type="dxa"/>
          </w:tcPr>
          <w:p w14:paraId="7FA2AD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413" w:type="dxa"/>
          </w:tcPr>
          <w:p w14:paraId="1EECA3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BE-488-б</w:t>
            </w:r>
          </w:p>
        </w:tc>
        <w:tc>
          <w:tcPr>
            <w:tcW w:w="1085" w:type="dxa"/>
          </w:tcPr>
          <w:p w14:paraId="774867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488</w:t>
            </w:r>
          </w:p>
        </w:tc>
        <w:tc>
          <w:tcPr>
            <w:tcW w:w="1202" w:type="dxa"/>
          </w:tcPr>
          <w:p w14:paraId="2FCA71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137" w:type="dxa"/>
          </w:tcPr>
          <w:p w14:paraId="0482B9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138" w:type="dxa"/>
          </w:tcPr>
          <w:p w14:paraId="261009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303" w:type="dxa"/>
          </w:tcPr>
          <w:p w14:paraId="504B2B3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19,8</w:t>
            </w:r>
          </w:p>
        </w:tc>
      </w:tr>
      <w:tr w:rsidR="006F0136" w:rsidRPr="00D77020" w14:paraId="77FAD07A" w14:textId="77777777" w:rsidTr="00E0731C">
        <w:tc>
          <w:tcPr>
            <w:tcW w:w="1352" w:type="dxa"/>
          </w:tcPr>
          <w:p w14:paraId="4AAEAB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413" w:type="dxa"/>
          </w:tcPr>
          <w:p w14:paraId="2A02E3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BE-489-и</w:t>
            </w:r>
          </w:p>
        </w:tc>
        <w:tc>
          <w:tcPr>
            <w:tcW w:w="1085" w:type="dxa"/>
          </w:tcPr>
          <w:p w14:paraId="4BE30B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489</w:t>
            </w:r>
          </w:p>
        </w:tc>
        <w:tc>
          <w:tcPr>
            <w:tcW w:w="1202" w:type="dxa"/>
          </w:tcPr>
          <w:p w14:paraId="602BC5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137" w:type="dxa"/>
          </w:tcPr>
          <w:p w14:paraId="0A4CEF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138" w:type="dxa"/>
          </w:tcPr>
          <w:p w14:paraId="447C6D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303" w:type="dxa"/>
          </w:tcPr>
          <w:p w14:paraId="7480459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2,8</w:t>
            </w:r>
          </w:p>
        </w:tc>
      </w:tr>
      <w:tr w:rsidR="006F0136" w:rsidRPr="00D77020" w14:paraId="530789C2" w14:textId="77777777" w:rsidTr="00E0731C">
        <w:tc>
          <w:tcPr>
            <w:tcW w:w="1352" w:type="dxa"/>
          </w:tcPr>
          <w:p w14:paraId="6C1CC6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413" w:type="dxa"/>
          </w:tcPr>
          <w:p w14:paraId="26FF3D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BE-490-а</w:t>
            </w:r>
          </w:p>
        </w:tc>
        <w:tc>
          <w:tcPr>
            <w:tcW w:w="1085" w:type="dxa"/>
          </w:tcPr>
          <w:p w14:paraId="28DBEA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490</w:t>
            </w:r>
          </w:p>
        </w:tc>
        <w:tc>
          <w:tcPr>
            <w:tcW w:w="1202" w:type="dxa"/>
          </w:tcPr>
          <w:p w14:paraId="17AEDF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137" w:type="dxa"/>
          </w:tcPr>
          <w:p w14:paraId="2AC97E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138" w:type="dxa"/>
          </w:tcPr>
          <w:p w14:paraId="0F01C4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303" w:type="dxa"/>
          </w:tcPr>
          <w:p w14:paraId="51EB82D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2,3</w:t>
            </w:r>
          </w:p>
        </w:tc>
      </w:tr>
      <w:tr w:rsidR="006F0136" w:rsidRPr="00D77020" w14:paraId="063E0693" w14:textId="77777777" w:rsidTr="00E0731C">
        <w:tc>
          <w:tcPr>
            <w:tcW w:w="1352" w:type="dxa"/>
          </w:tcPr>
          <w:p w14:paraId="633CC9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413" w:type="dxa"/>
          </w:tcPr>
          <w:p w14:paraId="2E1A17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BE-491-в</w:t>
            </w:r>
          </w:p>
        </w:tc>
        <w:tc>
          <w:tcPr>
            <w:tcW w:w="1085" w:type="dxa"/>
          </w:tcPr>
          <w:p w14:paraId="3A0B3E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491</w:t>
            </w:r>
          </w:p>
        </w:tc>
        <w:tc>
          <w:tcPr>
            <w:tcW w:w="1202" w:type="dxa"/>
          </w:tcPr>
          <w:p w14:paraId="5C6DBC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137" w:type="dxa"/>
          </w:tcPr>
          <w:p w14:paraId="78EC99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138" w:type="dxa"/>
          </w:tcPr>
          <w:p w14:paraId="27D752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303" w:type="dxa"/>
          </w:tcPr>
          <w:p w14:paraId="0A7D5BF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16,2</w:t>
            </w:r>
          </w:p>
        </w:tc>
      </w:tr>
      <w:tr w:rsidR="006F0136" w:rsidRPr="00D77020" w14:paraId="0D453818" w14:textId="77777777" w:rsidTr="00E0731C">
        <w:tc>
          <w:tcPr>
            <w:tcW w:w="1352" w:type="dxa"/>
          </w:tcPr>
          <w:p w14:paraId="148EE1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413" w:type="dxa"/>
          </w:tcPr>
          <w:p w14:paraId="487A9D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BE-492-в</w:t>
            </w:r>
          </w:p>
        </w:tc>
        <w:tc>
          <w:tcPr>
            <w:tcW w:w="1085" w:type="dxa"/>
          </w:tcPr>
          <w:p w14:paraId="22FBA0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492</w:t>
            </w:r>
          </w:p>
        </w:tc>
        <w:tc>
          <w:tcPr>
            <w:tcW w:w="1202" w:type="dxa"/>
          </w:tcPr>
          <w:p w14:paraId="2A551C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137" w:type="dxa"/>
          </w:tcPr>
          <w:p w14:paraId="1E43E0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138" w:type="dxa"/>
          </w:tcPr>
          <w:p w14:paraId="2D1038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303" w:type="dxa"/>
          </w:tcPr>
          <w:p w14:paraId="624507B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13,9</w:t>
            </w:r>
          </w:p>
        </w:tc>
      </w:tr>
      <w:tr w:rsidR="006F0136" w:rsidRPr="00D77020" w14:paraId="44FAE86F" w14:textId="77777777" w:rsidTr="00E0731C">
        <w:tc>
          <w:tcPr>
            <w:tcW w:w="1352" w:type="dxa"/>
          </w:tcPr>
          <w:p w14:paraId="3385B0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413" w:type="dxa"/>
          </w:tcPr>
          <w:p w14:paraId="2AE18D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BE-493-в</w:t>
            </w:r>
          </w:p>
        </w:tc>
        <w:tc>
          <w:tcPr>
            <w:tcW w:w="1085" w:type="dxa"/>
          </w:tcPr>
          <w:p w14:paraId="2A0BB3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493</w:t>
            </w:r>
          </w:p>
        </w:tc>
        <w:tc>
          <w:tcPr>
            <w:tcW w:w="1202" w:type="dxa"/>
          </w:tcPr>
          <w:p w14:paraId="1DF3C3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137" w:type="dxa"/>
          </w:tcPr>
          <w:p w14:paraId="2B8E7E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138" w:type="dxa"/>
          </w:tcPr>
          <w:p w14:paraId="148E1D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303" w:type="dxa"/>
          </w:tcPr>
          <w:p w14:paraId="2B0A4B6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6A1E7729" w14:textId="77777777" w:rsidTr="00E0731C">
        <w:tc>
          <w:tcPr>
            <w:tcW w:w="1352" w:type="dxa"/>
          </w:tcPr>
          <w:p w14:paraId="68B3D1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413" w:type="dxa"/>
          </w:tcPr>
          <w:p w14:paraId="5578F9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BE-493-о</w:t>
            </w:r>
          </w:p>
        </w:tc>
        <w:tc>
          <w:tcPr>
            <w:tcW w:w="1085" w:type="dxa"/>
          </w:tcPr>
          <w:p w14:paraId="1D1834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493</w:t>
            </w:r>
          </w:p>
        </w:tc>
        <w:tc>
          <w:tcPr>
            <w:tcW w:w="1202" w:type="dxa"/>
          </w:tcPr>
          <w:p w14:paraId="449EA4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137" w:type="dxa"/>
          </w:tcPr>
          <w:p w14:paraId="151A1A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138" w:type="dxa"/>
          </w:tcPr>
          <w:p w14:paraId="257DED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303" w:type="dxa"/>
          </w:tcPr>
          <w:p w14:paraId="6B02EBD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57224193" w14:textId="77777777" w:rsidTr="00E0731C">
        <w:tc>
          <w:tcPr>
            <w:tcW w:w="1352" w:type="dxa"/>
          </w:tcPr>
          <w:p w14:paraId="2DCE5B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413" w:type="dxa"/>
          </w:tcPr>
          <w:p w14:paraId="6085F9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BE-496-б</w:t>
            </w:r>
          </w:p>
        </w:tc>
        <w:tc>
          <w:tcPr>
            <w:tcW w:w="1085" w:type="dxa"/>
          </w:tcPr>
          <w:p w14:paraId="0EC354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496</w:t>
            </w:r>
          </w:p>
        </w:tc>
        <w:tc>
          <w:tcPr>
            <w:tcW w:w="1202" w:type="dxa"/>
          </w:tcPr>
          <w:p w14:paraId="769E56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137" w:type="dxa"/>
          </w:tcPr>
          <w:p w14:paraId="33619D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138" w:type="dxa"/>
          </w:tcPr>
          <w:p w14:paraId="42D182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303" w:type="dxa"/>
          </w:tcPr>
          <w:p w14:paraId="7A8B900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10,6</w:t>
            </w:r>
          </w:p>
        </w:tc>
      </w:tr>
      <w:tr w:rsidR="006F0136" w:rsidRPr="00D77020" w14:paraId="2EFB580A" w14:textId="77777777" w:rsidTr="00E0731C">
        <w:tc>
          <w:tcPr>
            <w:tcW w:w="1352" w:type="dxa"/>
          </w:tcPr>
          <w:p w14:paraId="583A92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413" w:type="dxa"/>
          </w:tcPr>
          <w:p w14:paraId="5A067F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BE-496-в</w:t>
            </w:r>
          </w:p>
        </w:tc>
        <w:tc>
          <w:tcPr>
            <w:tcW w:w="1085" w:type="dxa"/>
          </w:tcPr>
          <w:p w14:paraId="466178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496</w:t>
            </w:r>
          </w:p>
        </w:tc>
        <w:tc>
          <w:tcPr>
            <w:tcW w:w="1202" w:type="dxa"/>
          </w:tcPr>
          <w:p w14:paraId="245778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137" w:type="dxa"/>
          </w:tcPr>
          <w:p w14:paraId="4AC019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138" w:type="dxa"/>
          </w:tcPr>
          <w:p w14:paraId="469DE1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303" w:type="dxa"/>
          </w:tcPr>
          <w:p w14:paraId="31E1656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13,4</w:t>
            </w:r>
          </w:p>
        </w:tc>
      </w:tr>
      <w:tr w:rsidR="006F0136" w:rsidRPr="00D77020" w14:paraId="0AF96FA3" w14:textId="77777777" w:rsidTr="00E0731C">
        <w:tc>
          <w:tcPr>
            <w:tcW w:w="1352" w:type="dxa"/>
          </w:tcPr>
          <w:p w14:paraId="7B6D3F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413" w:type="dxa"/>
          </w:tcPr>
          <w:p w14:paraId="292F3F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BE-499-г</w:t>
            </w:r>
          </w:p>
        </w:tc>
        <w:tc>
          <w:tcPr>
            <w:tcW w:w="1085" w:type="dxa"/>
          </w:tcPr>
          <w:p w14:paraId="14A067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499</w:t>
            </w:r>
          </w:p>
        </w:tc>
        <w:tc>
          <w:tcPr>
            <w:tcW w:w="1202" w:type="dxa"/>
          </w:tcPr>
          <w:p w14:paraId="68BECA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137" w:type="dxa"/>
          </w:tcPr>
          <w:p w14:paraId="7A7347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65</w:t>
            </w:r>
          </w:p>
        </w:tc>
        <w:tc>
          <w:tcPr>
            <w:tcW w:w="1138" w:type="dxa"/>
          </w:tcPr>
          <w:p w14:paraId="33910A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303" w:type="dxa"/>
          </w:tcPr>
          <w:p w14:paraId="5E44A84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11,2</w:t>
            </w:r>
          </w:p>
        </w:tc>
      </w:tr>
      <w:tr w:rsidR="006F0136" w:rsidRPr="00D77020" w14:paraId="4DB0D9ED" w14:textId="77777777" w:rsidTr="00E0731C">
        <w:tc>
          <w:tcPr>
            <w:tcW w:w="1352" w:type="dxa"/>
          </w:tcPr>
          <w:p w14:paraId="1E3C75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413" w:type="dxa"/>
          </w:tcPr>
          <w:p w14:paraId="1079DB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BE-503-б</w:t>
            </w:r>
          </w:p>
        </w:tc>
        <w:tc>
          <w:tcPr>
            <w:tcW w:w="1085" w:type="dxa"/>
          </w:tcPr>
          <w:p w14:paraId="2DEAD1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503</w:t>
            </w:r>
          </w:p>
        </w:tc>
        <w:tc>
          <w:tcPr>
            <w:tcW w:w="1202" w:type="dxa"/>
          </w:tcPr>
          <w:p w14:paraId="2460EB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137" w:type="dxa"/>
          </w:tcPr>
          <w:p w14:paraId="3530D8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138" w:type="dxa"/>
          </w:tcPr>
          <w:p w14:paraId="2DF9D7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5210</w:t>
            </w:r>
          </w:p>
        </w:tc>
        <w:tc>
          <w:tcPr>
            <w:tcW w:w="1303" w:type="dxa"/>
          </w:tcPr>
          <w:p w14:paraId="64CAA88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1,3</w:t>
            </w:r>
          </w:p>
        </w:tc>
      </w:tr>
      <w:tr w:rsidR="006F0136" w:rsidRPr="00D77020" w14:paraId="5490CC5E" w14:textId="77777777" w:rsidTr="00E0731C">
        <w:tc>
          <w:tcPr>
            <w:tcW w:w="1352" w:type="dxa"/>
          </w:tcPr>
          <w:p w14:paraId="14A535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413" w:type="dxa"/>
          </w:tcPr>
          <w:p w14:paraId="2101AE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BE-520-в</w:t>
            </w:r>
          </w:p>
        </w:tc>
        <w:tc>
          <w:tcPr>
            <w:tcW w:w="1085" w:type="dxa"/>
          </w:tcPr>
          <w:p w14:paraId="588ECB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520</w:t>
            </w:r>
          </w:p>
        </w:tc>
        <w:tc>
          <w:tcPr>
            <w:tcW w:w="1202" w:type="dxa"/>
          </w:tcPr>
          <w:p w14:paraId="792561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137" w:type="dxa"/>
          </w:tcPr>
          <w:p w14:paraId="2A0E0F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138" w:type="dxa"/>
          </w:tcPr>
          <w:p w14:paraId="786940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303" w:type="dxa"/>
          </w:tcPr>
          <w:p w14:paraId="78CC66C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4,8</w:t>
            </w:r>
          </w:p>
        </w:tc>
      </w:tr>
      <w:tr w:rsidR="006F0136" w:rsidRPr="00D77020" w14:paraId="57264C06" w14:textId="77777777" w:rsidTr="00E0731C">
        <w:tc>
          <w:tcPr>
            <w:tcW w:w="1352" w:type="dxa"/>
          </w:tcPr>
          <w:p w14:paraId="51FD22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413" w:type="dxa"/>
          </w:tcPr>
          <w:p w14:paraId="772B93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BE-520-з</w:t>
            </w:r>
          </w:p>
        </w:tc>
        <w:tc>
          <w:tcPr>
            <w:tcW w:w="1085" w:type="dxa"/>
          </w:tcPr>
          <w:p w14:paraId="5DBD7E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520</w:t>
            </w:r>
          </w:p>
        </w:tc>
        <w:tc>
          <w:tcPr>
            <w:tcW w:w="1202" w:type="dxa"/>
          </w:tcPr>
          <w:p w14:paraId="49A25D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137" w:type="dxa"/>
          </w:tcPr>
          <w:p w14:paraId="74E083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138" w:type="dxa"/>
          </w:tcPr>
          <w:p w14:paraId="6419B7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303" w:type="dxa"/>
          </w:tcPr>
          <w:p w14:paraId="49A8432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17,5</w:t>
            </w:r>
          </w:p>
        </w:tc>
      </w:tr>
      <w:tr w:rsidR="006F0136" w:rsidRPr="00D77020" w14:paraId="2002E120" w14:textId="77777777" w:rsidTr="00E0731C">
        <w:tc>
          <w:tcPr>
            <w:tcW w:w="1352" w:type="dxa"/>
          </w:tcPr>
          <w:p w14:paraId="733F55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413" w:type="dxa"/>
          </w:tcPr>
          <w:p w14:paraId="5FCE48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BE-521-о</w:t>
            </w:r>
          </w:p>
        </w:tc>
        <w:tc>
          <w:tcPr>
            <w:tcW w:w="1085" w:type="dxa"/>
          </w:tcPr>
          <w:p w14:paraId="07B092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521</w:t>
            </w:r>
          </w:p>
        </w:tc>
        <w:tc>
          <w:tcPr>
            <w:tcW w:w="1202" w:type="dxa"/>
          </w:tcPr>
          <w:p w14:paraId="1BFB3F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137" w:type="dxa"/>
          </w:tcPr>
          <w:p w14:paraId="10AF75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45</w:t>
            </w:r>
          </w:p>
        </w:tc>
        <w:tc>
          <w:tcPr>
            <w:tcW w:w="1138" w:type="dxa"/>
          </w:tcPr>
          <w:p w14:paraId="363C63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303" w:type="dxa"/>
          </w:tcPr>
          <w:p w14:paraId="45BA881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13,1</w:t>
            </w:r>
          </w:p>
        </w:tc>
      </w:tr>
      <w:tr w:rsidR="006F0136" w:rsidRPr="00D77020" w14:paraId="54273BCA" w14:textId="77777777" w:rsidTr="00E0731C">
        <w:tc>
          <w:tcPr>
            <w:tcW w:w="1352" w:type="dxa"/>
          </w:tcPr>
          <w:p w14:paraId="298340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413" w:type="dxa"/>
          </w:tcPr>
          <w:p w14:paraId="2B40BC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BE-531-а</w:t>
            </w:r>
          </w:p>
        </w:tc>
        <w:tc>
          <w:tcPr>
            <w:tcW w:w="1085" w:type="dxa"/>
          </w:tcPr>
          <w:p w14:paraId="6D7E45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531</w:t>
            </w:r>
          </w:p>
        </w:tc>
        <w:tc>
          <w:tcPr>
            <w:tcW w:w="1202" w:type="dxa"/>
          </w:tcPr>
          <w:p w14:paraId="2038A3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137" w:type="dxa"/>
          </w:tcPr>
          <w:p w14:paraId="37D444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138" w:type="dxa"/>
          </w:tcPr>
          <w:p w14:paraId="65418D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303" w:type="dxa"/>
          </w:tcPr>
          <w:p w14:paraId="1EE862E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20,5</w:t>
            </w:r>
          </w:p>
        </w:tc>
      </w:tr>
      <w:tr w:rsidR="006F0136" w:rsidRPr="00D77020" w14:paraId="622CE26E" w14:textId="77777777" w:rsidTr="00E0731C">
        <w:tc>
          <w:tcPr>
            <w:tcW w:w="1352" w:type="dxa"/>
          </w:tcPr>
          <w:p w14:paraId="002DA8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413" w:type="dxa"/>
          </w:tcPr>
          <w:p w14:paraId="72A9C4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BE-531-б</w:t>
            </w:r>
          </w:p>
        </w:tc>
        <w:tc>
          <w:tcPr>
            <w:tcW w:w="1085" w:type="dxa"/>
          </w:tcPr>
          <w:p w14:paraId="75F1E6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531</w:t>
            </w:r>
          </w:p>
        </w:tc>
        <w:tc>
          <w:tcPr>
            <w:tcW w:w="1202" w:type="dxa"/>
          </w:tcPr>
          <w:p w14:paraId="5C16E0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137" w:type="dxa"/>
          </w:tcPr>
          <w:p w14:paraId="74B143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138" w:type="dxa"/>
          </w:tcPr>
          <w:p w14:paraId="4F6D2F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303" w:type="dxa"/>
          </w:tcPr>
          <w:p w14:paraId="2AC8533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3,3</w:t>
            </w:r>
          </w:p>
        </w:tc>
      </w:tr>
      <w:tr w:rsidR="006F0136" w:rsidRPr="00D77020" w14:paraId="4A862212" w14:textId="77777777" w:rsidTr="00E0731C">
        <w:tc>
          <w:tcPr>
            <w:tcW w:w="1352" w:type="dxa"/>
          </w:tcPr>
          <w:p w14:paraId="6EF78F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413" w:type="dxa"/>
          </w:tcPr>
          <w:p w14:paraId="2A45E6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BE-531-в</w:t>
            </w:r>
          </w:p>
        </w:tc>
        <w:tc>
          <w:tcPr>
            <w:tcW w:w="1085" w:type="dxa"/>
          </w:tcPr>
          <w:p w14:paraId="56AB3B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531</w:t>
            </w:r>
          </w:p>
        </w:tc>
        <w:tc>
          <w:tcPr>
            <w:tcW w:w="1202" w:type="dxa"/>
          </w:tcPr>
          <w:p w14:paraId="021DC8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137" w:type="dxa"/>
          </w:tcPr>
          <w:p w14:paraId="4B9515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</w:t>
            </w:r>
          </w:p>
        </w:tc>
        <w:tc>
          <w:tcPr>
            <w:tcW w:w="1138" w:type="dxa"/>
          </w:tcPr>
          <w:p w14:paraId="31714C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303" w:type="dxa"/>
          </w:tcPr>
          <w:p w14:paraId="62895B7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2,4</w:t>
            </w:r>
          </w:p>
        </w:tc>
      </w:tr>
      <w:tr w:rsidR="006F0136" w:rsidRPr="00D77020" w14:paraId="1BE496AB" w14:textId="77777777" w:rsidTr="00E0731C">
        <w:tc>
          <w:tcPr>
            <w:tcW w:w="1352" w:type="dxa"/>
          </w:tcPr>
          <w:p w14:paraId="16D5D7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413" w:type="dxa"/>
          </w:tcPr>
          <w:p w14:paraId="24B7E2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BE-531-г</w:t>
            </w:r>
          </w:p>
        </w:tc>
        <w:tc>
          <w:tcPr>
            <w:tcW w:w="1085" w:type="dxa"/>
          </w:tcPr>
          <w:p w14:paraId="3D7EBB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531</w:t>
            </w:r>
          </w:p>
        </w:tc>
        <w:tc>
          <w:tcPr>
            <w:tcW w:w="1202" w:type="dxa"/>
          </w:tcPr>
          <w:p w14:paraId="41F72B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137" w:type="dxa"/>
          </w:tcPr>
          <w:p w14:paraId="423F00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138" w:type="dxa"/>
          </w:tcPr>
          <w:p w14:paraId="060176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303" w:type="dxa"/>
          </w:tcPr>
          <w:p w14:paraId="0128F8F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4,5</w:t>
            </w:r>
          </w:p>
        </w:tc>
      </w:tr>
      <w:tr w:rsidR="006F0136" w:rsidRPr="00D77020" w14:paraId="49C8C315" w14:textId="77777777" w:rsidTr="00E0731C">
        <w:tc>
          <w:tcPr>
            <w:tcW w:w="1352" w:type="dxa"/>
          </w:tcPr>
          <w:p w14:paraId="2B74DD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413" w:type="dxa"/>
          </w:tcPr>
          <w:p w14:paraId="3D6882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BE-534-д</w:t>
            </w:r>
          </w:p>
        </w:tc>
        <w:tc>
          <w:tcPr>
            <w:tcW w:w="1085" w:type="dxa"/>
          </w:tcPr>
          <w:p w14:paraId="6D73E7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534</w:t>
            </w:r>
          </w:p>
        </w:tc>
        <w:tc>
          <w:tcPr>
            <w:tcW w:w="1202" w:type="dxa"/>
          </w:tcPr>
          <w:p w14:paraId="1286CA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137" w:type="dxa"/>
          </w:tcPr>
          <w:p w14:paraId="581015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138" w:type="dxa"/>
          </w:tcPr>
          <w:p w14:paraId="7C101D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303" w:type="dxa"/>
          </w:tcPr>
          <w:p w14:paraId="114972E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14,1</w:t>
            </w:r>
          </w:p>
        </w:tc>
      </w:tr>
      <w:tr w:rsidR="006F0136" w:rsidRPr="00D77020" w14:paraId="17CEB7AE" w14:textId="77777777" w:rsidTr="00E0731C">
        <w:tc>
          <w:tcPr>
            <w:tcW w:w="1352" w:type="dxa"/>
          </w:tcPr>
          <w:p w14:paraId="35F0CF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413" w:type="dxa"/>
          </w:tcPr>
          <w:p w14:paraId="726676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BE-535-а</w:t>
            </w:r>
          </w:p>
        </w:tc>
        <w:tc>
          <w:tcPr>
            <w:tcW w:w="1085" w:type="dxa"/>
          </w:tcPr>
          <w:p w14:paraId="5FDD8C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535</w:t>
            </w:r>
          </w:p>
        </w:tc>
        <w:tc>
          <w:tcPr>
            <w:tcW w:w="1202" w:type="dxa"/>
          </w:tcPr>
          <w:p w14:paraId="5167EA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137" w:type="dxa"/>
          </w:tcPr>
          <w:p w14:paraId="1A9A3D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138" w:type="dxa"/>
          </w:tcPr>
          <w:p w14:paraId="2A2EB9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5210</w:t>
            </w:r>
          </w:p>
        </w:tc>
        <w:tc>
          <w:tcPr>
            <w:tcW w:w="1303" w:type="dxa"/>
          </w:tcPr>
          <w:p w14:paraId="5D7CCCE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20,5</w:t>
            </w:r>
          </w:p>
        </w:tc>
      </w:tr>
      <w:tr w:rsidR="006F0136" w:rsidRPr="00D77020" w14:paraId="45A1E0AE" w14:textId="77777777" w:rsidTr="00E0731C">
        <w:tc>
          <w:tcPr>
            <w:tcW w:w="1352" w:type="dxa"/>
          </w:tcPr>
          <w:p w14:paraId="706953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413" w:type="dxa"/>
          </w:tcPr>
          <w:p w14:paraId="13AD50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BE-536-а</w:t>
            </w:r>
          </w:p>
        </w:tc>
        <w:tc>
          <w:tcPr>
            <w:tcW w:w="1085" w:type="dxa"/>
          </w:tcPr>
          <w:p w14:paraId="7AEB44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536</w:t>
            </w:r>
          </w:p>
        </w:tc>
        <w:tc>
          <w:tcPr>
            <w:tcW w:w="1202" w:type="dxa"/>
          </w:tcPr>
          <w:p w14:paraId="2EAD83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137" w:type="dxa"/>
          </w:tcPr>
          <w:p w14:paraId="519CDC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138" w:type="dxa"/>
          </w:tcPr>
          <w:p w14:paraId="09D6C0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5210</w:t>
            </w:r>
          </w:p>
        </w:tc>
        <w:tc>
          <w:tcPr>
            <w:tcW w:w="1303" w:type="dxa"/>
          </w:tcPr>
          <w:p w14:paraId="0E96AE1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5,9</w:t>
            </w:r>
          </w:p>
        </w:tc>
      </w:tr>
      <w:tr w:rsidR="006F0136" w:rsidRPr="00D77020" w14:paraId="623E4AD1" w14:textId="77777777" w:rsidTr="00E0731C">
        <w:tc>
          <w:tcPr>
            <w:tcW w:w="1352" w:type="dxa"/>
          </w:tcPr>
          <w:p w14:paraId="6E3546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413" w:type="dxa"/>
          </w:tcPr>
          <w:p w14:paraId="0CE848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BE-537-а</w:t>
            </w:r>
          </w:p>
        </w:tc>
        <w:tc>
          <w:tcPr>
            <w:tcW w:w="1085" w:type="dxa"/>
          </w:tcPr>
          <w:p w14:paraId="4628E6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537</w:t>
            </w:r>
          </w:p>
        </w:tc>
        <w:tc>
          <w:tcPr>
            <w:tcW w:w="1202" w:type="dxa"/>
          </w:tcPr>
          <w:p w14:paraId="2A1C53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137" w:type="dxa"/>
          </w:tcPr>
          <w:p w14:paraId="1BBE9A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138" w:type="dxa"/>
          </w:tcPr>
          <w:p w14:paraId="7A2A82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303" w:type="dxa"/>
          </w:tcPr>
          <w:p w14:paraId="4BD5C04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16,9</w:t>
            </w:r>
          </w:p>
        </w:tc>
      </w:tr>
      <w:tr w:rsidR="006F0136" w:rsidRPr="00D77020" w14:paraId="066033BB" w14:textId="77777777" w:rsidTr="00E0731C">
        <w:tc>
          <w:tcPr>
            <w:tcW w:w="1352" w:type="dxa"/>
          </w:tcPr>
          <w:p w14:paraId="0AC92A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413" w:type="dxa"/>
          </w:tcPr>
          <w:p w14:paraId="627A57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BE-537-б</w:t>
            </w:r>
          </w:p>
        </w:tc>
        <w:tc>
          <w:tcPr>
            <w:tcW w:w="1085" w:type="dxa"/>
          </w:tcPr>
          <w:p w14:paraId="0A8823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537</w:t>
            </w:r>
          </w:p>
        </w:tc>
        <w:tc>
          <w:tcPr>
            <w:tcW w:w="1202" w:type="dxa"/>
          </w:tcPr>
          <w:p w14:paraId="23C4DE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137" w:type="dxa"/>
          </w:tcPr>
          <w:p w14:paraId="52A7FB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138" w:type="dxa"/>
          </w:tcPr>
          <w:p w14:paraId="1168C8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303" w:type="dxa"/>
          </w:tcPr>
          <w:p w14:paraId="7BD71C2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18,9</w:t>
            </w:r>
          </w:p>
        </w:tc>
      </w:tr>
      <w:tr w:rsidR="006F0136" w:rsidRPr="00D77020" w14:paraId="58D2135C" w14:textId="77777777" w:rsidTr="00E0731C">
        <w:tc>
          <w:tcPr>
            <w:tcW w:w="1352" w:type="dxa"/>
          </w:tcPr>
          <w:p w14:paraId="33AD30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413" w:type="dxa"/>
          </w:tcPr>
          <w:p w14:paraId="162B69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BE-537-в</w:t>
            </w:r>
          </w:p>
        </w:tc>
        <w:tc>
          <w:tcPr>
            <w:tcW w:w="1085" w:type="dxa"/>
          </w:tcPr>
          <w:p w14:paraId="1A70F3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537</w:t>
            </w:r>
          </w:p>
        </w:tc>
        <w:tc>
          <w:tcPr>
            <w:tcW w:w="1202" w:type="dxa"/>
          </w:tcPr>
          <w:p w14:paraId="7A3A1A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137" w:type="dxa"/>
          </w:tcPr>
          <w:p w14:paraId="221DC9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138" w:type="dxa"/>
          </w:tcPr>
          <w:p w14:paraId="6BBC4A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303" w:type="dxa"/>
          </w:tcPr>
          <w:p w14:paraId="317461A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10,3</w:t>
            </w:r>
          </w:p>
        </w:tc>
      </w:tr>
      <w:tr w:rsidR="006F0136" w:rsidRPr="00D77020" w14:paraId="62F3914B" w14:textId="77777777" w:rsidTr="00E0731C">
        <w:tc>
          <w:tcPr>
            <w:tcW w:w="1352" w:type="dxa"/>
          </w:tcPr>
          <w:p w14:paraId="0E3DA1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413" w:type="dxa"/>
          </w:tcPr>
          <w:p w14:paraId="6D6076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BE-541-в</w:t>
            </w:r>
          </w:p>
        </w:tc>
        <w:tc>
          <w:tcPr>
            <w:tcW w:w="1085" w:type="dxa"/>
          </w:tcPr>
          <w:p w14:paraId="28A78E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541</w:t>
            </w:r>
          </w:p>
        </w:tc>
        <w:tc>
          <w:tcPr>
            <w:tcW w:w="1202" w:type="dxa"/>
          </w:tcPr>
          <w:p w14:paraId="3F2275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137" w:type="dxa"/>
          </w:tcPr>
          <w:p w14:paraId="27F56A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138" w:type="dxa"/>
          </w:tcPr>
          <w:p w14:paraId="0D0A65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303" w:type="dxa"/>
          </w:tcPr>
          <w:p w14:paraId="62DD683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8,4</w:t>
            </w:r>
          </w:p>
        </w:tc>
      </w:tr>
      <w:tr w:rsidR="006F0136" w:rsidRPr="00D77020" w14:paraId="4C85CF27" w14:textId="77777777" w:rsidTr="00E0731C">
        <w:tc>
          <w:tcPr>
            <w:tcW w:w="1352" w:type="dxa"/>
          </w:tcPr>
          <w:p w14:paraId="3519D4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413" w:type="dxa"/>
          </w:tcPr>
          <w:p w14:paraId="3AF9D5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BE-543-а</w:t>
            </w:r>
          </w:p>
        </w:tc>
        <w:tc>
          <w:tcPr>
            <w:tcW w:w="1085" w:type="dxa"/>
          </w:tcPr>
          <w:p w14:paraId="1D7A56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543</w:t>
            </w:r>
          </w:p>
        </w:tc>
        <w:tc>
          <w:tcPr>
            <w:tcW w:w="1202" w:type="dxa"/>
          </w:tcPr>
          <w:p w14:paraId="7949DC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137" w:type="dxa"/>
          </w:tcPr>
          <w:p w14:paraId="219A7C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138" w:type="dxa"/>
          </w:tcPr>
          <w:p w14:paraId="3EA5E2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303" w:type="dxa"/>
          </w:tcPr>
          <w:p w14:paraId="7CDD2FF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5,6</w:t>
            </w:r>
          </w:p>
        </w:tc>
      </w:tr>
      <w:tr w:rsidR="006F0136" w:rsidRPr="00D77020" w14:paraId="2981FD3A" w14:textId="77777777" w:rsidTr="00E0731C">
        <w:tc>
          <w:tcPr>
            <w:tcW w:w="1352" w:type="dxa"/>
          </w:tcPr>
          <w:p w14:paraId="4468DC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413" w:type="dxa"/>
          </w:tcPr>
          <w:p w14:paraId="05DE9E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BE-543-б</w:t>
            </w:r>
          </w:p>
        </w:tc>
        <w:tc>
          <w:tcPr>
            <w:tcW w:w="1085" w:type="dxa"/>
          </w:tcPr>
          <w:p w14:paraId="4865AD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543</w:t>
            </w:r>
          </w:p>
        </w:tc>
        <w:tc>
          <w:tcPr>
            <w:tcW w:w="1202" w:type="dxa"/>
          </w:tcPr>
          <w:p w14:paraId="7FCD8D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137" w:type="dxa"/>
          </w:tcPr>
          <w:p w14:paraId="0BBB2B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</w:t>
            </w:r>
          </w:p>
        </w:tc>
        <w:tc>
          <w:tcPr>
            <w:tcW w:w="1138" w:type="dxa"/>
          </w:tcPr>
          <w:p w14:paraId="2677A4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303" w:type="dxa"/>
          </w:tcPr>
          <w:p w14:paraId="56F253B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19,1</w:t>
            </w:r>
          </w:p>
        </w:tc>
      </w:tr>
      <w:tr w:rsidR="006F0136" w:rsidRPr="00D77020" w14:paraId="74F8EDB7" w14:textId="77777777" w:rsidTr="00E0731C">
        <w:tc>
          <w:tcPr>
            <w:tcW w:w="1352" w:type="dxa"/>
          </w:tcPr>
          <w:p w14:paraId="7ADC75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413" w:type="dxa"/>
          </w:tcPr>
          <w:p w14:paraId="76A51F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BE-543-в</w:t>
            </w:r>
          </w:p>
        </w:tc>
        <w:tc>
          <w:tcPr>
            <w:tcW w:w="1085" w:type="dxa"/>
          </w:tcPr>
          <w:p w14:paraId="37C2BE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543</w:t>
            </w:r>
          </w:p>
        </w:tc>
        <w:tc>
          <w:tcPr>
            <w:tcW w:w="1202" w:type="dxa"/>
          </w:tcPr>
          <w:p w14:paraId="4523DC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137" w:type="dxa"/>
          </w:tcPr>
          <w:p w14:paraId="0BD1AF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</w:t>
            </w:r>
          </w:p>
        </w:tc>
        <w:tc>
          <w:tcPr>
            <w:tcW w:w="1138" w:type="dxa"/>
          </w:tcPr>
          <w:p w14:paraId="064C28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5210</w:t>
            </w:r>
          </w:p>
        </w:tc>
        <w:tc>
          <w:tcPr>
            <w:tcW w:w="1303" w:type="dxa"/>
          </w:tcPr>
          <w:p w14:paraId="32B215B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11,3</w:t>
            </w:r>
          </w:p>
        </w:tc>
      </w:tr>
      <w:tr w:rsidR="006F0136" w:rsidRPr="00D77020" w14:paraId="4971FEFE" w14:textId="77777777" w:rsidTr="00E0731C">
        <w:tc>
          <w:tcPr>
            <w:tcW w:w="1352" w:type="dxa"/>
          </w:tcPr>
          <w:p w14:paraId="0CC481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413" w:type="dxa"/>
          </w:tcPr>
          <w:p w14:paraId="69AB43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BE-544-а</w:t>
            </w:r>
          </w:p>
        </w:tc>
        <w:tc>
          <w:tcPr>
            <w:tcW w:w="1085" w:type="dxa"/>
          </w:tcPr>
          <w:p w14:paraId="6A43F6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544</w:t>
            </w:r>
          </w:p>
        </w:tc>
        <w:tc>
          <w:tcPr>
            <w:tcW w:w="1202" w:type="dxa"/>
          </w:tcPr>
          <w:p w14:paraId="4C4C54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137" w:type="dxa"/>
          </w:tcPr>
          <w:p w14:paraId="276096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138" w:type="dxa"/>
          </w:tcPr>
          <w:p w14:paraId="3F71DC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303" w:type="dxa"/>
          </w:tcPr>
          <w:p w14:paraId="0E17FDD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18,2</w:t>
            </w:r>
          </w:p>
        </w:tc>
      </w:tr>
      <w:tr w:rsidR="006F0136" w:rsidRPr="00D77020" w14:paraId="7A303FB3" w14:textId="77777777" w:rsidTr="00E0731C">
        <w:tc>
          <w:tcPr>
            <w:tcW w:w="1352" w:type="dxa"/>
          </w:tcPr>
          <w:p w14:paraId="355020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413" w:type="dxa"/>
          </w:tcPr>
          <w:p w14:paraId="5DFF94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BE-547-а</w:t>
            </w:r>
          </w:p>
        </w:tc>
        <w:tc>
          <w:tcPr>
            <w:tcW w:w="1085" w:type="dxa"/>
          </w:tcPr>
          <w:p w14:paraId="31031D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547</w:t>
            </w:r>
          </w:p>
        </w:tc>
        <w:tc>
          <w:tcPr>
            <w:tcW w:w="1202" w:type="dxa"/>
          </w:tcPr>
          <w:p w14:paraId="5F86FA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137" w:type="dxa"/>
          </w:tcPr>
          <w:p w14:paraId="58391B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138" w:type="dxa"/>
          </w:tcPr>
          <w:p w14:paraId="21F3B2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303" w:type="dxa"/>
          </w:tcPr>
          <w:p w14:paraId="1D08EB1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15,8</w:t>
            </w:r>
          </w:p>
        </w:tc>
      </w:tr>
      <w:tr w:rsidR="006F0136" w:rsidRPr="00D77020" w14:paraId="40A2C11B" w14:textId="77777777" w:rsidTr="00E0731C">
        <w:tc>
          <w:tcPr>
            <w:tcW w:w="1352" w:type="dxa"/>
          </w:tcPr>
          <w:p w14:paraId="2808AE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413" w:type="dxa"/>
          </w:tcPr>
          <w:p w14:paraId="701BB4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BE-547-в</w:t>
            </w:r>
          </w:p>
        </w:tc>
        <w:tc>
          <w:tcPr>
            <w:tcW w:w="1085" w:type="dxa"/>
          </w:tcPr>
          <w:p w14:paraId="71E595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547</w:t>
            </w:r>
          </w:p>
        </w:tc>
        <w:tc>
          <w:tcPr>
            <w:tcW w:w="1202" w:type="dxa"/>
          </w:tcPr>
          <w:p w14:paraId="0FA39E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137" w:type="dxa"/>
          </w:tcPr>
          <w:p w14:paraId="12F1EA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138" w:type="dxa"/>
          </w:tcPr>
          <w:p w14:paraId="65C4C5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303" w:type="dxa"/>
          </w:tcPr>
          <w:p w14:paraId="48E97E6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5,2</w:t>
            </w:r>
          </w:p>
        </w:tc>
      </w:tr>
      <w:tr w:rsidR="006F0136" w:rsidRPr="00D77020" w14:paraId="32ECCDCC" w14:textId="77777777" w:rsidTr="00E0731C">
        <w:tc>
          <w:tcPr>
            <w:tcW w:w="1352" w:type="dxa"/>
          </w:tcPr>
          <w:p w14:paraId="3ED70F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413" w:type="dxa"/>
          </w:tcPr>
          <w:p w14:paraId="5B7BD5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BE-547-г</w:t>
            </w:r>
          </w:p>
        </w:tc>
        <w:tc>
          <w:tcPr>
            <w:tcW w:w="1085" w:type="dxa"/>
          </w:tcPr>
          <w:p w14:paraId="38C354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547</w:t>
            </w:r>
          </w:p>
        </w:tc>
        <w:tc>
          <w:tcPr>
            <w:tcW w:w="1202" w:type="dxa"/>
          </w:tcPr>
          <w:p w14:paraId="3889DB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137" w:type="dxa"/>
          </w:tcPr>
          <w:p w14:paraId="1BBEF5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138" w:type="dxa"/>
          </w:tcPr>
          <w:p w14:paraId="07E444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303" w:type="dxa"/>
          </w:tcPr>
          <w:p w14:paraId="5B28450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14,4</w:t>
            </w:r>
          </w:p>
        </w:tc>
      </w:tr>
      <w:tr w:rsidR="006F0136" w:rsidRPr="00D77020" w14:paraId="61BF414D" w14:textId="77777777" w:rsidTr="00E0731C">
        <w:tc>
          <w:tcPr>
            <w:tcW w:w="1352" w:type="dxa"/>
          </w:tcPr>
          <w:p w14:paraId="419FE4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413" w:type="dxa"/>
          </w:tcPr>
          <w:p w14:paraId="2DFC91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BE-592-б</w:t>
            </w:r>
          </w:p>
        </w:tc>
        <w:tc>
          <w:tcPr>
            <w:tcW w:w="1085" w:type="dxa"/>
          </w:tcPr>
          <w:p w14:paraId="4D66BF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592</w:t>
            </w:r>
          </w:p>
        </w:tc>
        <w:tc>
          <w:tcPr>
            <w:tcW w:w="1202" w:type="dxa"/>
          </w:tcPr>
          <w:p w14:paraId="79DFC9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137" w:type="dxa"/>
          </w:tcPr>
          <w:p w14:paraId="1951E5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138" w:type="dxa"/>
          </w:tcPr>
          <w:p w14:paraId="75E43B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5210</w:t>
            </w:r>
          </w:p>
        </w:tc>
        <w:tc>
          <w:tcPr>
            <w:tcW w:w="1303" w:type="dxa"/>
          </w:tcPr>
          <w:p w14:paraId="4FBEB1F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19,1</w:t>
            </w:r>
          </w:p>
        </w:tc>
      </w:tr>
      <w:tr w:rsidR="006F0136" w:rsidRPr="00D77020" w14:paraId="6BA4C0C5" w14:textId="77777777" w:rsidTr="00E0731C">
        <w:tc>
          <w:tcPr>
            <w:tcW w:w="1352" w:type="dxa"/>
          </w:tcPr>
          <w:p w14:paraId="013913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413" w:type="dxa"/>
          </w:tcPr>
          <w:p w14:paraId="05B27C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BE-592-в</w:t>
            </w:r>
          </w:p>
        </w:tc>
        <w:tc>
          <w:tcPr>
            <w:tcW w:w="1085" w:type="dxa"/>
          </w:tcPr>
          <w:p w14:paraId="2B6992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592</w:t>
            </w:r>
          </w:p>
        </w:tc>
        <w:tc>
          <w:tcPr>
            <w:tcW w:w="1202" w:type="dxa"/>
          </w:tcPr>
          <w:p w14:paraId="0C2F6E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137" w:type="dxa"/>
          </w:tcPr>
          <w:p w14:paraId="129DE0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45</w:t>
            </w:r>
          </w:p>
        </w:tc>
        <w:tc>
          <w:tcPr>
            <w:tcW w:w="1138" w:type="dxa"/>
          </w:tcPr>
          <w:p w14:paraId="4DB19C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303" w:type="dxa"/>
          </w:tcPr>
          <w:p w14:paraId="31D5A19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15,5</w:t>
            </w:r>
          </w:p>
        </w:tc>
      </w:tr>
      <w:tr w:rsidR="006F0136" w:rsidRPr="00D77020" w14:paraId="60205D51" w14:textId="77777777" w:rsidTr="00E0731C">
        <w:tc>
          <w:tcPr>
            <w:tcW w:w="7327" w:type="dxa"/>
            <w:gridSpan w:val="6"/>
          </w:tcPr>
          <w:p w14:paraId="2A8438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303" w:type="dxa"/>
          </w:tcPr>
          <w:p w14:paraId="2D6A3FDA" w14:textId="77777777" w:rsidR="006F0136" w:rsidRPr="00D77020" w:rsidRDefault="00E0731C">
            <w:pPr>
              <w:jc w:val="right"/>
              <w:rPr>
                <w:lang w:val="bg-BG"/>
              </w:rPr>
            </w:pPr>
            <w:r>
              <w:rPr>
                <w:lang w:val="bg-BG"/>
              </w:rPr>
              <w:t>377,6</w:t>
            </w:r>
          </w:p>
        </w:tc>
      </w:tr>
    </w:tbl>
    <w:p w14:paraId="54A8E56F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BG0001021 - Река Места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1C7883FF" w14:textId="77777777">
        <w:tc>
          <w:tcPr>
            <w:tcW w:w="1587" w:type="dxa"/>
          </w:tcPr>
          <w:p w14:paraId="6E76BA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5BE07E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4E6C8F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35C461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49E094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47BE3558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671144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234912F1" w14:textId="77777777">
        <w:tc>
          <w:tcPr>
            <w:tcW w:w="1234" w:type="dxa"/>
          </w:tcPr>
          <w:p w14:paraId="566C89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1CEF78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BE-105-а</w:t>
            </w:r>
          </w:p>
        </w:tc>
        <w:tc>
          <w:tcPr>
            <w:tcW w:w="1234" w:type="dxa"/>
          </w:tcPr>
          <w:p w14:paraId="29E350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105</w:t>
            </w:r>
          </w:p>
        </w:tc>
        <w:tc>
          <w:tcPr>
            <w:tcW w:w="1234" w:type="dxa"/>
          </w:tcPr>
          <w:p w14:paraId="10A5C0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41DDF9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7BAD19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ACB45F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4,9</w:t>
            </w:r>
          </w:p>
        </w:tc>
      </w:tr>
      <w:tr w:rsidR="006F0136" w:rsidRPr="00D77020" w14:paraId="4997ED93" w14:textId="77777777">
        <w:tc>
          <w:tcPr>
            <w:tcW w:w="1234" w:type="dxa"/>
          </w:tcPr>
          <w:p w14:paraId="456870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52A0A8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BE-106-а</w:t>
            </w:r>
          </w:p>
        </w:tc>
        <w:tc>
          <w:tcPr>
            <w:tcW w:w="1234" w:type="dxa"/>
          </w:tcPr>
          <w:p w14:paraId="787B6B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106</w:t>
            </w:r>
          </w:p>
        </w:tc>
        <w:tc>
          <w:tcPr>
            <w:tcW w:w="1234" w:type="dxa"/>
          </w:tcPr>
          <w:p w14:paraId="31DD83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1A12D7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5FD5AF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3A9F13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14,1</w:t>
            </w:r>
          </w:p>
        </w:tc>
      </w:tr>
      <w:tr w:rsidR="006F0136" w:rsidRPr="00D77020" w14:paraId="5370DA97" w14:textId="77777777">
        <w:tc>
          <w:tcPr>
            <w:tcW w:w="1234" w:type="dxa"/>
          </w:tcPr>
          <w:p w14:paraId="648200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6A55A3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BE-108-а</w:t>
            </w:r>
          </w:p>
        </w:tc>
        <w:tc>
          <w:tcPr>
            <w:tcW w:w="1234" w:type="dxa"/>
          </w:tcPr>
          <w:p w14:paraId="7271B8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108</w:t>
            </w:r>
          </w:p>
        </w:tc>
        <w:tc>
          <w:tcPr>
            <w:tcW w:w="1234" w:type="dxa"/>
          </w:tcPr>
          <w:p w14:paraId="0FC33F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506589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626156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4B3F38B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2,6</w:t>
            </w:r>
          </w:p>
        </w:tc>
      </w:tr>
      <w:tr w:rsidR="006F0136" w:rsidRPr="00D77020" w14:paraId="410D7EA2" w14:textId="77777777">
        <w:tc>
          <w:tcPr>
            <w:tcW w:w="1234" w:type="dxa"/>
          </w:tcPr>
          <w:p w14:paraId="2B7EBF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388859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BE-108-к</w:t>
            </w:r>
          </w:p>
        </w:tc>
        <w:tc>
          <w:tcPr>
            <w:tcW w:w="1234" w:type="dxa"/>
          </w:tcPr>
          <w:p w14:paraId="61E7CB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108</w:t>
            </w:r>
          </w:p>
        </w:tc>
        <w:tc>
          <w:tcPr>
            <w:tcW w:w="1234" w:type="dxa"/>
          </w:tcPr>
          <w:p w14:paraId="14669E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3FCEEB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001A6A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1069AC8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2,1</w:t>
            </w:r>
          </w:p>
        </w:tc>
      </w:tr>
      <w:tr w:rsidR="006F0136" w:rsidRPr="00D77020" w14:paraId="1175F35D" w14:textId="77777777">
        <w:tc>
          <w:tcPr>
            <w:tcW w:w="1234" w:type="dxa"/>
          </w:tcPr>
          <w:p w14:paraId="3DBFD3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032CCE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BE-108-н</w:t>
            </w:r>
          </w:p>
        </w:tc>
        <w:tc>
          <w:tcPr>
            <w:tcW w:w="1234" w:type="dxa"/>
          </w:tcPr>
          <w:p w14:paraId="68FF3B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108</w:t>
            </w:r>
          </w:p>
        </w:tc>
        <w:tc>
          <w:tcPr>
            <w:tcW w:w="1234" w:type="dxa"/>
          </w:tcPr>
          <w:p w14:paraId="22A998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5F47D0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6113C3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4E4D95B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4,0</w:t>
            </w:r>
          </w:p>
        </w:tc>
      </w:tr>
      <w:tr w:rsidR="006F0136" w:rsidRPr="00D77020" w14:paraId="3C7E682D" w14:textId="77777777">
        <w:tc>
          <w:tcPr>
            <w:tcW w:w="1234" w:type="dxa"/>
          </w:tcPr>
          <w:p w14:paraId="7505F4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008B4B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BE-120-а</w:t>
            </w:r>
          </w:p>
        </w:tc>
        <w:tc>
          <w:tcPr>
            <w:tcW w:w="1234" w:type="dxa"/>
          </w:tcPr>
          <w:p w14:paraId="7AEBDB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4549C3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39CC2B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68A8EC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382D05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9,9</w:t>
            </w:r>
          </w:p>
        </w:tc>
      </w:tr>
      <w:tr w:rsidR="006F0136" w:rsidRPr="00D77020" w14:paraId="7DD6A656" w14:textId="77777777">
        <w:tc>
          <w:tcPr>
            <w:tcW w:w="1234" w:type="dxa"/>
          </w:tcPr>
          <w:p w14:paraId="586F5B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4311EB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BE-130-а</w:t>
            </w:r>
          </w:p>
        </w:tc>
        <w:tc>
          <w:tcPr>
            <w:tcW w:w="1234" w:type="dxa"/>
          </w:tcPr>
          <w:p w14:paraId="218009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47FB8F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18BF4E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7E2A87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09A630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1,7</w:t>
            </w:r>
          </w:p>
        </w:tc>
      </w:tr>
      <w:tr w:rsidR="006F0136" w:rsidRPr="00D77020" w14:paraId="27352BC7" w14:textId="77777777">
        <w:tc>
          <w:tcPr>
            <w:tcW w:w="1234" w:type="dxa"/>
          </w:tcPr>
          <w:p w14:paraId="2EB82F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2016</w:t>
            </w:r>
          </w:p>
        </w:tc>
        <w:tc>
          <w:tcPr>
            <w:tcW w:w="1234" w:type="dxa"/>
          </w:tcPr>
          <w:p w14:paraId="6B0017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BE-146-и</w:t>
            </w:r>
          </w:p>
        </w:tc>
        <w:tc>
          <w:tcPr>
            <w:tcW w:w="1234" w:type="dxa"/>
          </w:tcPr>
          <w:p w14:paraId="7D955E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146</w:t>
            </w:r>
          </w:p>
        </w:tc>
        <w:tc>
          <w:tcPr>
            <w:tcW w:w="1234" w:type="dxa"/>
          </w:tcPr>
          <w:p w14:paraId="6650CD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44E893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297418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5E5428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0,8</w:t>
            </w:r>
          </w:p>
        </w:tc>
      </w:tr>
      <w:tr w:rsidR="006F0136" w:rsidRPr="00D77020" w14:paraId="4A460B6A" w14:textId="77777777">
        <w:tc>
          <w:tcPr>
            <w:tcW w:w="1234" w:type="dxa"/>
          </w:tcPr>
          <w:p w14:paraId="3DDD2D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69315B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BE-147-б</w:t>
            </w:r>
          </w:p>
        </w:tc>
        <w:tc>
          <w:tcPr>
            <w:tcW w:w="1234" w:type="dxa"/>
          </w:tcPr>
          <w:p w14:paraId="25987F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147</w:t>
            </w:r>
          </w:p>
        </w:tc>
        <w:tc>
          <w:tcPr>
            <w:tcW w:w="1234" w:type="dxa"/>
          </w:tcPr>
          <w:p w14:paraId="665D73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2A2F8A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7CED08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2C5EC20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9,1</w:t>
            </w:r>
          </w:p>
        </w:tc>
      </w:tr>
      <w:tr w:rsidR="006F0136" w:rsidRPr="00D77020" w14:paraId="493A1D77" w14:textId="77777777">
        <w:tc>
          <w:tcPr>
            <w:tcW w:w="1234" w:type="dxa"/>
          </w:tcPr>
          <w:p w14:paraId="7C30B3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737383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BE-148-а</w:t>
            </w:r>
          </w:p>
        </w:tc>
        <w:tc>
          <w:tcPr>
            <w:tcW w:w="1234" w:type="dxa"/>
          </w:tcPr>
          <w:p w14:paraId="319467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148</w:t>
            </w:r>
          </w:p>
        </w:tc>
        <w:tc>
          <w:tcPr>
            <w:tcW w:w="1234" w:type="dxa"/>
          </w:tcPr>
          <w:p w14:paraId="255948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6D3411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01939C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6F17C4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9,2</w:t>
            </w:r>
          </w:p>
        </w:tc>
      </w:tr>
      <w:tr w:rsidR="006F0136" w:rsidRPr="00D77020" w14:paraId="4214A232" w14:textId="77777777">
        <w:tc>
          <w:tcPr>
            <w:tcW w:w="1234" w:type="dxa"/>
          </w:tcPr>
          <w:p w14:paraId="558949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0EE38D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BE-148-б</w:t>
            </w:r>
          </w:p>
        </w:tc>
        <w:tc>
          <w:tcPr>
            <w:tcW w:w="1234" w:type="dxa"/>
          </w:tcPr>
          <w:p w14:paraId="4AB989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148</w:t>
            </w:r>
          </w:p>
        </w:tc>
        <w:tc>
          <w:tcPr>
            <w:tcW w:w="1234" w:type="dxa"/>
          </w:tcPr>
          <w:p w14:paraId="4AEF01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4E0849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2EFD93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115882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15,8</w:t>
            </w:r>
          </w:p>
        </w:tc>
      </w:tr>
      <w:tr w:rsidR="006F0136" w:rsidRPr="00D77020" w14:paraId="6E556750" w14:textId="77777777">
        <w:tc>
          <w:tcPr>
            <w:tcW w:w="1234" w:type="dxa"/>
          </w:tcPr>
          <w:p w14:paraId="2C9F3F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74480B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BE-32-ц</w:t>
            </w:r>
          </w:p>
        </w:tc>
        <w:tc>
          <w:tcPr>
            <w:tcW w:w="1234" w:type="dxa"/>
          </w:tcPr>
          <w:p w14:paraId="0AE559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</w:t>
            </w:r>
          </w:p>
        </w:tc>
        <w:tc>
          <w:tcPr>
            <w:tcW w:w="1234" w:type="dxa"/>
          </w:tcPr>
          <w:p w14:paraId="1BA421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ц</w:t>
            </w:r>
          </w:p>
        </w:tc>
        <w:tc>
          <w:tcPr>
            <w:tcW w:w="1234" w:type="dxa"/>
          </w:tcPr>
          <w:p w14:paraId="02A179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234" w:type="dxa"/>
          </w:tcPr>
          <w:p w14:paraId="07B865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81525B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2,1</w:t>
            </w:r>
          </w:p>
        </w:tc>
      </w:tr>
      <w:tr w:rsidR="006F0136" w:rsidRPr="00D77020" w14:paraId="6DCD14D3" w14:textId="77777777">
        <w:tc>
          <w:tcPr>
            <w:tcW w:w="1234" w:type="dxa"/>
          </w:tcPr>
          <w:p w14:paraId="5D696A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302DC6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BE-33-а</w:t>
            </w:r>
          </w:p>
        </w:tc>
        <w:tc>
          <w:tcPr>
            <w:tcW w:w="1234" w:type="dxa"/>
          </w:tcPr>
          <w:p w14:paraId="671DBA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</w:t>
            </w:r>
          </w:p>
        </w:tc>
        <w:tc>
          <w:tcPr>
            <w:tcW w:w="1234" w:type="dxa"/>
          </w:tcPr>
          <w:p w14:paraId="7A8DD5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2E3D06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7624A0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627BEB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1,9</w:t>
            </w:r>
          </w:p>
        </w:tc>
      </w:tr>
      <w:tr w:rsidR="006F0136" w:rsidRPr="00D77020" w14:paraId="0C0AD5FA" w14:textId="77777777">
        <w:tc>
          <w:tcPr>
            <w:tcW w:w="1234" w:type="dxa"/>
          </w:tcPr>
          <w:p w14:paraId="6FA4DD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22D0C6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BE-34-а</w:t>
            </w:r>
          </w:p>
        </w:tc>
        <w:tc>
          <w:tcPr>
            <w:tcW w:w="1234" w:type="dxa"/>
          </w:tcPr>
          <w:p w14:paraId="3E6071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34</w:t>
            </w:r>
          </w:p>
        </w:tc>
        <w:tc>
          <w:tcPr>
            <w:tcW w:w="1234" w:type="dxa"/>
          </w:tcPr>
          <w:p w14:paraId="14F47D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026DC8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489F24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C372EC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2034EF41" w14:textId="77777777">
        <w:tc>
          <w:tcPr>
            <w:tcW w:w="1234" w:type="dxa"/>
          </w:tcPr>
          <w:p w14:paraId="16BF7C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4B082E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BE-34-н</w:t>
            </w:r>
          </w:p>
        </w:tc>
        <w:tc>
          <w:tcPr>
            <w:tcW w:w="1234" w:type="dxa"/>
          </w:tcPr>
          <w:p w14:paraId="13EE0F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34</w:t>
            </w:r>
          </w:p>
        </w:tc>
        <w:tc>
          <w:tcPr>
            <w:tcW w:w="1234" w:type="dxa"/>
          </w:tcPr>
          <w:p w14:paraId="2EDEBA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31B5D3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278CAC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ABD035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2,1</w:t>
            </w:r>
          </w:p>
        </w:tc>
      </w:tr>
      <w:tr w:rsidR="006F0136" w:rsidRPr="00D77020" w14:paraId="4D7A31BF" w14:textId="77777777">
        <w:tc>
          <w:tcPr>
            <w:tcW w:w="1234" w:type="dxa"/>
          </w:tcPr>
          <w:p w14:paraId="29CB46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765354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BE-37-б</w:t>
            </w:r>
          </w:p>
        </w:tc>
        <w:tc>
          <w:tcPr>
            <w:tcW w:w="1234" w:type="dxa"/>
          </w:tcPr>
          <w:p w14:paraId="75D4FC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37</w:t>
            </w:r>
          </w:p>
        </w:tc>
        <w:tc>
          <w:tcPr>
            <w:tcW w:w="1234" w:type="dxa"/>
          </w:tcPr>
          <w:p w14:paraId="06F19E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7E4A4B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03522A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22B2D6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14,4</w:t>
            </w:r>
          </w:p>
        </w:tc>
      </w:tr>
      <w:tr w:rsidR="006F0136" w:rsidRPr="00D77020" w14:paraId="1AE2D31D" w14:textId="77777777">
        <w:tc>
          <w:tcPr>
            <w:tcW w:w="1234" w:type="dxa"/>
          </w:tcPr>
          <w:p w14:paraId="63D34E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3C8A13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BE-37-г</w:t>
            </w:r>
          </w:p>
        </w:tc>
        <w:tc>
          <w:tcPr>
            <w:tcW w:w="1234" w:type="dxa"/>
          </w:tcPr>
          <w:p w14:paraId="181EF7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37</w:t>
            </w:r>
          </w:p>
        </w:tc>
        <w:tc>
          <w:tcPr>
            <w:tcW w:w="1234" w:type="dxa"/>
          </w:tcPr>
          <w:p w14:paraId="76F799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13CC0B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234" w:type="dxa"/>
          </w:tcPr>
          <w:p w14:paraId="15EA98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3E31D2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5,4</w:t>
            </w:r>
          </w:p>
        </w:tc>
      </w:tr>
      <w:tr w:rsidR="006F0136" w:rsidRPr="00D77020" w14:paraId="3B01C937" w14:textId="77777777">
        <w:tc>
          <w:tcPr>
            <w:tcW w:w="1234" w:type="dxa"/>
          </w:tcPr>
          <w:p w14:paraId="0AC9C6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79DF09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BE-37-к</w:t>
            </w:r>
          </w:p>
        </w:tc>
        <w:tc>
          <w:tcPr>
            <w:tcW w:w="1234" w:type="dxa"/>
          </w:tcPr>
          <w:p w14:paraId="7C7BEE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37</w:t>
            </w:r>
          </w:p>
        </w:tc>
        <w:tc>
          <w:tcPr>
            <w:tcW w:w="1234" w:type="dxa"/>
          </w:tcPr>
          <w:p w14:paraId="397018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1C6A59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3701D8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CE0E6C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5,1</w:t>
            </w:r>
          </w:p>
        </w:tc>
      </w:tr>
      <w:tr w:rsidR="006F0136" w:rsidRPr="00D77020" w14:paraId="5473428E" w14:textId="77777777">
        <w:tc>
          <w:tcPr>
            <w:tcW w:w="1234" w:type="dxa"/>
          </w:tcPr>
          <w:p w14:paraId="4E911E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305BF2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BE-38-а</w:t>
            </w:r>
          </w:p>
        </w:tc>
        <w:tc>
          <w:tcPr>
            <w:tcW w:w="1234" w:type="dxa"/>
          </w:tcPr>
          <w:p w14:paraId="526CCC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</w:t>
            </w:r>
          </w:p>
        </w:tc>
        <w:tc>
          <w:tcPr>
            <w:tcW w:w="1234" w:type="dxa"/>
          </w:tcPr>
          <w:p w14:paraId="32F5A1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143CE2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7EC92C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6C87D1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8,5</w:t>
            </w:r>
          </w:p>
        </w:tc>
      </w:tr>
      <w:tr w:rsidR="006F0136" w:rsidRPr="00D77020" w14:paraId="1CDE8232" w14:textId="77777777">
        <w:tc>
          <w:tcPr>
            <w:tcW w:w="1234" w:type="dxa"/>
          </w:tcPr>
          <w:p w14:paraId="64CD16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2AECDE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BE-38-б</w:t>
            </w:r>
          </w:p>
        </w:tc>
        <w:tc>
          <w:tcPr>
            <w:tcW w:w="1234" w:type="dxa"/>
          </w:tcPr>
          <w:p w14:paraId="5C1D7F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</w:t>
            </w:r>
          </w:p>
        </w:tc>
        <w:tc>
          <w:tcPr>
            <w:tcW w:w="1234" w:type="dxa"/>
          </w:tcPr>
          <w:p w14:paraId="72AB2F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2C5B8D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4F4DED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BA8FC2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7,3</w:t>
            </w:r>
          </w:p>
        </w:tc>
      </w:tr>
      <w:tr w:rsidR="006F0136" w:rsidRPr="00D77020" w14:paraId="4C1BFCA1" w14:textId="77777777">
        <w:tc>
          <w:tcPr>
            <w:tcW w:w="1234" w:type="dxa"/>
          </w:tcPr>
          <w:p w14:paraId="1F356E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5FE7FE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BE-38-в</w:t>
            </w:r>
          </w:p>
        </w:tc>
        <w:tc>
          <w:tcPr>
            <w:tcW w:w="1234" w:type="dxa"/>
          </w:tcPr>
          <w:p w14:paraId="622784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</w:t>
            </w:r>
          </w:p>
        </w:tc>
        <w:tc>
          <w:tcPr>
            <w:tcW w:w="1234" w:type="dxa"/>
          </w:tcPr>
          <w:p w14:paraId="21019E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562381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2B1C05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D1B51B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3,0</w:t>
            </w:r>
          </w:p>
        </w:tc>
      </w:tr>
      <w:tr w:rsidR="006F0136" w:rsidRPr="00D77020" w14:paraId="70A13E5F" w14:textId="77777777">
        <w:tc>
          <w:tcPr>
            <w:tcW w:w="1234" w:type="dxa"/>
          </w:tcPr>
          <w:p w14:paraId="68B78A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643E8F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BE-38-г</w:t>
            </w:r>
          </w:p>
        </w:tc>
        <w:tc>
          <w:tcPr>
            <w:tcW w:w="1234" w:type="dxa"/>
          </w:tcPr>
          <w:p w14:paraId="4F128B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</w:t>
            </w:r>
          </w:p>
        </w:tc>
        <w:tc>
          <w:tcPr>
            <w:tcW w:w="1234" w:type="dxa"/>
          </w:tcPr>
          <w:p w14:paraId="1570C5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226084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6BC697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CBE6E7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5,7</w:t>
            </w:r>
          </w:p>
        </w:tc>
      </w:tr>
      <w:tr w:rsidR="006F0136" w:rsidRPr="00D77020" w14:paraId="5E769E15" w14:textId="77777777">
        <w:tc>
          <w:tcPr>
            <w:tcW w:w="1234" w:type="dxa"/>
          </w:tcPr>
          <w:p w14:paraId="74E2AC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3704BE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BE-38-д</w:t>
            </w:r>
          </w:p>
        </w:tc>
        <w:tc>
          <w:tcPr>
            <w:tcW w:w="1234" w:type="dxa"/>
          </w:tcPr>
          <w:p w14:paraId="4C0583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</w:t>
            </w:r>
          </w:p>
        </w:tc>
        <w:tc>
          <w:tcPr>
            <w:tcW w:w="1234" w:type="dxa"/>
          </w:tcPr>
          <w:p w14:paraId="0AA175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6F1B23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7F1FD3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2F725E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3,5</w:t>
            </w:r>
          </w:p>
        </w:tc>
      </w:tr>
      <w:tr w:rsidR="006F0136" w:rsidRPr="00D77020" w14:paraId="2E03BC2B" w14:textId="77777777">
        <w:tc>
          <w:tcPr>
            <w:tcW w:w="1234" w:type="dxa"/>
          </w:tcPr>
          <w:p w14:paraId="079B73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719E9D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BE-38-е</w:t>
            </w:r>
          </w:p>
        </w:tc>
        <w:tc>
          <w:tcPr>
            <w:tcW w:w="1234" w:type="dxa"/>
          </w:tcPr>
          <w:p w14:paraId="6D10FA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</w:t>
            </w:r>
          </w:p>
        </w:tc>
        <w:tc>
          <w:tcPr>
            <w:tcW w:w="1234" w:type="dxa"/>
          </w:tcPr>
          <w:p w14:paraId="3F6248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388670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189269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3D3C39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0,1</w:t>
            </w:r>
          </w:p>
        </w:tc>
      </w:tr>
      <w:tr w:rsidR="006F0136" w:rsidRPr="00D77020" w14:paraId="623C9B52" w14:textId="77777777">
        <w:tc>
          <w:tcPr>
            <w:tcW w:w="1234" w:type="dxa"/>
          </w:tcPr>
          <w:p w14:paraId="605693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7467E2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BE-38-ж</w:t>
            </w:r>
          </w:p>
        </w:tc>
        <w:tc>
          <w:tcPr>
            <w:tcW w:w="1234" w:type="dxa"/>
          </w:tcPr>
          <w:p w14:paraId="506014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</w:t>
            </w:r>
          </w:p>
        </w:tc>
        <w:tc>
          <w:tcPr>
            <w:tcW w:w="1234" w:type="dxa"/>
          </w:tcPr>
          <w:p w14:paraId="10F416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7F0D90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4675A8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ABAFB0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15,7</w:t>
            </w:r>
          </w:p>
        </w:tc>
      </w:tr>
      <w:tr w:rsidR="006F0136" w:rsidRPr="00D77020" w14:paraId="066FA266" w14:textId="77777777">
        <w:tc>
          <w:tcPr>
            <w:tcW w:w="1234" w:type="dxa"/>
          </w:tcPr>
          <w:p w14:paraId="4A1F94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38A1E0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BE-41-и</w:t>
            </w:r>
          </w:p>
        </w:tc>
        <w:tc>
          <w:tcPr>
            <w:tcW w:w="1234" w:type="dxa"/>
          </w:tcPr>
          <w:p w14:paraId="353EDC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41</w:t>
            </w:r>
          </w:p>
        </w:tc>
        <w:tc>
          <w:tcPr>
            <w:tcW w:w="1234" w:type="dxa"/>
          </w:tcPr>
          <w:p w14:paraId="4792BD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6380FA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660903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2CCD0B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1,5</w:t>
            </w:r>
          </w:p>
        </w:tc>
      </w:tr>
      <w:tr w:rsidR="006F0136" w:rsidRPr="00D77020" w14:paraId="063275CB" w14:textId="77777777">
        <w:tc>
          <w:tcPr>
            <w:tcW w:w="1234" w:type="dxa"/>
          </w:tcPr>
          <w:p w14:paraId="03B5D3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716FCE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BE-43-а</w:t>
            </w:r>
          </w:p>
        </w:tc>
        <w:tc>
          <w:tcPr>
            <w:tcW w:w="1234" w:type="dxa"/>
          </w:tcPr>
          <w:p w14:paraId="693F7A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43</w:t>
            </w:r>
          </w:p>
        </w:tc>
        <w:tc>
          <w:tcPr>
            <w:tcW w:w="1234" w:type="dxa"/>
          </w:tcPr>
          <w:p w14:paraId="435E72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195058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3A6CCD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B1C429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20,6</w:t>
            </w:r>
          </w:p>
        </w:tc>
      </w:tr>
      <w:tr w:rsidR="006F0136" w:rsidRPr="00D77020" w14:paraId="558FA2F8" w14:textId="77777777">
        <w:tc>
          <w:tcPr>
            <w:tcW w:w="1234" w:type="dxa"/>
          </w:tcPr>
          <w:p w14:paraId="58DD9A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487846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BE-43-в</w:t>
            </w:r>
          </w:p>
        </w:tc>
        <w:tc>
          <w:tcPr>
            <w:tcW w:w="1234" w:type="dxa"/>
          </w:tcPr>
          <w:p w14:paraId="49342B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43</w:t>
            </w:r>
          </w:p>
        </w:tc>
        <w:tc>
          <w:tcPr>
            <w:tcW w:w="1234" w:type="dxa"/>
          </w:tcPr>
          <w:p w14:paraId="716874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4F596D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34C8C3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4F351A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2,0</w:t>
            </w:r>
          </w:p>
        </w:tc>
      </w:tr>
      <w:tr w:rsidR="006F0136" w:rsidRPr="00D77020" w14:paraId="26B62216" w14:textId="77777777">
        <w:tc>
          <w:tcPr>
            <w:tcW w:w="1234" w:type="dxa"/>
          </w:tcPr>
          <w:p w14:paraId="026BEC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0152F2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BE-43-ж</w:t>
            </w:r>
          </w:p>
        </w:tc>
        <w:tc>
          <w:tcPr>
            <w:tcW w:w="1234" w:type="dxa"/>
          </w:tcPr>
          <w:p w14:paraId="663941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43</w:t>
            </w:r>
          </w:p>
        </w:tc>
        <w:tc>
          <w:tcPr>
            <w:tcW w:w="1234" w:type="dxa"/>
          </w:tcPr>
          <w:p w14:paraId="3D9836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138296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13C61A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1E12E3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4,2</w:t>
            </w:r>
          </w:p>
        </w:tc>
      </w:tr>
      <w:tr w:rsidR="006F0136" w:rsidRPr="00D77020" w14:paraId="60F6DCBE" w14:textId="77777777">
        <w:tc>
          <w:tcPr>
            <w:tcW w:w="1234" w:type="dxa"/>
          </w:tcPr>
          <w:p w14:paraId="34466B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0C9223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BE-43-и</w:t>
            </w:r>
          </w:p>
        </w:tc>
        <w:tc>
          <w:tcPr>
            <w:tcW w:w="1234" w:type="dxa"/>
          </w:tcPr>
          <w:p w14:paraId="5D633F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43</w:t>
            </w:r>
          </w:p>
        </w:tc>
        <w:tc>
          <w:tcPr>
            <w:tcW w:w="1234" w:type="dxa"/>
          </w:tcPr>
          <w:p w14:paraId="43999B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76EBB2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4B395F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31AA9F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14,9</w:t>
            </w:r>
          </w:p>
        </w:tc>
      </w:tr>
      <w:tr w:rsidR="006F0136" w:rsidRPr="00D77020" w14:paraId="181D70D0" w14:textId="77777777">
        <w:tc>
          <w:tcPr>
            <w:tcW w:w="1234" w:type="dxa"/>
          </w:tcPr>
          <w:p w14:paraId="797F3C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213F7A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BE-44-а</w:t>
            </w:r>
          </w:p>
        </w:tc>
        <w:tc>
          <w:tcPr>
            <w:tcW w:w="1234" w:type="dxa"/>
          </w:tcPr>
          <w:p w14:paraId="1B3BD5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44</w:t>
            </w:r>
          </w:p>
        </w:tc>
        <w:tc>
          <w:tcPr>
            <w:tcW w:w="1234" w:type="dxa"/>
          </w:tcPr>
          <w:p w14:paraId="6168D7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0E1374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1B59B7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BCE659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14,6</w:t>
            </w:r>
          </w:p>
        </w:tc>
      </w:tr>
      <w:tr w:rsidR="006F0136" w:rsidRPr="00D77020" w14:paraId="7853BE09" w14:textId="77777777">
        <w:tc>
          <w:tcPr>
            <w:tcW w:w="1234" w:type="dxa"/>
          </w:tcPr>
          <w:p w14:paraId="3C7D8C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377809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BE-44-ж</w:t>
            </w:r>
          </w:p>
        </w:tc>
        <w:tc>
          <w:tcPr>
            <w:tcW w:w="1234" w:type="dxa"/>
          </w:tcPr>
          <w:p w14:paraId="130685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44</w:t>
            </w:r>
          </w:p>
        </w:tc>
        <w:tc>
          <w:tcPr>
            <w:tcW w:w="1234" w:type="dxa"/>
          </w:tcPr>
          <w:p w14:paraId="7C4AEF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61C323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210</w:t>
            </w:r>
          </w:p>
        </w:tc>
        <w:tc>
          <w:tcPr>
            <w:tcW w:w="1234" w:type="dxa"/>
          </w:tcPr>
          <w:p w14:paraId="1642CA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1B6E7A3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10,4</w:t>
            </w:r>
          </w:p>
        </w:tc>
      </w:tr>
      <w:tr w:rsidR="006F0136" w:rsidRPr="00D77020" w14:paraId="21D5F6B7" w14:textId="77777777">
        <w:tc>
          <w:tcPr>
            <w:tcW w:w="1234" w:type="dxa"/>
          </w:tcPr>
          <w:p w14:paraId="3FAE5D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1F499A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BE-44-з</w:t>
            </w:r>
          </w:p>
        </w:tc>
        <w:tc>
          <w:tcPr>
            <w:tcW w:w="1234" w:type="dxa"/>
          </w:tcPr>
          <w:p w14:paraId="65A640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44</w:t>
            </w:r>
          </w:p>
        </w:tc>
        <w:tc>
          <w:tcPr>
            <w:tcW w:w="1234" w:type="dxa"/>
          </w:tcPr>
          <w:p w14:paraId="35FF9F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2A9D87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210</w:t>
            </w:r>
          </w:p>
        </w:tc>
        <w:tc>
          <w:tcPr>
            <w:tcW w:w="1234" w:type="dxa"/>
          </w:tcPr>
          <w:p w14:paraId="786A5A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230F6D0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6,4</w:t>
            </w:r>
          </w:p>
        </w:tc>
      </w:tr>
      <w:tr w:rsidR="006F0136" w:rsidRPr="00D77020" w14:paraId="371C7011" w14:textId="77777777">
        <w:tc>
          <w:tcPr>
            <w:tcW w:w="1234" w:type="dxa"/>
          </w:tcPr>
          <w:p w14:paraId="286690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01B572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BE-44-и</w:t>
            </w:r>
          </w:p>
        </w:tc>
        <w:tc>
          <w:tcPr>
            <w:tcW w:w="1234" w:type="dxa"/>
          </w:tcPr>
          <w:p w14:paraId="28ECD6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44</w:t>
            </w:r>
          </w:p>
        </w:tc>
        <w:tc>
          <w:tcPr>
            <w:tcW w:w="1234" w:type="dxa"/>
          </w:tcPr>
          <w:p w14:paraId="20F43A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547B3C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210</w:t>
            </w:r>
          </w:p>
        </w:tc>
        <w:tc>
          <w:tcPr>
            <w:tcW w:w="1234" w:type="dxa"/>
          </w:tcPr>
          <w:p w14:paraId="16C877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2398C72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11,1</w:t>
            </w:r>
          </w:p>
        </w:tc>
      </w:tr>
      <w:tr w:rsidR="006F0136" w:rsidRPr="00D77020" w14:paraId="4475B95F" w14:textId="77777777">
        <w:tc>
          <w:tcPr>
            <w:tcW w:w="1234" w:type="dxa"/>
          </w:tcPr>
          <w:p w14:paraId="59041A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0D7FA1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BE-44-к</w:t>
            </w:r>
          </w:p>
        </w:tc>
        <w:tc>
          <w:tcPr>
            <w:tcW w:w="1234" w:type="dxa"/>
          </w:tcPr>
          <w:p w14:paraId="74546F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44</w:t>
            </w:r>
          </w:p>
        </w:tc>
        <w:tc>
          <w:tcPr>
            <w:tcW w:w="1234" w:type="dxa"/>
          </w:tcPr>
          <w:p w14:paraId="663C36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2EFA0C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210</w:t>
            </w:r>
          </w:p>
        </w:tc>
        <w:tc>
          <w:tcPr>
            <w:tcW w:w="1234" w:type="dxa"/>
          </w:tcPr>
          <w:p w14:paraId="49D13A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7AC3CBF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2,2</w:t>
            </w:r>
          </w:p>
        </w:tc>
      </w:tr>
      <w:tr w:rsidR="006F0136" w:rsidRPr="00D77020" w14:paraId="485AE79B" w14:textId="77777777">
        <w:tc>
          <w:tcPr>
            <w:tcW w:w="1234" w:type="dxa"/>
          </w:tcPr>
          <w:p w14:paraId="735553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2B637F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BE-46-б</w:t>
            </w:r>
          </w:p>
        </w:tc>
        <w:tc>
          <w:tcPr>
            <w:tcW w:w="1234" w:type="dxa"/>
          </w:tcPr>
          <w:p w14:paraId="232F2D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46</w:t>
            </w:r>
          </w:p>
        </w:tc>
        <w:tc>
          <w:tcPr>
            <w:tcW w:w="1234" w:type="dxa"/>
          </w:tcPr>
          <w:p w14:paraId="63EA59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306C5B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47F89E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27D242D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4,7</w:t>
            </w:r>
          </w:p>
        </w:tc>
      </w:tr>
      <w:tr w:rsidR="006F0136" w:rsidRPr="00D77020" w14:paraId="7CCA858F" w14:textId="77777777">
        <w:tc>
          <w:tcPr>
            <w:tcW w:w="1234" w:type="dxa"/>
          </w:tcPr>
          <w:p w14:paraId="6273F3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1549FA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BE-53-и</w:t>
            </w:r>
          </w:p>
        </w:tc>
        <w:tc>
          <w:tcPr>
            <w:tcW w:w="1234" w:type="dxa"/>
          </w:tcPr>
          <w:p w14:paraId="522B94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53</w:t>
            </w:r>
          </w:p>
        </w:tc>
        <w:tc>
          <w:tcPr>
            <w:tcW w:w="1234" w:type="dxa"/>
          </w:tcPr>
          <w:p w14:paraId="6CFF67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1D2AFA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14D5C8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8681A6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3,8</w:t>
            </w:r>
          </w:p>
        </w:tc>
      </w:tr>
      <w:tr w:rsidR="006F0136" w:rsidRPr="00D77020" w14:paraId="16ED16D6" w14:textId="77777777">
        <w:tc>
          <w:tcPr>
            <w:tcW w:w="1234" w:type="dxa"/>
          </w:tcPr>
          <w:p w14:paraId="0072C7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4E5B1E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BE-609-б</w:t>
            </w:r>
          </w:p>
        </w:tc>
        <w:tc>
          <w:tcPr>
            <w:tcW w:w="1234" w:type="dxa"/>
          </w:tcPr>
          <w:p w14:paraId="18B317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609</w:t>
            </w:r>
          </w:p>
        </w:tc>
        <w:tc>
          <w:tcPr>
            <w:tcW w:w="1234" w:type="dxa"/>
          </w:tcPr>
          <w:p w14:paraId="298A15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3158DD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39278A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D02290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6,4</w:t>
            </w:r>
          </w:p>
        </w:tc>
      </w:tr>
      <w:tr w:rsidR="006F0136" w:rsidRPr="00D77020" w14:paraId="01EE55C5" w14:textId="77777777">
        <w:tc>
          <w:tcPr>
            <w:tcW w:w="1234" w:type="dxa"/>
          </w:tcPr>
          <w:p w14:paraId="2091DE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17001E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BE-610-б</w:t>
            </w:r>
          </w:p>
        </w:tc>
        <w:tc>
          <w:tcPr>
            <w:tcW w:w="1234" w:type="dxa"/>
          </w:tcPr>
          <w:p w14:paraId="7AA740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610</w:t>
            </w:r>
          </w:p>
        </w:tc>
        <w:tc>
          <w:tcPr>
            <w:tcW w:w="1234" w:type="dxa"/>
          </w:tcPr>
          <w:p w14:paraId="7D69F4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64CD65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36C220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05903A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6,7</w:t>
            </w:r>
          </w:p>
        </w:tc>
      </w:tr>
      <w:tr w:rsidR="006F0136" w:rsidRPr="00D77020" w14:paraId="42DE9721" w14:textId="77777777">
        <w:tc>
          <w:tcPr>
            <w:tcW w:w="1234" w:type="dxa"/>
          </w:tcPr>
          <w:p w14:paraId="2F5D25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236936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BE-610-в</w:t>
            </w:r>
          </w:p>
        </w:tc>
        <w:tc>
          <w:tcPr>
            <w:tcW w:w="1234" w:type="dxa"/>
          </w:tcPr>
          <w:p w14:paraId="1658D7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610</w:t>
            </w:r>
          </w:p>
        </w:tc>
        <w:tc>
          <w:tcPr>
            <w:tcW w:w="1234" w:type="dxa"/>
          </w:tcPr>
          <w:p w14:paraId="69457C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29BF55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2C3044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2C0A09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13,2</w:t>
            </w:r>
          </w:p>
        </w:tc>
      </w:tr>
      <w:tr w:rsidR="006F0136" w:rsidRPr="00D77020" w14:paraId="69733AD4" w14:textId="77777777">
        <w:tc>
          <w:tcPr>
            <w:tcW w:w="1234" w:type="dxa"/>
          </w:tcPr>
          <w:p w14:paraId="70589C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127DF6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BE-621-в</w:t>
            </w:r>
          </w:p>
        </w:tc>
        <w:tc>
          <w:tcPr>
            <w:tcW w:w="1234" w:type="dxa"/>
          </w:tcPr>
          <w:p w14:paraId="055DCC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621</w:t>
            </w:r>
          </w:p>
        </w:tc>
        <w:tc>
          <w:tcPr>
            <w:tcW w:w="1234" w:type="dxa"/>
          </w:tcPr>
          <w:p w14:paraId="7A7541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7F6E37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424F2C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726A0CA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5,9</w:t>
            </w:r>
          </w:p>
        </w:tc>
      </w:tr>
      <w:tr w:rsidR="006F0136" w:rsidRPr="00D77020" w14:paraId="40B7E957" w14:textId="77777777">
        <w:tc>
          <w:tcPr>
            <w:tcW w:w="1234" w:type="dxa"/>
          </w:tcPr>
          <w:p w14:paraId="04A4B5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3DD98A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BE-621-г</w:t>
            </w:r>
          </w:p>
        </w:tc>
        <w:tc>
          <w:tcPr>
            <w:tcW w:w="1234" w:type="dxa"/>
          </w:tcPr>
          <w:p w14:paraId="5DB490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621</w:t>
            </w:r>
          </w:p>
        </w:tc>
        <w:tc>
          <w:tcPr>
            <w:tcW w:w="1234" w:type="dxa"/>
          </w:tcPr>
          <w:p w14:paraId="7324D4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6706A6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051F3D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A94276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7,9</w:t>
            </w:r>
          </w:p>
        </w:tc>
      </w:tr>
      <w:tr w:rsidR="006F0136" w:rsidRPr="00D77020" w14:paraId="3C4D54E8" w14:textId="77777777">
        <w:tc>
          <w:tcPr>
            <w:tcW w:w="1234" w:type="dxa"/>
          </w:tcPr>
          <w:p w14:paraId="6A7F89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39C7AD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BE-621-д</w:t>
            </w:r>
          </w:p>
        </w:tc>
        <w:tc>
          <w:tcPr>
            <w:tcW w:w="1234" w:type="dxa"/>
          </w:tcPr>
          <w:p w14:paraId="3C5438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621</w:t>
            </w:r>
          </w:p>
        </w:tc>
        <w:tc>
          <w:tcPr>
            <w:tcW w:w="1234" w:type="dxa"/>
          </w:tcPr>
          <w:p w14:paraId="061A08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2FC381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7A4E64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C6BBD6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15,5</w:t>
            </w:r>
          </w:p>
        </w:tc>
      </w:tr>
      <w:tr w:rsidR="006F0136" w:rsidRPr="00D77020" w14:paraId="33096D4A" w14:textId="77777777">
        <w:tc>
          <w:tcPr>
            <w:tcW w:w="1234" w:type="dxa"/>
          </w:tcPr>
          <w:p w14:paraId="7DBF2F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2A83DA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BE-622-а</w:t>
            </w:r>
          </w:p>
        </w:tc>
        <w:tc>
          <w:tcPr>
            <w:tcW w:w="1234" w:type="dxa"/>
          </w:tcPr>
          <w:p w14:paraId="1F5A9D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622</w:t>
            </w:r>
          </w:p>
        </w:tc>
        <w:tc>
          <w:tcPr>
            <w:tcW w:w="1234" w:type="dxa"/>
          </w:tcPr>
          <w:p w14:paraId="724BD1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61B346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35A35C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7249F8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9,9</w:t>
            </w:r>
          </w:p>
        </w:tc>
      </w:tr>
      <w:tr w:rsidR="006F0136" w:rsidRPr="00D77020" w14:paraId="2F3572A2" w14:textId="77777777">
        <w:tc>
          <w:tcPr>
            <w:tcW w:w="1234" w:type="dxa"/>
          </w:tcPr>
          <w:p w14:paraId="0BB288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5B3AB1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BE-622-б</w:t>
            </w:r>
          </w:p>
        </w:tc>
        <w:tc>
          <w:tcPr>
            <w:tcW w:w="1234" w:type="dxa"/>
          </w:tcPr>
          <w:p w14:paraId="75B0B7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622</w:t>
            </w:r>
          </w:p>
        </w:tc>
        <w:tc>
          <w:tcPr>
            <w:tcW w:w="1234" w:type="dxa"/>
          </w:tcPr>
          <w:p w14:paraId="177601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2536EC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472551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7DA7F38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12,9</w:t>
            </w:r>
          </w:p>
        </w:tc>
      </w:tr>
      <w:tr w:rsidR="006F0136" w:rsidRPr="00D77020" w14:paraId="20D1F682" w14:textId="77777777">
        <w:tc>
          <w:tcPr>
            <w:tcW w:w="1234" w:type="dxa"/>
          </w:tcPr>
          <w:p w14:paraId="307B71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0ABEA5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BE-623-а</w:t>
            </w:r>
          </w:p>
        </w:tc>
        <w:tc>
          <w:tcPr>
            <w:tcW w:w="1234" w:type="dxa"/>
          </w:tcPr>
          <w:p w14:paraId="4EDD23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623</w:t>
            </w:r>
          </w:p>
        </w:tc>
        <w:tc>
          <w:tcPr>
            <w:tcW w:w="1234" w:type="dxa"/>
          </w:tcPr>
          <w:p w14:paraId="14AAF4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7D8314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28AB86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74C2FC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14,3</w:t>
            </w:r>
          </w:p>
        </w:tc>
      </w:tr>
      <w:tr w:rsidR="006F0136" w:rsidRPr="00D77020" w14:paraId="76CEA5E1" w14:textId="77777777">
        <w:tc>
          <w:tcPr>
            <w:tcW w:w="1234" w:type="dxa"/>
          </w:tcPr>
          <w:p w14:paraId="31EA8D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0E4165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BE-624-а</w:t>
            </w:r>
          </w:p>
        </w:tc>
        <w:tc>
          <w:tcPr>
            <w:tcW w:w="1234" w:type="dxa"/>
          </w:tcPr>
          <w:p w14:paraId="7DEA0D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624</w:t>
            </w:r>
          </w:p>
        </w:tc>
        <w:tc>
          <w:tcPr>
            <w:tcW w:w="1234" w:type="dxa"/>
          </w:tcPr>
          <w:p w14:paraId="1705BD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523603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7D30C4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2ED5B2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14,7</w:t>
            </w:r>
          </w:p>
        </w:tc>
      </w:tr>
      <w:tr w:rsidR="006F0136" w:rsidRPr="00D77020" w14:paraId="45A726C6" w14:textId="77777777">
        <w:tc>
          <w:tcPr>
            <w:tcW w:w="1234" w:type="dxa"/>
          </w:tcPr>
          <w:p w14:paraId="70BEAA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5D94D5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BE-625-а</w:t>
            </w:r>
          </w:p>
        </w:tc>
        <w:tc>
          <w:tcPr>
            <w:tcW w:w="1234" w:type="dxa"/>
          </w:tcPr>
          <w:p w14:paraId="31BD27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625</w:t>
            </w:r>
          </w:p>
        </w:tc>
        <w:tc>
          <w:tcPr>
            <w:tcW w:w="1234" w:type="dxa"/>
          </w:tcPr>
          <w:p w14:paraId="409A03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6F89E9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18D419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BEBF1C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7,2</w:t>
            </w:r>
          </w:p>
        </w:tc>
      </w:tr>
      <w:tr w:rsidR="006F0136" w:rsidRPr="00D77020" w14:paraId="7E547656" w14:textId="77777777">
        <w:tc>
          <w:tcPr>
            <w:tcW w:w="1234" w:type="dxa"/>
          </w:tcPr>
          <w:p w14:paraId="38875E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3C492B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BE-628-а</w:t>
            </w:r>
          </w:p>
        </w:tc>
        <w:tc>
          <w:tcPr>
            <w:tcW w:w="1234" w:type="dxa"/>
          </w:tcPr>
          <w:p w14:paraId="5E1127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628</w:t>
            </w:r>
          </w:p>
        </w:tc>
        <w:tc>
          <w:tcPr>
            <w:tcW w:w="1234" w:type="dxa"/>
          </w:tcPr>
          <w:p w14:paraId="532884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545EC9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536156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848DD0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16,7</w:t>
            </w:r>
          </w:p>
        </w:tc>
      </w:tr>
      <w:tr w:rsidR="006F0136" w:rsidRPr="00D77020" w14:paraId="5E106408" w14:textId="77777777">
        <w:tc>
          <w:tcPr>
            <w:tcW w:w="1234" w:type="dxa"/>
          </w:tcPr>
          <w:p w14:paraId="094CB9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5F80D1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BE-630-а</w:t>
            </w:r>
          </w:p>
        </w:tc>
        <w:tc>
          <w:tcPr>
            <w:tcW w:w="1234" w:type="dxa"/>
          </w:tcPr>
          <w:p w14:paraId="6BEC48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630</w:t>
            </w:r>
          </w:p>
        </w:tc>
        <w:tc>
          <w:tcPr>
            <w:tcW w:w="1234" w:type="dxa"/>
          </w:tcPr>
          <w:p w14:paraId="62A288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10499B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72DBD2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7620A96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5,6</w:t>
            </w:r>
          </w:p>
        </w:tc>
      </w:tr>
      <w:tr w:rsidR="006F0136" w:rsidRPr="00D77020" w14:paraId="0F4A6A64" w14:textId="77777777">
        <w:tc>
          <w:tcPr>
            <w:tcW w:w="1234" w:type="dxa"/>
          </w:tcPr>
          <w:p w14:paraId="35DA71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185373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BE-630-б</w:t>
            </w:r>
          </w:p>
        </w:tc>
        <w:tc>
          <w:tcPr>
            <w:tcW w:w="1234" w:type="dxa"/>
          </w:tcPr>
          <w:p w14:paraId="547BA8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630</w:t>
            </w:r>
          </w:p>
        </w:tc>
        <w:tc>
          <w:tcPr>
            <w:tcW w:w="1234" w:type="dxa"/>
          </w:tcPr>
          <w:p w14:paraId="270365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486BA2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6445E6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68A14E6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10,9</w:t>
            </w:r>
          </w:p>
        </w:tc>
      </w:tr>
      <w:tr w:rsidR="006F0136" w:rsidRPr="00D77020" w14:paraId="0C07C341" w14:textId="77777777">
        <w:tc>
          <w:tcPr>
            <w:tcW w:w="1234" w:type="dxa"/>
          </w:tcPr>
          <w:p w14:paraId="34E03A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191FAF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BE-630-в</w:t>
            </w:r>
          </w:p>
        </w:tc>
        <w:tc>
          <w:tcPr>
            <w:tcW w:w="1234" w:type="dxa"/>
          </w:tcPr>
          <w:p w14:paraId="6F943D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630</w:t>
            </w:r>
          </w:p>
        </w:tc>
        <w:tc>
          <w:tcPr>
            <w:tcW w:w="1234" w:type="dxa"/>
          </w:tcPr>
          <w:p w14:paraId="250B9A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494364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3977D8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5ACAA2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10,1</w:t>
            </w:r>
          </w:p>
        </w:tc>
      </w:tr>
      <w:tr w:rsidR="006F0136" w:rsidRPr="00D77020" w14:paraId="2C1C4DF0" w14:textId="77777777">
        <w:tc>
          <w:tcPr>
            <w:tcW w:w="1234" w:type="dxa"/>
          </w:tcPr>
          <w:p w14:paraId="20DA53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72C158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BE-630-г</w:t>
            </w:r>
          </w:p>
        </w:tc>
        <w:tc>
          <w:tcPr>
            <w:tcW w:w="1234" w:type="dxa"/>
          </w:tcPr>
          <w:p w14:paraId="7E6801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630</w:t>
            </w:r>
          </w:p>
        </w:tc>
        <w:tc>
          <w:tcPr>
            <w:tcW w:w="1234" w:type="dxa"/>
          </w:tcPr>
          <w:p w14:paraId="77073A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6B6D2A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560499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991740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5,9</w:t>
            </w:r>
          </w:p>
        </w:tc>
      </w:tr>
      <w:tr w:rsidR="006F0136" w:rsidRPr="00D77020" w14:paraId="4E7D6684" w14:textId="77777777">
        <w:tc>
          <w:tcPr>
            <w:tcW w:w="1234" w:type="dxa"/>
          </w:tcPr>
          <w:p w14:paraId="54E6C8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34A7C2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BE-631-а</w:t>
            </w:r>
          </w:p>
        </w:tc>
        <w:tc>
          <w:tcPr>
            <w:tcW w:w="1234" w:type="dxa"/>
          </w:tcPr>
          <w:p w14:paraId="22E911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631</w:t>
            </w:r>
          </w:p>
        </w:tc>
        <w:tc>
          <w:tcPr>
            <w:tcW w:w="1234" w:type="dxa"/>
          </w:tcPr>
          <w:p w14:paraId="625361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33D73C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6326E7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66866FD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6C1AB443" w14:textId="77777777">
        <w:tc>
          <w:tcPr>
            <w:tcW w:w="1234" w:type="dxa"/>
          </w:tcPr>
          <w:p w14:paraId="3BD2C6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202428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BE-631-б</w:t>
            </w:r>
          </w:p>
        </w:tc>
        <w:tc>
          <w:tcPr>
            <w:tcW w:w="1234" w:type="dxa"/>
          </w:tcPr>
          <w:p w14:paraId="2635D8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631</w:t>
            </w:r>
          </w:p>
        </w:tc>
        <w:tc>
          <w:tcPr>
            <w:tcW w:w="1234" w:type="dxa"/>
          </w:tcPr>
          <w:p w14:paraId="7AC2C1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1C739E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1A8447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FAC328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5,2</w:t>
            </w:r>
          </w:p>
        </w:tc>
      </w:tr>
      <w:tr w:rsidR="006F0136" w:rsidRPr="00D77020" w14:paraId="13795A94" w14:textId="77777777">
        <w:tc>
          <w:tcPr>
            <w:tcW w:w="1234" w:type="dxa"/>
          </w:tcPr>
          <w:p w14:paraId="578265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406A8C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BE-631-в</w:t>
            </w:r>
          </w:p>
        </w:tc>
        <w:tc>
          <w:tcPr>
            <w:tcW w:w="1234" w:type="dxa"/>
          </w:tcPr>
          <w:p w14:paraId="52A06E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631</w:t>
            </w:r>
          </w:p>
        </w:tc>
        <w:tc>
          <w:tcPr>
            <w:tcW w:w="1234" w:type="dxa"/>
          </w:tcPr>
          <w:p w14:paraId="6FCB32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615FA3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2D092E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44C703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0,8</w:t>
            </w:r>
          </w:p>
        </w:tc>
      </w:tr>
      <w:tr w:rsidR="006F0136" w:rsidRPr="00D77020" w14:paraId="1327DA43" w14:textId="77777777">
        <w:tc>
          <w:tcPr>
            <w:tcW w:w="1234" w:type="dxa"/>
          </w:tcPr>
          <w:p w14:paraId="319491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2016</w:t>
            </w:r>
          </w:p>
        </w:tc>
        <w:tc>
          <w:tcPr>
            <w:tcW w:w="1234" w:type="dxa"/>
          </w:tcPr>
          <w:p w14:paraId="2B9F66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BE-631-г</w:t>
            </w:r>
          </w:p>
        </w:tc>
        <w:tc>
          <w:tcPr>
            <w:tcW w:w="1234" w:type="dxa"/>
          </w:tcPr>
          <w:p w14:paraId="1D1F6B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631</w:t>
            </w:r>
          </w:p>
        </w:tc>
        <w:tc>
          <w:tcPr>
            <w:tcW w:w="1234" w:type="dxa"/>
          </w:tcPr>
          <w:p w14:paraId="595B57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202B1C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30FDCA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35085C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6,0</w:t>
            </w:r>
          </w:p>
        </w:tc>
      </w:tr>
      <w:tr w:rsidR="006F0136" w:rsidRPr="00D77020" w14:paraId="10DD25EF" w14:textId="77777777">
        <w:tc>
          <w:tcPr>
            <w:tcW w:w="1234" w:type="dxa"/>
          </w:tcPr>
          <w:p w14:paraId="7AED09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7281AB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BE-631-д</w:t>
            </w:r>
          </w:p>
        </w:tc>
        <w:tc>
          <w:tcPr>
            <w:tcW w:w="1234" w:type="dxa"/>
          </w:tcPr>
          <w:p w14:paraId="738A8A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631</w:t>
            </w:r>
          </w:p>
        </w:tc>
        <w:tc>
          <w:tcPr>
            <w:tcW w:w="1234" w:type="dxa"/>
          </w:tcPr>
          <w:p w14:paraId="24E4A6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72E5FC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7C1522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1E9C95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6,2</w:t>
            </w:r>
          </w:p>
        </w:tc>
      </w:tr>
      <w:tr w:rsidR="006F0136" w:rsidRPr="00D77020" w14:paraId="31DEACBD" w14:textId="77777777">
        <w:tc>
          <w:tcPr>
            <w:tcW w:w="1234" w:type="dxa"/>
          </w:tcPr>
          <w:p w14:paraId="0F04FE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4DB06C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BE-632-а</w:t>
            </w:r>
          </w:p>
        </w:tc>
        <w:tc>
          <w:tcPr>
            <w:tcW w:w="1234" w:type="dxa"/>
          </w:tcPr>
          <w:p w14:paraId="043487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632</w:t>
            </w:r>
          </w:p>
        </w:tc>
        <w:tc>
          <w:tcPr>
            <w:tcW w:w="1234" w:type="dxa"/>
          </w:tcPr>
          <w:p w14:paraId="6E3CF7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33FD65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1B28CA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6EFA02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68348BCF" w14:textId="77777777">
        <w:tc>
          <w:tcPr>
            <w:tcW w:w="1234" w:type="dxa"/>
          </w:tcPr>
          <w:p w14:paraId="4695A2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758AF2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BE-632-б</w:t>
            </w:r>
          </w:p>
        </w:tc>
        <w:tc>
          <w:tcPr>
            <w:tcW w:w="1234" w:type="dxa"/>
          </w:tcPr>
          <w:p w14:paraId="6E81AC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632</w:t>
            </w:r>
          </w:p>
        </w:tc>
        <w:tc>
          <w:tcPr>
            <w:tcW w:w="1234" w:type="dxa"/>
          </w:tcPr>
          <w:p w14:paraId="7FB0C6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3BB1A8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29A801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D531AB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19,3</w:t>
            </w:r>
          </w:p>
        </w:tc>
      </w:tr>
      <w:tr w:rsidR="006F0136" w:rsidRPr="00D77020" w14:paraId="6DACAC15" w14:textId="77777777">
        <w:tc>
          <w:tcPr>
            <w:tcW w:w="1234" w:type="dxa"/>
          </w:tcPr>
          <w:p w14:paraId="42E480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531A1C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BE-632-е</w:t>
            </w:r>
          </w:p>
        </w:tc>
        <w:tc>
          <w:tcPr>
            <w:tcW w:w="1234" w:type="dxa"/>
          </w:tcPr>
          <w:p w14:paraId="2BB8CC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632</w:t>
            </w:r>
          </w:p>
        </w:tc>
        <w:tc>
          <w:tcPr>
            <w:tcW w:w="1234" w:type="dxa"/>
          </w:tcPr>
          <w:p w14:paraId="6B940E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29FB92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332FCC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BC55DC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3,6</w:t>
            </w:r>
          </w:p>
        </w:tc>
      </w:tr>
      <w:tr w:rsidR="006F0136" w:rsidRPr="00D77020" w14:paraId="5A7B5BCB" w14:textId="77777777">
        <w:tc>
          <w:tcPr>
            <w:tcW w:w="1234" w:type="dxa"/>
          </w:tcPr>
          <w:p w14:paraId="145292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3EC434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BE-633-а</w:t>
            </w:r>
          </w:p>
        </w:tc>
        <w:tc>
          <w:tcPr>
            <w:tcW w:w="1234" w:type="dxa"/>
          </w:tcPr>
          <w:p w14:paraId="082B3E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633</w:t>
            </w:r>
          </w:p>
        </w:tc>
        <w:tc>
          <w:tcPr>
            <w:tcW w:w="1234" w:type="dxa"/>
          </w:tcPr>
          <w:p w14:paraId="7E12F2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37F8FB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65CA19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543861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17,8</w:t>
            </w:r>
          </w:p>
        </w:tc>
      </w:tr>
      <w:tr w:rsidR="006F0136" w:rsidRPr="00D77020" w14:paraId="589F5BFF" w14:textId="77777777">
        <w:tc>
          <w:tcPr>
            <w:tcW w:w="1234" w:type="dxa"/>
          </w:tcPr>
          <w:p w14:paraId="497D73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6CBA7B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BE-634-б</w:t>
            </w:r>
          </w:p>
        </w:tc>
        <w:tc>
          <w:tcPr>
            <w:tcW w:w="1234" w:type="dxa"/>
          </w:tcPr>
          <w:p w14:paraId="4917E1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634</w:t>
            </w:r>
          </w:p>
        </w:tc>
        <w:tc>
          <w:tcPr>
            <w:tcW w:w="1234" w:type="dxa"/>
          </w:tcPr>
          <w:p w14:paraId="344335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116C8C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0C6324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277CA7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23,8</w:t>
            </w:r>
          </w:p>
        </w:tc>
      </w:tr>
      <w:tr w:rsidR="006F0136" w:rsidRPr="00D77020" w14:paraId="7105997A" w14:textId="77777777">
        <w:tc>
          <w:tcPr>
            <w:tcW w:w="1234" w:type="dxa"/>
          </w:tcPr>
          <w:p w14:paraId="74992F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33CEE0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BE-634-в</w:t>
            </w:r>
          </w:p>
        </w:tc>
        <w:tc>
          <w:tcPr>
            <w:tcW w:w="1234" w:type="dxa"/>
          </w:tcPr>
          <w:p w14:paraId="228DEB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634</w:t>
            </w:r>
          </w:p>
        </w:tc>
        <w:tc>
          <w:tcPr>
            <w:tcW w:w="1234" w:type="dxa"/>
          </w:tcPr>
          <w:p w14:paraId="399BA5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231FBF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13EF3D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5C1D745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14,4</w:t>
            </w:r>
          </w:p>
        </w:tc>
      </w:tr>
      <w:tr w:rsidR="006F0136" w:rsidRPr="00D77020" w14:paraId="63DB2A26" w14:textId="77777777">
        <w:tc>
          <w:tcPr>
            <w:tcW w:w="1234" w:type="dxa"/>
          </w:tcPr>
          <w:p w14:paraId="7EDDD6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1F68BC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BE-635-а</w:t>
            </w:r>
          </w:p>
        </w:tc>
        <w:tc>
          <w:tcPr>
            <w:tcW w:w="1234" w:type="dxa"/>
          </w:tcPr>
          <w:p w14:paraId="100EEB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635</w:t>
            </w:r>
          </w:p>
        </w:tc>
        <w:tc>
          <w:tcPr>
            <w:tcW w:w="1234" w:type="dxa"/>
          </w:tcPr>
          <w:p w14:paraId="277F34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5615AC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187F76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D04952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15,9</w:t>
            </w:r>
          </w:p>
        </w:tc>
      </w:tr>
      <w:tr w:rsidR="006F0136" w:rsidRPr="00D77020" w14:paraId="3A8C7967" w14:textId="77777777">
        <w:tc>
          <w:tcPr>
            <w:tcW w:w="1234" w:type="dxa"/>
          </w:tcPr>
          <w:p w14:paraId="69ECCF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3CD382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BE-639-а</w:t>
            </w:r>
          </w:p>
        </w:tc>
        <w:tc>
          <w:tcPr>
            <w:tcW w:w="1234" w:type="dxa"/>
          </w:tcPr>
          <w:p w14:paraId="19301A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639</w:t>
            </w:r>
          </w:p>
        </w:tc>
        <w:tc>
          <w:tcPr>
            <w:tcW w:w="1234" w:type="dxa"/>
          </w:tcPr>
          <w:p w14:paraId="656B6B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651668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27BEBC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B61307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5,9</w:t>
            </w:r>
          </w:p>
        </w:tc>
      </w:tr>
      <w:tr w:rsidR="006F0136" w:rsidRPr="00D77020" w14:paraId="63EFCBBE" w14:textId="77777777">
        <w:tc>
          <w:tcPr>
            <w:tcW w:w="1234" w:type="dxa"/>
          </w:tcPr>
          <w:p w14:paraId="3A1A45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1CDBAF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BE-639-в</w:t>
            </w:r>
          </w:p>
        </w:tc>
        <w:tc>
          <w:tcPr>
            <w:tcW w:w="1234" w:type="dxa"/>
          </w:tcPr>
          <w:p w14:paraId="32F236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639</w:t>
            </w:r>
          </w:p>
        </w:tc>
        <w:tc>
          <w:tcPr>
            <w:tcW w:w="1234" w:type="dxa"/>
          </w:tcPr>
          <w:p w14:paraId="1126D5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19DB16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04FC1B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6B7CAE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2,1</w:t>
            </w:r>
          </w:p>
        </w:tc>
      </w:tr>
      <w:tr w:rsidR="006F0136" w:rsidRPr="00D77020" w14:paraId="45FF8647" w14:textId="77777777">
        <w:tc>
          <w:tcPr>
            <w:tcW w:w="1234" w:type="dxa"/>
          </w:tcPr>
          <w:p w14:paraId="016831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153966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BE-639-г</w:t>
            </w:r>
          </w:p>
        </w:tc>
        <w:tc>
          <w:tcPr>
            <w:tcW w:w="1234" w:type="dxa"/>
          </w:tcPr>
          <w:p w14:paraId="562376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639</w:t>
            </w:r>
          </w:p>
        </w:tc>
        <w:tc>
          <w:tcPr>
            <w:tcW w:w="1234" w:type="dxa"/>
          </w:tcPr>
          <w:p w14:paraId="2984DD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693562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40059D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27B79E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13,0</w:t>
            </w:r>
          </w:p>
        </w:tc>
      </w:tr>
      <w:tr w:rsidR="006F0136" w:rsidRPr="00D77020" w14:paraId="17F85D1C" w14:textId="77777777">
        <w:tc>
          <w:tcPr>
            <w:tcW w:w="1234" w:type="dxa"/>
          </w:tcPr>
          <w:p w14:paraId="76CF2D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0522D3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BE-639-е</w:t>
            </w:r>
          </w:p>
        </w:tc>
        <w:tc>
          <w:tcPr>
            <w:tcW w:w="1234" w:type="dxa"/>
          </w:tcPr>
          <w:p w14:paraId="24193B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639</w:t>
            </w:r>
          </w:p>
        </w:tc>
        <w:tc>
          <w:tcPr>
            <w:tcW w:w="1234" w:type="dxa"/>
          </w:tcPr>
          <w:p w14:paraId="77163B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2B059A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10FCBC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AD2E71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3,7</w:t>
            </w:r>
          </w:p>
        </w:tc>
      </w:tr>
      <w:tr w:rsidR="006F0136" w:rsidRPr="00D77020" w14:paraId="55B7E0B8" w14:textId="77777777">
        <w:tc>
          <w:tcPr>
            <w:tcW w:w="1234" w:type="dxa"/>
          </w:tcPr>
          <w:p w14:paraId="2E18C9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07F319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BE-640-б</w:t>
            </w:r>
          </w:p>
        </w:tc>
        <w:tc>
          <w:tcPr>
            <w:tcW w:w="1234" w:type="dxa"/>
          </w:tcPr>
          <w:p w14:paraId="1431E6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640</w:t>
            </w:r>
          </w:p>
        </w:tc>
        <w:tc>
          <w:tcPr>
            <w:tcW w:w="1234" w:type="dxa"/>
          </w:tcPr>
          <w:p w14:paraId="59582D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26CC04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7BE6DA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6250ED9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19,1</w:t>
            </w:r>
          </w:p>
        </w:tc>
      </w:tr>
      <w:tr w:rsidR="006F0136" w:rsidRPr="00D77020" w14:paraId="77099F89" w14:textId="77777777">
        <w:tc>
          <w:tcPr>
            <w:tcW w:w="1234" w:type="dxa"/>
          </w:tcPr>
          <w:p w14:paraId="0A34E0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299125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BE-641-а</w:t>
            </w:r>
          </w:p>
        </w:tc>
        <w:tc>
          <w:tcPr>
            <w:tcW w:w="1234" w:type="dxa"/>
          </w:tcPr>
          <w:p w14:paraId="404E3E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641</w:t>
            </w:r>
          </w:p>
        </w:tc>
        <w:tc>
          <w:tcPr>
            <w:tcW w:w="1234" w:type="dxa"/>
          </w:tcPr>
          <w:p w14:paraId="14C158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586714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058EB3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5210</w:t>
            </w:r>
          </w:p>
        </w:tc>
        <w:tc>
          <w:tcPr>
            <w:tcW w:w="1234" w:type="dxa"/>
          </w:tcPr>
          <w:p w14:paraId="4E859DF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7,6</w:t>
            </w:r>
          </w:p>
        </w:tc>
      </w:tr>
      <w:tr w:rsidR="006F0136" w:rsidRPr="00D77020" w14:paraId="3AB87E36" w14:textId="77777777">
        <w:tc>
          <w:tcPr>
            <w:tcW w:w="1234" w:type="dxa"/>
          </w:tcPr>
          <w:p w14:paraId="473A3B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20023F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BE-641-б</w:t>
            </w:r>
          </w:p>
        </w:tc>
        <w:tc>
          <w:tcPr>
            <w:tcW w:w="1234" w:type="dxa"/>
          </w:tcPr>
          <w:p w14:paraId="11438B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641</w:t>
            </w:r>
          </w:p>
        </w:tc>
        <w:tc>
          <w:tcPr>
            <w:tcW w:w="1234" w:type="dxa"/>
          </w:tcPr>
          <w:p w14:paraId="675D93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0BFE7F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3D6548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71A7501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18,0</w:t>
            </w:r>
          </w:p>
        </w:tc>
      </w:tr>
      <w:tr w:rsidR="006F0136" w:rsidRPr="00D77020" w14:paraId="04F82516" w14:textId="77777777">
        <w:tc>
          <w:tcPr>
            <w:tcW w:w="1234" w:type="dxa"/>
          </w:tcPr>
          <w:p w14:paraId="52CEC1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60D684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BE-641-в</w:t>
            </w:r>
          </w:p>
        </w:tc>
        <w:tc>
          <w:tcPr>
            <w:tcW w:w="1234" w:type="dxa"/>
          </w:tcPr>
          <w:p w14:paraId="20A0BE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641</w:t>
            </w:r>
          </w:p>
        </w:tc>
        <w:tc>
          <w:tcPr>
            <w:tcW w:w="1234" w:type="dxa"/>
          </w:tcPr>
          <w:p w14:paraId="51B9F3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65B586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7FE9B2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436496C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9,6</w:t>
            </w:r>
          </w:p>
        </w:tc>
      </w:tr>
      <w:tr w:rsidR="006F0136" w:rsidRPr="00D77020" w14:paraId="7DD58C2B" w14:textId="77777777">
        <w:tc>
          <w:tcPr>
            <w:tcW w:w="1234" w:type="dxa"/>
          </w:tcPr>
          <w:p w14:paraId="3EB36E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04A6A0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BE-641-г</w:t>
            </w:r>
          </w:p>
        </w:tc>
        <w:tc>
          <w:tcPr>
            <w:tcW w:w="1234" w:type="dxa"/>
          </w:tcPr>
          <w:p w14:paraId="07681B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641</w:t>
            </w:r>
          </w:p>
        </w:tc>
        <w:tc>
          <w:tcPr>
            <w:tcW w:w="1234" w:type="dxa"/>
          </w:tcPr>
          <w:p w14:paraId="400058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685E60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07A6AB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00BC01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13,3</w:t>
            </w:r>
          </w:p>
        </w:tc>
      </w:tr>
      <w:tr w:rsidR="006F0136" w:rsidRPr="00D77020" w14:paraId="20AA4F06" w14:textId="77777777">
        <w:tc>
          <w:tcPr>
            <w:tcW w:w="1234" w:type="dxa"/>
          </w:tcPr>
          <w:p w14:paraId="046F4E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3D3487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BE-648-д</w:t>
            </w:r>
          </w:p>
        </w:tc>
        <w:tc>
          <w:tcPr>
            <w:tcW w:w="1234" w:type="dxa"/>
          </w:tcPr>
          <w:p w14:paraId="234062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648</w:t>
            </w:r>
          </w:p>
        </w:tc>
        <w:tc>
          <w:tcPr>
            <w:tcW w:w="1234" w:type="dxa"/>
          </w:tcPr>
          <w:p w14:paraId="78151F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5D67FB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79378F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638FD9F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23,5</w:t>
            </w:r>
          </w:p>
        </w:tc>
      </w:tr>
      <w:tr w:rsidR="006F0136" w:rsidRPr="00D77020" w14:paraId="11764635" w14:textId="77777777">
        <w:tc>
          <w:tcPr>
            <w:tcW w:w="1234" w:type="dxa"/>
          </w:tcPr>
          <w:p w14:paraId="40A64E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472537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BE-649-в</w:t>
            </w:r>
          </w:p>
        </w:tc>
        <w:tc>
          <w:tcPr>
            <w:tcW w:w="1234" w:type="dxa"/>
          </w:tcPr>
          <w:p w14:paraId="79C3EF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649</w:t>
            </w:r>
          </w:p>
        </w:tc>
        <w:tc>
          <w:tcPr>
            <w:tcW w:w="1234" w:type="dxa"/>
          </w:tcPr>
          <w:p w14:paraId="6CD470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2CE732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3C983A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71A929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24,5</w:t>
            </w:r>
          </w:p>
        </w:tc>
      </w:tr>
      <w:tr w:rsidR="006F0136" w:rsidRPr="00D77020" w14:paraId="30E87C70" w14:textId="77777777">
        <w:tc>
          <w:tcPr>
            <w:tcW w:w="1234" w:type="dxa"/>
          </w:tcPr>
          <w:p w14:paraId="01701E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45432D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BE-68-г</w:t>
            </w:r>
          </w:p>
        </w:tc>
        <w:tc>
          <w:tcPr>
            <w:tcW w:w="1234" w:type="dxa"/>
          </w:tcPr>
          <w:p w14:paraId="3D4199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68</w:t>
            </w:r>
          </w:p>
        </w:tc>
        <w:tc>
          <w:tcPr>
            <w:tcW w:w="1234" w:type="dxa"/>
          </w:tcPr>
          <w:p w14:paraId="18BCAB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19155A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632BE6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626932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1,9</w:t>
            </w:r>
          </w:p>
        </w:tc>
      </w:tr>
      <w:tr w:rsidR="006F0136" w:rsidRPr="00D77020" w14:paraId="44F1FCCE" w14:textId="77777777">
        <w:tc>
          <w:tcPr>
            <w:tcW w:w="1234" w:type="dxa"/>
          </w:tcPr>
          <w:p w14:paraId="61FAA7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68038E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BE-70-б</w:t>
            </w:r>
          </w:p>
        </w:tc>
        <w:tc>
          <w:tcPr>
            <w:tcW w:w="1234" w:type="dxa"/>
          </w:tcPr>
          <w:p w14:paraId="6B7905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1CDCE9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620964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1D6EE6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4280094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13,5</w:t>
            </w:r>
          </w:p>
        </w:tc>
      </w:tr>
      <w:tr w:rsidR="006F0136" w:rsidRPr="00D77020" w14:paraId="3F8FB29A" w14:textId="77777777">
        <w:tc>
          <w:tcPr>
            <w:tcW w:w="1234" w:type="dxa"/>
          </w:tcPr>
          <w:p w14:paraId="127C54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46B957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BE-71-а</w:t>
            </w:r>
          </w:p>
        </w:tc>
        <w:tc>
          <w:tcPr>
            <w:tcW w:w="1234" w:type="dxa"/>
          </w:tcPr>
          <w:p w14:paraId="4F633A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71</w:t>
            </w:r>
          </w:p>
        </w:tc>
        <w:tc>
          <w:tcPr>
            <w:tcW w:w="1234" w:type="dxa"/>
          </w:tcPr>
          <w:p w14:paraId="2CD9E5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3E38F7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2A82F1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7C7F6D4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19,6</w:t>
            </w:r>
          </w:p>
        </w:tc>
      </w:tr>
      <w:tr w:rsidR="006F0136" w:rsidRPr="00D77020" w14:paraId="6AA71405" w14:textId="77777777">
        <w:tc>
          <w:tcPr>
            <w:tcW w:w="1234" w:type="dxa"/>
          </w:tcPr>
          <w:p w14:paraId="06C3A3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1A57B8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BE-73-г</w:t>
            </w:r>
          </w:p>
        </w:tc>
        <w:tc>
          <w:tcPr>
            <w:tcW w:w="1234" w:type="dxa"/>
          </w:tcPr>
          <w:p w14:paraId="323BFE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73</w:t>
            </w:r>
          </w:p>
        </w:tc>
        <w:tc>
          <w:tcPr>
            <w:tcW w:w="1234" w:type="dxa"/>
          </w:tcPr>
          <w:p w14:paraId="428ED9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7D34F8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743CCF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BFF428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9,8</w:t>
            </w:r>
          </w:p>
        </w:tc>
      </w:tr>
      <w:tr w:rsidR="006F0136" w:rsidRPr="00D77020" w14:paraId="3D3BCDA1" w14:textId="77777777">
        <w:tc>
          <w:tcPr>
            <w:tcW w:w="1234" w:type="dxa"/>
          </w:tcPr>
          <w:p w14:paraId="26B7F6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7A823C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BE-75-а</w:t>
            </w:r>
          </w:p>
        </w:tc>
        <w:tc>
          <w:tcPr>
            <w:tcW w:w="1234" w:type="dxa"/>
          </w:tcPr>
          <w:p w14:paraId="71532F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1F44C3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2C18B1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</w:t>
            </w:r>
          </w:p>
        </w:tc>
        <w:tc>
          <w:tcPr>
            <w:tcW w:w="1234" w:type="dxa"/>
          </w:tcPr>
          <w:p w14:paraId="4A5FF7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E960B4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1,3</w:t>
            </w:r>
          </w:p>
        </w:tc>
      </w:tr>
      <w:tr w:rsidR="006F0136" w:rsidRPr="00D77020" w14:paraId="743531C2" w14:textId="77777777">
        <w:tc>
          <w:tcPr>
            <w:tcW w:w="1234" w:type="dxa"/>
          </w:tcPr>
          <w:p w14:paraId="3A4C78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22C025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BE-78-г</w:t>
            </w:r>
          </w:p>
        </w:tc>
        <w:tc>
          <w:tcPr>
            <w:tcW w:w="1234" w:type="dxa"/>
          </w:tcPr>
          <w:p w14:paraId="4079E5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78</w:t>
            </w:r>
          </w:p>
        </w:tc>
        <w:tc>
          <w:tcPr>
            <w:tcW w:w="1234" w:type="dxa"/>
          </w:tcPr>
          <w:p w14:paraId="1F77AA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4CE1D4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</w:t>
            </w:r>
          </w:p>
        </w:tc>
        <w:tc>
          <w:tcPr>
            <w:tcW w:w="1234" w:type="dxa"/>
          </w:tcPr>
          <w:p w14:paraId="0EAF3B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378969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1,6</w:t>
            </w:r>
          </w:p>
        </w:tc>
      </w:tr>
      <w:tr w:rsidR="006F0136" w:rsidRPr="00D77020" w14:paraId="6158BB3C" w14:textId="77777777">
        <w:tc>
          <w:tcPr>
            <w:tcW w:w="1234" w:type="dxa"/>
          </w:tcPr>
          <w:p w14:paraId="37C2CD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475A06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BE-85-а</w:t>
            </w:r>
          </w:p>
        </w:tc>
        <w:tc>
          <w:tcPr>
            <w:tcW w:w="1234" w:type="dxa"/>
          </w:tcPr>
          <w:p w14:paraId="63CB3C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85</w:t>
            </w:r>
          </w:p>
        </w:tc>
        <w:tc>
          <w:tcPr>
            <w:tcW w:w="1234" w:type="dxa"/>
          </w:tcPr>
          <w:p w14:paraId="06E0C3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77AE55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760EEE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5F05E2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24,6</w:t>
            </w:r>
          </w:p>
        </w:tc>
      </w:tr>
      <w:tr w:rsidR="006F0136" w:rsidRPr="00D77020" w14:paraId="68887B2F" w14:textId="77777777">
        <w:tc>
          <w:tcPr>
            <w:tcW w:w="1234" w:type="dxa"/>
          </w:tcPr>
          <w:p w14:paraId="2413C8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25EECA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BE-85-в</w:t>
            </w:r>
          </w:p>
        </w:tc>
        <w:tc>
          <w:tcPr>
            <w:tcW w:w="1234" w:type="dxa"/>
          </w:tcPr>
          <w:p w14:paraId="54D8B5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85</w:t>
            </w:r>
          </w:p>
        </w:tc>
        <w:tc>
          <w:tcPr>
            <w:tcW w:w="1234" w:type="dxa"/>
          </w:tcPr>
          <w:p w14:paraId="18C268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75350A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0EEB85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7C5F212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3,8</w:t>
            </w:r>
          </w:p>
        </w:tc>
      </w:tr>
      <w:tr w:rsidR="006F0136" w:rsidRPr="00D77020" w14:paraId="11959BC5" w14:textId="77777777">
        <w:tc>
          <w:tcPr>
            <w:tcW w:w="1234" w:type="dxa"/>
          </w:tcPr>
          <w:p w14:paraId="56EAB0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049497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BE-89-в</w:t>
            </w:r>
          </w:p>
        </w:tc>
        <w:tc>
          <w:tcPr>
            <w:tcW w:w="1234" w:type="dxa"/>
          </w:tcPr>
          <w:p w14:paraId="5384EF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89</w:t>
            </w:r>
          </w:p>
        </w:tc>
        <w:tc>
          <w:tcPr>
            <w:tcW w:w="1234" w:type="dxa"/>
          </w:tcPr>
          <w:p w14:paraId="2DD87D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6560A1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473024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CEED60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8,8</w:t>
            </w:r>
          </w:p>
        </w:tc>
      </w:tr>
      <w:tr w:rsidR="006F0136" w:rsidRPr="00D77020" w14:paraId="52309B4E" w14:textId="77777777">
        <w:tc>
          <w:tcPr>
            <w:tcW w:w="1234" w:type="dxa"/>
          </w:tcPr>
          <w:p w14:paraId="338584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242B66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BE-91-в</w:t>
            </w:r>
          </w:p>
        </w:tc>
        <w:tc>
          <w:tcPr>
            <w:tcW w:w="1234" w:type="dxa"/>
          </w:tcPr>
          <w:p w14:paraId="3003FA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</w:t>
            </w:r>
          </w:p>
        </w:tc>
        <w:tc>
          <w:tcPr>
            <w:tcW w:w="1234" w:type="dxa"/>
          </w:tcPr>
          <w:p w14:paraId="23A231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20490D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2D9764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23E6394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6,6</w:t>
            </w:r>
          </w:p>
        </w:tc>
      </w:tr>
      <w:tr w:rsidR="006F0136" w:rsidRPr="00D77020" w14:paraId="6BA47407" w14:textId="77777777">
        <w:tc>
          <w:tcPr>
            <w:tcW w:w="7404" w:type="dxa"/>
            <w:gridSpan w:val="6"/>
          </w:tcPr>
          <w:p w14:paraId="2DC2ED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2A2BC15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755,9</w:t>
            </w:r>
          </w:p>
        </w:tc>
      </w:tr>
    </w:tbl>
    <w:p w14:paraId="1F041972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 xml:space="preserve">Зона Натура 2000: BG0001028 - Среден Пирин - </w:t>
      </w:r>
      <w:proofErr w:type="spellStart"/>
      <w:r w:rsidRPr="00D77020">
        <w:rPr>
          <w:lang w:val="bg-BG"/>
        </w:rPr>
        <w:t>Алиботуш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726D591F" w14:textId="77777777">
        <w:tc>
          <w:tcPr>
            <w:tcW w:w="1587" w:type="dxa"/>
          </w:tcPr>
          <w:p w14:paraId="7B50E9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6A1231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570EF8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745D0F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312CE5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22752B58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040C99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268DE56C" w14:textId="77777777">
        <w:tc>
          <w:tcPr>
            <w:tcW w:w="1234" w:type="dxa"/>
          </w:tcPr>
          <w:p w14:paraId="6800F2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0767A6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BE-171-з</w:t>
            </w:r>
          </w:p>
        </w:tc>
        <w:tc>
          <w:tcPr>
            <w:tcW w:w="1234" w:type="dxa"/>
          </w:tcPr>
          <w:p w14:paraId="2E7060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171</w:t>
            </w:r>
          </w:p>
        </w:tc>
        <w:tc>
          <w:tcPr>
            <w:tcW w:w="1234" w:type="dxa"/>
          </w:tcPr>
          <w:p w14:paraId="283406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6EE6F5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2D6576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888E38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14,8</w:t>
            </w:r>
          </w:p>
        </w:tc>
      </w:tr>
      <w:tr w:rsidR="006F0136" w:rsidRPr="00D77020" w14:paraId="5AEB7E1C" w14:textId="77777777">
        <w:tc>
          <w:tcPr>
            <w:tcW w:w="1234" w:type="dxa"/>
          </w:tcPr>
          <w:p w14:paraId="2CA734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258B86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BE-171-и</w:t>
            </w:r>
          </w:p>
        </w:tc>
        <w:tc>
          <w:tcPr>
            <w:tcW w:w="1234" w:type="dxa"/>
          </w:tcPr>
          <w:p w14:paraId="74B9E9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171</w:t>
            </w:r>
          </w:p>
        </w:tc>
        <w:tc>
          <w:tcPr>
            <w:tcW w:w="1234" w:type="dxa"/>
          </w:tcPr>
          <w:p w14:paraId="1B38C6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6C16BE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3F9A09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3706BF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10,5</w:t>
            </w:r>
          </w:p>
        </w:tc>
      </w:tr>
      <w:tr w:rsidR="006F0136" w:rsidRPr="00D77020" w14:paraId="38DB2C1D" w14:textId="77777777">
        <w:tc>
          <w:tcPr>
            <w:tcW w:w="1234" w:type="dxa"/>
          </w:tcPr>
          <w:p w14:paraId="1751D0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38BED1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BE-171-к</w:t>
            </w:r>
          </w:p>
        </w:tc>
        <w:tc>
          <w:tcPr>
            <w:tcW w:w="1234" w:type="dxa"/>
          </w:tcPr>
          <w:p w14:paraId="0B6836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171</w:t>
            </w:r>
          </w:p>
        </w:tc>
        <w:tc>
          <w:tcPr>
            <w:tcW w:w="1234" w:type="dxa"/>
          </w:tcPr>
          <w:p w14:paraId="37F40A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2830D3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742EE1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58C77C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1,4</w:t>
            </w:r>
          </w:p>
        </w:tc>
      </w:tr>
      <w:tr w:rsidR="006F0136" w:rsidRPr="00D77020" w14:paraId="2A6D496E" w14:textId="77777777">
        <w:tc>
          <w:tcPr>
            <w:tcW w:w="1234" w:type="dxa"/>
          </w:tcPr>
          <w:p w14:paraId="4B3817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41F6B1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BE-177-а</w:t>
            </w:r>
          </w:p>
        </w:tc>
        <w:tc>
          <w:tcPr>
            <w:tcW w:w="1234" w:type="dxa"/>
          </w:tcPr>
          <w:p w14:paraId="300355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177</w:t>
            </w:r>
          </w:p>
        </w:tc>
        <w:tc>
          <w:tcPr>
            <w:tcW w:w="1234" w:type="dxa"/>
          </w:tcPr>
          <w:p w14:paraId="0AE6D6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54BD91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0770B9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A77A12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4,7</w:t>
            </w:r>
          </w:p>
        </w:tc>
      </w:tr>
      <w:tr w:rsidR="006F0136" w:rsidRPr="00D77020" w14:paraId="12D68002" w14:textId="77777777">
        <w:tc>
          <w:tcPr>
            <w:tcW w:w="1234" w:type="dxa"/>
          </w:tcPr>
          <w:p w14:paraId="3DA6BD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40C68E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BE-177-к</w:t>
            </w:r>
          </w:p>
        </w:tc>
        <w:tc>
          <w:tcPr>
            <w:tcW w:w="1234" w:type="dxa"/>
          </w:tcPr>
          <w:p w14:paraId="1C53C9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177</w:t>
            </w:r>
          </w:p>
        </w:tc>
        <w:tc>
          <w:tcPr>
            <w:tcW w:w="1234" w:type="dxa"/>
          </w:tcPr>
          <w:p w14:paraId="5560CA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7D4E28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</w:t>
            </w:r>
          </w:p>
        </w:tc>
        <w:tc>
          <w:tcPr>
            <w:tcW w:w="1234" w:type="dxa"/>
          </w:tcPr>
          <w:p w14:paraId="3A7566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4DDFA4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8,0</w:t>
            </w:r>
          </w:p>
        </w:tc>
      </w:tr>
      <w:tr w:rsidR="006F0136" w:rsidRPr="00D77020" w14:paraId="0A6B2787" w14:textId="77777777">
        <w:tc>
          <w:tcPr>
            <w:tcW w:w="1234" w:type="dxa"/>
          </w:tcPr>
          <w:p w14:paraId="49F991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065E7E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BE-178-б</w:t>
            </w:r>
          </w:p>
        </w:tc>
        <w:tc>
          <w:tcPr>
            <w:tcW w:w="1234" w:type="dxa"/>
          </w:tcPr>
          <w:p w14:paraId="721637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178</w:t>
            </w:r>
          </w:p>
        </w:tc>
        <w:tc>
          <w:tcPr>
            <w:tcW w:w="1234" w:type="dxa"/>
          </w:tcPr>
          <w:p w14:paraId="596B4C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046170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</w:t>
            </w:r>
          </w:p>
        </w:tc>
        <w:tc>
          <w:tcPr>
            <w:tcW w:w="1234" w:type="dxa"/>
          </w:tcPr>
          <w:p w14:paraId="291B83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F7FF1C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2,0</w:t>
            </w:r>
          </w:p>
        </w:tc>
      </w:tr>
      <w:tr w:rsidR="006F0136" w:rsidRPr="00D77020" w14:paraId="11397052" w14:textId="77777777">
        <w:tc>
          <w:tcPr>
            <w:tcW w:w="1234" w:type="dxa"/>
          </w:tcPr>
          <w:p w14:paraId="4BD81D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3CED4E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BE-181-д</w:t>
            </w:r>
          </w:p>
        </w:tc>
        <w:tc>
          <w:tcPr>
            <w:tcW w:w="1234" w:type="dxa"/>
          </w:tcPr>
          <w:p w14:paraId="76E049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181</w:t>
            </w:r>
          </w:p>
        </w:tc>
        <w:tc>
          <w:tcPr>
            <w:tcW w:w="1234" w:type="dxa"/>
          </w:tcPr>
          <w:p w14:paraId="1574ED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41D166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</w:t>
            </w:r>
          </w:p>
        </w:tc>
        <w:tc>
          <w:tcPr>
            <w:tcW w:w="1234" w:type="dxa"/>
          </w:tcPr>
          <w:p w14:paraId="1954D8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6F99E4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13,3</w:t>
            </w:r>
          </w:p>
        </w:tc>
      </w:tr>
      <w:tr w:rsidR="006F0136" w:rsidRPr="00D77020" w14:paraId="6661E230" w14:textId="77777777">
        <w:tc>
          <w:tcPr>
            <w:tcW w:w="1234" w:type="dxa"/>
          </w:tcPr>
          <w:p w14:paraId="6396B6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27E64B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BE-182-в</w:t>
            </w:r>
          </w:p>
        </w:tc>
        <w:tc>
          <w:tcPr>
            <w:tcW w:w="1234" w:type="dxa"/>
          </w:tcPr>
          <w:p w14:paraId="48E515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182</w:t>
            </w:r>
          </w:p>
        </w:tc>
        <w:tc>
          <w:tcPr>
            <w:tcW w:w="1234" w:type="dxa"/>
          </w:tcPr>
          <w:p w14:paraId="177E97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6E7670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50D8B5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24B2473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4,3</w:t>
            </w:r>
          </w:p>
        </w:tc>
      </w:tr>
      <w:tr w:rsidR="006F0136" w:rsidRPr="00D77020" w14:paraId="17C028F0" w14:textId="77777777">
        <w:tc>
          <w:tcPr>
            <w:tcW w:w="1234" w:type="dxa"/>
          </w:tcPr>
          <w:p w14:paraId="542F3E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338CFA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BE-183-к</w:t>
            </w:r>
          </w:p>
        </w:tc>
        <w:tc>
          <w:tcPr>
            <w:tcW w:w="1234" w:type="dxa"/>
          </w:tcPr>
          <w:p w14:paraId="4268B3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183</w:t>
            </w:r>
          </w:p>
        </w:tc>
        <w:tc>
          <w:tcPr>
            <w:tcW w:w="1234" w:type="dxa"/>
          </w:tcPr>
          <w:p w14:paraId="45B093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221106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0240FD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253110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0,6</w:t>
            </w:r>
          </w:p>
        </w:tc>
      </w:tr>
      <w:tr w:rsidR="006F0136" w:rsidRPr="00D77020" w14:paraId="1E3C4732" w14:textId="77777777">
        <w:tc>
          <w:tcPr>
            <w:tcW w:w="1234" w:type="dxa"/>
          </w:tcPr>
          <w:p w14:paraId="41EF33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10A853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BE-186-д</w:t>
            </w:r>
          </w:p>
        </w:tc>
        <w:tc>
          <w:tcPr>
            <w:tcW w:w="1234" w:type="dxa"/>
          </w:tcPr>
          <w:p w14:paraId="248DDE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186</w:t>
            </w:r>
          </w:p>
        </w:tc>
        <w:tc>
          <w:tcPr>
            <w:tcW w:w="1234" w:type="dxa"/>
          </w:tcPr>
          <w:p w14:paraId="719D5C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3CED5E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</w:t>
            </w:r>
          </w:p>
        </w:tc>
        <w:tc>
          <w:tcPr>
            <w:tcW w:w="1234" w:type="dxa"/>
          </w:tcPr>
          <w:p w14:paraId="795925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C0BDD7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41968F2D" w14:textId="77777777">
        <w:tc>
          <w:tcPr>
            <w:tcW w:w="1234" w:type="dxa"/>
          </w:tcPr>
          <w:p w14:paraId="098413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2AF549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BE-187-а</w:t>
            </w:r>
          </w:p>
        </w:tc>
        <w:tc>
          <w:tcPr>
            <w:tcW w:w="1234" w:type="dxa"/>
          </w:tcPr>
          <w:p w14:paraId="1F0E63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187</w:t>
            </w:r>
          </w:p>
        </w:tc>
        <w:tc>
          <w:tcPr>
            <w:tcW w:w="1234" w:type="dxa"/>
          </w:tcPr>
          <w:p w14:paraId="061DC9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3FBEAA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</w:t>
            </w:r>
          </w:p>
        </w:tc>
        <w:tc>
          <w:tcPr>
            <w:tcW w:w="1234" w:type="dxa"/>
          </w:tcPr>
          <w:p w14:paraId="1095C8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D2723D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31C53E7F" w14:textId="77777777">
        <w:tc>
          <w:tcPr>
            <w:tcW w:w="1234" w:type="dxa"/>
          </w:tcPr>
          <w:p w14:paraId="47FF81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301013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BE-187-в</w:t>
            </w:r>
          </w:p>
        </w:tc>
        <w:tc>
          <w:tcPr>
            <w:tcW w:w="1234" w:type="dxa"/>
          </w:tcPr>
          <w:p w14:paraId="73BCAB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187</w:t>
            </w:r>
          </w:p>
        </w:tc>
        <w:tc>
          <w:tcPr>
            <w:tcW w:w="1234" w:type="dxa"/>
          </w:tcPr>
          <w:p w14:paraId="281F18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4C0634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</w:t>
            </w:r>
          </w:p>
        </w:tc>
        <w:tc>
          <w:tcPr>
            <w:tcW w:w="1234" w:type="dxa"/>
          </w:tcPr>
          <w:p w14:paraId="250C90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E1B8B8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2,1</w:t>
            </w:r>
          </w:p>
        </w:tc>
      </w:tr>
      <w:tr w:rsidR="006F0136" w:rsidRPr="00D77020" w14:paraId="105F56EB" w14:textId="77777777">
        <w:tc>
          <w:tcPr>
            <w:tcW w:w="1234" w:type="dxa"/>
          </w:tcPr>
          <w:p w14:paraId="76FB50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22445C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BE-188-ж</w:t>
            </w:r>
          </w:p>
        </w:tc>
        <w:tc>
          <w:tcPr>
            <w:tcW w:w="1234" w:type="dxa"/>
          </w:tcPr>
          <w:p w14:paraId="33980C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188</w:t>
            </w:r>
          </w:p>
        </w:tc>
        <w:tc>
          <w:tcPr>
            <w:tcW w:w="1234" w:type="dxa"/>
          </w:tcPr>
          <w:p w14:paraId="6B3253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04ACC2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72C0D9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6B64AD7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1,7</w:t>
            </w:r>
          </w:p>
        </w:tc>
      </w:tr>
      <w:tr w:rsidR="006F0136" w:rsidRPr="00D77020" w14:paraId="22B7878B" w14:textId="77777777">
        <w:tc>
          <w:tcPr>
            <w:tcW w:w="1234" w:type="dxa"/>
          </w:tcPr>
          <w:p w14:paraId="349641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034D34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BE-188-и</w:t>
            </w:r>
          </w:p>
        </w:tc>
        <w:tc>
          <w:tcPr>
            <w:tcW w:w="1234" w:type="dxa"/>
          </w:tcPr>
          <w:p w14:paraId="43E7D8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188</w:t>
            </w:r>
          </w:p>
        </w:tc>
        <w:tc>
          <w:tcPr>
            <w:tcW w:w="1234" w:type="dxa"/>
          </w:tcPr>
          <w:p w14:paraId="307611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3C8BA1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53BC47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791E83E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1,8</w:t>
            </w:r>
          </w:p>
        </w:tc>
      </w:tr>
      <w:tr w:rsidR="006F0136" w:rsidRPr="00D77020" w14:paraId="25D1244E" w14:textId="77777777">
        <w:tc>
          <w:tcPr>
            <w:tcW w:w="1234" w:type="dxa"/>
          </w:tcPr>
          <w:p w14:paraId="75D7A9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6D9804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BE-189-г</w:t>
            </w:r>
          </w:p>
        </w:tc>
        <w:tc>
          <w:tcPr>
            <w:tcW w:w="1234" w:type="dxa"/>
          </w:tcPr>
          <w:p w14:paraId="7BFD86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189</w:t>
            </w:r>
          </w:p>
        </w:tc>
        <w:tc>
          <w:tcPr>
            <w:tcW w:w="1234" w:type="dxa"/>
          </w:tcPr>
          <w:p w14:paraId="48159F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00A4EE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180</w:t>
            </w:r>
          </w:p>
        </w:tc>
        <w:tc>
          <w:tcPr>
            <w:tcW w:w="1234" w:type="dxa"/>
          </w:tcPr>
          <w:p w14:paraId="526D3F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4204A5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12,3</w:t>
            </w:r>
          </w:p>
        </w:tc>
      </w:tr>
      <w:tr w:rsidR="006F0136" w:rsidRPr="00D77020" w14:paraId="4AF98D2C" w14:textId="77777777">
        <w:tc>
          <w:tcPr>
            <w:tcW w:w="1234" w:type="dxa"/>
          </w:tcPr>
          <w:p w14:paraId="636A94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2016</w:t>
            </w:r>
          </w:p>
        </w:tc>
        <w:tc>
          <w:tcPr>
            <w:tcW w:w="1234" w:type="dxa"/>
          </w:tcPr>
          <w:p w14:paraId="0ACA66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BE-189-д</w:t>
            </w:r>
          </w:p>
        </w:tc>
        <w:tc>
          <w:tcPr>
            <w:tcW w:w="1234" w:type="dxa"/>
          </w:tcPr>
          <w:p w14:paraId="11DCC7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189</w:t>
            </w:r>
          </w:p>
        </w:tc>
        <w:tc>
          <w:tcPr>
            <w:tcW w:w="1234" w:type="dxa"/>
          </w:tcPr>
          <w:p w14:paraId="5DDF6F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5FD557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167B33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0F83B66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3,6</w:t>
            </w:r>
          </w:p>
        </w:tc>
      </w:tr>
      <w:tr w:rsidR="006F0136" w:rsidRPr="00D77020" w14:paraId="11522697" w14:textId="77777777">
        <w:tc>
          <w:tcPr>
            <w:tcW w:w="1234" w:type="dxa"/>
          </w:tcPr>
          <w:p w14:paraId="62A99F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204DA6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BE-190-е</w:t>
            </w:r>
          </w:p>
        </w:tc>
        <w:tc>
          <w:tcPr>
            <w:tcW w:w="1234" w:type="dxa"/>
          </w:tcPr>
          <w:p w14:paraId="5DF456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190</w:t>
            </w:r>
          </w:p>
        </w:tc>
        <w:tc>
          <w:tcPr>
            <w:tcW w:w="1234" w:type="dxa"/>
          </w:tcPr>
          <w:p w14:paraId="01A6DA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791143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26618B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073EDA8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9,2</w:t>
            </w:r>
          </w:p>
        </w:tc>
      </w:tr>
      <w:tr w:rsidR="006F0136" w:rsidRPr="00D77020" w14:paraId="3CC8E56F" w14:textId="77777777">
        <w:tc>
          <w:tcPr>
            <w:tcW w:w="1234" w:type="dxa"/>
          </w:tcPr>
          <w:p w14:paraId="179F35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51D4C7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BE-191-а</w:t>
            </w:r>
          </w:p>
        </w:tc>
        <w:tc>
          <w:tcPr>
            <w:tcW w:w="1234" w:type="dxa"/>
          </w:tcPr>
          <w:p w14:paraId="6AF426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191</w:t>
            </w:r>
          </w:p>
        </w:tc>
        <w:tc>
          <w:tcPr>
            <w:tcW w:w="1234" w:type="dxa"/>
          </w:tcPr>
          <w:p w14:paraId="337A83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7E06E7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69EE11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D2B9A3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8,1</w:t>
            </w:r>
          </w:p>
        </w:tc>
      </w:tr>
      <w:tr w:rsidR="006F0136" w:rsidRPr="00D77020" w14:paraId="1D4D96D8" w14:textId="77777777">
        <w:tc>
          <w:tcPr>
            <w:tcW w:w="1234" w:type="dxa"/>
          </w:tcPr>
          <w:p w14:paraId="0216B4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3C066A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BE-191-б</w:t>
            </w:r>
          </w:p>
        </w:tc>
        <w:tc>
          <w:tcPr>
            <w:tcW w:w="1234" w:type="dxa"/>
          </w:tcPr>
          <w:p w14:paraId="5D1E92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191</w:t>
            </w:r>
          </w:p>
        </w:tc>
        <w:tc>
          <w:tcPr>
            <w:tcW w:w="1234" w:type="dxa"/>
          </w:tcPr>
          <w:p w14:paraId="78F257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040372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134224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6B8D0D8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8,9</w:t>
            </w:r>
          </w:p>
        </w:tc>
      </w:tr>
      <w:tr w:rsidR="006F0136" w:rsidRPr="00D77020" w14:paraId="22F01A42" w14:textId="77777777">
        <w:tc>
          <w:tcPr>
            <w:tcW w:w="1234" w:type="dxa"/>
          </w:tcPr>
          <w:p w14:paraId="44A08D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5E744B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BE-191-ж</w:t>
            </w:r>
          </w:p>
        </w:tc>
        <w:tc>
          <w:tcPr>
            <w:tcW w:w="1234" w:type="dxa"/>
          </w:tcPr>
          <w:p w14:paraId="2E927A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191</w:t>
            </w:r>
          </w:p>
        </w:tc>
        <w:tc>
          <w:tcPr>
            <w:tcW w:w="1234" w:type="dxa"/>
          </w:tcPr>
          <w:p w14:paraId="447AF6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3C3E51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3DD024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51432D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69CCD96F" w14:textId="77777777">
        <w:tc>
          <w:tcPr>
            <w:tcW w:w="1234" w:type="dxa"/>
          </w:tcPr>
          <w:p w14:paraId="702C25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689549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BE-191-з</w:t>
            </w:r>
          </w:p>
        </w:tc>
        <w:tc>
          <w:tcPr>
            <w:tcW w:w="1234" w:type="dxa"/>
          </w:tcPr>
          <w:p w14:paraId="4226D4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191</w:t>
            </w:r>
          </w:p>
        </w:tc>
        <w:tc>
          <w:tcPr>
            <w:tcW w:w="1234" w:type="dxa"/>
          </w:tcPr>
          <w:p w14:paraId="66C115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18581D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0782B3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C281C2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5,8</w:t>
            </w:r>
          </w:p>
        </w:tc>
      </w:tr>
      <w:tr w:rsidR="006F0136" w:rsidRPr="00D77020" w14:paraId="71C35203" w14:textId="77777777">
        <w:tc>
          <w:tcPr>
            <w:tcW w:w="1234" w:type="dxa"/>
          </w:tcPr>
          <w:p w14:paraId="72BE6C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0E4D1B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BE-193-р</w:t>
            </w:r>
          </w:p>
        </w:tc>
        <w:tc>
          <w:tcPr>
            <w:tcW w:w="1234" w:type="dxa"/>
          </w:tcPr>
          <w:p w14:paraId="3F1605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193</w:t>
            </w:r>
          </w:p>
        </w:tc>
        <w:tc>
          <w:tcPr>
            <w:tcW w:w="1234" w:type="dxa"/>
          </w:tcPr>
          <w:p w14:paraId="4AD50A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6A0D03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104E8D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084CD4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0,1</w:t>
            </w:r>
          </w:p>
        </w:tc>
      </w:tr>
      <w:tr w:rsidR="006F0136" w:rsidRPr="00D77020" w14:paraId="5CF4315A" w14:textId="77777777">
        <w:tc>
          <w:tcPr>
            <w:tcW w:w="1234" w:type="dxa"/>
          </w:tcPr>
          <w:p w14:paraId="6D2E32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205A0A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BE-194-б</w:t>
            </w:r>
          </w:p>
        </w:tc>
        <w:tc>
          <w:tcPr>
            <w:tcW w:w="1234" w:type="dxa"/>
          </w:tcPr>
          <w:p w14:paraId="394C2F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194</w:t>
            </w:r>
          </w:p>
        </w:tc>
        <w:tc>
          <w:tcPr>
            <w:tcW w:w="1234" w:type="dxa"/>
          </w:tcPr>
          <w:p w14:paraId="3ABCD3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78F8C9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7B5BD2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C9F791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6,5</w:t>
            </w:r>
          </w:p>
        </w:tc>
      </w:tr>
      <w:tr w:rsidR="006F0136" w:rsidRPr="00D77020" w14:paraId="472455E3" w14:textId="77777777">
        <w:tc>
          <w:tcPr>
            <w:tcW w:w="1234" w:type="dxa"/>
          </w:tcPr>
          <w:p w14:paraId="1F1642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33EFFB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BE-194-д</w:t>
            </w:r>
          </w:p>
        </w:tc>
        <w:tc>
          <w:tcPr>
            <w:tcW w:w="1234" w:type="dxa"/>
          </w:tcPr>
          <w:p w14:paraId="189BF1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194</w:t>
            </w:r>
          </w:p>
        </w:tc>
        <w:tc>
          <w:tcPr>
            <w:tcW w:w="1234" w:type="dxa"/>
          </w:tcPr>
          <w:p w14:paraId="319D77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0109D7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71A5D5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2064F7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7,7</w:t>
            </w:r>
          </w:p>
        </w:tc>
      </w:tr>
      <w:tr w:rsidR="006F0136" w:rsidRPr="00D77020" w14:paraId="01466D31" w14:textId="77777777">
        <w:tc>
          <w:tcPr>
            <w:tcW w:w="1234" w:type="dxa"/>
          </w:tcPr>
          <w:p w14:paraId="57FFB9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0877E6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BE-194-и</w:t>
            </w:r>
          </w:p>
        </w:tc>
        <w:tc>
          <w:tcPr>
            <w:tcW w:w="1234" w:type="dxa"/>
          </w:tcPr>
          <w:p w14:paraId="7AC822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194</w:t>
            </w:r>
          </w:p>
        </w:tc>
        <w:tc>
          <w:tcPr>
            <w:tcW w:w="1234" w:type="dxa"/>
          </w:tcPr>
          <w:p w14:paraId="6ACF24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27B997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15F4F8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1FFE6C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2,4</w:t>
            </w:r>
          </w:p>
        </w:tc>
      </w:tr>
      <w:tr w:rsidR="006F0136" w:rsidRPr="00D77020" w14:paraId="48763D7E" w14:textId="77777777">
        <w:tc>
          <w:tcPr>
            <w:tcW w:w="1234" w:type="dxa"/>
          </w:tcPr>
          <w:p w14:paraId="05D7AA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3DA63F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BE-196-в</w:t>
            </w:r>
          </w:p>
        </w:tc>
        <w:tc>
          <w:tcPr>
            <w:tcW w:w="1234" w:type="dxa"/>
          </w:tcPr>
          <w:p w14:paraId="2DDA42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196</w:t>
            </w:r>
          </w:p>
        </w:tc>
        <w:tc>
          <w:tcPr>
            <w:tcW w:w="1234" w:type="dxa"/>
          </w:tcPr>
          <w:p w14:paraId="293966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1A309A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5590E4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2A03DF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2,7</w:t>
            </w:r>
          </w:p>
        </w:tc>
      </w:tr>
      <w:tr w:rsidR="006F0136" w:rsidRPr="00D77020" w14:paraId="5F5C95DD" w14:textId="77777777">
        <w:tc>
          <w:tcPr>
            <w:tcW w:w="1234" w:type="dxa"/>
          </w:tcPr>
          <w:p w14:paraId="7B21E1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5DE4B1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BE-198-к</w:t>
            </w:r>
          </w:p>
        </w:tc>
        <w:tc>
          <w:tcPr>
            <w:tcW w:w="1234" w:type="dxa"/>
          </w:tcPr>
          <w:p w14:paraId="297511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198</w:t>
            </w:r>
          </w:p>
        </w:tc>
        <w:tc>
          <w:tcPr>
            <w:tcW w:w="1234" w:type="dxa"/>
          </w:tcPr>
          <w:p w14:paraId="0B22D3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5209A8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578D1E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BC994C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17,1</w:t>
            </w:r>
          </w:p>
        </w:tc>
      </w:tr>
      <w:tr w:rsidR="006F0136" w:rsidRPr="00D77020" w14:paraId="0D708AA0" w14:textId="77777777">
        <w:tc>
          <w:tcPr>
            <w:tcW w:w="1234" w:type="dxa"/>
          </w:tcPr>
          <w:p w14:paraId="7DEE32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361DC6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BE-200-а</w:t>
            </w:r>
          </w:p>
        </w:tc>
        <w:tc>
          <w:tcPr>
            <w:tcW w:w="1234" w:type="dxa"/>
          </w:tcPr>
          <w:p w14:paraId="2F445D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200</w:t>
            </w:r>
          </w:p>
        </w:tc>
        <w:tc>
          <w:tcPr>
            <w:tcW w:w="1234" w:type="dxa"/>
          </w:tcPr>
          <w:p w14:paraId="6CC7DE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4AB26A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399A19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7D9111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1,0</w:t>
            </w:r>
          </w:p>
        </w:tc>
      </w:tr>
      <w:tr w:rsidR="006F0136" w:rsidRPr="00D77020" w14:paraId="50EE60C9" w14:textId="77777777">
        <w:tc>
          <w:tcPr>
            <w:tcW w:w="1234" w:type="dxa"/>
          </w:tcPr>
          <w:p w14:paraId="3182E0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04EF9B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BE-201-в</w:t>
            </w:r>
          </w:p>
        </w:tc>
        <w:tc>
          <w:tcPr>
            <w:tcW w:w="1234" w:type="dxa"/>
          </w:tcPr>
          <w:p w14:paraId="772423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</w:t>
            </w:r>
          </w:p>
        </w:tc>
        <w:tc>
          <w:tcPr>
            <w:tcW w:w="1234" w:type="dxa"/>
          </w:tcPr>
          <w:p w14:paraId="4084B7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3E85BA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2B4772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EF53B3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4,9</w:t>
            </w:r>
          </w:p>
        </w:tc>
      </w:tr>
      <w:tr w:rsidR="006F0136" w:rsidRPr="00D77020" w14:paraId="61CF0060" w14:textId="77777777">
        <w:tc>
          <w:tcPr>
            <w:tcW w:w="1234" w:type="dxa"/>
          </w:tcPr>
          <w:p w14:paraId="6403DF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03ABB5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BE-217-д</w:t>
            </w:r>
          </w:p>
        </w:tc>
        <w:tc>
          <w:tcPr>
            <w:tcW w:w="1234" w:type="dxa"/>
          </w:tcPr>
          <w:p w14:paraId="6D664B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217</w:t>
            </w:r>
          </w:p>
        </w:tc>
        <w:tc>
          <w:tcPr>
            <w:tcW w:w="1234" w:type="dxa"/>
          </w:tcPr>
          <w:p w14:paraId="086D2A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5F0644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0E7554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462703F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14,8</w:t>
            </w:r>
          </w:p>
        </w:tc>
      </w:tr>
      <w:tr w:rsidR="006F0136" w:rsidRPr="00D77020" w14:paraId="764F551E" w14:textId="77777777">
        <w:tc>
          <w:tcPr>
            <w:tcW w:w="1234" w:type="dxa"/>
          </w:tcPr>
          <w:p w14:paraId="5D4E5C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223353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BE-219-а</w:t>
            </w:r>
          </w:p>
        </w:tc>
        <w:tc>
          <w:tcPr>
            <w:tcW w:w="1234" w:type="dxa"/>
          </w:tcPr>
          <w:p w14:paraId="26240D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219</w:t>
            </w:r>
          </w:p>
        </w:tc>
        <w:tc>
          <w:tcPr>
            <w:tcW w:w="1234" w:type="dxa"/>
          </w:tcPr>
          <w:p w14:paraId="502BF8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41E2D8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180</w:t>
            </w:r>
          </w:p>
        </w:tc>
        <w:tc>
          <w:tcPr>
            <w:tcW w:w="1234" w:type="dxa"/>
          </w:tcPr>
          <w:p w14:paraId="368853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26E9E6F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1,3</w:t>
            </w:r>
          </w:p>
        </w:tc>
      </w:tr>
      <w:tr w:rsidR="006F0136" w:rsidRPr="00D77020" w14:paraId="3210533B" w14:textId="77777777">
        <w:tc>
          <w:tcPr>
            <w:tcW w:w="1234" w:type="dxa"/>
          </w:tcPr>
          <w:p w14:paraId="5C815E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6A1719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BE-219-б</w:t>
            </w:r>
          </w:p>
        </w:tc>
        <w:tc>
          <w:tcPr>
            <w:tcW w:w="1234" w:type="dxa"/>
          </w:tcPr>
          <w:p w14:paraId="1344CD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219</w:t>
            </w:r>
          </w:p>
        </w:tc>
        <w:tc>
          <w:tcPr>
            <w:tcW w:w="1234" w:type="dxa"/>
          </w:tcPr>
          <w:p w14:paraId="518691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3299B6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4E04A2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22D3CA9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7,7</w:t>
            </w:r>
          </w:p>
        </w:tc>
      </w:tr>
      <w:tr w:rsidR="006F0136" w:rsidRPr="00D77020" w14:paraId="0C0236EE" w14:textId="77777777">
        <w:tc>
          <w:tcPr>
            <w:tcW w:w="1234" w:type="dxa"/>
          </w:tcPr>
          <w:p w14:paraId="3755DD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74289D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BE-222-а</w:t>
            </w:r>
          </w:p>
        </w:tc>
        <w:tc>
          <w:tcPr>
            <w:tcW w:w="1234" w:type="dxa"/>
          </w:tcPr>
          <w:p w14:paraId="55353B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222</w:t>
            </w:r>
          </w:p>
        </w:tc>
        <w:tc>
          <w:tcPr>
            <w:tcW w:w="1234" w:type="dxa"/>
          </w:tcPr>
          <w:p w14:paraId="764603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771133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69F27D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16D5329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2,9</w:t>
            </w:r>
          </w:p>
        </w:tc>
      </w:tr>
      <w:tr w:rsidR="006F0136" w:rsidRPr="00D77020" w14:paraId="13896994" w14:textId="77777777">
        <w:tc>
          <w:tcPr>
            <w:tcW w:w="1234" w:type="dxa"/>
          </w:tcPr>
          <w:p w14:paraId="4C01EF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01594C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BE-222-в</w:t>
            </w:r>
          </w:p>
        </w:tc>
        <w:tc>
          <w:tcPr>
            <w:tcW w:w="1234" w:type="dxa"/>
          </w:tcPr>
          <w:p w14:paraId="59E48A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222</w:t>
            </w:r>
          </w:p>
        </w:tc>
        <w:tc>
          <w:tcPr>
            <w:tcW w:w="1234" w:type="dxa"/>
          </w:tcPr>
          <w:p w14:paraId="2F8FE6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3E884F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0E57E7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5D5B52E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10,8</w:t>
            </w:r>
          </w:p>
        </w:tc>
      </w:tr>
      <w:tr w:rsidR="006F0136" w:rsidRPr="00D77020" w14:paraId="41549921" w14:textId="77777777">
        <w:tc>
          <w:tcPr>
            <w:tcW w:w="1234" w:type="dxa"/>
          </w:tcPr>
          <w:p w14:paraId="19A402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440370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BE-222-д</w:t>
            </w:r>
          </w:p>
        </w:tc>
        <w:tc>
          <w:tcPr>
            <w:tcW w:w="1234" w:type="dxa"/>
          </w:tcPr>
          <w:p w14:paraId="5300F4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222</w:t>
            </w:r>
          </w:p>
        </w:tc>
        <w:tc>
          <w:tcPr>
            <w:tcW w:w="1234" w:type="dxa"/>
          </w:tcPr>
          <w:p w14:paraId="66C070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7FB720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2F5C75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09273CC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16,9</w:t>
            </w:r>
          </w:p>
        </w:tc>
      </w:tr>
      <w:tr w:rsidR="006F0136" w:rsidRPr="00D77020" w14:paraId="68FB1366" w14:textId="77777777">
        <w:tc>
          <w:tcPr>
            <w:tcW w:w="1234" w:type="dxa"/>
          </w:tcPr>
          <w:p w14:paraId="65836F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7E4E5D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BE-222-е</w:t>
            </w:r>
          </w:p>
        </w:tc>
        <w:tc>
          <w:tcPr>
            <w:tcW w:w="1234" w:type="dxa"/>
          </w:tcPr>
          <w:p w14:paraId="1F7382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222</w:t>
            </w:r>
          </w:p>
        </w:tc>
        <w:tc>
          <w:tcPr>
            <w:tcW w:w="1234" w:type="dxa"/>
          </w:tcPr>
          <w:p w14:paraId="2D5BE6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39B00E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3228E1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65542AC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4,1</w:t>
            </w:r>
          </w:p>
        </w:tc>
      </w:tr>
      <w:tr w:rsidR="006F0136" w:rsidRPr="00D77020" w14:paraId="2B2BE2CB" w14:textId="77777777">
        <w:tc>
          <w:tcPr>
            <w:tcW w:w="1234" w:type="dxa"/>
          </w:tcPr>
          <w:p w14:paraId="032425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1CCC97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BE-223-а</w:t>
            </w:r>
          </w:p>
        </w:tc>
        <w:tc>
          <w:tcPr>
            <w:tcW w:w="1234" w:type="dxa"/>
          </w:tcPr>
          <w:p w14:paraId="6FE1AB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223</w:t>
            </w:r>
          </w:p>
        </w:tc>
        <w:tc>
          <w:tcPr>
            <w:tcW w:w="1234" w:type="dxa"/>
          </w:tcPr>
          <w:p w14:paraId="3F8C47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03A7CA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5713C2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2C1B377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21,8</w:t>
            </w:r>
          </w:p>
        </w:tc>
      </w:tr>
      <w:tr w:rsidR="006F0136" w:rsidRPr="00D77020" w14:paraId="44F56EB3" w14:textId="77777777">
        <w:tc>
          <w:tcPr>
            <w:tcW w:w="1234" w:type="dxa"/>
          </w:tcPr>
          <w:p w14:paraId="4DA844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4B517E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BE-223-б</w:t>
            </w:r>
          </w:p>
        </w:tc>
        <w:tc>
          <w:tcPr>
            <w:tcW w:w="1234" w:type="dxa"/>
          </w:tcPr>
          <w:p w14:paraId="1064C7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223</w:t>
            </w:r>
          </w:p>
        </w:tc>
        <w:tc>
          <w:tcPr>
            <w:tcW w:w="1234" w:type="dxa"/>
          </w:tcPr>
          <w:p w14:paraId="05443F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264D77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04FB78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3E5B05A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8,9</w:t>
            </w:r>
          </w:p>
        </w:tc>
      </w:tr>
      <w:tr w:rsidR="006F0136" w:rsidRPr="00D77020" w14:paraId="022CA6B4" w14:textId="77777777">
        <w:tc>
          <w:tcPr>
            <w:tcW w:w="1234" w:type="dxa"/>
          </w:tcPr>
          <w:p w14:paraId="16A4B3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478153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BE-224-а</w:t>
            </w:r>
          </w:p>
        </w:tc>
        <w:tc>
          <w:tcPr>
            <w:tcW w:w="1234" w:type="dxa"/>
          </w:tcPr>
          <w:p w14:paraId="477B53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224</w:t>
            </w:r>
          </w:p>
        </w:tc>
        <w:tc>
          <w:tcPr>
            <w:tcW w:w="1234" w:type="dxa"/>
          </w:tcPr>
          <w:p w14:paraId="6130C6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273DAD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042743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716671E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2,2</w:t>
            </w:r>
          </w:p>
        </w:tc>
      </w:tr>
      <w:tr w:rsidR="006F0136" w:rsidRPr="00D77020" w14:paraId="636CB46E" w14:textId="77777777">
        <w:tc>
          <w:tcPr>
            <w:tcW w:w="1234" w:type="dxa"/>
          </w:tcPr>
          <w:p w14:paraId="0603FD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622363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BE-224-б</w:t>
            </w:r>
          </w:p>
        </w:tc>
        <w:tc>
          <w:tcPr>
            <w:tcW w:w="1234" w:type="dxa"/>
          </w:tcPr>
          <w:p w14:paraId="02B366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224</w:t>
            </w:r>
          </w:p>
        </w:tc>
        <w:tc>
          <w:tcPr>
            <w:tcW w:w="1234" w:type="dxa"/>
          </w:tcPr>
          <w:p w14:paraId="3765F5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5D88D4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</w:t>
            </w:r>
          </w:p>
        </w:tc>
        <w:tc>
          <w:tcPr>
            <w:tcW w:w="1234" w:type="dxa"/>
          </w:tcPr>
          <w:p w14:paraId="654BF8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2E8FF31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1,9</w:t>
            </w:r>
          </w:p>
        </w:tc>
      </w:tr>
      <w:tr w:rsidR="006F0136" w:rsidRPr="00D77020" w14:paraId="3C50A94B" w14:textId="77777777">
        <w:tc>
          <w:tcPr>
            <w:tcW w:w="1234" w:type="dxa"/>
          </w:tcPr>
          <w:p w14:paraId="5C52D7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711B4C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BE-224-в</w:t>
            </w:r>
          </w:p>
        </w:tc>
        <w:tc>
          <w:tcPr>
            <w:tcW w:w="1234" w:type="dxa"/>
          </w:tcPr>
          <w:p w14:paraId="3F46C0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224</w:t>
            </w:r>
          </w:p>
        </w:tc>
        <w:tc>
          <w:tcPr>
            <w:tcW w:w="1234" w:type="dxa"/>
          </w:tcPr>
          <w:p w14:paraId="185D74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544DD1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4863E6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3B9ACA5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0,9</w:t>
            </w:r>
          </w:p>
        </w:tc>
      </w:tr>
      <w:tr w:rsidR="006F0136" w:rsidRPr="00D77020" w14:paraId="5689315A" w14:textId="77777777">
        <w:tc>
          <w:tcPr>
            <w:tcW w:w="1234" w:type="dxa"/>
          </w:tcPr>
          <w:p w14:paraId="7D7B85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06C139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BE-224-г</w:t>
            </w:r>
          </w:p>
        </w:tc>
        <w:tc>
          <w:tcPr>
            <w:tcW w:w="1234" w:type="dxa"/>
          </w:tcPr>
          <w:p w14:paraId="3DBDC0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224</w:t>
            </w:r>
          </w:p>
        </w:tc>
        <w:tc>
          <w:tcPr>
            <w:tcW w:w="1234" w:type="dxa"/>
          </w:tcPr>
          <w:p w14:paraId="338881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16E2B8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12C97E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570E316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20,4</w:t>
            </w:r>
          </w:p>
        </w:tc>
      </w:tr>
      <w:tr w:rsidR="006F0136" w:rsidRPr="00D77020" w14:paraId="5C022390" w14:textId="77777777">
        <w:tc>
          <w:tcPr>
            <w:tcW w:w="1234" w:type="dxa"/>
          </w:tcPr>
          <w:p w14:paraId="68371E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25A318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BE-224-д</w:t>
            </w:r>
          </w:p>
        </w:tc>
        <w:tc>
          <w:tcPr>
            <w:tcW w:w="1234" w:type="dxa"/>
          </w:tcPr>
          <w:p w14:paraId="7CF81F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224</w:t>
            </w:r>
          </w:p>
        </w:tc>
        <w:tc>
          <w:tcPr>
            <w:tcW w:w="1234" w:type="dxa"/>
          </w:tcPr>
          <w:p w14:paraId="55DAE8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4A0E98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2D0DBC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0311C6B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1,1</w:t>
            </w:r>
          </w:p>
        </w:tc>
      </w:tr>
      <w:tr w:rsidR="006F0136" w:rsidRPr="00D77020" w14:paraId="66047BE1" w14:textId="77777777">
        <w:tc>
          <w:tcPr>
            <w:tcW w:w="1234" w:type="dxa"/>
          </w:tcPr>
          <w:p w14:paraId="591B42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05D3FF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BE-224-е</w:t>
            </w:r>
          </w:p>
        </w:tc>
        <w:tc>
          <w:tcPr>
            <w:tcW w:w="1234" w:type="dxa"/>
          </w:tcPr>
          <w:p w14:paraId="30F020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224</w:t>
            </w:r>
          </w:p>
        </w:tc>
        <w:tc>
          <w:tcPr>
            <w:tcW w:w="1234" w:type="dxa"/>
          </w:tcPr>
          <w:p w14:paraId="072C39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469E4B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41C0B7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1954D1E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620EEEC7" w14:textId="77777777">
        <w:tc>
          <w:tcPr>
            <w:tcW w:w="1234" w:type="dxa"/>
          </w:tcPr>
          <w:p w14:paraId="55114A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13544F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BE-225-а</w:t>
            </w:r>
          </w:p>
        </w:tc>
        <w:tc>
          <w:tcPr>
            <w:tcW w:w="1234" w:type="dxa"/>
          </w:tcPr>
          <w:p w14:paraId="24680D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225</w:t>
            </w:r>
          </w:p>
        </w:tc>
        <w:tc>
          <w:tcPr>
            <w:tcW w:w="1234" w:type="dxa"/>
          </w:tcPr>
          <w:p w14:paraId="46CEE8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0AB06B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2D149F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0B29EA5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10,2</w:t>
            </w:r>
          </w:p>
        </w:tc>
      </w:tr>
      <w:tr w:rsidR="006F0136" w:rsidRPr="00D77020" w14:paraId="0255DF9E" w14:textId="77777777">
        <w:tc>
          <w:tcPr>
            <w:tcW w:w="1234" w:type="dxa"/>
          </w:tcPr>
          <w:p w14:paraId="71EB41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69492D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BE-225-б</w:t>
            </w:r>
          </w:p>
        </w:tc>
        <w:tc>
          <w:tcPr>
            <w:tcW w:w="1234" w:type="dxa"/>
          </w:tcPr>
          <w:p w14:paraId="375C6B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225</w:t>
            </w:r>
          </w:p>
        </w:tc>
        <w:tc>
          <w:tcPr>
            <w:tcW w:w="1234" w:type="dxa"/>
          </w:tcPr>
          <w:p w14:paraId="6F90DB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235121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7A7C64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111C362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2,0</w:t>
            </w:r>
          </w:p>
        </w:tc>
      </w:tr>
      <w:tr w:rsidR="006F0136" w:rsidRPr="00D77020" w14:paraId="61776095" w14:textId="77777777">
        <w:tc>
          <w:tcPr>
            <w:tcW w:w="1234" w:type="dxa"/>
          </w:tcPr>
          <w:p w14:paraId="337070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7B9464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BE-225-в</w:t>
            </w:r>
          </w:p>
        </w:tc>
        <w:tc>
          <w:tcPr>
            <w:tcW w:w="1234" w:type="dxa"/>
          </w:tcPr>
          <w:p w14:paraId="06DE82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225</w:t>
            </w:r>
          </w:p>
        </w:tc>
        <w:tc>
          <w:tcPr>
            <w:tcW w:w="1234" w:type="dxa"/>
          </w:tcPr>
          <w:p w14:paraId="2140F9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54A553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658128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70AB96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2,3</w:t>
            </w:r>
          </w:p>
        </w:tc>
      </w:tr>
      <w:tr w:rsidR="006F0136" w:rsidRPr="00D77020" w14:paraId="3FFA43DD" w14:textId="77777777">
        <w:tc>
          <w:tcPr>
            <w:tcW w:w="1234" w:type="dxa"/>
          </w:tcPr>
          <w:p w14:paraId="3BC12E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7D2F9B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BE-228-г</w:t>
            </w:r>
          </w:p>
        </w:tc>
        <w:tc>
          <w:tcPr>
            <w:tcW w:w="1234" w:type="dxa"/>
          </w:tcPr>
          <w:p w14:paraId="268032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228</w:t>
            </w:r>
          </w:p>
        </w:tc>
        <w:tc>
          <w:tcPr>
            <w:tcW w:w="1234" w:type="dxa"/>
          </w:tcPr>
          <w:p w14:paraId="1F21CA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6E60D1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1344BF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F74695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5,5</w:t>
            </w:r>
          </w:p>
        </w:tc>
      </w:tr>
      <w:tr w:rsidR="006F0136" w:rsidRPr="00D77020" w14:paraId="5C7BA9E8" w14:textId="77777777">
        <w:tc>
          <w:tcPr>
            <w:tcW w:w="1234" w:type="dxa"/>
          </w:tcPr>
          <w:p w14:paraId="7F0A48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488D5B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BE-228-д</w:t>
            </w:r>
          </w:p>
        </w:tc>
        <w:tc>
          <w:tcPr>
            <w:tcW w:w="1234" w:type="dxa"/>
          </w:tcPr>
          <w:p w14:paraId="7202E6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228</w:t>
            </w:r>
          </w:p>
        </w:tc>
        <w:tc>
          <w:tcPr>
            <w:tcW w:w="1234" w:type="dxa"/>
          </w:tcPr>
          <w:p w14:paraId="745BF5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06D793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173A16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A6E172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5,2</w:t>
            </w:r>
          </w:p>
        </w:tc>
      </w:tr>
      <w:tr w:rsidR="006F0136" w:rsidRPr="00D77020" w14:paraId="75F94F55" w14:textId="77777777">
        <w:tc>
          <w:tcPr>
            <w:tcW w:w="1234" w:type="dxa"/>
          </w:tcPr>
          <w:p w14:paraId="0F3208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0D8064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BE-228-е</w:t>
            </w:r>
          </w:p>
        </w:tc>
        <w:tc>
          <w:tcPr>
            <w:tcW w:w="1234" w:type="dxa"/>
          </w:tcPr>
          <w:p w14:paraId="119C15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228</w:t>
            </w:r>
          </w:p>
        </w:tc>
        <w:tc>
          <w:tcPr>
            <w:tcW w:w="1234" w:type="dxa"/>
          </w:tcPr>
          <w:p w14:paraId="2BE762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66A7BD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4C2EB0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644518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1,5</w:t>
            </w:r>
          </w:p>
        </w:tc>
      </w:tr>
      <w:tr w:rsidR="006F0136" w:rsidRPr="00D77020" w14:paraId="0DE8C01D" w14:textId="77777777">
        <w:tc>
          <w:tcPr>
            <w:tcW w:w="1234" w:type="dxa"/>
          </w:tcPr>
          <w:p w14:paraId="78656A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65A691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BE-228-ж</w:t>
            </w:r>
          </w:p>
        </w:tc>
        <w:tc>
          <w:tcPr>
            <w:tcW w:w="1234" w:type="dxa"/>
          </w:tcPr>
          <w:p w14:paraId="422961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228</w:t>
            </w:r>
          </w:p>
        </w:tc>
        <w:tc>
          <w:tcPr>
            <w:tcW w:w="1234" w:type="dxa"/>
          </w:tcPr>
          <w:p w14:paraId="487DF3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230136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0097CF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AEE957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3BAC0610" w14:textId="77777777">
        <w:tc>
          <w:tcPr>
            <w:tcW w:w="1234" w:type="dxa"/>
          </w:tcPr>
          <w:p w14:paraId="351EDB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7BCCE6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BE-229-л</w:t>
            </w:r>
          </w:p>
        </w:tc>
        <w:tc>
          <w:tcPr>
            <w:tcW w:w="1234" w:type="dxa"/>
          </w:tcPr>
          <w:p w14:paraId="7EB3EA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229</w:t>
            </w:r>
          </w:p>
        </w:tc>
        <w:tc>
          <w:tcPr>
            <w:tcW w:w="1234" w:type="dxa"/>
          </w:tcPr>
          <w:p w14:paraId="572628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6DF8DA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7ED4F5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AE12DE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1,6</w:t>
            </w:r>
          </w:p>
        </w:tc>
      </w:tr>
      <w:tr w:rsidR="006F0136" w:rsidRPr="00D77020" w14:paraId="00073BE0" w14:textId="77777777">
        <w:tc>
          <w:tcPr>
            <w:tcW w:w="1234" w:type="dxa"/>
          </w:tcPr>
          <w:p w14:paraId="51715E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053B2B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BE-24-б</w:t>
            </w:r>
          </w:p>
        </w:tc>
        <w:tc>
          <w:tcPr>
            <w:tcW w:w="1234" w:type="dxa"/>
          </w:tcPr>
          <w:p w14:paraId="4A0E24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24</w:t>
            </w:r>
          </w:p>
        </w:tc>
        <w:tc>
          <w:tcPr>
            <w:tcW w:w="1234" w:type="dxa"/>
          </w:tcPr>
          <w:p w14:paraId="1B979E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22A08E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048388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45238DE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13,8</w:t>
            </w:r>
          </w:p>
        </w:tc>
      </w:tr>
      <w:tr w:rsidR="006F0136" w:rsidRPr="00D77020" w14:paraId="6411DACA" w14:textId="77777777">
        <w:tc>
          <w:tcPr>
            <w:tcW w:w="1234" w:type="dxa"/>
          </w:tcPr>
          <w:p w14:paraId="30909D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370649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BE-257-а</w:t>
            </w:r>
          </w:p>
        </w:tc>
        <w:tc>
          <w:tcPr>
            <w:tcW w:w="1234" w:type="dxa"/>
          </w:tcPr>
          <w:p w14:paraId="074890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257</w:t>
            </w:r>
          </w:p>
        </w:tc>
        <w:tc>
          <w:tcPr>
            <w:tcW w:w="1234" w:type="dxa"/>
          </w:tcPr>
          <w:p w14:paraId="05E46B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270CA2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2AC8FF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7BF0E86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15,2</w:t>
            </w:r>
          </w:p>
        </w:tc>
      </w:tr>
      <w:tr w:rsidR="006F0136" w:rsidRPr="00D77020" w14:paraId="2BFB56B5" w14:textId="77777777">
        <w:tc>
          <w:tcPr>
            <w:tcW w:w="1234" w:type="dxa"/>
          </w:tcPr>
          <w:p w14:paraId="1C0369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4A045E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BE-257-б</w:t>
            </w:r>
          </w:p>
        </w:tc>
        <w:tc>
          <w:tcPr>
            <w:tcW w:w="1234" w:type="dxa"/>
          </w:tcPr>
          <w:p w14:paraId="24B1E7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257</w:t>
            </w:r>
          </w:p>
        </w:tc>
        <w:tc>
          <w:tcPr>
            <w:tcW w:w="1234" w:type="dxa"/>
          </w:tcPr>
          <w:p w14:paraId="580CBC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7BAD2D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3DA441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6180F9C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12,1</w:t>
            </w:r>
          </w:p>
        </w:tc>
      </w:tr>
      <w:tr w:rsidR="006F0136" w:rsidRPr="00D77020" w14:paraId="6DD9394E" w14:textId="77777777">
        <w:tc>
          <w:tcPr>
            <w:tcW w:w="1234" w:type="dxa"/>
          </w:tcPr>
          <w:p w14:paraId="643A2A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267F6A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BE-257-г</w:t>
            </w:r>
          </w:p>
        </w:tc>
        <w:tc>
          <w:tcPr>
            <w:tcW w:w="1234" w:type="dxa"/>
          </w:tcPr>
          <w:p w14:paraId="012172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257</w:t>
            </w:r>
          </w:p>
        </w:tc>
        <w:tc>
          <w:tcPr>
            <w:tcW w:w="1234" w:type="dxa"/>
          </w:tcPr>
          <w:p w14:paraId="7B288E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5DE777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13E39E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1E48E72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14,3</w:t>
            </w:r>
          </w:p>
        </w:tc>
      </w:tr>
      <w:tr w:rsidR="006F0136" w:rsidRPr="00D77020" w14:paraId="2069B11B" w14:textId="77777777">
        <w:tc>
          <w:tcPr>
            <w:tcW w:w="1234" w:type="dxa"/>
          </w:tcPr>
          <w:p w14:paraId="417859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411325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BE-258-а</w:t>
            </w:r>
          </w:p>
        </w:tc>
        <w:tc>
          <w:tcPr>
            <w:tcW w:w="1234" w:type="dxa"/>
          </w:tcPr>
          <w:p w14:paraId="168D63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258</w:t>
            </w:r>
          </w:p>
        </w:tc>
        <w:tc>
          <w:tcPr>
            <w:tcW w:w="1234" w:type="dxa"/>
          </w:tcPr>
          <w:p w14:paraId="493337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4CD3F6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7AABBF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29E3BA2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13,1</w:t>
            </w:r>
          </w:p>
        </w:tc>
      </w:tr>
      <w:tr w:rsidR="006F0136" w:rsidRPr="00D77020" w14:paraId="14AD3353" w14:textId="77777777">
        <w:tc>
          <w:tcPr>
            <w:tcW w:w="1234" w:type="dxa"/>
          </w:tcPr>
          <w:p w14:paraId="11BC16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77A8AD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BE-258-в</w:t>
            </w:r>
          </w:p>
        </w:tc>
        <w:tc>
          <w:tcPr>
            <w:tcW w:w="1234" w:type="dxa"/>
          </w:tcPr>
          <w:p w14:paraId="1D0B46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258</w:t>
            </w:r>
          </w:p>
        </w:tc>
        <w:tc>
          <w:tcPr>
            <w:tcW w:w="1234" w:type="dxa"/>
          </w:tcPr>
          <w:p w14:paraId="54AA8B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2DB9EA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506B2D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3AB6DF9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5,0</w:t>
            </w:r>
          </w:p>
        </w:tc>
      </w:tr>
      <w:tr w:rsidR="006F0136" w:rsidRPr="00D77020" w14:paraId="6915E74E" w14:textId="77777777">
        <w:tc>
          <w:tcPr>
            <w:tcW w:w="1234" w:type="dxa"/>
          </w:tcPr>
          <w:p w14:paraId="5396AD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56984E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BE-258-г</w:t>
            </w:r>
          </w:p>
        </w:tc>
        <w:tc>
          <w:tcPr>
            <w:tcW w:w="1234" w:type="dxa"/>
          </w:tcPr>
          <w:p w14:paraId="2C0C2B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258</w:t>
            </w:r>
          </w:p>
        </w:tc>
        <w:tc>
          <w:tcPr>
            <w:tcW w:w="1234" w:type="dxa"/>
          </w:tcPr>
          <w:p w14:paraId="69F0D1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56A090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68C165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5E4DC89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11,4</w:t>
            </w:r>
          </w:p>
        </w:tc>
      </w:tr>
      <w:tr w:rsidR="006F0136" w:rsidRPr="00D77020" w14:paraId="2FB133E0" w14:textId="77777777">
        <w:tc>
          <w:tcPr>
            <w:tcW w:w="1234" w:type="dxa"/>
          </w:tcPr>
          <w:p w14:paraId="085784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209595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BE-259-а</w:t>
            </w:r>
          </w:p>
        </w:tc>
        <w:tc>
          <w:tcPr>
            <w:tcW w:w="1234" w:type="dxa"/>
          </w:tcPr>
          <w:p w14:paraId="259E0D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259</w:t>
            </w:r>
          </w:p>
        </w:tc>
        <w:tc>
          <w:tcPr>
            <w:tcW w:w="1234" w:type="dxa"/>
          </w:tcPr>
          <w:p w14:paraId="3B6AC8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0A9196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0E3FA0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3A0D6A3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6,9</w:t>
            </w:r>
          </w:p>
        </w:tc>
      </w:tr>
      <w:tr w:rsidR="006F0136" w:rsidRPr="00D77020" w14:paraId="7FFC41D4" w14:textId="77777777">
        <w:tc>
          <w:tcPr>
            <w:tcW w:w="1234" w:type="dxa"/>
          </w:tcPr>
          <w:p w14:paraId="3C1FD5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2C3DCB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BE-259-б</w:t>
            </w:r>
          </w:p>
        </w:tc>
        <w:tc>
          <w:tcPr>
            <w:tcW w:w="1234" w:type="dxa"/>
          </w:tcPr>
          <w:p w14:paraId="59C66D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259</w:t>
            </w:r>
          </w:p>
        </w:tc>
        <w:tc>
          <w:tcPr>
            <w:tcW w:w="1234" w:type="dxa"/>
          </w:tcPr>
          <w:p w14:paraId="2C670F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08D5EC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11CDEB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23C9638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21,0</w:t>
            </w:r>
          </w:p>
        </w:tc>
      </w:tr>
      <w:tr w:rsidR="006F0136" w:rsidRPr="00D77020" w14:paraId="1096BC75" w14:textId="77777777">
        <w:tc>
          <w:tcPr>
            <w:tcW w:w="1234" w:type="dxa"/>
          </w:tcPr>
          <w:p w14:paraId="0B7651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55278C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BE-26-а</w:t>
            </w:r>
          </w:p>
        </w:tc>
        <w:tc>
          <w:tcPr>
            <w:tcW w:w="1234" w:type="dxa"/>
          </w:tcPr>
          <w:p w14:paraId="694F58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26</w:t>
            </w:r>
          </w:p>
        </w:tc>
        <w:tc>
          <w:tcPr>
            <w:tcW w:w="1234" w:type="dxa"/>
          </w:tcPr>
          <w:p w14:paraId="240C7D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0E3DBA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711FEF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12AC36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3,5</w:t>
            </w:r>
          </w:p>
        </w:tc>
      </w:tr>
      <w:tr w:rsidR="006F0136" w:rsidRPr="00D77020" w14:paraId="368EAA7B" w14:textId="77777777">
        <w:tc>
          <w:tcPr>
            <w:tcW w:w="1234" w:type="dxa"/>
          </w:tcPr>
          <w:p w14:paraId="01C881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042F84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BE-260-а</w:t>
            </w:r>
          </w:p>
        </w:tc>
        <w:tc>
          <w:tcPr>
            <w:tcW w:w="1234" w:type="dxa"/>
          </w:tcPr>
          <w:p w14:paraId="2DEF88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260</w:t>
            </w:r>
          </w:p>
        </w:tc>
        <w:tc>
          <w:tcPr>
            <w:tcW w:w="1234" w:type="dxa"/>
          </w:tcPr>
          <w:p w14:paraId="595C02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39D01E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002BCF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BB414C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4,2</w:t>
            </w:r>
          </w:p>
        </w:tc>
      </w:tr>
      <w:tr w:rsidR="006F0136" w:rsidRPr="00D77020" w14:paraId="13FB9E3F" w14:textId="77777777">
        <w:tc>
          <w:tcPr>
            <w:tcW w:w="1234" w:type="dxa"/>
          </w:tcPr>
          <w:p w14:paraId="1A2F06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1923CE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BE-260-б</w:t>
            </w:r>
          </w:p>
        </w:tc>
        <w:tc>
          <w:tcPr>
            <w:tcW w:w="1234" w:type="dxa"/>
          </w:tcPr>
          <w:p w14:paraId="0DC20F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260</w:t>
            </w:r>
          </w:p>
        </w:tc>
        <w:tc>
          <w:tcPr>
            <w:tcW w:w="1234" w:type="dxa"/>
          </w:tcPr>
          <w:p w14:paraId="68DB76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464DBF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2FBE09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2888679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2,7</w:t>
            </w:r>
          </w:p>
        </w:tc>
      </w:tr>
      <w:tr w:rsidR="006F0136" w:rsidRPr="00D77020" w14:paraId="7F4C516B" w14:textId="77777777">
        <w:tc>
          <w:tcPr>
            <w:tcW w:w="1234" w:type="dxa"/>
          </w:tcPr>
          <w:p w14:paraId="36F290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2016</w:t>
            </w:r>
          </w:p>
        </w:tc>
        <w:tc>
          <w:tcPr>
            <w:tcW w:w="1234" w:type="dxa"/>
          </w:tcPr>
          <w:p w14:paraId="12AA18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BE-260-в</w:t>
            </w:r>
          </w:p>
        </w:tc>
        <w:tc>
          <w:tcPr>
            <w:tcW w:w="1234" w:type="dxa"/>
          </w:tcPr>
          <w:p w14:paraId="22746B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260</w:t>
            </w:r>
          </w:p>
        </w:tc>
        <w:tc>
          <w:tcPr>
            <w:tcW w:w="1234" w:type="dxa"/>
          </w:tcPr>
          <w:p w14:paraId="674C88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7E2B09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5412D3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7137A89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2,7</w:t>
            </w:r>
          </w:p>
        </w:tc>
      </w:tr>
      <w:tr w:rsidR="006F0136" w:rsidRPr="00D77020" w14:paraId="60568B51" w14:textId="77777777">
        <w:tc>
          <w:tcPr>
            <w:tcW w:w="1234" w:type="dxa"/>
          </w:tcPr>
          <w:p w14:paraId="2DDC73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7D4E8C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BE-260-г</w:t>
            </w:r>
          </w:p>
        </w:tc>
        <w:tc>
          <w:tcPr>
            <w:tcW w:w="1234" w:type="dxa"/>
          </w:tcPr>
          <w:p w14:paraId="497BEC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260</w:t>
            </w:r>
          </w:p>
        </w:tc>
        <w:tc>
          <w:tcPr>
            <w:tcW w:w="1234" w:type="dxa"/>
          </w:tcPr>
          <w:p w14:paraId="321FC5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07E97D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237A86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E8FDE7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15,4</w:t>
            </w:r>
          </w:p>
        </w:tc>
      </w:tr>
      <w:tr w:rsidR="006F0136" w:rsidRPr="00D77020" w14:paraId="4C7F9D47" w14:textId="77777777">
        <w:tc>
          <w:tcPr>
            <w:tcW w:w="1234" w:type="dxa"/>
          </w:tcPr>
          <w:p w14:paraId="732B87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67FD1A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BE-260-д</w:t>
            </w:r>
          </w:p>
        </w:tc>
        <w:tc>
          <w:tcPr>
            <w:tcW w:w="1234" w:type="dxa"/>
          </w:tcPr>
          <w:p w14:paraId="73FBC7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260</w:t>
            </w:r>
          </w:p>
        </w:tc>
        <w:tc>
          <w:tcPr>
            <w:tcW w:w="1234" w:type="dxa"/>
          </w:tcPr>
          <w:p w14:paraId="1D2DF7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077990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5DB5B7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F3B999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48961E16" w14:textId="77777777">
        <w:tc>
          <w:tcPr>
            <w:tcW w:w="1234" w:type="dxa"/>
          </w:tcPr>
          <w:p w14:paraId="56C196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5BC3AA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BE-260-е</w:t>
            </w:r>
          </w:p>
        </w:tc>
        <w:tc>
          <w:tcPr>
            <w:tcW w:w="1234" w:type="dxa"/>
          </w:tcPr>
          <w:p w14:paraId="7C7434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260</w:t>
            </w:r>
          </w:p>
        </w:tc>
        <w:tc>
          <w:tcPr>
            <w:tcW w:w="1234" w:type="dxa"/>
          </w:tcPr>
          <w:p w14:paraId="110D18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3E741E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07C904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45C8EF6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13,2</w:t>
            </w:r>
          </w:p>
        </w:tc>
      </w:tr>
      <w:tr w:rsidR="006F0136" w:rsidRPr="00D77020" w14:paraId="2D480843" w14:textId="77777777">
        <w:tc>
          <w:tcPr>
            <w:tcW w:w="1234" w:type="dxa"/>
          </w:tcPr>
          <w:p w14:paraId="420D04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0877C8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BE-265-к</w:t>
            </w:r>
          </w:p>
        </w:tc>
        <w:tc>
          <w:tcPr>
            <w:tcW w:w="1234" w:type="dxa"/>
          </w:tcPr>
          <w:p w14:paraId="765262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265</w:t>
            </w:r>
          </w:p>
        </w:tc>
        <w:tc>
          <w:tcPr>
            <w:tcW w:w="1234" w:type="dxa"/>
          </w:tcPr>
          <w:p w14:paraId="519DCB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2D8CE7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118D3E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7297313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3,4</w:t>
            </w:r>
          </w:p>
        </w:tc>
      </w:tr>
      <w:tr w:rsidR="006F0136" w:rsidRPr="00D77020" w14:paraId="7E3FDCC1" w14:textId="77777777">
        <w:tc>
          <w:tcPr>
            <w:tcW w:w="1234" w:type="dxa"/>
          </w:tcPr>
          <w:p w14:paraId="3F71C0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09FDE6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BE-266-а</w:t>
            </w:r>
          </w:p>
        </w:tc>
        <w:tc>
          <w:tcPr>
            <w:tcW w:w="1234" w:type="dxa"/>
          </w:tcPr>
          <w:p w14:paraId="6C6EF3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266</w:t>
            </w:r>
          </w:p>
        </w:tc>
        <w:tc>
          <w:tcPr>
            <w:tcW w:w="1234" w:type="dxa"/>
          </w:tcPr>
          <w:p w14:paraId="778489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32A2A2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243409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7B6C212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12,2</w:t>
            </w:r>
          </w:p>
        </w:tc>
      </w:tr>
      <w:tr w:rsidR="006F0136" w:rsidRPr="00D77020" w14:paraId="026067F7" w14:textId="77777777">
        <w:tc>
          <w:tcPr>
            <w:tcW w:w="1234" w:type="dxa"/>
          </w:tcPr>
          <w:p w14:paraId="7304DC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1C86A6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BE-267-а</w:t>
            </w:r>
          </w:p>
        </w:tc>
        <w:tc>
          <w:tcPr>
            <w:tcW w:w="1234" w:type="dxa"/>
          </w:tcPr>
          <w:p w14:paraId="74A267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267</w:t>
            </w:r>
          </w:p>
        </w:tc>
        <w:tc>
          <w:tcPr>
            <w:tcW w:w="1234" w:type="dxa"/>
          </w:tcPr>
          <w:p w14:paraId="1569F1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1C71A7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4F40F8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A8A9AC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2,8</w:t>
            </w:r>
          </w:p>
        </w:tc>
      </w:tr>
      <w:tr w:rsidR="006F0136" w:rsidRPr="00D77020" w14:paraId="119E7476" w14:textId="77777777">
        <w:tc>
          <w:tcPr>
            <w:tcW w:w="1234" w:type="dxa"/>
          </w:tcPr>
          <w:p w14:paraId="47810D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3CF0C0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BE-272-а</w:t>
            </w:r>
          </w:p>
        </w:tc>
        <w:tc>
          <w:tcPr>
            <w:tcW w:w="1234" w:type="dxa"/>
          </w:tcPr>
          <w:p w14:paraId="7B1A76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272</w:t>
            </w:r>
          </w:p>
        </w:tc>
        <w:tc>
          <w:tcPr>
            <w:tcW w:w="1234" w:type="dxa"/>
          </w:tcPr>
          <w:p w14:paraId="41474E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67AD59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005478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38CF4F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9,2</w:t>
            </w:r>
          </w:p>
        </w:tc>
      </w:tr>
      <w:tr w:rsidR="006F0136" w:rsidRPr="00D77020" w14:paraId="1E100BF0" w14:textId="77777777">
        <w:tc>
          <w:tcPr>
            <w:tcW w:w="1234" w:type="dxa"/>
          </w:tcPr>
          <w:p w14:paraId="06E694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56E496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BE-275-г1</w:t>
            </w:r>
          </w:p>
        </w:tc>
        <w:tc>
          <w:tcPr>
            <w:tcW w:w="1234" w:type="dxa"/>
          </w:tcPr>
          <w:p w14:paraId="1A7A6A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275</w:t>
            </w:r>
          </w:p>
        </w:tc>
        <w:tc>
          <w:tcPr>
            <w:tcW w:w="1234" w:type="dxa"/>
          </w:tcPr>
          <w:p w14:paraId="6566C2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г1</w:t>
            </w:r>
          </w:p>
        </w:tc>
        <w:tc>
          <w:tcPr>
            <w:tcW w:w="1234" w:type="dxa"/>
          </w:tcPr>
          <w:p w14:paraId="3236EB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7FF122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60C5C47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15,7</w:t>
            </w:r>
          </w:p>
        </w:tc>
      </w:tr>
      <w:tr w:rsidR="006F0136" w:rsidRPr="00D77020" w14:paraId="11FD3DBF" w14:textId="77777777">
        <w:tc>
          <w:tcPr>
            <w:tcW w:w="1234" w:type="dxa"/>
          </w:tcPr>
          <w:p w14:paraId="68A6BA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5F59F2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BE-275-х</w:t>
            </w:r>
          </w:p>
        </w:tc>
        <w:tc>
          <w:tcPr>
            <w:tcW w:w="1234" w:type="dxa"/>
          </w:tcPr>
          <w:p w14:paraId="18C4FE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275</w:t>
            </w:r>
          </w:p>
        </w:tc>
        <w:tc>
          <w:tcPr>
            <w:tcW w:w="1234" w:type="dxa"/>
          </w:tcPr>
          <w:p w14:paraId="585D1A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х</w:t>
            </w:r>
          </w:p>
        </w:tc>
        <w:tc>
          <w:tcPr>
            <w:tcW w:w="1234" w:type="dxa"/>
          </w:tcPr>
          <w:p w14:paraId="06C8DF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6345B8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04D59D3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18,2</w:t>
            </w:r>
          </w:p>
        </w:tc>
      </w:tr>
      <w:tr w:rsidR="006F0136" w:rsidRPr="00D77020" w14:paraId="65021674" w14:textId="77777777">
        <w:tc>
          <w:tcPr>
            <w:tcW w:w="1234" w:type="dxa"/>
          </w:tcPr>
          <w:p w14:paraId="3B3678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33A805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BE-291-в</w:t>
            </w:r>
          </w:p>
        </w:tc>
        <w:tc>
          <w:tcPr>
            <w:tcW w:w="1234" w:type="dxa"/>
          </w:tcPr>
          <w:p w14:paraId="4FE9DD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291</w:t>
            </w:r>
          </w:p>
        </w:tc>
        <w:tc>
          <w:tcPr>
            <w:tcW w:w="1234" w:type="dxa"/>
          </w:tcPr>
          <w:p w14:paraId="59F554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33BA71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129998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297768F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8,0</w:t>
            </w:r>
          </w:p>
        </w:tc>
      </w:tr>
      <w:tr w:rsidR="006F0136" w:rsidRPr="00D77020" w14:paraId="290F9365" w14:textId="77777777">
        <w:tc>
          <w:tcPr>
            <w:tcW w:w="1234" w:type="dxa"/>
          </w:tcPr>
          <w:p w14:paraId="1C245A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39B94B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BE-291-ж</w:t>
            </w:r>
          </w:p>
        </w:tc>
        <w:tc>
          <w:tcPr>
            <w:tcW w:w="1234" w:type="dxa"/>
          </w:tcPr>
          <w:p w14:paraId="148C24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291</w:t>
            </w:r>
          </w:p>
        </w:tc>
        <w:tc>
          <w:tcPr>
            <w:tcW w:w="1234" w:type="dxa"/>
          </w:tcPr>
          <w:p w14:paraId="5F545E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42AB45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3FA42C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184BA54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7,9</w:t>
            </w:r>
          </w:p>
        </w:tc>
      </w:tr>
      <w:tr w:rsidR="006F0136" w:rsidRPr="00D77020" w14:paraId="405F660A" w14:textId="77777777">
        <w:tc>
          <w:tcPr>
            <w:tcW w:w="1234" w:type="dxa"/>
          </w:tcPr>
          <w:p w14:paraId="559648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0178B7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BE-292-б</w:t>
            </w:r>
          </w:p>
        </w:tc>
        <w:tc>
          <w:tcPr>
            <w:tcW w:w="1234" w:type="dxa"/>
          </w:tcPr>
          <w:p w14:paraId="0F3743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292</w:t>
            </w:r>
          </w:p>
        </w:tc>
        <w:tc>
          <w:tcPr>
            <w:tcW w:w="1234" w:type="dxa"/>
          </w:tcPr>
          <w:p w14:paraId="562435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461CAC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55086E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3F79D7F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20,2</w:t>
            </w:r>
          </w:p>
        </w:tc>
      </w:tr>
      <w:tr w:rsidR="006F0136" w:rsidRPr="00D77020" w14:paraId="2E6DBEE0" w14:textId="77777777">
        <w:tc>
          <w:tcPr>
            <w:tcW w:w="1234" w:type="dxa"/>
          </w:tcPr>
          <w:p w14:paraId="26DA6D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24B1D3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BE-292-г</w:t>
            </w:r>
          </w:p>
        </w:tc>
        <w:tc>
          <w:tcPr>
            <w:tcW w:w="1234" w:type="dxa"/>
          </w:tcPr>
          <w:p w14:paraId="5515DE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292</w:t>
            </w:r>
          </w:p>
        </w:tc>
        <w:tc>
          <w:tcPr>
            <w:tcW w:w="1234" w:type="dxa"/>
          </w:tcPr>
          <w:p w14:paraId="430D19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68AB22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085690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7BE5800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49DCF74B" w14:textId="77777777">
        <w:tc>
          <w:tcPr>
            <w:tcW w:w="1234" w:type="dxa"/>
          </w:tcPr>
          <w:p w14:paraId="434056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1644CA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BE-295-б</w:t>
            </w:r>
          </w:p>
        </w:tc>
        <w:tc>
          <w:tcPr>
            <w:tcW w:w="1234" w:type="dxa"/>
          </w:tcPr>
          <w:p w14:paraId="6820CA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295</w:t>
            </w:r>
          </w:p>
        </w:tc>
        <w:tc>
          <w:tcPr>
            <w:tcW w:w="1234" w:type="dxa"/>
          </w:tcPr>
          <w:p w14:paraId="4D17E1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28325E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2F561E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15D28FA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23,5</w:t>
            </w:r>
          </w:p>
        </w:tc>
      </w:tr>
      <w:tr w:rsidR="006F0136" w:rsidRPr="00D77020" w14:paraId="275320E2" w14:textId="77777777">
        <w:tc>
          <w:tcPr>
            <w:tcW w:w="1234" w:type="dxa"/>
          </w:tcPr>
          <w:p w14:paraId="3D07CF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6FC2EB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BE-320-а</w:t>
            </w:r>
          </w:p>
        </w:tc>
        <w:tc>
          <w:tcPr>
            <w:tcW w:w="1234" w:type="dxa"/>
          </w:tcPr>
          <w:p w14:paraId="23C929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320</w:t>
            </w:r>
          </w:p>
        </w:tc>
        <w:tc>
          <w:tcPr>
            <w:tcW w:w="1234" w:type="dxa"/>
          </w:tcPr>
          <w:p w14:paraId="773EC0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3D68FE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7FECB3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6BDB84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12,8</w:t>
            </w:r>
          </w:p>
        </w:tc>
      </w:tr>
      <w:tr w:rsidR="006F0136" w:rsidRPr="00D77020" w14:paraId="5D8E5DA2" w14:textId="77777777">
        <w:tc>
          <w:tcPr>
            <w:tcW w:w="1234" w:type="dxa"/>
          </w:tcPr>
          <w:p w14:paraId="3B2154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08B630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BE-321-е3</w:t>
            </w:r>
          </w:p>
        </w:tc>
        <w:tc>
          <w:tcPr>
            <w:tcW w:w="1234" w:type="dxa"/>
          </w:tcPr>
          <w:p w14:paraId="505DE9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321</w:t>
            </w:r>
          </w:p>
        </w:tc>
        <w:tc>
          <w:tcPr>
            <w:tcW w:w="1234" w:type="dxa"/>
          </w:tcPr>
          <w:p w14:paraId="3DC122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е3</w:t>
            </w:r>
          </w:p>
        </w:tc>
        <w:tc>
          <w:tcPr>
            <w:tcW w:w="1234" w:type="dxa"/>
          </w:tcPr>
          <w:p w14:paraId="354935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54A398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2317A7D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0,1</w:t>
            </w:r>
          </w:p>
        </w:tc>
      </w:tr>
      <w:tr w:rsidR="006F0136" w:rsidRPr="00D77020" w14:paraId="24CAD9A7" w14:textId="77777777">
        <w:tc>
          <w:tcPr>
            <w:tcW w:w="1234" w:type="dxa"/>
          </w:tcPr>
          <w:p w14:paraId="39AB06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71156B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BE-323-в</w:t>
            </w:r>
          </w:p>
        </w:tc>
        <w:tc>
          <w:tcPr>
            <w:tcW w:w="1234" w:type="dxa"/>
          </w:tcPr>
          <w:p w14:paraId="5DDB7A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323</w:t>
            </w:r>
          </w:p>
        </w:tc>
        <w:tc>
          <w:tcPr>
            <w:tcW w:w="1234" w:type="dxa"/>
          </w:tcPr>
          <w:p w14:paraId="47F3D0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6FA228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3AE757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811252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24,5</w:t>
            </w:r>
          </w:p>
        </w:tc>
      </w:tr>
      <w:tr w:rsidR="006F0136" w:rsidRPr="00D77020" w14:paraId="35C4AC9C" w14:textId="77777777">
        <w:tc>
          <w:tcPr>
            <w:tcW w:w="1234" w:type="dxa"/>
          </w:tcPr>
          <w:p w14:paraId="150CB4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236290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BE-323-м</w:t>
            </w:r>
          </w:p>
        </w:tc>
        <w:tc>
          <w:tcPr>
            <w:tcW w:w="1234" w:type="dxa"/>
          </w:tcPr>
          <w:p w14:paraId="174DC4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323</w:t>
            </w:r>
          </w:p>
        </w:tc>
        <w:tc>
          <w:tcPr>
            <w:tcW w:w="1234" w:type="dxa"/>
          </w:tcPr>
          <w:p w14:paraId="1D6A13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096AF8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67CA3C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4755ED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11,2</w:t>
            </w:r>
          </w:p>
        </w:tc>
      </w:tr>
      <w:tr w:rsidR="006F0136" w:rsidRPr="00D77020" w14:paraId="2A1030BB" w14:textId="77777777">
        <w:tc>
          <w:tcPr>
            <w:tcW w:w="1234" w:type="dxa"/>
          </w:tcPr>
          <w:p w14:paraId="551EA7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14022B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BE-351-а</w:t>
            </w:r>
          </w:p>
        </w:tc>
        <w:tc>
          <w:tcPr>
            <w:tcW w:w="1234" w:type="dxa"/>
          </w:tcPr>
          <w:p w14:paraId="32512F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351</w:t>
            </w:r>
          </w:p>
        </w:tc>
        <w:tc>
          <w:tcPr>
            <w:tcW w:w="1234" w:type="dxa"/>
          </w:tcPr>
          <w:p w14:paraId="6F863A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0B8A65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575FCF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11A60B6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2,8</w:t>
            </w:r>
          </w:p>
        </w:tc>
      </w:tr>
      <w:tr w:rsidR="006F0136" w:rsidRPr="00D77020" w14:paraId="5D8C599D" w14:textId="77777777">
        <w:tc>
          <w:tcPr>
            <w:tcW w:w="1234" w:type="dxa"/>
          </w:tcPr>
          <w:p w14:paraId="4A2A46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52D621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BE-351-б</w:t>
            </w:r>
          </w:p>
        </w:tc>
        <w:tc>
          <w:tcPr>
            <w:tcW w:w="1234" w:type="dxa"/>
          </w:tcPr>
          <w:p w14:paraId="7BBDD5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351</w:t>
            </w:r>
          </w:p>
        </w:tc>
        <w:tc>
          <w:tcPr>
            <w:tcW w:w="1234" w:type="dxa"/>
          </w:tcPr>
          <w:p w14:paraId="3CA9B0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54ED41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2CF8E6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639EC8D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4,7</w:t>
            </w:r>
          </w:p>
        </w:tc>
      </w:tr>
      <w:tr w:rsidR="006F0136" w:rsidRPr="00D77020" w14:paraId="683DC8CA" w14:textId="77777777">
        <w:tc>
          <w:tcPr>
            <w:tcW w:w="1234" w:type="dxa"/>
          </w:tcPr>
          <w:p w14:paraId="6C56D6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5A82AA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BE-352-а</w:t>
            </w:r>
          </w:p>
        </w:tc>
        <w:tc>
          <w:tcPr>
            <w:tcW w:w="1234" w:type="dxa"/>
          </w:tcPr>
          <w:p w14:paraId="61E28D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352</w:t>
            </w:r>
          </w:p>
        </w:tc>
        <w:tc>
          <w:tcPr>
            <w:tcW w:w="1234" w:type="dxa"/>
          </w:tcPr>
          <w:p w14:paraId="4B5842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13FFC3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56025A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33448F6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7,1</w:t>
            </w:r>
          </w:p>
        </w:tc>
      </w:tr>
      <w:tr w:rsidR="006F0136" w:rsidRPr="00D77020" w14:paraId="49C5138E" w14:textId="77777777">
        <w:tc>
          <w:tcPr>
            <w:tcW w:w="1234" w:type="dxa"/>
          </w:tcPr>
          <w:p w14:paraId="254CE8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12912D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BE-352-в</w:t>
            </w:r>
          </w:p>
        </w:tc>
        <w:tc>
          <w:tcPr>
            <w:tcW w:w="1234" w:type="dxa"/>
          </w:tcPr>
          <w:p w14:paraId="667F30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352</w:t>
            </w:r>
          </w:p>
        </w:tc>
        <w:tc>
          <w:tcPr>
            <w:tcW w:w="1234" w:type="dxa"/>
          </w:tcPr>
          <w:p w14:paraId="3871A2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7A8577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6D3DDC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7947925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14,3</w:t>
            </w:r>
          </w:p>
        </w:tc>
      </w:tr>
      <w:tr w:rsidR="006F0136" w:rsidRPr="00D77020" w14:paraId="3A5259B3" w14:textId="77777777">
        <w:tc>
          <w:tcPr>
            <w:tcW w:w="1234" w:type="dxa"/>
          </w:tcPr>
          <w:p w14:paraId="288BF8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1CBF2B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BE-352-о</w:t>
            </w:r>
          </w:p>
        </w:tc>
        <w:tc>
          <w:tcPr>
            <w:tcW w:w="1234" w:type="dxa"/>
          </w:tcPr>
          <w:p w14:paraId="6CE94B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352</w:t>
            </w:r>
          </w:p>
        </w:tc>
        <w:tc>
          <w:tcPr>
            <w:tcW w:w="1234" w:type="dxa"/>
          </w:tcPr>
          <w:p w14:paraId="4CF1E1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767552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234" w:type="dxa"/>
          </w:tcPr>
          <w:p w14:paraId="0DFD5A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B7749A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17,8</w:t>
            </w:r>
          </w:p>
        </w:tc>
      </w:tr>
      <w:tr w:rsidR="006F0136" w:rsidRPr="00D77020" w14:paraId="65FB2432" w14:textId="77777777">
        <w:tc>
          <w:tcPr>
            <w:tcW w:w="1234" w:type="dxa"/>
          </w:tcPr>
          <w:p w14:paraId="0447F8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581243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BE-358-в</w:t>
            </w:r>
          </w:p>
        </w:tc>
        <w:tc>
          <w:tcPr>
            <w:tcW w:w="1234" w:type="dxa"/>
          </w:tcPr>
          <w:p w14:paraId="4FB8CB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358</w:t>
            </w:r>
          </w:p>
        </w:tc>
        <w:tc>
          <w:tcPr>
            <w:tcW w:w="1234" w:type="dxa"/>
          </w:tcPr>
          <w:p w14:paraId="7F753B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4F7426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180</w:t>
            </w:r>
          </w:p>
        </w:tc>
        <w:tc>
          <w:tcPr>
            <w:tcW w:w="1234" w:type="dxa"/>
          </w:tcPr>
          <w:p w14:paraId="35F3C9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481E35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11,5</w:t>
            </w:r>
          </w:p>
        </w:tc>
      </w:tr>
      <w:tr w:rsidR="006F0136" w:rsidRPr="00D77020" w14:paraId="35067D29" w14:textId="77777777">
        <w:tc>
          <w:tcPr>
            <w:tcW w:w="1234" w:type="dxa"/>
          </w:tcPr>
          <w:p w14:paraId="6EA876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4FDF41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BE-363-г</w:t>
            </w:r>
          </w:p>
        </w:tc>
        <w:tc>
          <w:tcPr>
            <w:tcW w:w="1234" w:type="dxa"/>
          </w:tcPr>
          <w:p w14:paraId="42E23D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363</w:t>
            </w:r>
          </w:p>
        </w:tc>
        <w:tc>
          <w:tcPr>
            <w:tcW w:w="1234" w:type="dxa"/>
          </w:tcPr>
          <w:p w14:paraId="7C4ECC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76079A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1CB25D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1C671C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13,8</w:t>
            </w:r>
          </w:p>
        </w:tc>
      </w:tr>
      <w:tr w:rsidR="006F0136" w:rsidRPr="00D77020" w14:paraId="785B532B" w14:textId="77777777">
        <w:tc>
          <w:tcPr>
            <w:tcW w:w="1234" w:type="dxa"/>
          </w:tcPr>
          <w:p w14:paraId="54FC60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710ACC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BE-376-в</w:t>
            </w:r>
          </w:p>
        </w:tc>
        <w:tc>
          <w:tcPr>
            <w:tcW w:w="1234" w:type="dxa"/>
          </w:tcPr>
          <w:p w14:paraId="4659BA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376</w:t>
            </w:r>
          </w:p>
        </w:tc>
        <w:tc>
          <w:tcPr>
            <w:tcW w:w="1234" w:type="dxa"/>
          </w:tcPr>
          <w:p w14:paraId="7B546A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70991F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65</w:t>
            </w:r>
          </w:p>
        </w:tc>
        <w:tc>
          <w:tcPr>
            <w:tcW w:w="1234" w:type="dxa"/>
          </w:tcPr>
          <w:p w14:paraId="3D478B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5210</w:t>
            </w:r>
          </w:p>
        </w:tc>
        <w:tc>
          <w:tcPr>
            <w:tcW w:w="1234" w:type="dxa"/>
          </w:tcPr>
          <w:p w14:paraId="7CBCF6F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16,0</w:t>
            </w:r>
          </w:p>
        </w:tc>
      </w:tr>
      <w:tr w:rsidR="006F0136" w:rsidRPr="00D77020" w14:paraId="08F62770" w14:textId="77777777">
        <w:tc>
          <w:tcPr>
            <w:tcW w:w="1234" w:type="dxa"/>
          </w:tcPr>
          <w:p w14:paraId="629299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2D0927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BE-415-а</w:t>
            </w:r>
          </w:p>
        </w:tc>
        <w:tc>
          <w:tcPr>
            <w:tcW w:w="1234" w:type="dxa"/>
          </w:tcPr>
          <w:p w14:paraId="534BD8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415</w:t>
            </w:r>
          </w:p>
        </w:tc>
        <w:tc>
          <w:tcPr>
            <w:tcW w:w="1234" w:type="dxa"/>
          </w:tcPr>
          <w:p w14:paraId="1FCFBA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7F2FA5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61F247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26A7A87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16,4</w:t>
            </w:r>
          </w:p>
        </w:tc>
      </w:tr>
      <w:tr w:rsidR="006F0136" w:rsidRPr="00D77020" w14:paraId="1F484C4F" w14:textId="77777777">
        <w:tc>
          <w:tcPr>
            <w:tcW w:w="1234" w:type="dxa"/>
          </w:tcPr>
          <w:p w14:paraId="665397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2FD9A3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BE-415-б</w:t>
            </w:r>
          </w:p>
        </w:tc>
        <w:tc>
          <w:tcPr>
            <w:tcW w:w="1234" w:type="dxa"/>
          </w:tcPr>
          <w:p w14:paraId="4B664A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415</w:t>
            </w:r>
          </w:p>
        </w:tc>
        <w:tc>
          <w:tcPr>
            <w:tcW w:w="1234" w:type="dxa"/>
          </w:tcPr>
          <w:p w14:paraId="2E3B44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32ADA5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4AA0A0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0F49DA4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17,6</w:t>
            </w:r>
          </w:p>
        </w:tc>
      </w:tr>
      <w:tr w:rsidR="006F0136" w:rsidRPr="00D77020" w14:paraId="426BE491" w14:textId="77777777">
        <w:tc>
          <w:tcPr>
            <w:tcW w:w="1234" w:type="dxa"/>
          </w:tcPr>
          <w:p w14:paraId="33A43D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3EC8F6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BE-416-а</w:t>
            </w:r>
          </w:p>
        </w:tc>
        <w:tc>
          <w:tcPr>
            <w:tcW w:w="1234" w:type="dxa"/>
          </w:tcPr>
          <w:p w14:paraId="3EA351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416</w:t>
            </w:r>
          </w:p>
        </w:tc>
        <w:tc>
          <w:tcPr>
            <w:tcW w:w="1234" w:type="dxa"/>
          </w:tcPr>
          <w:p w14:paraId="1A8400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551503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222E52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660E01E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17,4</w:t>
            </w:r>
          </w:p>
        </w:tc>
      </w:tr>
      <w:tr w:rsidR="006F0136" w:rsidRPr="00D77020" w14:paraId="3962A9C6" w14:textId="77777777">
        <w:tc>
          <w:tcPr>
            <w:tcW w:w="1234" w:type="dxa"/>
          </w:tcPr>
          <w:p w14:paraId="402C6C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03591A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BE-457-г</w:t>
            </w:r>
          </w:p>
        </w:tc>
        <w:tc>
          <w:tcPr>
            <w:tcW w:w="1234" w:type="dxa"/>
          </w:tcPr>
          <w:p w14:paraId="0C4C0E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457</w:t>
            </w:r>
          </w:p>
        </w:tc>
        <w:tc>
          <w:tcPr>
            <w:tcW w:w="1234" w:type="dxa"/>
          </w:tcPr>
          <w:p w14:paraId="5CC891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159389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581CCF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645C061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10,6</w:t>
            </w:r>
          </w:p>
        </w:tc>
      </w:tr>
      <w:tr w:rsidR="006F0136" w:rsidRPr="00D77020" w14:paraId="13E3CF7E" w14:textId="77777777">
        <w:tc>
          <w:tcPr>
            <w:tcW w:w="1234" w:type="dxa"/>
          </w:tcPr>
          <w:p w14:paraId="1917EF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465410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BE-472-з</w:t>
            </w:r>
          </w:p>
        </w:tc>
        <w:tc>
          <w:tcPr>
            <w:tcW w:w="1234" w:type="dxa"/>
          </w:tcPr>
          <w:p w14:paraId="22119F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472</w:t>
            </w:r>
          </w:p>
        </w:tc>
        <w:tc>
          <w:tcPr>
            <w:tcW w:w="1234" w:type="dxa"/>
          </w:tcPr>
          <w:p w14:paraId="191A66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24E7C2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6A2C39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D9B8FA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22,7</w:t>
            </w:r>
          </w:p>
        </w:tc>
      </w:tr>
      <w:tr w:rsidR="006F0136" w:rsidRPr="00D77020" w14:paraId="24B84348" w14:textId="77777777">
        <w:tc>
          <w:tcPr>
            <w:tcW w:w="1234" w:type="dxa"/>
          </w:tcPr>
          <w:p w14:paraId="259BE0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6812A6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BE-474-а</w:t>
            </w:r>
          </w:p>
        </w:tc>
        <w:tc>
          <w:tcPr>
            <w:tcW w:w="1234" w:type="dxa"/>
          </w:tcPr>
          <w:p w14:paraId="2E8087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474</w:t>
            </w:r>
          </w:p>
        </w:tc>
        <w:tc>
          <w:tcPr>
            <w:tcW w:w="1234" w:type="dxa"/>
          </w:tcPr>
          <w:p w14:paraId="13C987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356A2A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44F597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1CBD497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2,1</w:t>
            </w:r>
          </w:p>
        </w:tc>
      </w:tr>
      <w:tr w:rsidR="006F0136" w:rsidRPr="00D77020" w14:paraId="0BBEF852" w14:textId="77777777">
        <w:tc>
          <w:tcPr>
            <w:tcW w:w="1234" w:type="dxa"/>
          </w:tcPr>
          <w:p w14:paraId="4BF9ED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4E2AB0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BE-474-в</w:t>
            </w:r>
          </w:p>
        </w:tc>
        <w:tc>
          <w:tcPr>
            <w:tcW w:w="1234" w:type="dxa"/>
          </w:tcPr>
          <w:p w14:paraId="56CDE9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474</w:t>
            </w:r>
          </w:p>
        </w:tc>
        <w:tc>
          <w:tcPr>
            <w:tcW w:w="1234" w:type="dxa"/>
          </w:tcPr>
          <w:p w14:paraId="3474D7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01746F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6AED1D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258C204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0,8</w:t>
            </w:r>
          </w:p>
        </w:tc>
      </w:tr>
      <w:tr w:rsidR="006F0136" w:rsidRPr="00D77020" w14:paraId="0A6ACA16" w14:textId="77777777">
        <w:tc>
          <w:tcPr>
            <w:tcW w:w="1234" w:type="dxa"/>
          </w:tcPr>
          <w:p w14:paraId="384921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68A76D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BE-475-б</w:t>
            </w:r>
          </w:p>
        </w:tc>
        <w:tc>
          <w:tcPr>
            <w:tcW w:w="1234" w:type="dxa"/>
          </w:tcPr>
          <w:p w14:paraId="7A215A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475</w:t>
            </w:r>
          </w:p>
        </w:tc>
        <w:tc>
          <w:tcPr>
            <w:tcW w:w="1234" w:type="dxa"/>
          </w:tcPr>
          <w:p w14:paraId="6CA4B8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063B34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285FA0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778D7FB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18,9</w:t>
            </w:r>
          </w:p>
        </w:tc>
      </w:tr>
      <w:tr w:rsidR="006F0136" w:rsidRPr="00D77020" w14:paraId="3C7D67FC" w14:textId="77777777">
        <w:tc>
          <w:tcPr>
            <w:tcW w:w="1234" w:type="dxa"/>
          </w:tcPr>
          <w:p w14:paraId="3DD75F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2016</w:t>
            </w:r>
          </w:p>
        </w:tc>
        <w:tc>
          <w:tcPr>
            <w:tcW w:w="1234" w:type="dxa"/>
          </w:tcPr>
          <w:p w14:paraId="0A7E0D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BE-476-в</w:t>
            </w:r>
          </w:p>
        </w:tc>
        <w:tc>
          <w:tcPr>
            <w:tcW w:w="1234" w:type="dxa"/>
          </w:tcPr>
          <w:p w14:paraId="20D3BE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476</w:t>
            </w:r>
          </w:p>
        </w:tc>
        <w:tc>
          <w:tcPr>
            <w:tcW w:w="1234" w:type="dxa"/>
          </w:tcPr>
          <w:p w14:paraId="76485E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514DF8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374F0B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6E75E92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6,9</w:t>
            </w:r>
          </w:p>
        </w:tc>
      </w:tr>
      <w:tr w:rsidR="006F0136" w:rsidRPr="00D77020" w14:paraId="5C9B81B4" w14:textId="77777777">
        <w:tc>
          <w:tcPr>
            <w:tcW w:w="7404" w:type="dxa"/>
            <w:gridSpan w:val="6"/>
          </w:tcPr>
          <w:p w14:paraId="320B16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6E58B81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829,6</w:t>
            </w:r>
          </w:p>
        </w:tc>
      </w:tr>
    </w:tbl>
    <w:p w14:paraId="54CBC283" w14:textId="77777777" w:rsidR="006F0136" w:rsidRPr="00D77020" w:rsidRDefault="00D77020">
      <w:pPr>
        <w:rPr>
          <w:lang w:val="bg-BG"/>
        </w:rPr>
      </w:pPr>
      <w:r w:rsidRPr="00D77020">
        <w:rPr>
          <w:lang w:val="bg-BG"/>
        </w:rPr>
        <w:br w:type="page"/>
      </w:r>
    </w:p>
    <w:p w14:paraId="27F1F98D" w14:textId="77777777" w:rsidR="006F0136" w:rsidRPr="00D77020" w:rsidRDefault="00D77020">
      <w:pPr>
        <w:pStyle w:val="Heading1"/>
        <w:rPr>
          <w:lang w:val="bg-BG"/>
        </w:rPr>
      </w:pPr>
      <w:bookmarkStart w:id="5" w:name="_Toc222837672"/>
      <w:r w:rsidRPr="00D77020">
        <w:rPr>
          <w:lang w:val="bg-BG"/>
        </w:rPr>
        <w:lastRenderedPageBreak/>
        <w:t xml:space="preserve">ДГС Гърмен - Обща площ: 1680,5 </w:t>
      </w:r>
      <w:proofErr w:type="spellStart"/>
      <w:r w:rsidRPr="00D77020">
        <w:rPr>
          <w:lang w:val="bg-BG"/>
        </w:rPr>
        <w:t>хa</w:t>
      </w:r>
      <w:bookmarkEnd w:id="5"/>
      <w:proofErr w:type="spellEnd"/>
    </w:p>
    <w:p w14:paraId="08FF6786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BG0001021 - Река Места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296F6989" w14:textId="77777777">
        <w:tc>
          <w:tcPr>
            <w:tcW w:w="1587" w:type="dxa"/>
          </w:tcPr>
          <w:p w14:paraId="493336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4CB431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37EB34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555553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4578A8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40E46833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157E4D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2FA978BE" w14:textId="77777777">
        <w:tc>
          <w:tcPr>
            <w:tcW w:w="1234" w:type="dxa"/>
          </w:tcPr>
          <w:p w14:paraId="32307E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969CE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BB-334-л</w:t>
            </w:r>
          </w:p>
        </w:tc>
        <w:tc>
          <w:tcPr>
            <w:tcW w:w="1234" w:type="dxa"/>
          </w:tcPr>
          <w:p w14:paraId="3B2B7F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334</w:t>
            </w:r>
          </w:p>
        </w:tc>
        <w:tc>
          <w:tcPr>
            <w:tcW w:w="1234" w:type="dxa"/>
          </w:tcPr>
          <w:p w14:paraId="0EC6F6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01DD96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2CD420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60FB9C5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0,1</w:t>
            </w:r>
          </w:p>
        </w:tc>
      </w:tr>
      <w:tr w:rsidR="006F0136" w:rsidRPr="00D77020" w14:paraId="4F642E60" w14:textId="77777777">
        <w:tc>
          <w:tcPr>
            <w:tcW w:w="1234" w:type="dxa"/>
          </w:tcPr>
          <w:p w14:paraId="1389E1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B9402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BB-335-а</w:t>
            </w:r>
          </w:p>
        </w:tc>
        <w:tc>
          <w:tcPr>
            <w:tcW w:w="1234" w:type="dxa"/>
          </w:tcPr>
          <w:p w14:paraId="68312B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335</w:t>
            </w:r>
          </w:p>
        </w:tc>
        <w:tc>
          <w:tcPr>
            <w:tcW w:w="1234" w:type="dxa"/>
          </w:tcPr>
          <w:p w14:paraId="415A5F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432048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48993B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98F740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15,4</w:t>
            </w:r>
          </w:p>
        </w:tc>
      </w:tr>
      <w:tr w:rsidR="006F0136" w:rsidRPr="00D77020" w14:paraId="444F1E32" w14:textId="77777777">
        <w:tc>
          <w:tcPr>
            <w:tcW w:w="1234" w:type="dxa"/>
          </w:tcPr>
          <w:p w14:paraId="51540B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041FD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BB-342-к</w:t>
            </w:r>
          </w:p>
        </w:tc>
        <w:tc>
          <w:tcPr>
            <w:tcW w:w="1234" w:type="dxa"/>
          </w:tcPr>
          <w:p w14:paraId="1EAFE5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342</w:t>
            </w:r>
          </w:p>
        </w:tc>
        <w:tc>
          <w:tcPr>
            <w:tcW w:w="1234" w:type="dxa"/>
          </w:tcPr>
          <w:p w14:paraId="5D0BB3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24F908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00B9C5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71E39EC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21,5</w:t>
            </w:r>
          </w:p>
        </w:tc>
      </w:tr>
      <w:tr w:rsidR="006F0136" w:rsidRPr="00D77020" w14:paraId="00BE676B" w14:textId="77777777">
        <w:tc>
          <w:tcPr>
            <w:tcW w:w="1234" w:type="dxa"/>
          </w:tcPr>
          <w:p w14:paraId="2A464A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5AE28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BB-346-б</w:t>
            </w:r>
          </w:p>
        </w:tc>
        <w:tc>
          <w:tcPr>
            <w:tcW w:w="1234" w:type="dxa"/>
          </w:tcPr>
          <w:p w14:paraId="65434A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346</w:t>
            </w:r>
          </w:p>
        </w:tc>
        <w:tc>
          <w:tcPr>
            <w:tcW w:w="1234" w:type="dxa"/>
          </w:tcPr>
          <w:p w14:paraId="617D7C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260E59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0F8286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1D5C809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0,9</w:t>
            </w:r>
          </w:p>
        </w:tc>
      </w:tr>
      <w:tr w:rsidR="006F0136" w:rsidRPr="00D77020" w14:paraId="70B2453F" w14:textId="77777777">
        <w:tc>
          <w:tcPr>
            <w:tcW w:w="1234" w:type="dxa"/>
          </w:tcPr>
          <w:p w14:paraId="239234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AFBFB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BB-376-с</w:t>
            </w:r>
          </w:p>
        </w:tc>
        <w:tc>
          <w:tcPr>
            <w:tcW w:w="1234" w:type="dxa"/>
          </w:tcPr>
          <w:p w14:paraId="6FFED2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376</w:t>
            </w:r>
          </w:p>
        </w:tc>
        <w:tc>
          <w:tcPr>
            <w:tcW w:w="1234" w:type="dxa"/>
          </w:tcPr>
          <w:p w14:paraId="1DE988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232AEB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234" w:type="dxa"/>
          </w:tcPr>
          <w:p w14:paraId="40934F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6E5FEA7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1,8</w:t>
            </w:r>
          </w:p>
        </w:tc>
      </w:tr>
      <w:tr w:rsidR="006F0136" w:rsidRPr="00D77020" w14:paraId="4CDCA01B" w14:textId="77777777">
        <w:tc>
          <w:tcPr>
            <w:tcW w:w="1234" w:type="dxa"/>
          </w:tcPr>
          <w:p w14:paraId="02176B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77CA5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BB-376-т</w:t>
            </w:r>
          </w:p>
        </w:tc>
        <w:tc>
          <w:tcPr>
            <w:tcW w:w="1234" w:type="dxa"/>
          </w:tcPr>
          <w:p w14:paraId="63E2CD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376</w:t>
            </w:r>
          </w:p>
        </w:tc>
        <w:tc>
          <w:tcPr>
            <w:tcW w:w="1234" w:type="dxa"/>
          </w:tcPr>
          <w:p w14:paraId="0EE101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68FBCC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1EECA8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780AAEB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1,4</w:t>
            </w:r>
          </w:p>
        </w:tc>
      </w:tr>
      <w:tr w:rsidR="006F0136" w:rsidRPr="00D77020" w14:paraId="1A3AF42E" w14:textId="77777777">
        <w:tc>
          <w:tcPr>
            <w:tcW w:w="1234" w:type="dxa"/>
          </w:tcPr>
          <w:p w14:paraId="46F703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D5006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BB-377-а</w:t>
            </w:r>
          </w:p>
        </w:tc>
        <w:tc>
          <w:tcPr>
            <w:tcW w:w="1234" w:type="dxa"/>
          </w:tcPr>
          <w:p w14:paraId="5219F5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377</w:t>
            </w:r>
          </w:p>
        </w:tc>
        <w:tc>
          <w:tcPr>
            <w:tcW w:w="1234" w:type="dxa"/>
          </w:tcPr>
          <w:p w14:paraId="48E342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516E26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09D6C6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0F82712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1,3</w:t>
            </w:r>
          </w:p>
        </w:tc>
      </w:tr>
      <w:tr w:rsidR="006F0136" w:rsidRPr="00D77020" w14:paraId="5E27A5F5" w14:textId="77777777">
        <w:tc>
          <w:tcPr>
            <w:tcW w:w="1234" w:type="dxa"/>
          </w:tcPr>
          <w:p w14:paraId="62B63F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4AE49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BB-377-б</w:t>
            </w:r>
          </w:p>
        </w:tc>
        <w:tc>
          <w:tcPr>
            <w:tcW w:w="1234" w:type="dxa"/>
          </w:tcPr>
          <w:p w14:paraId="2D4371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377</w:t>
            </w:r>
          </w:p>
        </w:tc>
        <w:tc>
          <w:tcPr>
            <w:tcW w:w="1234" w:type="dxa"/>
          </w:tcPr>
          <w:p w14:paraId="0F6FB1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4AF7C6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1E786D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0D06EFB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1,1</w:t>
            </w:r>
          </w:p>
        </w:tc>
      </w:tr>
      <w:tr w:rsidR="006F0136" w:rsidRPr="00D77020" w14:paraId="7EA1C384" w14:textId="77777777">
        <w:tc>
          <w:tcPr>
            <w:tcW w:w="1234" w:type="dxa"/>
          </w:tcPr>
          <w:p w14:paraId="32169D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8AD5D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BB-487-б</w:t>
            </w:r>
          </w:p>
        </w:tc>
        <w:tc>
          <w:tcPr>
            <w:tcW w:w="1234" w:type="dxa"/>
          </w:tcPr>
          <w:p w14:paraId="1DD6D6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487</w:t>
            </w:r>
          </w:p>
        </w:tc>
        <w:tc>
          <w:tcPr>
            <w:tcW w:w="1234" w:type="dxa"/>
          </w:tcPr>
          <w:p w14:paraId="55FB10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1BAB2D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10F603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8E46FC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15,5</w:t>
            </w:r>
          </w:p>
        </w:tc>
      </w:tr>
      <w:tr w:rsidR="006F0136" w:rsidRPr="00D77020" w14:paraId="23936513" w14:textId="77777777">
        <w:tc>
          <w:tcPr>
            <w:tcW w:w="1234" w:type="dxa"/>
          </w:tcPr>
          <w:p w14:paraId="1ED69A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9E11C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BB-493-д</w:t>
            </w:r>
          </w:p>
        </w:tc>
        <w:tc>
          <w:tcPr>
            <w:tcW w:w="1234" w:type="dxa"/>
          </w:tcPr>
          <w:p w14:paraId="3BFECA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493</w:t>
            </w:r>
          </w:p>
        </w:tc>
        <w:tc>
          <w:tcPr>
            <w:tcW w:w="1234" w:type="dxa"/>
          </w:tcPr>
          <w:p w14:paraId="38AEB3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212871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2795BE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6C44B8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30,0</w:t>
            </w:r>
          </w:p>
        </w:tc>
      </w:tr>
      <w:tr w:rsidR="006F0136" w:rsidRPr="00D77020" w14:paraId="0DB5B24E" w14:textId="77777777">
        <w:tc>
          <w:tcPr>
            <w:tcW w:w="7404" w:type="dxa"/>
            <w:gridSpan w:val="6"/>
          </w:tcPr>
          <w:p w14:paraId="68993F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5A1C60A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89,0</w:t>
            </w:r>
          </w:p>
        </w:tc>
      </w:tr>
    </w:tbl>
    <w:p w14:paraId="0E860B91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BG0001030 - Родопи - Западни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7"/>
        <w:gridCol w:w="1406"/>
        <w:gridCol w:w="1081"/>
        <w:gridCol w:w="1201"/>
        <w:gridCol w:w="1135"/>
        <w:gridCol w:w="1135"/>
        <w:gridCol w:w="1325"/>
      </w:tblGrid>
      <w:tr w:rsidR="006F0136" w:rsidRPr="00D77020" w14:paraId="4E70E62D" w14:textId="77777777" w:rsidTr="00E17403">
        <w:tc>
          <w:tcPr>
            <w:tcW w:w="1347" w:type="dxa"/>
          </w:tcPr>
          <w:p w14:paraId="47767A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406" w:type="dxa"/>
          </w:tcPr>
          <w:p w14:paraId="27378C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081" w:type="dxa"/>
          </w:tcPr>
          <w:p w14:paraId="19149A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01" w:type="dxa"/>
          </w:tcPr>
          <w:p w14:paraId="467B08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135" w:type="dxa"/>
          </w:tcPr>
          <w:p w14:paraId="78FFA7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135" w:type="dxa"/>
          </w:tcPr>
          <w:p w14:paraId="02C4DCEE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325" w:type="dxa"/>
          </w:tcPr>
          <w:p w14:paraId="555C3B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67C72507" w14:textId="77777777" w:rsidTr="00E17403">
        <w:tc>
          <w:tcPr>
            <w:tcW w:w="1347" w:type="dxa"/>
          </w:tcPr>
          <w:p w14:paraId="5C3B1D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62F5BF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BB-10-б</w:t>
            </w:r>
          </w:p>
        </w:tc>
        <w:tc>
          <w:tcPr>
            <w:tcW w:w="1081" w:type="dxa"/>
          </w:tcPr>
          <w:p w14:paraId="08BF0E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</w:t>
            </w:r>
          </w:p>
        </w:tc>
        <w:tc>
          <w:tcPr>
            <w:tcW w:w="1201" w:type="dxa"/>
          </w:tcPr>
          <w:p w14:paraId="24A3B4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135" w:type="dxa"/>
          </w:tcPr>
          <w:p w14:paraId="373E69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135" w:type="dxa"/>
          </w:tcPr>
          <w:p w14:paraId="70728C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325" w:type="dxa"/>
          </w:tcPr>
          <w:p w14:paraId="759171C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4,0</w:t>
            </w:r>
          </w:p>
        </w:tc>
      </w:tr>
      <w:tr w:rsidR="006F0136" w:rsidRPr="00D77020" w14:paraId="1CEE967F" w14:textId="77777777" w:rsidTr="00E17403">
        <w:tc>
          <w:tcPr>
            <w:tcW w:w="1347" w:type="dxa"/>
          </w:tcPr>
          <w:p w14:paraId="5DE464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1DFE84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BB-104-д</w:t>
            </w:r>
          </w:p>
        </w:tc>
        <w:tc>
          <w:tcPr>
            <w:tcW w:w="1081" w:type="dxa"/>
          </w:tcPr>
          <w:p w14:paraId="4840F7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104</w:t>
            </w:r>
          </w:p>
        </w:tc>
        <w:tc>
          <w:tcPr>
            <w:tcW w:w="1201" w:type="dxa"/>
          </w:tcPr>
          <w:p w14:paraId="7F55E5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135" w:type="dxa"/>
          </w:tcPr>
          <w:p w14:paraId="1D3F82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135" w:type="dxa"/>
          </w:tcPr>
          <w:p w14:paraId="286FDD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66A32C7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17,8</w:t>
            </w:r>
          </w:p>
        </w:tc>
      </w:tr>
      <w:tr w:rsidR="006F0136" w:rsidRPr="00D77020" w14:paraId="608AA242" w14:textId="77777777" w:rsidTr="00E17403">
        <w:tc>
          <w:tcPr>
            <w:tcW w:w="1347" w:type="dxa"/>
          </w:tcPr>
          <w:p w14:paraId="08104C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7461CC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BB-108-п</w:t>
            </w:r>
          </w:p>
        </w:tc>
        <w:tc>
          <w:tcPr>
            <w:tcW w:w="1081" w:type="dxa"/>
          </w:tcPr>
          <w:p w14:paraId="66EE00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108</w:t>
            </w:r>
          </w:p>
        </w:tc>
        <w:tc>
          <w:tcPr>
            <w:tcW w:w="1201" w:type="dxa"/>
          </w:tcPr>
          <w:p w14:paraId="538487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135" w:type="dxa"/>
          </w:tcPr>
          <w:p w14:paraId="1E5F78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135" w:type="dxa"/>
          </w:tcPr>
          <w:p w14:paraId="4F9C96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91D0</w:t>
            </w:r>
          </w:p>
        </w:tc>
        <w:tc>
          <w:tcPr>
            <w:tcW w:w="1325" w:type="dxa"/>
          </w:tcPr>
          <w:p w14:paraId="4536C0A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1,5</w:t>
            </w:r>
          </w:p>
        </w:tc>
      </w:tr>
      <w:tr w:rsidR="006F0136" w:rsidRPr="00D77020" w14:paraId="32D49EEB" w14:textId="77777777" w:rsidTr="00E17403">
        <w:tc>
          <w:tcPr>
            <w:tcW w:w="1347" w:type="dxa"/>
          </w:tcPr>
          <w:p w14:paraId="417FB0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5A9074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BB-110-з</w:t>
            </w:r>
          </w:p>
        </w:tc>
        <w:tc>
          <w:tcPr>
            <w:tcW w:w="1081" w:type="dxa"/>
          </w:tcPr>
          <w:p w14:paraId="72DEA7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01" w:type="dxa"/>
          </w:tcPr>
          <w:p w14:paraId="62D2AC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135" w:type="dxa"/>
          </w:tcPr>
          <w:p w14:paraId="472413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135" w:type="dxa"/>
          </w:tcPr>
          <w:p w14:paraId="4E1048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91D0</w:t>
            </w:r>
          </w:p>
        </w:tc>
        <w:tc>
          <w:tcPr>
            <w:tcW w:w="1325" w:type="dxa"/>
          </w:tcPr>
          <w:p w14:paraId="61AC876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4,5</w:t>
            </w:r>
          </w:p>
        </w:tc>
      </w:tr>
      <w:tr w:rsidR="006F0136" w:rsidRPr="00D77020" w14:paraId="7661C3BF" w14:textId="77777777" w:rsidTr="00E17403">
        <w:tc>
          <w:tcPr>
            <w:tcW w:w="1347" w:type="dxa"/>
          </w:tcPr>
          <w:p w14:paraId="21E15E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5E03CE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BB-111-е</w:t>
            </w:r>
          </w:p>
        </w:tc>
        <w:tc>
          <w:tcPr>
            <w:tcW w:w="1081" w:type="dxa"/>
          </w:tcPr>
          <w:p w14:paraId="5309FF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</w:t>
            </w:r>
          </w:p>
        </w:tc>
        <w:tc>
          <w:tcPr>
            <w:tcW w:w="1201" w:type="dxa"/>
          </w:tcPr>
          <w:p w14:paraId="41A33D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135" w:type="dxa"/>
          </w:tcPr>
          <w:p w14:paraId="2E8CC8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135" w:type="dxa"/>
          </w:tcPr>
          <w:p w14:paraId="69EA4C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325" w:type="dxa"/>
          </w:tcPr>
          <w:p w14:paraId="5C7E5A7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1,6</w:t>
            </w:r>
          </w:p>
        </w:tc>
      </w:tr>
      <w:tr w:rsidR="006F0136" w:rsidRPr="00D77020" w14:paraId="4973D483" w14:textId="77777777" w:rsidTr="00E17403">
        <w:tc>
          <w:tcPr>
            <w:tcW w:w="1347" w:type="dxa"/>
          </w:tcPr>
          <w:p w14:paraId="1F9F76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43A0D0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BB-120-г</w:t>
            </w:r>
          </w:p>
        </w:tc>
        <w:tc>
          <w:tcPr>
            <w:tcW w:w="1081" w:type="dxa"/>
          </w:tcPr>
          <w:p w14:paraId="0B5BAB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01" w:type="dxa"/>
          </w:tcPr>
          <w:p w14:paraId="56DD2F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135" w:type="dxa"/>
          </w:tcPr>
          <w:p w14:paraId="7E6A8E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135" w:type="dxa"/>
          </w:tcPr>
          <w:p w14:paraId="58EF85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325" w:type="dxa"/>
          </w:tcPr>
          <w:p w14:paraId="77EC909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3,0</w:t>
            </w:r>
          </w:p>
        </w:tc>
      </w:tr>
      <w:tr w:rsidR="006F0136" w:rsidRPr="00D77020" w14:paraId="65814F6F" w14:textId="77777777" w:rsidTr="00E17403">
        <w:tc>
          <w:tcPr>
            <w:tcW w:w="1347" w:type="dxa"/>
          </w:tcPr>
          <w:p w14:paraId="7BAC6F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21400C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BB-121-к</w:t>
            </w:r>
          </w:p>
        </w:tc>
        <w:tc>
          <w:tcPr>
            <w:tcW w:w="1081" w:type="dxa"/>
          </w:tcPr>
          <w:p w14:paraId="311B1F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121</w:t>
            </w:r>
          </w:p>
        </w:tc>
        <w:tc>
          <w:tcPr>
            <w:tcW w:w="1201" w:type="dxa"/>
          </w:tcPr>
          <w:p w14:paraId="7896FD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135" w:type="dxa"/>
          </w:tcPr>
          <w:p w14:paraId="538813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135" w:type="dxa"/>
          </w:tcPr>
          <w:p w14:paraId="264FEE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91BA</w:t>
            </w:r>
          </w:p>
        </w:tc>
        <w:tc>
          <w:tcPr>
            <w:tcW w:w="1325" w:type="dxa"/>
          </w:tcPr>
          <w:p w14:paraId="637047D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3,5</w:t>
            </w:r>
          </w:p>
        </w:tc>
      </w:tr>
      <w:tr w:rsidR="006F0136" w:rsidRPr="00D77020" w14:paraId="071F83B5" w14:textId="77777777" w:rsidTr="00E17403">
        <w:tc>
          <w:tcPr>
            <w:tcW w:w="1347" w:type="dxa"/>
          </w:tcPr>
          <w:p w14:paraId="2CD13B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71F6B9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BB-122-д</w:t>
            </w:r>
          </w:p>
        </w:tc>
        <w:tc>
          <w:tcPr>
            <w:tcW w:w="1081" w:type="dxa"/>
          </w:tcPr>
          <w:p w14:paraId="214352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122</w:t>
            </w:r>
          </w:p>
        </w:tc>
        <w:tc>
          <w:tcPr>
            <w:tcW w:w="1201" w:type="dxa"/>
          </w:tcPr>
          <w:p w14:paraId="2EB38A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135" w:type="dxa"/>
          </w:tcPr>
          <w:p w14:paraId="38C592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135" w:type="dxa"/>
          </w:tcPr>
          <w:p w14:paraId="0E8227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325" w:type="dxa"/>
          </w:tcPr>
          <w:p w14:paraId="32411DC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3,6</w:t>
            </w:r>
          </w:p>
        </w:tc>
      </w:tr>
      <w:tr w:rsidR="006F0136" w:rsidRPr="00D77020" w14:paraId="2E321155" w14:textId="77777777" w:rsidTr="00E17403">
        <w:tc>
          <w:tcPr>
            <w:tcW w:w="1347" w:type="dxa"/>
          </w:tcPr>
          <w:p w14:paraId="5F0C5D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7862E1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BB-123-з</w:t>
            </w:r>
          </w:p>
        </w:tc>
        <w:tc>
          <w:tcPr>
            <w:tcW w:w="1081" w:type="dxa"/>
          </w:tcPr>
          <w:p w14:paraId="0470F5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123</w:t>
            </w:r>
          </w:p>
        </w:tc>
        <w:tc>
          <w:tcPr>
            <w:tcW w:w="1201" w:type="dxa"/>
          </w:tcPr>
          <w:p w14:paraId="7C7833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135" w:type="dxa"/>
          </w:tcPr>
          <w:p w14:paraId="2A633B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135" w:type="dxa"/>
          </w:tcPr>
          <w:p w14:paraId="3BDC6A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12003D0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4,7</w:t>
            </w:r>
          </w:p>
        </w:tc>
      </w:tr>
      <w:tr w:rsidR="006F0136" w:rsidRPr="00D77020" w14:paraId="5A9531E5" w14:textId="77777777" w:rsidTr="00E17403">
        <w:tc>
          <w:tcPr>
            <w:tcW w:w="1347" w:type="dxa"/>
          </w:tcPr>
          <w:p w14:paraId="51CFB0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27C2BB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BB-124-е</w:t>
            </w:r>
          </w:p>
        </w:tc>
        <w:tc>
          <w:tcPr>
            <w:tcW w:w="1081" w:type="dxa"/>
          </w:tcPr>
          <w:p w14:paraId="74B23D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124</w:t>
            </w:r>
          </w:p>
        </w:tc>
        <w:tc>
          <w:tcPr>
            <w:tcW w:w="1201" w:type="dxa"/>
          </w:tcPr>
          <w:p w14:paraId="74F92B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135" w:type="dxa"/>
          </w:tcPr>
          <w:p w14:paraId="15FEF6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135" w:type="dxa"/>
          </w:tcPr>
          <w:p w14:paraId="713E8C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07AB883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12,3</w:t>
            </w:r>
          </w:p>
        </w:tc>
      </w:tr>
      <w:tr w:rsidR="006F0136" w:rsidRPr="00D77020" w14:paraId="6E85C9C0" w14:textId="77777777" w:rsidTr="00E17403">
        <w:tc>
          <w:tcPr>
            <w:tcW w:w="1347" w:type="dxa"/>
          </w:tcPr>
          <w:p w14:paraId="28A7F3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4E33C4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BB-126-ж</w:t>
            </w:r>
          </w:p>
        </w:tc>
        <w:tc>
          <w:tcPr>
            <w:tcW w:w="1081" w:type="dxa"/>
          </w:tcPr>
          <w:p w14:paraId="3304F7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126</w:t>
            </w:r>
          </w:p>
        </w:tc>
        <w:tc>
          <w:tcPr>
            <w:tcW w:w="1201" w:type="dxa"/>
          </w:tcPr>
          <w:p w14:paraId="60A437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135" w:type="dxa"/>
          </w:tcPr>
          <w:p w14:paraId="16EDB3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135" w:type="dxa"/>
          </w:tcPr>
          <w:p w14:paraId="381483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325" w:type="dxa"/>
          </w:tcPr>
          <w:p w14:paraId="05F6F79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14,4</w:t>
            </w:r>
          </w:p>
        </w:tc>
      </w:tr>
      <w:tr w:rsidR="006F0136" w:rsidRPr="00D77020" w14:paraId="1138FA31" w14:textId="77777777" w:rsidTr="00E17403">
        <w:tc>
          <w:tcPr>
            <w:tcW w:w="1347" w:type="dxa"/>
          </w:tcPr>
          <w:p w14:paraId="1D99BF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2E5F77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BB-127-к</w:t>
            </w:r>
          </w:p>
        </w:tc>
        <w:tc>
          <w:tcPr>
            <w:tcW w:w="1081" w:type="dxa"/>
          </w:tcPr>
          <w:p w14:paraId="1F8128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127</w:t>
            </w:r>
          </w:p>
        </w:tc>
        <w:tc>
          <w:tcPr>
            <w:tcW w:w="1201" w:type="dxa"/>
          </w:tcPr>
          <w:p w14:paraId="38FAF7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135" w:type="dxa"/>
          </w:tcPr>
          <w:p w14:paraId="0F0672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135" w:type="dxa"/>
          </w:tcPr>
          <w:p w14:paraId="055CC6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533AC8D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7,8</w:t>
            </w:r>
          </w:p>
        </w:tc>
      </w:tr>
      <w:tr w:rsidR="006F0136" w:rsidRPr="00D77020" w14:paraId="791171B0" w14:textId="77777777" w:rsidTr="00E17403">
        <w:tc>
          <w:tcPr>
            <w:tcW w:w="1347" w:type="dxa"/>
          </w:tcPr>
          <w:p w14:paraId="51E2E1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07FF16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BB-127-л</w:t>
            </w:r>
          </w:p>
        </w:tc>
        <w:tc>
          <w:tcPr>
            <w:tcW w:w="1081" w:type="dxa"/>
          </w:tcPr>
          <w:p w14:paraId="6011EF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127</w:t>
            </w:r>
          </w:p>
        </w:tc>
        <w:tc>
          <w:tcPr>
            <w:tcW w:w="1201" w:type="dxa"/>
          </w:tcPr>
          <w:p w14:paraId="2B2F22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135" w:type="dxa"/>
          </w:tcPr>
          <w:p w14:paraId="4A45D8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135" w:type="dxa"/>
          </w:tcPr>
          <w:p w14:paraId="7482E5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91BA</w:t>
            </w:r>
          </w:p>
        </w:tc>
        <w:tc>
          <w:tcPr>
            <w:tcW w:w="1325" w:type="dxa"/>
          </w:tcPr>
          <w:p w14:paraId="5C991D9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6,7</w:t>
            </w:r>
          </w:p>
        </w:tc>
      </w:tr>
      <w:tr w:rsidR="006F0136" w:rsidRPr="00D77020" w14:paraId="6E9D870A" w14:textId="77777777" w:rsidTr="00E17403">
        <w:tc>
          <w:tcPr>
            <w:tcW w:w="1347" w:type="dxa"/>
          </w:tcPr>
          <w:p w14:paraId="2D4357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0B8015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BB-142-г</w:t>
            </w:r>
          </w:p>
        </w:tc>
        <w:tc>
          <w:tcPr>
            <w:tcW w:w="1081" w:type="dxa"/>
          </w:tcPr>
          <w:p w14:paraId="4BBD07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142</w:t>
            </w:r>
          </w:p>
        </w:tc>
        <w:tc>
          <w:tcPr>
            <w:tcW w:w="1201" w:type="dxa"/>
          </w:tcPr>
          <w:p w14:paraId="2DD4C6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135" w:type="dxa"/>
          </w:tcPr>
          <w:p w14:paraId="56CF63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135" w:type="dxa"/>
          </w:tcPr>
          <w:p w14:paraId="6D3696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622989E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3,7</w:t>
            </w:r>
          </w:p>
        </w:tc>
      </w:tr>
      <w:tr w:rsidR="006F0136" w:rsidRPr="00D77020" w14:paraId="4E8F8217" w14:textId="77777777" w:rsidTr="00E17403">
        <w:tc>
          <w:tcPr>
            <w:tcW w:w="1347" w:type="dxa"/>
          </w:tcPr>
          <w:p w14:paraId="2C5276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7288C9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BB-146-о</w:t>
            </w:r>
          </w:p>
        </w:tc>
        <w:tc>
          <w:tcPr>
            <w:tcW w:w="1081" w:type="dxa"/>
          </w:tcPr>
          <w:p w14:paraId="04A2B8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146</w:t>
            </w:r>
          </w:p>
        </w:tc>
        <w:tc>
          <w:tcPr>
            <w:tcW w:w="1201" w:type="dxa"/>
          </w:tcPr>
          <w:p w14:paraId="719D2D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135" w:type="dxa"/>
          </w:tcPr>
          <w:p w14:paraId="35E918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135" w:type="dxa"/>
          </w:tcPr>
          <w:p w14:paraId="4A57C2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23D5725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1,1</w:t>
            </w:r>
          </w:p>
        </w:tc>
      </w:tr>
      <w:tr w:rsidR="006F0136" w:rsidRPr="00D77020" w14:paraId="58F08C16" w14:textId="77777777" w:rsidTr="00E17403">
        <w:tc>
          <w:tcPr>
            <w:tcW w:w="1347" w:type="dxa"/>
          </w:tcPr>
          <w:p w14:paraId="727E7F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79DDEA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BB-148-в</w:t>
            </w:r>
          </w:p>
        </w:tc>
        <w:tc>
          <w:tcPr>
            <w:tcW w:w="1081" w:type="dxa"/>
          </w:tcPr>
          <w:p w14:paraId="516B88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148</w:t>
            </w:r>
          </w:p>
        </w:tc>
        <w:tc>
          <w:tcPr>
            <w:tcW w:w="1201" w:type="dxa"/>
          </w:tcPr>
          <w:p w14:paraId="256407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135" w:type="dxa"/>
          </w:tcPr>
          <w:p w14:paraId="097759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135" w:type="dxa"/>
          </w:tcPr>
          <w:p w14:paraId="42A6CF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325" w:type="dxa"/>
          </w:tcPr>
          <w:p w14:paraId="146A9C0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6,7</w:t>
            </w:r>
          </w:p>
        </w:tc>
      </w:tr>
      <w:tr w:rsidR="006F0136" w:rsidRPr="00D77020" w14:paraId="1C72FCEA" w14:textId="77777777" w:rsidTr="00E17403">
        <w:tc>
          <w:tcPr>
            <w:tcW w:w="1347" w:type="dxa"/>
          </w:tcPr>
          <w:p w14:paraId="1F3B16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38CD17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BB-149-б</w:t>
            </w:r>
          </w:p>
        </w:tc>
        <w:tc>
          <w:tcPr>
            <w:tcW w:w="1081" w:type="dxa"/>
          </w:tcPr>
          <w:p w14:paraId="2EF856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149</w:t>
            </w:r>
          </w:p>
        </w:tc>
        <w:tc>
          <w:tcPr>
            <w:tcW w:w="1201" w:type="dxa"/>
          </w:tcPr>
          <w:p w14:paraId="081A93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135" w:type="dxa"/>
          </w:tcPr>
          <w:p w14:paraId="7EA17D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135" w:type="dxa"/>
          </w:tcPr>
          <w:p w14:paraId="145BE6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325" w:type="dxa"/>
          </w:tcPr>
          <w:p w14:paraId="24B3AFF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6,4</w:t>
            </w:r>
          </w:p>
        </w:tc>
      </w:tr>
      <w:tr w:rsidR="006F0136" w:rsidRPr="00D77020" w14:paraId="40DD25A4" w14:textId="77777777" w:rsidTr="00E17403">
        <w:tc>
          <w:tcPr>
            <w:tcW w:w="1347" w:type="dxa"/>
          </w:tcPr>
          <w:p w14:paraId="025D50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50E576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BB-15-б</w:t>
            </w:r>
          </w:p>
        </w:tc>
        <w:tc>
          <w:tcPr>
            <w:tcW w:w="1081" w:type="dxa"/>
          </w:tcPr>
          <w:p w14:paraId="0E084A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</w:t>
            </w:r>
          </w:p>
        </w:tc>
        <w:tc>
          <w:tcPr>
            <w:tcW w:w="1201" w:type="dxa"/>
          </w:tcPr>
          <w:p w14:paraId="6F14C5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135" w:type="dxa"/>
          </w:tcPr>
          <w:p w14:paraId="0AD760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135" w:type="dxa"/>
          </w:tcPr>
          <w:p w14:paraId="039384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4D4A925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11,8</w:t>
            </w:r>
          </w:p>
        </w:tc>
      </w:tr>
      <w:tr w:rsidR="006F0136" w:rsidRPr="00D77020" w14:paraId="12CC324B" w14:textId="77777777" w:rsidTr="00E17403">
        <w:tc>
          <w:tcPr>
            <w:tcW w:w="1347" w:type="dxa"/>
          </w:tcPr>
          <w:p w14:paraId="7EF9DF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52F05F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BB-154-п</w:t>
            </w:r>
          </w:p>
        </w:tc>
        <w:tc>
          <w:tcPr>
            <w:tcW w:w="1081" w:type="dxa"/>
          </w:tcPr>
          <w:p w14:paraId="6A87E6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154</w:t>
            </w:r>
          </w:p>
        </w:tc>
        <w:tc>
          <w:tcPr>
            <w:tcW w:w="1201" w:type="dxa"/>
          </w:tcPr>
          <w:p w14:paraId="7AB4DD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135" w:type="dxa"/>
          </w:tcPr>
          <w:p w14:paraId="079DED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135" w:type="dxa"/>
          </w:tcPr>
          <w:p w14:paraId="50A41C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325" w:type="dxa"/>
          </w:tcPr>
          <w:p w14:paraId="42E6295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6,4</w:t>
            </w:r>
          </w:p>
        </w:tc>
      </w:tr>
      <w:tr w:rsidR="006F0136" w:rsidRPr="00D77020" w14:paraId="41F2DB5D" w14:textId="77777777" w:rsidTr="00E17403">
        <w:tc>
          <w:tcPr>
            <w:tcW w:w="1347" w:type="dxa"/>
          </w:tcPr>
          <w:p w14:paraId="3EB212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50732B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BB-161-а</w:t>
            </w:r>
          </w:p>
        </w:tc>
        <w:tc>
          <w:tcPr>
            <w:tcW w:w="1081" w:type="dxa"/>
          </w:tcPr>
          <w:p w14:paraId="6D585F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161</w:t>
            </w:r>
          </w:p>
        </w:tc>
        <w:tc>
          <w:tcPr>
            <w:tcW w:w="1201" w:type="dxa"/>
          </w:tcPr>
          <w:p w14:paraId="7253E2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135" w:type="dxa"/>
          </w:tcPr>
          <w:p w14:paraId="171D7E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135" w:type="dxa"/>
          </w:tcPr>
          <w:p w14:paraId="617BE5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325" w:type="dxa"/>
          </w:tcPr>
          <w:p w14:paraId="692B6C9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2,1</w:t>
            </w:r>
          </w:p>
        </w:tc>
      </w:tr>
      <w:tr w:rsidR="006F0136" w:rsidRPr="00D77020" w14:paraId="2483F090" w14:textId="77777777" w:rsidTr="00E17403">
        <w:tc>
          <w:tcPr>
            <w:tcW w:w="1347" w:type="dxa"/>
          </w:tcPr>
          <w:p w14:paraId="1CD663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67A811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BB-162-а</w:t>
            </w:r>
          </w:p>
        </w:tc>
        <w:tc>
          <w:tcPr>
            <w:tcW w:w="1081" w:type="dxa"/>
          </w:tcPr>
          <w:p w14:paraId="35B695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162</w:t>
            </w:r>
          </w:p>
        </w:tc>
        <w:tc>
          <w:tcPr>
            <w:tcW w:w="1201" w:type="dxa"/>
          </w:tcPr>
          <w:p w14:paraId="388223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135" w:type="dxa"/>
          </w:tcPr>
          <w:p w14:paraId="7391A8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135" w:type="dxa"/>
          </w:tcPr>
          <w:p w14:paraId="35F45A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7A5185B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15,9</w:t>
            </w:r>
          </w:p>
        </w:tc>
      </w:tr>
      <w:tr w:rsidR="006F0136" w:rsidRPr="00D77020" w14:paraId="788B9029" w14:textId="77777777" w:rsidTr="00E17403">
        <w:tc>
          <w:tcPr>
            <w:tcW w:w="1347" w:type="dxa"/>
          </w:tcPr>
          <w:p w14:paraId="74B07C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31A849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BB-162-б</w:t>
            </w:r>
          </w:p>
        </w:tc>
        <w:tc>
          <w:tcPr>
            <w:tcW w:w="1081" w:type="dxa"/>
          </w:tcPr>
          <w:p w14:paraId="202335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162</w:t>
            </w:r>
          </w:p>
        </w:tc>
        <w:tc>
          <w:tcPr>
            <w:tcW w:w="1201" w:type="dxa"/>
          </w:tcPr>
          <w:p w14:paraId="01CD2F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135" w:type="dxa"/>
          </w:tcPr>
          <w:p w14:paraId="379B0C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135" w:type="dxa"/>
          </w:tcPr>
          <w:p w14:paraId="52288D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78C6AA9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3,4</w:t>
            </w:r>
          </w:p>
        </w:tc>
      </w:tr>
      <w:tr w:rsidR="006F0136" w:rsidRPr="00D77020" w14:paraId="07A55C03" w14:textId="77777777" w:rsidTr="00E17403">
        <w:tc>
          <w:tcPr>
            <w:tcW w:w="1347" w:type="dxa"/>
          </w:tcPr>
          <w:p w14:paraId="1D267A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683048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BB-162-е</w:t>
            </w:r>
          </w:p>
        </w:tc>
        <w:tc>
          <w:tcPr>
            <w:tcW w:w="1081" w:type="dxa"/>
          </w:tcPr>
          <w:p w14:paraId="1F64C6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162</w:t>
            </w:r>
          </w:p>
        </w:tc>
        <w:tc>
          <w:tcPr>
            <w:tcW w:w="1201" w:type="dxa"/>
          </w:tcPr>
          <w:p w14:paraId="782865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135" w:type="dxa"/>
          </w:tcPr>
          <w:p w14:paraId="40BE2B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135" w:type="dxa"/>
          </w:tcPr>
          <w:p w14:paraId="5A89DC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75CE552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2,8</w:t>
            </w:r>
          </w:p>
        </w:tc>
      </w:tr>
      <w:tr w:rsidR="006F0136" w:rsidRPr="00D77020" w14:paraId="3B9CB600" w14:textId="77777777" w:rsidTr="00E17403">
        <w:tc>
          <w:tcPr>
            <w:tcW w:w="1347" w:type="dxa"/>
          </w:tcPr>
          <w:p w14:paraId="6DC7A4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1EFAB7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BB-163-а</w:t>
            </w:r>
          </w:p>
        </w:tc>
        <w:tc>
          <w:tcPr>
            <w:tcW w:w="1081" w:type="dxa"/>
          </w:tcPr>
          <w:p w14:paraId="13611F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163</w:t>
            </w:r>
          </w:p>
        </w:tc>
        <w:tc>
          <w:tcPr>
            <w:tcW w:w="1201" w:type="dxa"/>
          </w:tcPr>
          <w:p w14:paraId="1009F0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135" w:type="dxa"/>
          </w:tcPr>
          <w:p w14:paraId="686387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135" w:type="dxa"/>
          </w:tcPr>
          <w:p w14:paraId="4D6154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2A05CD2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12,0</w:t>
            </w:r>
          </w:p>
        </w:tc>
      </w:tr>
      <w:tr w:rsidR="006F0136" w:rsidRPr="00D77020" w14:paraId="70FB440F" w14:textId="77777777" w:rsidTr="00E17403">
        <w:tc>
          <w:tcPr>
            <w:tcW w:w="1347" w:type="dxa"/>
          </w:tcPr>
          <w:p w14:paraId="05FEED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1FEA16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BB-164-а</w:t>
            </w:r>
          </w:p>
        </w:tc>
        <w:tc>
          <w:tcPr>
            <w:tcW w:w="1081" w:type="dxa"/>
          </w:tcPr>
          <w:p w14:paraId="7272CA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164</w:t>
            </w:r>
          </w:p>
        </w:tc>
        <w:tc>
          <w:tcPr>
            <w:tcW w:w="1201" w:type="dxa"/>
          </w:tcPr>
          <w:p w14:paraId="38D9CE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135" w:type="dxa"/>
          </w:tcPr>
          <w:p w14:paraId="16E00D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135" w:type="dxa"/>
          </w:tcPr>
          <w:p w14:paraId="2C70F9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05282AB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6,7</w:t>
            </w:r>
          </w:p>
        </w:tc>
      </w:tr>
      <w:tr w:rsidR="006F0136" w:rsidRPr="00D77020" w14:paraId="1AA7F13C" w14:textId="77777777" w:rsidTr="00E17403">
        <w:tc>
          <w:tcPr>
            <w:tcW w:w="1347" w:type="dxa"/>
          </w:tcPr>
          <w:p w14:paraId="726ED9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21924C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BB-164-в</w:t>
            </w:r>
          </w:p>
        </w:tc>
        <w:tc>
          <w:tcPr>
            <w:tcW w:w="1081" w:type="dxa"/>
          </w:tcPr>
          <w:p w14:paraId="049E6C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164</w:t>
            </w:r>
          </w:p>
        </w:tc>
        <w:tc>
          <w:tcPr>
            <w:tcW w:w="1201" w:type="dxa"/>
          </w:tcPr>
          <w:p w14:paraId="4CB278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135" w:type="dxa"/>
          </w:tcPr>
          <w:p w14:paraId="75BC03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135" w:type="dxa"/>
          </w:tcPr>
          <w:p w14:paraId="48D553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3AE2677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12,0</w:t>
            </w:r>
          </w:p>
        </w:tc>
      </w:tr>
      <w:tr w:rsidR="006F0136" w:rsidRPr="00D77020" w14:paraId="6ED7C255" w14:textId="77777777" w:rsidTr="00E17403">
        <w:tc>
          <w:tcPr>
            <w:tcW w:w="1347" w:type="dxa"/>
          </w:tcPr>
          <w:p w14:paraId="37DE5C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6896E0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BB-164-г</w:t>
            </w:r>
          </w:p>
        </w:tc>
        <w:tc>
          <w:tcPr>
            <w:tcW w:w="1081" w:type="dxa"/>
          </w:tcPr>
          <w:p w14:paraId="7F330F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164</w:t>
            </w:r>
          </w:p>
        </w:tc>
        <w:tc>
          <w:tcPr>
            <w:tcW w:w="1201" w:type="dxa"/>
          </w:tcPr>
          <w:p w14:paraId="64E455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135" w:type="dxa"/>
          </w:tcPr>
          <w:p w14:paraId="26A8DF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135" w:type="dxa"/>
          </w:tcPr>
          <w:p w14:paraId="379EDF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64F38F9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10,5</w:t>
            </w:r>
          </w:p>
        </w:tc>
      </w:tr>
      <w:tr w:rsidR="006F0136" w:rsidRPr="00D77020" w14:paraId="46C3C5E4" w14:textId="77777777" w:rsidTr="00E17403">
        <w:tc>
          <w:tcPr>
            <w:tcW w:w="1347" w:type="dxa"/>
          </w:tcPr>
          <w:p w14:paraId="66471F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51811B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BB-165-г1</w:t>
            </w:r>
          </w:p>
        </w:tc>
        <w:tc>
          <w:tcPr>
            <w:tcW w:w="1081" w:type="dxa"/>
          </w:tcPr>
          <w:p w14:paraId="6112D0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165</w:t>
            </w:r>
          </w:p>
        </w:tc>
        <w:tc>
          <w:tcPr>
            <w:tcW w:w="1201" w:type="dxa"/>
          </w:tcPr>
          <w:p w14:paraId="29CAE0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г1</w:t>
            </w:r>
          </w:p>
        </w:tc>
        <w:tc>
          <w:tcPr>
            <w:tcW w:w="1135" w:type="dxa"/>
          </w:tcPr>
          <w:p w14:paraId="6700D3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135" w:type="dxa"/>
          </w:tcPr>
          <w:p w14:paraId="25D094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4DE78AC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18,9</w:t>
            </w:r>
          </w:p>
        </w:tc>
      </w:tr>
      <w:tr w:rsidR="006F0136" w:rsidRPr="00D77020" w14:paraId="75035A31" w14:textId="77777777" w:rsidTr="00E17403">
        <w:tc>
          <w:tcPr>
            <w:tcW w:w="1347" w:type="dxa"/>
          </w:tcPr>
          <w:p w14:paraId="5F8B8E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07DCFF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BB-176-д</w:t>
            </w:r>
          </w:p>
        </w:tc>
        <w:tc>
          <w:tcPr>
            <w:tcW w:w="1081" w:type="dxa"/>
          </w:tcPr>
          <w:p w14:paraId="44465B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176</w:t>
            </w:r>
          </w:p>
        </w:tc>
        <w:tc>
          <w:tcPr>
            <w:tcW w:w="1201" w:type="dxa"/>
          </w:tcPr>
          <w:p w14:paraId="5A42BB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135" w:type="dxa"/>
          </w:tcPr>
          <w:p w14:paraId="4D2E02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135" w:type="dxa"/>
          </w:tcPr>
          <w:p w14:paraId="792D38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56E046A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2,9</w:t>
            </w:r>
          </w:p>
        </w:tc>
      </w:tr>
      <w:tr w:rsidR="006F0136" w:rsidRPr="00D77020" w14:paraId="34960BB1" w14:textId="77777777" w:rsidTr="00E17403">
        <w:tc>
          <w:tcPr>
            <w:tcW w:w="1347" w:type="dxa"/>
          </w:tcPr>
          <w:p w14:paraId="1CA80E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7649B2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BB-177-в</w:t>
            </w:r>
          </w:p>
        </w:tc>
        <w:tc>
          <w:tcPr>
            <w:tcW w:w="1081" w:type="dxa"/>
          </w:tcPr>
          <w:p w14:paraId="043FF3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177</w:t>
            </w:r>
          </w:p>
        </w:tc>
        <w:tc>
          <w:tcPr>
            <w:tcW w:w="1201" w:type="dxa"/>
          </w:tcPr>
          <w:p w14:paraId="246DC6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135" w:type="dxa"/>
          </w:tcPr>
          <w:p w14:paraId="225E40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135" w:type="dxa"/>
          </w:tcPr>
          <w:p w14:paraId="14ECED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6062424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7,0</w:t>
            </w:r>
          </w:p>
        </w:tc>
      </w:tr>
      <w:tr w:rsidR="006F0136" w:rsidRPr="00D77020" w14:paraId="27C1B4BA" w14:textId="77777777" w:rsidTr="00E17403">
        <w:tc>
          <w:tcPr>
            <w:tcW w:w="1347" w:type="dxa"/>
          </w:tcPr>
          <w:p w14:paraId="7B4B53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13E16D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BB-182-в</w:t>
            </w:r>
          </w:p>
        </w:tc>
        <w:tc>
          <w:tcPr>
            <w:tcW w:w="1081" w:type="dxa"/>
          </w:tcPr>
          <w:p w14:paraId="4A2032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182</w:t>
            </w:r>
          </w:p>
        </w:tc>
        <w:tc>
          <w:tcPr>
            <w:tcW w:w="1201" w:type="dxa"/>
          </w:tcPr>
          <w:p w14:paraId="503E68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135" w:type="dxa"/>
          </w:tcPr>
          <w:p w14:paraId="054D87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135" w:type="dxa"/>
          </w:tcPr>
          <w:p w14:paraId="0A40D8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325" w:type="dxa"/>
          </w:tcPr>
          <w:p w14:paraId="74BD931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22,7</w:t>
            </w:r>
          </w:p>
        </w:tc>
      </w:tr>
      <w:tr w:rsidR="006F0136" w:rsidRPr="00D77020" w14:paraId="7708DE01" w14:textId="77777777" w:rsidTr="00E17403">
        <w:tc>
          <w:tcPr>
            <w:tcW w:w="1347" w:type="dxa"/>
          </w:tcPr>
          <w:p w14:paraId="4D3EFA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2020</w:t>
            </w:r>
          </w:p>
        </w:tc>
        <w:tc>
          <w:tcPr>
            <w:tcW w:w="1406" w:type="dxa"/>
          </w:tcPr>
          <w:p w14:paraId="0416D3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BB-183-к</w:t>
            </w:r>
          </w:p>
        </w:tc>
        <w:tc>
          <w:tcPr>
            <w:tcW w:w="1081" w:type="dxa"/>
          </w:tcPr>
          <w:p w14:paraId="7AB694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183</w:t>
            </w:r>
          </w:p>
        </w:tc>
        <w:tc>
          <w:tcPr>
            <w:tcW w:w="1201" w:type="dxa"/>
          </w:tcPr>
          <w:p w14:paraId="496B37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135" w:type="dxa"/>
          </w:tcPr>
          <w:p w14:paraId="3146D7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135" w:type="dxa"/>
          </w:tcPr>
          <w:p w14:paraId="05CEFB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707FEF3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1,7</w:t>
            </w:r>
          </w:p>
        </w:tc>
      </w:tr>
      <w:tr w:rsidR="006F0136" w:rsidRPr="00D77020" w14:paraId="16D0E339" w14:textId="77777777" w:rsidTr="00E17403">
        <w:tc>
          <w:tcPr>
            <w:tcW w:w="1347" w:type="dxa"/>
          </w:tcPr>
          <w:p w14:paraId="2A39C2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04D73A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BB-183-л</w:t>
            </w:r>
          </w:p>
        </w:tc>
        <w:tc>
          <w:tcPr>
            <w:tcW w:w="1081" w:type="dxa"/>
          </w:tcPr>
          <w:p w14:paraId="4FED2E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183</w:t>
            </w:r>
          </w:p>
        </w:tc>
        <w:tc>
          <w:tcPr>
            <w:tcW w:w="1201" w:type="dxa"/>
          </w:tcPr>
          <w:p w14:paraId="592D0F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135" w:type="dxa"/>
          </w:tcPr>
          <w:p w14:paraId="30C930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135" w:type="dxa"/>
          </w:tcPr>
          <w:p w14:paraId="315B13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0E0FFFB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0B11B832" w14:textId="77777777" w:rsidTr="00E17403">
        <w:tc>
          <w:tcPr>
            <w:tcW w:w="1347" w:type="dxa"/>
          </w:tcPr>
          <w:p w14:paraId="66A9C4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19F162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BB-184-г</w:t>
            </w:r>
          </w:p>
        </w:tc>
        <w:tc>
          <w:tcPr>
            <w:tcW w:w="1081" w:type="dxa"/>
          </w:tcPr>
          <w:p w14:paraId="5C64F4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184</w:t>
            </w:r>
          </w:p>
        </w:tc>
        <w:tc>
          <w:tcPr>
            <w:tcW w:w="1201" w:type="dxa"/>
          </w:tcPr>
          <w:p w14:paraId="2814F7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135" w:type="dxa"/>
          </w:tcPr>
          <w:p w14:paraId="4776F7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135" w:type="dxa"/>
          </w:tcPr>
          <w:p w14:paraId="39F5D4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325" w:type="dxa"/>
          </w:tcPr>
          <w:p w14:paraId="26F7CA1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8,8</w:t>
            </w:r>
          </w:p>
        </w:tc>
      </w:tr>
      <w:tr w:rsidR="006F0136" w:rsidRPr="00D77020" w14:paraId="7963B6C4" w14:textId="77777777" w:rsidTr="00E17403">
        <w:tc>
          <w:tcPr>
            <w:tcW w:w="1347" w:type="dxa"/>
          </w:tcPr>
          <w:p w14:paraId="41D3FA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7C46A3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BB-184-я</w:t>
            </w:r>
          </w:p>
        </w:tc>
        <w:tc>
          <w:tcPr>
            <w:tcW w:w="1081" w:type="dxa"/>
          </w:tcPr>
          <w:p w14:paraId="3D0DE2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184</w:t>
            </w:r>
          </w:p>
        </w:tc>
        <w:tc>
          <w:tcPr>
            <w:tcW w:w="1201" w:type="dxa"/>
          </w:tcPr>
          <w:p w14:paraId="58B333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я</w:t>
            </w:r>
          </w:p>
        </w:tc>
        <w:tc>
          <w:tcPr>
            <w:tcW w:w="1135" w:type="dxa"/>
          </w:tcPr>
          <w:p w14:paraId="6DCF7E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180</w:t>
            </w:r>
          </w:p>
        </w:tc>
        <w:tc>
          <w:tcPr>
            <w:tcW w:w="1135" w:type="dxa"/>
          </w:tcPr>
          <w:p w14:paraId="4C4423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325" w:type="dxa"/>
          </w:tcPr>
          <w:p w14:paraId="6D087B0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3,3</w:t>
            </w:r>
          </w:p>
        </w:tc>
      </w:tr>
      <w:tr w:rsidR="006F0136" w:rsidRPr="00D77020" w14:paraId="2B20CCB1" w14:textId="77777777" w:rsidTr="00E17403">
        <w:tc>
          <w:tcPr>
            <w:tcW w:w="1347" w:type="dxa"/>
          </w:tcPr>
          <w:p w14:paraId="016782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7B0647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BB-188-в</w:t>
            </w:r>
          </w:p>
        </w:tc>
        <w:tc>
          <w:tcPr>
            <w:tcW w:w="1081" w:type="dxa"/>
          </w:tcPr>
          <w:p w14:paraId="3AFACB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188</w:t>
            </w:r>
          </w:p>
        </w:tc>
        <w:tc>
          <w:tcPr>
            <w:tcW w:w="1201" w:type="dxa"/>
          </w:tcPr>
          <w:p w14:paraId="426FB1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135" w:type="dxa"/>
          </w:tcPr>
          <w:p w14:paraId="5206B9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135" w:type="dxa"/>
          </w:tcPr>
          <w:p w14:paraId="6719BE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325" w:type="dxa"/>
          </w:tcPr>
          <w:p w14:paraId="61AC540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15,3</w:t>
            </w:r>
          </w:p>
        </w:tc>
      </w:tr>
      <w:tr w:rsidR="006F0136" w:rsidRPr="00D77020" w14:paraId="1D5C12D0" w14:textId="77777777" w:rsidTr="00E17403">
        <w:tc>
          <w:tcPr>
            <w:tcW w:w="1347" w:type="dxa"/>
          </w:tcPr>
          <w:p w14:paraId="245959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12CF1E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BB-199-а</w:t>
            </w:r>
          </w:p>
        </w:tc>
        <w:tc>
          <w:tcPr>
            <w:tcW w:w="1081" w:type="dxa"/>
          </w:tcPr>
          <w:p w14:paraId="2ECCE9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199</w:t>
            </w:r>
          </w:p>
        </w:tc>
        <w:tc>
          <w:tcPr>
            <w:tcW w:w="1201" w:type="dxa"/>
          </w:tcPr>
          <w:p w14:paraId="06285A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135" w:type="dxa"/>
          </w:tcPr>
          <w:p w14:paraId="55314E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135" w:type="dxa"/>
          </w:tcPr>
          <w:p w14:paraId="5FAFD6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325" w:type="dxa"/>
          </w:tcPr>
          <w:p w14:paraId="77C3608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6,9</w:t>
            </w:r>
          </w:p>
        </w:tc>
      </w:tr>
      <w:tr w:rsidR="006F0136" w:rsidRPr="00D77020" w14:paraId="31FA3D61" w14:textId="77777777" w:rsidTr="00E17403">
        <w:tc>
          <w:tcPr>
            <w:tcW w:w="1347" w:type="dxa"/>
          </w:tcPr>
          <w:p w14:paraId="704A66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7144FA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BB-20-з</w:t>
            </w:r>
          </w:p>
        </w:tc>
        <w:tc>
          <w:tcPr>
            <w:tcW w:w="1081" w:type="dxa"/>
          </w:tcPr>
          <w:p w14:paraId="7E5C83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</w:t>
            </w:r>
          </w:p>
        </w:tc>
        <w:tc>
          <w:tcPr>
            <w:tcW w:w="1201" w:type="dxa"/>
          </w:tcPr>
          <w:p w14:paraId="3E3991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135" w:type="dxa"/>
          </w:tcPr>
          <w:p w14:paraId="418880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135" w:type="dxa"/>
          </w:tcPr>
          <w:p w14:paraId="2CAF0C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528ACD7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13,3</w:t>
            </w:r>
          </w:p>
        </w:tc>
      </w:tr>
      <w:tr w:rsidR="006F0136" w:rsidRPr="00D77020" w14:paraId="68D45982" w14:textId="77777777" w:rsidTr="00E17403">
        <w:tc>
          <w:tcPr>
            <w:tcW w:w="1347" w:type="dxa"/>
          </w:tcPr>
          <w:p w14:paraId="68118D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04712A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BB-200-а</w:t>
            </w:r>
          </w:p>
        </w:tc>
        <w:tc>
          <w:tcPr>
            <w:tcW w:w="1081" w:type="dxa"/>
          </w:tcPr>
          <w:p w14:paraId="047292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200</w:t>
            </w:r>
          </w:p>
        </w:tc>
        <w:tc>
          <w:tcPr>
            <w:tcW w:w="1201" w:type="dxa"/>
          </w:tcPr>
          <w:p w14:paraId="3A66DC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135" w:type="dxa"/>
          </w:tcPr>
          <w:p w14:paraId="17148A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135" w:type="dxa"/>
          </w:tcPr>
          <w:p w14:paraId="0A0E8D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325" w:type="dxa"/>
          </w:tcPr>
          <w:p w14:paraId="6B5CF94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16,7</w:t>
            </w:r>
          </w:p>
        </w:tc>
      </w:tr>
      <w:tr w:rsidR="006F0136" w:rsidRPr="00D77020" w14:paraId="529D84BA" w14:textId="77777777" w:rsidTr="00E17403">
        <w:tc>
          <w:tcPr>
            <w:tcW w:w="1347" w:type="dxa"/>
          </w:tcPr>
          <w:p w14:paraId="357AB0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3EE393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BB-201-а</w:t>
            </w:r>
          </w:p>
        </w:tc>
        <w:tc>
          <w:tcPr>
            <w:tcW w:w="1081" w:type="dxa"/>
          </w:tcPr>
          <w:p w14:paraId="3BAFAF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</w:t>
            </w:r>
          </w:p>
        </w:tc>
        <w:tc>
          <w:tcPr>
            <w:tcW w:w="1201" w:type="dxa"/>
          </w:tcPr>
          <w:p w14:paraId="5DDFA8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135" w:type="dxa"/>
          </w:tcPr>
          <w:p w14:paraId="685363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135" w:type="dxa"/>
          </w:tcPr>
          <w:p w14:paraId="621DEE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325" w:type="dxa"/>
          </w:tcPr>
          <w:p w14:paraId="3145821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4,7</w:t>
            </w:r>
          </w:p>
        </w:tc>
      </w:tr>
      <w:tr w:rsidR="006F0136" w:rsidRPr="00D77020" w14:paraId="0931CF51" w14:textId="77777777" w:rsidTr="00E17403">
        <w:tc>
          <w:tcPr>
            <w:tcW w:w="1347" w:type="dxa"/>
          </w:tcPr>
          <w:p w14:paraId="7FF9A6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2775F2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BB-201-б</w:t>
            </w:r>
          </w:p>
        </w:tc>
        <w:tc>
          <w:tcPr>
            <w:tcW w:w="1081" w:type="dxa"/>
          </w:tcPr>
          <w:p w14:paraId="72ED2B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</w:t>
            </w:r>
          </w:p>
        </w:tc>
        <w:tc>
          <w:tcPr>
            <w:tcW w:w="1201" w:type="dxa"/>
          </w:tcPr>
          <w:p w14:paraId="0FAB93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135" w:type="dxa"/>
          </w:tcPr>
          <w:p w14:paraId="444F8E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135" w:type="dxa"/>
          </w:tcPr>
          <w:p w14:paraId="3B16EF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325" w:type="dxa"/>
          </w:tcPr>
          <w:p w14:paraId="7A00BBC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1,4</w:t>
            </w:r>
          </w:p>
        </w:tc>
      </w:tr>
      <w:tr w:rsidR="006F0136" w:rsidRPr="00D77020" w14:paraId="31DB0B47" w14:textId="77777777" w:rsidTr="00E17403">
        <w:tc>
          <w:tcPr>
            <w:tcW w:w="1347" w:type="dxa"/>
          </w:tcPr>
          <w:p w14:paraId="56EB05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112FBC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BB-201-г</w:t>
            </w:r>
          </w:p>
        </w:tc>
        <w:tc>
          <w:tcPr>
            <w:tcW w:w="1081" w:type="dxa"/>
          </w:tcPr>
          <w:p w14:paraId="6F6D65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</w:t>
            </w:r>
          </w:p>
        </w:tc>
        <w:tc>
          <w:tcPr>
            <w:tcW w:w="1201" w:type="dxa"/>
          </w:tcPr>
          <w:p w14:paraId="52D1D8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135" w:type="dxa"/>
          </w:tcPr>
          <w:p w14:paraId="575D7D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135" w:type="dxa"/>
          </w:tcPr>
          <w:p w14:paraId="38AB09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325" w:type="dxa"/>
          </w:tcPr>
          <w:p w14:paraId="14A5A5E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4,1</w:t>
            </w:r>
          </w:p>
        </w:tc>
      </w:tr>
      <w:tr w:rsidR="006F0136" w:rsidRPr="00D77020" w14:paraId="6BF42D4A" w14:textId="77777777" w:rsidTr="00E17403">
        <w:tc>
          <w:tcPr>
            <w:tcW w:w="1347" w:type="dxa"/>
          </w:tcPr>
          <w:p w14:paraId="3B4C73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7EFD34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BB-201-т</w:t>
            </w:r>
          </w:p>
        </w:tc>
        <w:tc>
          <w:tcPr>
            <w:tcW w:w="1081" w:type="dxa"/>
          </w:tcPr>
          <w:p w14:paraId="52C25F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</w:t>
            </w:r>
          </w:p>
        </w:tc>
        <w:tc>
          <w:tcPr>
            <w:tcW w:w="1201" w:type="dxa"/>
          </w:tcPr>
          <w:p w14:paraId="05CAA2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135" w:type="dxa"/>
          </w:tcPr>
          <w:p w14:paraId="49C928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135" w:type="dxa"/>
          </w:tcPr>
          <w:p w14:paraId="45255C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325" w:type="dxa"/>
          </w:tcPr>
          <w:p w14:paraId="454B11B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9,2</w:t>
            </w:r>
          </w:p>
        </w:tc>
      </w:tr>
      <w:tr w:rsidR="006F0136" w:rsidRPr="00D77020" w14:paraId="34126DA4" w14:textId="77777777" w:rsidTr="00E17403">
        <w:tc>
          <w:tcPr>
            <w:tcW w:w="1347" w:type="dxa"/>
          </w:tcPr>
          <w:p w14:paraId="117A61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1EFA46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BB-201-х</w:t>
            </w:r>
          </w:p>
        </w:tc>
        <w:tc>
          <w:tcPr>
            <w:tcW w:w="1081" w:type="dxa"/>
          </w:tcPr>
          <w:p w14:paraId="027E23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</w:t>
            </w:r>
          </w:p>
        </w:tc>
        <w:tc>
          <w:tcPr>
            <w:tcW w:w="1201" w:type="dxa"/>
          </w:tcPr>
          <w:p w14:paraId="3C2384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х</w:t>
            </w:r>
          </w:p>
        </w:tc>
        <w:tc>
          <w:tcPr>
            <w:tcW w:w="1135" w:type="dxa"/>
          </w:tcPr>
          <w:p w14:paraId="399E9D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135" w:type="dxa"/>
          </w:tcPr>
          <w:p w14:paraId="151501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325" w:type="dxa"/>
          </w:tcPr>
          <w:p w14:paraId="61EBF49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7,2</w:t>
            </w:r>
          </w:p>
        </w:tc>
      </w:tr>
      <w:tr w:rsidR="006F0136" w:rsidRPr="00D77020" w14:paraId="285C1E2D" w14:textId="77777777" w:rsidTr="00E17403">
        <w:tc>
          <w:tcPr>
            <w:tcW w:w="1347" w:type="dxa"/>
          </w:tcPr>
          <w:p w14:paraId="4204F5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535BA4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BB-201-ч</w:t>
            </w:r>
          </w:p>
        </w:tc>
        <w:tc>
          <w:tcPr>
            <w:tcW w:w="1081" w:type="dxa"/>
          </w:tcPr>
          <w:p w14:paraId="7DD595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</w:t>
            </w:r>
          </w:p>
        </w:tc>
        <w:tc>
          <w:tcPr>
            <w:tcW w:w="1201" w:type="dxa"/>
          </w:tcPr>
          <w:p w14:paraId="05E607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ч</w:t>
            </w:r>
          </w:p>
        </w:tc>
        <w:tc>
          <w:tcPr>
            <w:tcW w:w="1135" w:type="dxa"/>
          </w:tcPr>
          <w:p w14:paraId="64AA83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135" w:type="dxa"/>
          </w:tcPr>
          <w:p w14:paraId="7C91FA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325" w:type="dxa"/>
          </w:tcPr>
          <w:p w14:paraId="074976B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5,1</w:t>
            </w:r>
          </w:p>
        </w:tc>
      </w:tr>
      <w:tr w:rsidR="006F0136" w:rsidRPr="00D77020" w14:paraId="1E6A4ADA" w14:textId="77777777" w:rsidTr="00E17403">
        <w:tc>
          <w:tcPr>
            <w:tcW w:w="1347" w:type="dxa"/>
          </w:tcPr>
          <w:p w14:paraId="70FE7A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6D9DB0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BB-202-а</w:t>
            </w:r>
          </w:p>
        </w:tc>
        <w:tc>
          <w:tcPr>
            <w:tcW w:w="1081" w:type="dxa"/>
          </w:tcPr>
          <w:p w14:paraId="557E50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</w:t>
            </w:r>
          </w:p>
        </w:tc>
        <w:tc>
          <w:tcPr>
            <w:tcW w:w="1201" w:type="dxa"/>
          </w:tcPr>
          <w:p w14:paraId="69E8D7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135" w:type="dxa"/>
          </w:tcPr>
          <w:p w14:paraId="2499A8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135" w:type="dxa"/>
          </w:tcPr>
          <w:p w14:paraId="35DC61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325" w:type="dxa"/>
          </w:tcPr>
          <w:p w14:paraId="629C3A0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10,5</w:t>
            </w:r>
          </w:p>
        </w:tc>
      </w:tr>
      <w:tr w:rsidR="006F0136" w:rsidRPr="00D77020" w14:paraId="57336315" w14:textId="77777777" w:rsidTr="00E17403">
        <w:tc>
          <w:tcPr>
            <w:tcW w:w="1347" w:type="dxa"/>
          </w:tcPr>
          <w:p w14:paraId="6EC644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4749F1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BB-202-б</w:t>
            </w:r>
          </w:p>
        </w:tc>
        <w:tc>
          <w:tcPr>
            <w:tcW w:w="1081" w:type="dxa"/>
          </w:tcPr>
          <w:p w14:paraId="7AB10F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</w:t>
            </w:r>
          </w:p>
        </w:tc>
        <w:tc>
          <w:tcPr>
            <w:tcW w:w="1201" w:type="dxa"/>
          </w:tcPr>
          <w:p w14:paraId="75BEF9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135" w:type="dxa"/>
          </w:tcPr>
          <w:p w14:paraId="3A88FE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135" w:type="dxa"/>
          </w:tcPr>
          <w:p w14:paraId="3490D4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92C0</w:t>
            </w:r>
          </w:p>
        </w:tc>
        <w:tc>
          <w:tcPr>
            <w:tcW w:w="1325" w:type="dxa"/>
          </w:tcPr>
          <w:p w14:paraId="333018C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7,9</w:t>
            </w:r>
          </w:p>
        </w:tc>
      </w:tr>
      <w:tr w:rsidR="006F0136" w:rsidRPr="00D77020" w14:paraId="3A96DCA3" w14:textId="77777777" w:rsidTr="00E17403">
        <w:tc>
          <w:tcPr>
            <w:tcW w:w="1347" w:type="dxa"/>
          </w:tcPr>
          <w:p w14:paraId="696CFF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159F7B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BB-202-в</w:t>
            </w:r>
          </w:p>
        </w:tc>
        <w:tc>
          <w:tcPr>
            <w:tcW w:w="1081" w:type="dxa"/>
          </w:tcPr>
          <w:p w14:paraId="22425D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</w:t>
            </w:r>
          </w:p>
        </w:tc>
        <w:tc>
          <w:tcPr>
            <w:tcW w:w="1201" w:type="dxa"/>
          </w:tcPr>
          <w:p w14:paraId="6706F5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135" w:type="dxa"/>
          </w:tcPr>
          <w:p w14:paraId="10FCF7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135" w:type="dxa"/>
          </w:tcPr>
          <w:p w14:paraId="53BAED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325" w:type="dxa"/>
          </w:tcPr>
          <w:p w14:paraId="45326D4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9,8</w:t>
            </w:r>
          </w:p>
        </w:tc>
      </w:tr>
      <w:tr w:rsidR="006F0136" w:rsidRPr="00D77020" w14:paraId="159BE8CA" w14:textId="77777777" w:rsidTr="00E17403">
        <w:tc>
          <w:tcPr>
            <w:tcW w:w="1347" w:type="dxa"/>
          </w:tcPr>
          <w:p w14:paraId="489B3A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0624C4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BB-202-г</w:t>
            </w:r>
          </w:p>
        </w:tc>
        <w:tc>
          <w:tcPr>
            <w:tcW w:w="1081" w:type="dxa"/>
          </w:tcPr>
          <w:p w14:paraId="4B9ABF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</w:t>
            </w:r>
          </w:p>
        </w:tc>
        <w:tc>
          <w:tcPr>
            <w:tcW w:w="1201" w:type="dxa"/>
          </w:tcPr>
          <w:p w14:paraId="0ABDCF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135" w:type="dxa"/>
          </w:tcPr>
          <w:p w14:paraId="2EC897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135" w:type="dxa"/>
          </w:tcPr>
          <w:p w14:paraId="6064E6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325" w:type="dxa"/>
          </w:tcPr>
          <w:p w14:paraId="19EC343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0,6</w:t>
            </w:r>
          </w:p>
        </w:tc>
      </w:tr>
      <w:tr w:rsidR="006F0136" w:rsidRPr="00D77020" w14:paraId="6F7352D8" w14:textId="77777777" w:rsidTr="00E17403">
        <w:tc>
          <w:tcPr>
            <w:tcW w:w="1347" w:type="dxa"/>
          </w:tcPr>
          <w:p w14:paraId="193E59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08083E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BB-204-ф</w:t>
            </w:r>
          </w:p>
        </w:tc>
        <w:tc>
          <w:tcPr>
            <w:tcW w:w="1081" w:type="dxa"/>
          </w:tcPr>
          <w:p w14:paraId="3F53A3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204</w:t>
            </w:r>
          </w:p>
        </w:tc>
        <w:tc>
          <w:tcPr>
            <w:tcW w:w="1201" w:type="dxa"/>
          </w:tcPr>
          <w:p w14:paraId="06A8B3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ф</w:t>
            </w:r>
          </w:p>
        </w:tc>
        <w:tc>
          <w:tcPr>
            <w:tcW w:w="1135" w:type="dxa"/>
          </w:tcPr>
          <w:p w14:paraId="10F7EC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135" w:type="dxa"/>
          </w:tcPr>
          <w:p w14:paraId="122C98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325" w:type="dxa"/>
          </w:tcPr>
          <w:p w14:paraId="53E4112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2,1</w:t>
            </w:r>
          </w:p>
        </w:tc>
      </w:tr>
      <w:tr w:rsidR="006F0136" w:rsidRPr="00D77020" w14:paraId="58287820" w14:textId="77777777" w:rsidTr="00E17403">
        <w:tc>
          <w:tcPr>
            <w:tcW w:w="1347" w:type="dxa"/>
          </w:tcPr>
          <w:p w14:paraId="363E19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07639A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BB-204-ц</w:t>
            </w:r>
          </w:p>
        </w:tc>
        <w:tc>
          <w:tcPr>
            <w:tcW w:w="1081" w:type="dxa"/>
          </w:tcPr>
          <w:p w14:paraId="132780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204</w:t>
            </w:r>
          </w:p>
        </w:tc>
        <w:tc>
          <w:tcPr>
            <w:tcW w:w="1201" w:type="dxa"/>
          </w:tcPr>
          <w:p w14:paraId="6D6ACD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ц</w:t>
            </w:r>
          </w:p>
        </w:tc>
        <w:tc>
          <w:tcPr>
            <w:tcW w:w="1135" w:type="dxa"/>
          </w:tcPr>
          <w:p w14:paraId="3565EF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135" w:type="dxa"/>
          </w:tcPr>
          <w:p w14:paraId="2296DE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325" w:type="dxa"/>
          </w:tcPr>
          <w:p w14:paraId="10D861B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10,8</w:t>
            </w:r>
          </w:p>
        </w:tc>
      </w:tr>
      <w:tr w:rsidR="006F0136" w:rsidRPr="00D77020" w14:paraId="1E6C87F1" w14:textId="77777777" w:rsidTr="00E17403">
        <w:tc>
          <w:tcPr>
            <w:tcW w:w="1347" w:type="dxa"/>
          </w:tcPr>
          <w:p w14:paraId="23953F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2FB72C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BB-223-е</w:t>
            </w:r>
          </w:p>
        </w:tc>
        <w:tc>
          <w:tcPr>
            <w:tcW w:w="1081" w:type="dxa"/>
          </w:tcPr>
          <w:p w14:paraId="2125A9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223</w:t>
            </w:r>
          </w:p>
        </w:tc>
        <w:tc>
          <w:tcPr>
            <w:tcW w:w="1201" w:type="dxa"/>
          </w:tcPr>
          <w:p w14:paraId="3CD67C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135" w:type="dxa"/>
          </w:tcPr>
          <w:p w14:paraId="0B7EC3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135" w:type="dxa"/>
          </w:tcPr>
          <w:p w14:paraId="1920D4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91BA</w:t>
            </w:r>
          </w:p>
        </w:tc>
        <w:tc>
          <w:tcPr>
            <w:tcW w:w="1325" w:type="dxa"/>
          </w:tcPr>
          <w:p w14:paraId="1B837D5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1,1</w:t>
            </w:r>
          </w:p>
        </w:tc>
      </w:tr>
      <w:tr w:rsidR="006F0136" w:rsidRPr="00D77020" w14:paraId="6FAB7255" w14:textId="77777777" w:rsidTr="00E17403">
        <w:tc>
          <w:tcPr>
            <w:tcW w:w="1347" w:type="dxa"/>
          </w:tcPr>
          <w:p w14:paraId="44A7DC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76BF29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BB-224-д</w:t>
            </w:r>
          </w:p>
        </w:tc>
        <w:tc>
          <w:tcPr>
            <w:tcW w:w="1081" w:type="dxa"/>
          </w:tcPr>
          <w:p w14:paraId="1EAA8A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224</w:t>
            </w:r>
          </w:p>
        </w:tc>
        <w:tc>
          <w:tcPr>
            <w:tcW w:w="1201" w:type="dxa"/>
          </w:tcPr>
          <w:p w14:paraId="0F9C90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135" w:type="dxa"/>
          </w:tcPr>
          <w:p w14:paraId="046FB6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135" w:type="dxa"/>
          </w:tcPr>
          <w:p w14:paraId="4CA5ED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91BA</w:t>
            </w:r>
          </w:p>
        </w:tc>
        <w:tc>
          <w:tcPr>
            <w:tcW w:w="1325" w:type="dxa"/>
          </w:tcPr>
          <w:p w14:paraId="14A0961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3,8</w:t>
            </w:r>
          </w:p>
        </w:tc>
      </w:tr>
      <w:tr w:rsidR="006F0136" w:rsidRPr="00D77020" w14:paraId="20EAD061" w14:textId="77777777" w:rsidTr="00E17403">
        <w:tc>
          <w:tcPr>
            <w:tcW w:w="1347" w:type="dxa"/>
          </w:tcPr>
          <w:p w14:paraId="1F4E0F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10BA6A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BB-226-д</w:t>
            </w:r>
          </w:p>
        </w:tc>
        <w:tc>
          <w:tcPr>
            <w:tcW w:w="1081" w:type="dxa"/>
          </w:tcPr>
          <w:p w14:paraId="5AA505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226</w:t>
            </w:r>
          </w:p>
        </w:tc>
        <w:tc>
          <w:tcPr>
            <w:tcW w:w="1201" w:type="dxa"/>
          </w:tcPr>
          <w:p w14:paraId="07CA2B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135" w:type="dxa"/>
          </w:tcPr>
          <w:p w14:paraId="71ECF7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135" w:type="dxa"/>
          </w:tcPr>
          <w:p w14:paraId="2AE970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588C7ED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2,0</w:t>
            </w:r>
          </w:p>
        </w:tc>
      </w:tr>
      <w:tr w:rsidR="006F0136" w:rsidRPr="00D77020" w14:paraId="130A7A30" w14:textId="77777777" w:rsidTr="00E17403">
        <w:tc>
          <w:tcPr>
            <w:tcW w:w="1347" w:type="dxa"/>
          </w:tcPr>
          <w:p w14:paraId="6B48DD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656BFC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BB-228-д</w:t>
            </w:r>
          </w:p>
        </w:tc>
        <w:tc>
          <w:tcPr>
            <w:tcW w:w="1081" w:type="dxa"/>
          </w:tcPr>
          <w:p w14:paraId="7AD2DE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228</w:t>
            </w:r>
          </w:p>
        </w:tc>
        <w:tc>
          <w:tcPr>
            <w:tcW w:w="1201" w:type="dxa"/>
          </w:tcPr>
          <w:p w14:paraId="06BC01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135" w:type="dxa"/>
          </w:tcPr>
          <w:p w14:paraId="757F32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135" w:type="dxa"/>
          </w:tcPr>
          <w:p w14:paraId="2BC6AF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325" w:type="dxa"/>
          </w:tcPr>
          <w:p w14:paraId="00352CF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4,1</w:t>
            </w:r>
          </w:p>
        </w:tc>
      </w:tr>
      <w:tr w:rsidR="006F0136" w:rsidRPr="00D77020" w14:paraId="2DB33812" w14:textId="77777777" w:rsidTr="00E17403">
        <w:tc>
          <w:tcPr>
            <w:tcW w:w="1347" w:type="dxa"/>
          </w:tcPr>
          <w:p w14:paraId="13FE4C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1DC3AA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BB-230-к</w:t>
            </w:r>
          </w:p>
        </w:tc>
        <w:tc>
          <w:tcPr>
            <w:tcW w:w="1081" w:type="dxa"/>
          </w:tcPr>
          <w:p w14:paraId="765FE8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230</w:t>
            </w:r>
          </w:p>
        </w:tc>
        <w:tc>
          <w:tcPr>
            <w:tcW w:w="1201" w:type="dxa"/>
          </w:tcPr>
          <w:p w14:paraId="586888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135" w:type="dxa"/>
          </w:tcPr>
          <w:p w14:paraId="3D51B0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135" w:type="dxa"/>
          </w:tcPr>
          <w:p w14:paraId="01DE4E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91BA</w:t>
            </w:r>
          </w:p>
        </w:tc>
        <w:tc>
          <w:tcPr>
            <w:tcW w:w="1325" w:type="dxa"/>
          </w:tcPr>
          <w:p w14:paraId="4870E2A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6,4</w:t>
            </w:r>
          </w:p>
        </w:tc>
      </w:tr>
      <w:tr w:rsidR="006F0136" w:rsidRPr="00D77020" w14:paraId="6AE9FA35" w14:textId="77777777" w:rsidTr="00E17403">
        <w:tc>
          <w:tcPr>
            <w:tcW w:w="1347" w:type="dxa"/>
          </w:tcPr>
          <w:p w14:paraId="4F7AE5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38C34C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BB-230-о</w:t>
            </w:r>
          </w:p>
        </w:tc>
        <w:tc>
          <w:tcPr>
            <w:tcW w:w="1081" w:type="dxa"/>
          </w:tcPr>
          <w:p w14:paraId="376CAE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230</w:t>
            </w:r>
          </w:p>
        </w:tc>
        <w:tc>
          <w:tcPr>
            <w:tcW w:w="1201" w:type="dxa"/>
          </w:tcPr>
          <w:p w14:paraId="5F6B2C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135" w:type="dxa"/>
          </w:tcPr>
          <w:p w14:paraId="2D9867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135" w:type="dxa"/>
          </w:tcPr>
          <w:p w14:paraId="4AC48A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325" w:type="dxa"/>
          </w:tcPr>
          <w:p w14:paraId="70FE680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6996F889" w14:textId="77777777" w:rsidTr="00E17403">
        <w:tc>
          <w:tcPr>
            <w:tcW w:w="1347" w:type="dxa"/>
          </w:tcPr>
          <w:p w14:paraId="2D30B4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40884B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BB-232-а</w:t>
            </w:r>
          </w:p>
        </w:tc>
        <w:tc>
          <w:tcPr>
            <w:tcW w:w="1081" w:type="dxa"/>
          </w:tcPr>
          <w:p w14:paraId="47B68A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232</w:t>
            </w:r>
          </w:p>
        </w:tc>
        <w:tc>
          <w:tcPr>
            <w:tcW w:w="1201" w:type="dxa"/>
          </w:tcPr>
          <w:p w14:paraId="40EB36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135" w:type="dxa"/>
          </w:tcPr>
          <w:p w14:paraId="1A8C02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135" w:type="dxa"/>
          </w:tcPr>
          <w:p w14:paraId="084D66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1C5E52B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21,6</w:t>
            </w:r>
          </w:p>
        </w:tc>
      </w:tr>
      <w:tr w:rsidR="006F0136" w:rsidRPr="00D77020" w14:paraId="63F466E7" w14:textId="77777777" w:rsidTr="00E17403">
        <w:tc>
          <w:tcPr>
            <w:tcW w:w="1347" w:type="dxa"/>
          </w:tcPr>
          <w:p w14:paraId="5FC98E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526763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BB-232-п</w:t>
            </w:r>
          </w:p>
        </w:tc>
        <w:tc>
          <w:tcPr>
            <w:tcW w:w="1081" w:type="dxa"/>
          </w:tcPr>
          <w:p w14:paraId="6361C8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232</w:t>
            </w:r>
          </w:p>
        </w:tc>
        <w:tc>
          <w:tcPr>
            <w:tcW w:w="1201" w:type="dxa"/>
          </w:tcPr>
          <w:p w14:paraId="394543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135" w:type="dxa"/>
          </w:tcPr>
          <w:p w14:paraId="314764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135" w:type="dxa"/>
          </w:tcPr>
          <w:p w14:paraId="1ADE7F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325" w:type="dxa"/>
          </w:tcPr>
          <w:p w14:paraId="64CE934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6,3</w:t>
            </w:r>
          </w:p>
        </w:tc>
      </w:tr>
      <w:tr w:rsidR="006F0136" w:rsidRPr="00D77020" w14:paraId="555EFD8D" w14:textId="77777777" w:rsidTr="00E17403">
        <w:tc>
          <w:tcPr>
            <w:tcW w:w="1347" w:type="dxa"/>
          </w:tcPr>
          <w:p w14:paraId="321C85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0B3B95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BB-233-а</w:t>
            </w:r>
          </w:p>
        </w:tc>
        <w:tc>
          <w:tcPr>
            <w:tcW w:w="1081" w:type="dxa"/>
          </w:tcPr>
          <w:p w14:paraId="07E48E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233</w:t>
            </w:r>
          </w:p>
        </w:tc>
        <w:tc>
          <w:tcPr>
            <w:tcW w:w="1201" w:type="dxa"/>
          </w:tcPr>
          <w:p w14:paraId="663C77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135" w:type="dxa"/>
          </w:tcPr>
          <w:p w14:paraId="38CC09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135" w:type="dxa"/>
          </w:tcPr>
          <w:p w14:paraId="06A778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325" w:type="dxa"/>
          </w:tcPr>
          <w:p w14:paraId="61D577B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7,4</w:t>
            </w:r>
          </w:p>
        </w:tc>
      </w:tr>
      <w:tr w:rsidR="006F0136" w:rsidRPr="00D77020" w14:paraId="16062468" w14:textId="77777777" w:rsidTr="00E17403">
        <w:tc>
          <w:tcPr>
            <w:tcW w:w="1347" w:type="dxa"/>
          </w:tcPr>
          <w:p w14:paraId="3831E2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6CB96E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BB-233-в</w:t>
            </w:r>
          </w:p>
        </w:tc>
        <w:tc>
          <w:tcPr>
            <w:tcW w:w="1081" w:type="dxa"/>
          </w:tcPr>
          <w:p w14:paraId="20E342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233</w:t>
            </w:r>
          </w:p>
        </w:tc>
        <w:tc>
          <w:tcPr>
            <w:tcW w:w="1201" w:type="dxa"/>
          </w:tcPr>
          <w:p w14:paraId="4976BA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135" w:type="dxa"/>
          </w:tcPr>
          <w:p w14:paraId="6AE0F8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135" w:type="dxa"/>
          </w:tcPr>
          <w:p w14:paraId="53AB9D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79B7AA1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0,6</w:t>
            </w:r>
          </w:p>
        </w:tc>
      </w:tr>
      <w:tr w:rsidR="006F0136" w:rsidRPr="00D77020" w14:paraId="63F5D935" w14:textId="77777777" w:rsidTr="00E17403">
        <w:tc>
          <w:tcPr>
            <w:tcW w:w="1347" w:type="dxa"/>
          </w:tcPr>
          <w:p w14:paraId="04AF65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57DB70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BB-288-а</w:t>
            </w:r>
          </w:p>
        </w:tc>
        <w:tc>
          <w:tcPr>
            <w:tcW w:w="1081" w:type="dxa"/>
          </w:tcPr>
          <w:p w14:paraId="186AD3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288</w:t>
            </w:r>
          </w:p>
        </w:tc>
        <w:tc>
          <w:tcPr>
            <w:tcW w:w="1201" w:type="dxa"/>
          </w:tcPr>
          <w:p w14:paraId="553EB4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135" w:type="dxa"/>
          </w:tcPr>
          <w:p w14:paraId="61A338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135" w:type="dxa"/>
          </w:tcPr>
          <w:p w14:paraId="4DCB08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325" w:type="dxa"/>
          </w:tcPr>
          <w:p w14:paraId="0116D4F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4,1</w:t>
            </w:r>
          </w:p>
        </w:tc>
      </w:tr>
      <w:tr w:rsidR="006F0136" w:rsidRPr="00D77020" w14:paraId="2A6961A5" w14:textId="77777777" w:rsidTr="00E17403">
        <w:tc>
          <w:tcPr>
            <w:tcW w:w="1347" w:type="dxa"/>
          </w:tcPr>
          <w:p w14:paraId="699AA4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6C9D8E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BB-288-б</w:t>
            </w:r>
          </w:p>
        </w:tc>
        <w:tc>
          <w:tcPr>
            <w:tcW w:w="1081" w:type="dxa"/>
          </w:tcPr>
          <w:p w14:paraId="7374ED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288</w:t>
            </w:r>
          </w:p>
        </w:tc>
        <w:tc>
          <w:tcPr>
            <w:tcW w:w="1201" w:type="dxa"/>
          </w:tcPr>
          <w:p w14:paraId="67D3F0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135" w:type="dxa"/>
          </w:tcPr>
          <w:p w14:paraId="48CB75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135" w:type="dxa"/>
          </w:tcPr>
          <w:p w14:paraId="4072D9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325" w:type="dxa"/>
          </w:tcPr>
          <w:p w14:paraId="10FF3A3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17,4</w:t>
            </w:r>
          </w:p>
        </w:tc>
      </w:tr>
      <w:tr w:rsidR="006F0136" w:rsidRPr="00D77020" w14:paraId="3A72D865" w14:textId="77777777" w:rsidTr="00E17403">
        <w:tc>
          <w:tcPr>
            <w:tcW w:w="1347" w:type="dxa"/>
          </w:tcPr>
          <w:p w14:paraId="27D3AE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7EDE95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BB-289-а</w:t>
            </w:r>
          </w:p>
        </w:tc>
        <w:tc>
          <w:tcPr>
            <w:tcW w:w="1081" w:type="dxa"/>
          </w:tcPr>
          <w:p w14:paraId="3C1283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289</w:t>
            </w:r>
          </w:p>
        </w:tc>
        <w:tc>
          <w:tcPr>
            <w:tcW w:w="1201" w:type="dxa"/>
          </w:tcPr>
          <w:p w14:paraId="2D55B3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135" w:type="dxa"/>
          </w:tcPr>
          <w:p w14:paraId="4BC579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135" w:type="dxa"/>
          </w:tcPr>
          <w:p w14:paraId="71D65A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325" w:type="dxa"/>
          </w:tcPr>
          <w:p w14:paraId="4762F58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2,5</w:t>
            </w:r>
          </w:p>
        </w:tc>
      </w:tr>
      <w:tr w:rsidR="006F0136" w:rsidRPr="00D77020" w14:paraId="79DD82B8" w14:textId="77777777" w:rsidTr="00E17403">
        <w:tc>
          <w:tcPr>
            <w:tcW w:w="1347" w:type="dxa"/>
          </w:tcPr>
          <w:p w14:paraId="62E481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733761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BB-291-з</w:t>
            </w:r>
          </w:p>
        </w:tc>
        <w:tc>
          <w:tcPr>
            <w:tcW w:w="1081" w:type="dxa"/>
          </w:tcPr>
          <w:p w14:paraId="2EA387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291</w:t>
            </w:r>
          </w:p>
        </w:tc>
        <w:tc>
          <w:tcPr>
            <w:tcW w:w="1201" w:type="dxa"/>
          </w:tcPr>
          <w:p w14:paraId="528E14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135" w:type="dxa"/>
          </w:tcPr>
          <w:p w14:paraId="2FA6A8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135" w:type="dxa"/>
          </w:tcPr>
          <w:p w14:paraId="27955C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325" w:type="dxa"/>
          </w:tcPr>
          <w:p w14:paraId="2802435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5,4</w:t>
            </w:r>
          </w:p>
        </w:tc>
      </w:tr>
      <w:tr w:rsidR="006F0136" w:rsidRPr="00D77020" w14:paraId="50202E27" w14:textId="77777777" w:rsidTr="00E17403">
        <w:tc>
          <w:tcPr>
            <w:tcW w:w="1347" w:type="dxa"/>
          </w:tcPr>
          <w:p w14:paraId="41ECB6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31165E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BB-292-ж</w:t>
            </w:r>
          </w:p>
        </w:tc>
        <w:tc>
          <w:tcPr>
            <w:tcW w:w="1081" w:type="dxa"/>
          </w:tcPr>
          <w:p w14:paraId="4238FE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292</w:t>
            </w:r>
          </w:p>
        </w:tc>
        <w:tc>
          <w:tcPr>
            <w:tcW w:w="1201" w:type="dxa"/>
          </w:tcPr>
          <w:p w14:paraId="1F83E2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135" w:type="dxa"/>
          </w:tcPr>
          <w:p w14:paraId="219F92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135" w:type="dxa"/>
          </w:tcPr>
          <w:p w14:paraId="01BE91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325" w:type="dxa"/>
          </w:tcPr>
          <w:p w14:paraId="06DC652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5,0</w:t>
            </w:r>
          </w:p>
        </w:tc>
      </w:tr>
      <w:tr w:rsidR="006F0136" w:rsidRPr="00D77020" w14:paraId="0D88C591" w14:textId="77777777" w:rsidTr="00E17403">
        <w:tc>
          <w:tcPr>
            <w:tcW w:w="1347" w:type="dxa"/>
          </w:tcPr>
          <w:p w14:paraId="7D9781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384EDE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BB-292-з</w:t>
            </w:r>
          </w:p>
        </w:tc>
        <w:tc>
          <w:tcPr>
            <w:tcW w:w="1081" w:type="dxa"/>
          </w:tcPr>
          <w:p w14:paraId="44B772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292</w:t>
            </w:r>
          </w:p>
        </w:tc>
        <w:tc>
          <w:tcPr>
            <w:tcW w:w="1201" w:type="dxa"/>
          </w:tcPr>
          <w:p w14:paraId="4CA626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135" w:type="dxa"/>
          </w:tcPr>
          <w:p w14:paraId="1D232A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135" w:type="dxa"/>
          </w:tcPr>
          <w:p w14:paraId="69251A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325" w:type="dxa"/>
          </w:tcPr>
          <w:p w14:paraId="4F6FC29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7,3</w:t>
            </w:r>
          </w:p>
        </w:tc>
      </w:tr>
      <w:tr w:rsidR="006F0136" w:rsidRPr="00D77020" w14:paraId="43443989" w14:textId="77777777" w:rsidTr="00E17403">
        <w:tc>
          <w:tcPr>
            <w:tcW w:w="1347" w:type="dxa"/>
          </w:tcPr>
          <w:p w14:paraId="531013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2ACFE9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BB-292-у</w:t>
            </w:r>
          </w:p>
        </w:tc>
        <w:tc>
          <w:tcPr>
            <w:tcW w:w="1081" w:type="dxa"/>
          </w:tcPr>
          <w:p w14:paraId="053A03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292</w:t>
            </w:r>
          </w:p>
        </w:tc>
        <w:tc>
          <w:tcPr>
            <w:tcW w:w="1201" w:type="dxa"/>
          </w:tcPr>
          <w:p w14:paraId="1DA686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у</w:t>
            </w:r>
          </w:p>
        </w:tc>
        <w:tc>
          <w:tcPr>
            <w:tcW w:w="1135" w:type="dxa"/>
          </w:tcPr>
          <w:p w14:paraId="1892D1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135" w:type="dxa"/>
          </w:tcPr>
          <w:p w14:paraId="53816C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325" w:type="dxa"/>
          </w:tcPr>
          <w:p w14:paraId="272B4D6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11,7</w:t>
            </w:r>
          </w:p>
        </w:tc>
      </w:tr>
      <w:tr w:rsidR="006F0136" w:rsidRPr="00D77020" w14:paraId="7FFC5C9B" w14:textId="77777777" w:rsidTr="00E17403">
        <w:tc>
          <w:tcPr>
            <w:tcW w:w="1347" w:type="dxa"/>
          </w:tcPr>
          <w:p w14:paraId="2B6018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209AEC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BB-3-ж</w:t>
            </w:r>
          </w:p>
        </w:tc>
        <w:tc>
          <w:tcPr>
            <w:tcW w:w="1081" w:type="dxa"/>
          </w:tcPr>
          <w:p w14:paraId="72823A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</w:t>
            </w:r>
          </w:p>
        </w:tc>
        <w:tc>
          <w:tcPr>
            <w:tcW w:w="1201" w:type="dxa"/>
          </w:tcPr>
          <w:p w14:paraId="090BB1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135" w:type="dxa"/>
          </w:tcPr>
          <w:p w14:paraId="20B567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135" w:type="dxa"/>
          </w:tcPr>
          <w:p w14:paraId="6A5BFE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6648554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18,1</w:t>
            </w:r>
          </w:p>
        </w:tc>
      </w:tr>
      <w:tr w:rsidR="006F0136" w:rsidRPr="00D77020" w14:paraId="49357BEC" w14:textId="77777777" w:rsidTr="00E17403">
        <w:tc>
          <w:tcPr>
            <w:tcW w:w="1347" w:type="dxa"/>
          </w:tcPr>
          <w:p w14:paraId="0F79A2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484949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BB-3-и</w:t>
            </w:r>
          </w:p>
        </w:tc>
        <w:tc>
          <w:tcPr>
            <w:tcW w:w="1081" w:type="dxa"/>
          </w:tcPr>
          <w:p w14:paraId="3E860F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</w:t>
            </w:r>
          </w:p>
        </w:tc>
        <w:tc>
          <w:tcPr>
            <w:tcW w:w="1201" w:type="dxa"/>
          </w:tcPr>
          <w:p w14:paraId="380071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135" w:type="dxa"/>
          </w:tcPr>
          <w:p w14:paraId="041DCA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135" w:type="dxa"/>
          </w:tcPr>
          <w:p w14:paraId="05F679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5B96F4A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7,3</w:t>
            </w:r>
          </w:p>
        </w:tc>
      </w:tr>
      <w:tr w:rsidR="006F0136" w:rsidRPr="00D77020" w14:paraId="554DD2C3" w14:textId="77777777" w:rsidTr="00E17403">
        <w:tc>
          <w:tcPr>
            <w:tcW w:w="1347" w:type="dxa"/>
          </w:tcPr>
          <w:p w14:paraId="23DFD5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5D1C63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BB-310-б</w:t>
            </w:r>
          </w:p>
        </w:tc>
        <w:tc>
          <w:tcPr>
            <w:tcW w:w="1081" w:type="dxa"/>
          </w:tcPr>
          <w:p w14:paraId="2531DF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310</w:t>
            </w:r>
          </w:p>
        </w:tc>
        <w:tc>
          <w:tcPr>
            <w:tcW w:w="1201" w:type="dxa"/>
          </w:tcPr>
          <w:p w14:paraId="055EB7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135" w:type="dxa"/>
          </w:tcPr>
          <w:p w14:paraId="1DA916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135" w:type="dxa"/>
          </w:tcPr>
          <w:p w14:paraId="7ACE16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325" w:type="dxa"/>
          </w:tcPr>
          <w:p w14:paraId="4F539A2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3EAF0BBB" w14:textId="77777777" w:rsidTr="00E17403">
        <w:tc>
          <w:tcPr>
            <w:tcW w:w="1347" w:type="dxa"/>
          </w:tcPr>
          <w:p w14:paraId="259B61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54FFE8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BB-310-в</w:t>
            </w:r>
          </w:p>
        </w:tc>
        <w:tc>
          <w:tcPr>
            <w:tcW w:w="1081" w:type="dxa"/>
          </w:tcPr>
          <w:p w14:paraId="787C7E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310</w:t>
            </w:r>
          </w:p>
        </w:tc>
        <w:tc>
          <w:tcPr>
            <w:tcW w:w="1201" w:type="dxa"/>
          </w:tcPr>
          <w:p w14:paraId="5B00F8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135" w:type="dxa"/>
          </w:tcPr>
          <w:p w14:paraId="4F4D58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135" w:type="dxa"/>
          </w:tcPr>
          <w:p w14:paraId="654AEC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325" w:type="dxa"/>
          </w:tcPr>
          <w:p w14:paraId="0667297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4A925E9E" w14:textId="77777777" w:rsidTr="00E17403">
        <w:tc>
          <w:tcPr>
            <w:tcW w:w="1347" w:type="dxa"/>
          </w:tcPr>
          <w:p w14:paraId="5C61D9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30E8AC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BB-310-е</w:t>
            </w:r>
          </w:p>
        </w:tc>
        <w:tc>
          <w:tcPr>
            <w:tcW w:w="1081" w:type="dxa"/>
          </w:tcPr>
          <w:p w14:paraId="692A83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310</w:t>
            </w:r>
          </w:p>
        </w:tc>
        <w:tc>
          <w:tcPr>
            <w:tcW w:w="1201" w:type="dxa"/>
          </w:tcPr>
          <w:p w14:paraId="1F0DF7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135" w:type="dxa"/>
          </w:tcPr>
          <w:p w14:paraId="75E3A3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135" w:type="dxa"/>
          </w:tcPr>
          <w:p w14:paraId="38FAD4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325" w:type="dxa"/>
          </w:tcPr>
          <w:p w14:paraId="09BD9F3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5,4</w:t>
            </w:r>
          </w:p>
        </w:tc>
      </w:tr>
      <w:tr w:rsidR="006F0136" w:rsidRPr="00D77020" w14:paraId="4BB788E0" w14:textId="77777777" w:rsidTr="00E17403">
        <w:tc>
          <w:tcPr>
            <w:tcW w:w="1347" w:type="dxa"/>
          </w:tcPr>
          <w:p w14:paraId="6C44B8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2365FB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BB-311-ж</w:t>
            </w:r>
          </w:p>
        </w:tc>
        <w:tc>
          <w:tcPr>
            <w:tcW w:w="1081" w:type="dxa"/>
          </w:tcPr>
          <w:p w14:paraId="1A6BA6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311</w:t>
            </w:r>
          </w:p>
        </w:tc>
        <w:tc>
          <w:tcPr>
            <w:tcW w:w="1201" w:type="dxa"/>
          </w:tcPr>
          <w:p w14:paraId="2EDA44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135" w:type="dxa"/>
          </w:tcPr>
          <w:p w14:paraId="067779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135" w:type="dxa"/>
          </w:tcPr>
          <w:p w14:paraId="308A56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325" w:type="dxa"/>
          </w:tcPr>
          <w:p w14:paraId="46231A5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9,7</w:t>
            </w:r>
          </w:p>
        </w:tc>
      </w:tr>
      <w:tr w:rsidR="006F0136" w:rsidRPr="00D77020" w14:paraId="5F57BD9C" w14:textId="77777777" w:rsidTr="00E17403">
        <w:tc>
          <w:tcPr>
            <w:tcW w:w="1347" w:type="dxa"/>
          </w:tcPr>
          <w:p w14:paraId="5B0AD5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49ABF2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BB-32-и</w:t>
            </w:r>
          </w:p>
        </w:tc>
        <w:tc>
          <w:tcPr>
            <w:tcW w:w="1081" w:type="dxa"/>
          </w:tcPr>
          <w:p w14:paraId="648D66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</w:t>
            </w:r>
          </w:p>
        </w:tc>
        <w:tc>
          <w:tcPr>
            <w:tcW w:w="1201" w:type="dxa"/>
          </w:tcPr>
          <w:p w14:paraId="1FACB9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135" w:type="dxa"/>
          </w:tcPr>
          <w:p w14:paraId="405F1C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135" w:type="dxa"/>
          </w:tcPr>
          <w:p w14:paraId="1BDBBA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577FDD4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3,9</w:t>
            </w:r>
          </w:p>
        </w:tc>
      </w:tr>
      <w:tr w:rsidR="006F0136" w:rsidRPr="00D77020" w14:paraId="4075108A" w14:textId="77777777" w:rsidTr="00E17403">
        <w:tc>
          <w:tcPr>
            <w:tcW w:w="1347" w:type="dxa"/>
          </w:tcPr>
          <w:p w14:paraId="4411EF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7F2F14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BB-322-г</w:t>
            </w:r>
          </w:p>
        </w:tc>
        <w:tc>
          <w:tcPr>
            <w:tcW w:w="1081" w:type="dxa"/>
          </w:tcPr>
          <w:p w14:paraId="4C3D8F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322</w:t>
            </w:r>
          </w:p>
        </w:tc>
        <w:tc>
          <w:tcPr>
            <w:tcW w:w="1201" w:type="dxa"/>
          </w:tcPr>
          <w:p w14:paraId="70BA06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135" w:type="dxa"/>
          </w:tcPr>
          <w:p w14:paraId="2BA748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135" w:type="dxa"/>
          </w:tcPr>
          <w:p w14:paraId="4B9F95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325" w:type="dxa"/>
          </w:tcPr>
          <w:p w14:paraId="4442599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19,7</w:t>
            </w:r>
          </w:p>
        </w:tc>
      </w:tr>
      <w:tr w:rsidR="006F0136" w:rsidRPr="00D77020" w14:paraId="72DF2D8A" w14:textId="77777777" w:rsidTr="00E17403">
        <w:tc>
          <w:tcPr>
            <w:tcW w:w="1347" w:type="dxa"/>
          </w:tcPr>
          <w:p w14:paraId="660847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66AE39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BB-322-д</w:t>
            </w:r>
          </w:p>
        </w:tc>
        <w:tc>
          <w:tcPr>
            <w:tcW w:w="1081" w:type="dxa"/>
          </w:tcPr>
          <w:p w14:paraId="44DEDE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322</w:t>
            </w:r>
          </w:p>
        </w:tc>
        <w:tc>
          <w:tcPr>
            <w:tcW w:w="1201" w:type="dxa"/>
          </w:tcPr>
          <w:p w14:paraId="3503DF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135" w:type="dxa"/>
          </w:tcPr>
          <w:p w14:paraId="709112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135" w:type="dxa"/>
          </w:tcPr>
          <w:p w14:paraId="087306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325" w:type="dxa"/>
          </w:tcPr>
          <w:p w14:paraId="3FBA8DD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22,6</w:t>
            </w:r>
          </w:p>
        </w:tc>
      </w:tr>
      <w:tr w:rsidR="006F0136" w:rsidRPr="00D77020" w14:paraId="145CCD20" w14:textId="77777777" w:rsidTr="00E17403">
        <w:tc>
          <w:tcPr>
            <w:tcW w:w="1347" w:type="dxa"/>
          </w:tcPr>
          <w:p w14:paraId="76E304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7E2485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BB-323-у</w:t>
            </w:r>
          </w:p>
        </w:tc>
        <w:tc>
          <w:tcPr>
            <w:tcW w:w="1081" w:type="dxa"/>
          </w:tcPr>
          <w:p w14:paraId="5A1F4D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323</w:t>
            </w:r>
          </w:p>
        </w:tc>
        <w:tc>
          <w:tcPr>
            <w:tcW w:w="1201" w:type="dxa"/>
          </w:tcPr>
          <w:p w14:paraId="7DFDB1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у</w:t>
            </w:r>
          </w:p>
        </w:tc>
        <w:tc>
          <w:tcPr>
            <w:tcW w:w="1135" w:type="dxa"/>
          </w:tcPr>
          <w:p w14:paraId="08932A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135" w:type="dxa"/>
          </w:tcPr>
          <w:p w14:paraId="10CD7F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325" w:type="dxa"/>
          </w:tcPr>
          <w:p w14:paraId="368E83A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5,1</w:t>
            </w:r>
          </w:p>
        </w:tc>
      </w:tr>
      <w:tr w:rsidR="006F0136" w:rsidRPr="00D77020" w14:paraId="07EDEB88" w14:textId="77777777" w:rsidTr="00E17403">
        <w:tc>
          <w:tcPr>
            <w:tcW w:w="1347" w:type="dxa"/>
          </w:tcPr>
          <w:p w14:paraId="4735ED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7AF7C0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BB-358-а</w:t>
            </w:r>
          </w:p>
        </w:tc>
        <w:tc>
          <w:tcPr>
            <w:tcW w:w="1081" w:type="dxa"/>
          </w:tcPr>
          <w:p w14:paraId="0DA3B4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358</w:t>
            </w:r>
          </w:p>
        </w:tc>
        <w:tc>
          <w:tcPr>
            <w:tcW w:w="1201" w:type="dxa"/>
          </w:tcPr>
          <w:p w14:paraId="5C3F18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135" w:type="dxa"/>
          </w:tcPr>
          <w:p w14:paraId="7BAA7E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135" w:type="dxa"/>
          </w:tcPr>
          <w:p w14:paraId="56D148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325" w:type="dxa"/>
          </w:tcPr>
          <w:p w14:paraId="35D6AE6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3,8</w:t>
            </w:r>
          </w:p>
        </w:tc>
      </w:tr>
      <w:tr w:rsidR="006F0136" w:rsidRPr="00D77020" w14:paraId="0E1696CC" w14:textId="77777777" w:rsidTr="00E17403">
        <w:tc>
          <w:tcPr>
            <w:tcW w:w="1347" w:type="dxa"/>
          </w:tcPr>
          <w:p w14:paraId="4D717D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15F2E5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BB-358-н</w:t>
            </w:r>
          </w:p>
        </w:tc>
        <w:tc>
          <w:tcPr>
            <w:tcW w:w="1081" w:type="dxa"/>
          </w:tcPr>
          <w:p w14:paraId="2262FC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358</w:t>
            </w:r>
          </w:p>
        </w:tc>
        <w:tc>
          <w:tcPr>
            <w:tcW w:w="1201" w:type="dxa"/>
          </w:tcPr>
          <w:p w14:paraId="4A8C69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135" w:type="dxa"/>
          </w:tcPr>
          <w:p w14:paraId="07C2E4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135" w:type="dxa"/>
          </w:tcPr>
          <w:p w14:paraId="5AD4B4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2D2C0DB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8,4</w:t>
            </w:r>
          </w:p>
        </w:tc>
      </w:tr>
      <w:tr w:rsidR="006F0136" w:rsidRPr="00D77020" w14:paraId="21384F07" w14:textId="77777777" w:rsidTr="00E17403">
        <w:tc>
          <w:tcPr>
            <w:tcW w:w="1347" w:type="dxa"/>
          </w:tcPr>
          <w:p w14:paraId="13A3D2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2020</w:t>
            </w:r>
          </w:p>
        </w:tc>
        <w:tc>
          <w:tcPr>
            <w:tcW w:w="1406" w:type="dxa"/>
          </w:tcPr>
          <w:p w14:paraId="0EDD88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BB-359-а</w:t>
            </w:r>
          </w:p>
        </w:tc>
        <w:tc>
          <w:tcPr>
            <w:tcW w:w="1081" w:type="dxa"/>
          </w:tcPr>
          <w:p w14:paraId="63D53D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359</w:t>
            </w:r>
          </w:p>
        </w:tc>
        <w:tc>
          <w:tcPr>
            <w:tcW w:w="1201" w:type="dxa"/>
          </w:tcPr>
          <w:p w14:paraId="069F26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135" w:type="dxa"/>
          </w:tcPr>
          <w:p w14:paraId="22A3F5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135" w:type="dxa"/>
          </w:tcPr>
          <w:p w14:paraId="070B7F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5F32216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3,0</w:t>
            </w:r>
          </w:p>
        </w:tc>
      </w:tr>
      <w:tr w:rsidR="006F0136" w:rsidRPr="00D77020" w14:paraId="5B1DAA5A" w14:textId="77777777" w:rsidTr="00E17403">
        <w:tc>
          <w:tcPr>
            <w:tcW w:w="1347" w:type="dxa"/>
          </w:tcPr>
          <w:p w14:paraId="083C74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124ED5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BB-359-б</w:t>
            </w:r>
          </w:p>
        </w:tc>
        <w:tc>
          <w:tcPr>
            <w:tcW w:w="1081" w:type="dxa"/>
          </w:tcPr>
          <w:p w14:paraId="7570D2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359</w:t>
            </w:r>
          </w:p>
        </w:tc>
        <w:tc>
          <w:tcPr>
            <w:tcW w:w="1201" w:type="dxa"/>
          </w:tcPr>
          <w:p w14:paraId="044CA6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135" w:type="dxa"/>
          </w:tcPr>
          <w:p w14:paraId="0BA60C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135" w:type="dxa"/>
          </w:tcPr>
          <w:p w14:paraId="7C2D56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325" w:type="dxa"/>
          </w:tcPr>
          <w:p w14:paraId="726656D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3,0</w:t>
            </w:r>
          </w:p>
        </w:tc>
      </w:tr>
      <w:tr w:rsidR="006F0136" w:rsidRPr="00D77020" w14:paraId="6861BBBF" w14:textId="77777777" w:rsidTr="00E17403">
        <w:trPr>
          <w:trHeight w:val="70"/>
        </w:trPr>
        <w:tc>
          <w:tcPr>
            <w:tcW w:w="1347" w:type="dxa"/>
          </w:tcPr>
          <w:p w14:paraId="1C1D26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2559B9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BB-359-д</w:t>
            </w:r>
          </w:p>
        </w:tc>
        <w:tc>
          <w:tcPr>
            <w:tcW w:w="1081" w:type="dxa"/>
          </w:tcPr>
          <w:p w14:paraId="7E29E5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359</w:t>
            </w:r>
          </w:p>
        </w:tc>
        <w:tc>
          <w:tcPr>
            <w:tcW w:w="1201" w:type="dxa"/>
          </w:tcPr>
          <w:p w14:paraId="284703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135" w:type="dxa"/>
          </w:tcPr>
          <w:p w14:paraId="4770F0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135" w:type="dxa"/>
          </w:tcPr>
          <w:p w14:paraId="52C0A4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43672E2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0,8</w:t>
            </w:r>
          </w:p>
        </w:tc>
      </w:tr>
      <w:tr w:rsidR="006F0136" w:rsidRPr="00D77020" w14:paraId="381E2C7A" w14:textId="77777777" w:rsidTr="00E17403">
        <w:tc>
          <w:tcPr>
            <w:tcW w:w="1347" w:type="dxa"/>
          </w:tcPr>
          <w:p w14:paraId="086C6F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4306BD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BB-359-е</w:t>
            </w:r>
          </w:p>
        </w:tc>
        <w:tc>
          <w:tcPr>
            <w:tcW w:w="1081" w:type="dxa"/>
          </w:tcPr>
          <w:p w14:paraId="74AC91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359</w:t>
            </w:r>
          </w:p>
        </w:tc>
        <w:tc>
          <w:tcPr>
            <w:tcW w:w="1201" w:type="dxa"/>
          </w:tcPr>
          <w:p w14:paraId="1B55E9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135" w:type="dxa"/>
          </w:tcPr>
          <w:p w14:paraId="49D8DC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135" w:type="dxa"/>
          </w:tcPr>
          <w:p w14:paraId="1FA12D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325" w:type="dxa"/>
          </w:tcPr>
          <w:p w14:paraId="0555655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0,8</w:t>
            </w:r>
          </w:p>
        </w:tc>
      </w:tr>
      <w:tr w:rsidR="006F0136" w:rsidRPr="00D77020" w14:paraId="409D29BA" w14:textId="77777777" w:rsidTr="00E17403">
        <w:tc>
          <w:tcPr>
            <w:tcW w:w="1347" w:type="dxa"/>
          </w:tcPr>
          <w:p w14:paraId="789D04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3AC988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BB-359-ж</w:t>
            </w:r>
          </w:p>
        </w:tc>
        <w:tc>
          <w:tcPr>
            <w:tcW w:w="1081" w:type="dxa"/>
          </w:tcPr>
          <w:p w14:paraId="6087DD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359</w:t>
            </w:r>
          </w:p>
        </w:tc>
        <w:tc>
          <w:tcPr>
            <w:tcW w:w="1201" w:type="dxa"/>
          </w:tcPr>
          <w:p w14:paraId="574515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135" w:type="dxa"/>
          </w:tcPr>
          <w:p w14:paraId="104B37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135" w:type="dxa"/>
          </w:tcPr>
          <w:p w14:paraId="309CC1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325" w:type="dxa"/>
          </w:tcPr>
          <w:p w14:paraId="08ABC47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4DC13E19" w14:textId="77777777" w:rsidTr="00E17403">
        <w:tc>
          <w:tcPr>
            <w:tcW w:w="1347" w:type="dxa"/>
          </w:tcPr>
          <w:p w14:paraId="6856A1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5E752E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BB-363-в</w:t>
            </w:r>
          </w:p>
        </w:tc>
        <w:tc>
          <w:tcPr>
            <w:tcW w:w="1081" w:type="dxa"/>
          </w:tcPr>
          <w:p w14:paraId="50952A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363</w:t>
            </w:r>
          </w:p>
        </w:tc>
        <w:tc>
          <w:tcPr>
            <w:tcW w:w="1201" w:type="dxa"/>
          </w:tcPr>
          <w:p w14:paraId="057F43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135" w:type="dxa"/>
          </w:tcPr>
          <w:p w14:paraId="7E47D9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135" w:type="dxa"/>
          </w:tcPr>
          <w:p w14:paraId="256DA6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7A9F565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1,8</w:t>
            </w:r>
          </w:p>
        </w:tc>
      </w:tr>
      <w:tr w:rsidR="006F0136" w:rsidRPr="00D77020" w14:paraId="7F6F80EA" w14:textId="77777777" w:rsidTr="00E17403">
        <w:tc>
          <w:tcPr>
            <w:tcW w:w="1347" w:type="dxa"/>
          </w:tcPr>
          <w:p w14:paraId="097818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5F611F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BB-364-д</w:t>
            </w:r>
          </w:p>
        </w:tc>
        <w:tc>
          <w:tcPr>
            <w:tcW w:w="1081" w:type="dxa"/>
          </w:tcPr>
          <w:p w14:paraId="2C0BF8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364</w:t>
            </w:r>
          </w:p>
        </w:tc>
        <w:tc>
          <w:tcPr>
            <w:tcW w:w="1201" w:type="dxa"/>
          </w:tcPr>
          <w:p w14:paraId="625925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135" w:type="dxa"/>
          </w:tcPr>
          <w:p w14:paraId="111333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135" w:type="dxa"/>
          </w:tcPr>
          <w:p w14:paraId="28B8FC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5BCDC0E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13,6</w:t>
            </w:r>
          </w:p>
        </w:tc>
      </w:tr>
      <w:tr w:rsidR="006F0136" w:rsidRPr="00D77020" w14:paraId="4E18BDB9" w14:textId="77777777" w:rsidTr="00E17403">
        <w:tc>
          <w:tcPr>
            <w:tcW w:w="1347" w:type="dxa"/>
          </w:tcPr>
          <w:p w14:paraId="73B187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7C95A7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BB-365-з</w:t>
            </w:r>
          </w:p>
        </w:tc>
        <w:tc>
          <w:tcPr>
            <w:tcW w:w="1081" w:type="dxa"/>
          </w:tcPr>
          <w:p w14:paraId="14590D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365</w:t>
            </w:r>
          </w:p>
        </w:tc>
        <w:tc>
          <w:tcPr>
            <w:tcW w:w="1201" w:type="dxa"/>
          </w:tcPr>
          <w:p w14:paraId="3757EF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135" w:type="dxa"/>
          </w:tcPr>
          <w:p w14:paraId="439BC5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135" w:type="dxa"/>
          </w:tcPr>
          <w:p w14:paraId="49F712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26816BF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3,8</w:t>
            </w:r>
          </w:p>
        </w:tc>
      </w:tr>
      <w:tr w:rsidR="006F0136" w:rsidRPr="00D77020" w14:paraId="6C412656" w14:textId="77777777" w:rsidTr="00E17403">
        <w:tc>
          <w:tcPr>
            <w:tcW w:w="1347" w:type="dxa"/>
          </w:tcPr>
          <w:p w14:paraId="263342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1798FE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BB-370-и</w:t>
            </w:r>
          </w:p>
        </w:tc>
        <w:tc>
          <w:tcPr>
            <w:tcW w:w="1081" w:type="dxa"/>
          </w:tcPr>
          <w:p w14:paraId="635F32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370</w:t>
            </w:r>
          </w:p>
        </w:tc>
        <w:tc>
          <w:tcPr>
            <w:tcW w:w="1201" w:type="dxa"/>
          </w:tcPr>
          <w:p w14:paraId="561B4A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135" w:type="dxa"/>
          </w:tcPr>
          <w:p w14:paraId="6FFDB7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135" w:type="dxa"/>
          </w:tcPr>
          <w:p w14:paraId="736524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0A39F38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1,1</w:t>
            </w:r>
          </w:p>
        </w:tc>
      </w:tr>
      <w:tr w:rsidR="006F0136" w:rsidRPr="00D77020" w14:paraId="441EAF71" w14:textId="77777777" w:rsidTr="00E17403">
        <w:tc>
          <w:tcPr>
            <w:tcW w:w="1347" w:type="dxa"/>
          </w:tcPr>
          <w:p w14:paraId="1A68A1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3B022F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BB-373-в</w:t>
            </w:r>
          </w:p>
        </w:tc>
        <w:tc>
          <w:tcPr>
            <w:tcW w:w="1081" w:type="dxa"/>
          </w:tcPr>
          <w:p w14:paraId="5DF41A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373</w:t>
            </w:r>
          </w:p>
        </w:tc>
        <w:tc>
          <w:tcPr>
            <w:tcW w:w="1201" w:type="dxa"/>
          </w:tcPr>
          <w:p w14:paraId="78B867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135" w:type="dxa"/>
          </w:tcPr>
          <w:p w14:paraId="555D2A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135" w:type="dxa"/>
          </w:tcPr>
          <w:p w14:paraId="7231C2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7A059B2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19,3</w:t>
            </w:r>
          </w:p>
        </w:tc>
      </w:tr>
      <w:tr w:rsidR="006F0136" w:rsidRPr="00D77020" w14:paraId="054E7CF4" w14:textId="77777777" w:rsidTr="00E17403">
        <w:tc>
          <w:tcPr>
            <w:tcW w:w="1347" w:type="dxa"/>
          </w:tcPr>
          <w:p w14:paraId="683D4E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12F5A2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BB-380-к</w:t>
            </w:r>
          </w:p>
        </w:tc>
        <w:tc>
          <w:tcPr>
            <w:tcW w:w="1081" w:type="dxa"/>
          </w:tcPr>
          <w:p w14:paraId="747292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380</w:t>
            </w:r>
          </w:p>
        </w:tc>
        <w:tc>
          <w:tcPr>
            <w:tcW w:w="1201" w:type="dxa"/>
          </w:tcPr>
          <w:p w14:paraId="6A6DC2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135" w:type="dxa"/>
          </w:tcPr>
          <w:p w14:paraId="0FCDA1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135" w:type="dxa"/>
          </w:tcPr>
          <w:p w14:paraId="5EB66B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175725B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3,4</w:t>
            </w:r>
          </w:p>
        </w:tc>
      </w:tr>
      <w:tr w:rsidR="006F0136" w:rsidRPr="00D77020" w14:paraId="3CACD1DB" w14:textId="77777777" w:rsidTr="00E17403">
        <w:tc>
          <w:tcPr>
            <w:tcW w:w="1347" w:type="dxa"/>
          </w:tcPr>
          <w:p w14:paraId="2F1C5B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6DE3CD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BB-381-ш</w:t>
            </w:r>
          </w:p>
        </w:tc>
        <w:tc>
          <w:tcPr>
            <w:tcW w:w="1081" w:type="dxa"/>
          </w:tcPr>
          <w:p w14:paraId="574CD2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381</w:t>
            </w:r>
          </w:p>
        </w:tc>
        <w:tc>
          <w:tcPr>
            <w:tcW w:w="1201" w:type="dxa"/>
          </w:tcPr>
          <w:p w14:paraId="392A9A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ш</w:t>
            </w:r>
          </w:p>
        </w:tc>
        <w:tc>
          <w:tcPr>
            <w:tcW w:w="1135" w:type="dxa"/>
          </w:tcPr>
          <w:p w14:paraId="326D2B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135" w:type="dxa"/>
          </w:tcPr>
          <w:p w14:paraId="213140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7990A23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3,0</w:t>
            </w:r>
          </w:p>
        </w:tc>
      </w:tr>
      <w:tr w:rsidR="006F0136" w:rsidRPr="00D77020" w14:paraId="08E54E56" w14:textId="77777777" w:rsidTr="00E17403">
        <w:tc>
          <w:tcPr>
            <w:tcW w:w="1347" w:type="dxa"/>
          </w:tcPr>
          <w:p w14:paraId="4CFB94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6A7719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BB-384-т</w:t>
            </w:r>
          </w:p>
        </w:tc>
        <w:tc>
          <w:tcPr>
            <w:tcW w:w="1081" w:type="dxa"/>
          </w:tcPr>
          <w:p w14:paraId="76222C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384</w:t>
            </w:r>
          </w:p>
        </w:tc>
        <w:tc>
          <w:tcPr>
            <w:tcW w:w="1201" w:type="dxa"/>
          </w:tcPr>
          <w:p w14:paraId="181FFA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135" w:type="dxa"/>
          </w:tcPr>
          <w:p w14:paraId="1DDF56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135" w:type="dxa"/>
          </w:tcPr>
          <w:p w14:paraId="1BFA96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776215A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25,4</w:t>
            </w:r>
          </w:p>
        </w:tc>
      </w:tr>
      <w:tr w:rsidR="006F0136" w:rsidRPr="00D77020" w14:paraId="6FFFCF43" w14:textId="77777777" w:rsidTr="00E17403">
        <w:tc>
          <w:tcPr>
            <w:tcW w:w="1347" w:type="dxa"/>
          </w:tcPr>
          <w:p w14:paraId="5FFAE2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36C5B2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BB-390-а</w:t>
            </w:r>
          </w:p>
        </w:tc>
        <w:tc>
          <w:tcPr>
            <w:tcW w:w="1081" w:type="dxa"/>
          </w:tcPr>
          <w:p w14:paraId="596258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390</w:t>
            </w:r>
          </w:p>
        </w:tc>
        <w:tc>
          <w:tcPr>
            <w:tcW w:w="1201" w:type="dxa"/>
          </w:tcPr>
          <w:p w14:paraId="2CEFBE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135" w:type="dxa"/>
          </w:tcPr>
          <w:p w14:paraId="0477D1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135" w:type="dxa"/>
          </w:tcPr>
          <w:p w14:paraId="03A3A4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325" w:type="dxa"/>
          </w:tcPr>
          <w:p w14:paraId="37E8909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11,4</w:t>
            </w:r>
          </w:p>
        </w:tc>
      </w:tr>
      <w:tr w:rsidR="006F0136" w:rsidRPr="00D77020" w14:paraId="0008F058" w14:textId="77777777" w:rsidTr="00E17403">
        <w:tc>
          <w:tcPr>
            <w:tcW w:w="1347" w:type="dxa"/>
          </w:tcPr>
          <w:p w14:paraId="43BF38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19E558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BB-4-и</w:t>
            </w:r>
          </w:p>
        </w:tc>
        <w:tc>
          <w:tcPr>
            <w:tcW w:w="1081" w:type="dxa"/>
          </w:tcPr>
          <w:p w14:paraId="0E6F3D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</w:t>
            </w:r>
          </w:p>
        </w:tc>
        <w:tc>
          <w:tcPr>
            <w:tcW w:w="1201" w:type="dxa"/>
          </w:tcPr>
          <w:p w14:paraId="5C9023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135" w:type="dxa"/>
          </w:tcPr>
          <w:p w14:paraId="20AB95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135" w:type="dxa"/>
          </w:tcPr>
          <w:p w14:paraId="718B14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7F9B333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9,5</w:t>
            </w:r>
          </w:p>
        </w:tc>
      </w:tr>
      <w:tr w:rsidR="006F0136" w:rsidRPr="00D77020" w14:paraId="447DF57B" w14:textId="77777777" w:rsidTr="00E17403">
        <w:tc>
          <w:tcPr>
            <w:tcW w:w="1347" w:type="dxa"/>
          </w:tcPr>
          <w:p w14:paraId="71F923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7DCD32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BB-40-а</w:t>
            </w:r>
          </w:p>
        </w:tc>
        <w:tc>
          <w:tcPr>
            <w:tcW w:w="1081" w:type="dxa"/>
          </w:tcPr>
          <w:p w14:paraId="441DB9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201" w:type="dxa"/>
          </w:tcPr>
          <w:p w14:paraId="437500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135" w:type="dxa"/>
          </w:tcPr>
          <w:p w14:paraId="7A9162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135" w:type="dxa"/>
          </w:tcPr>
          <w:p w14:paraId="368624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5342CB4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22,3</w:t>
            </w:r>
          </w:p>
        </w:tc>
      </w:tr>
      <w:tr w:rsidR="006F0136" w:rsidRPr="00D77020" w14:paraId="2583158D" w14:textId="77777777" w:rsidTr="00E17403">
        <w:tc>
          <w:tcPr>
            <w:tcW w:w="1347" w:type="dxa"/>
          </w:tcPr>
          <w:p w14:paraId="2F3F45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295932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BB-40-н</w:t>
            </w:r>
          </w:p>
        </w:tc>
        <w:tc>
          <w:tcPr>
            <w:tcW w:w="1081" w:type="dxa"/>
          </w:tcPr>
          <w:p w14:paraId="5DECDE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201" w:type="dxa"/>
          </w:tcPr>
          <w:p w14:paraId="633370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135" w:type="dxa"/>
          </w:tcPr>
          <w:p w14:paraId="4766D1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135" w:type="dxa"/>
          </w:tcPr>
          <w:p w14:paraId="4E7351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38FB8DF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3,6</w:t>
            </w:r>
          </w:p>
        </w:tc>
      </w:tr>
      <w:tr w:rsidR="006F0136" w:rsidRPr="00D77020" w14:paraId="1E6CC26D" w14:textId="77777777" w:rsidTr="00E17403">
        <w:tc>
          <w:tcPr>
            <w:tcW w:w="1347" w:type="dxa"/>
          </w:tcPr>
          <w:p w14:paraId="30DE98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6691A9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BB-40-о</w:t>
            </w:r>
          </w:p>
        </w:tc>
        <w:tc>
          <w:tcPr>
            <w:tcW w:w="1081" w:type="dxa"/>
          </w:tcPr>
          <w:p w14:paraId="7D1DDE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201" w:type="dxa"/>
          </w:tcPr>
          <w:p w14:paraId="7DEC5E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135" w:type="dxa"/>
          </w:tcPr>
          <w:p w14:paraId="6FF574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135" w:type="dxa"/>
          </w:tcPr>
          <w:p w14:paraId="3693E9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6382726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8,5</w:t>
            </w:r>
          </w:p>
        </w:tc>
      </w:tr>
      <w:tr w:rsidR="006F0136" w:rsidRPr="00D77020" w14:paraId="283CC747" w14:textId="77777777" w:rsidTr="00E17403">
        <w:tc>
          <w:tcPr>
            <w:tcW w:w="1347" w:type="dxa"/>
          </w:tcPr>
          <w:p w14:paraId="4D6B88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3164F8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BB-409-л</w:t>
            </w:r>
          </w:p>
        </w:tc>
        <w:tc>
          <w:tcPr>
            <w:tcW w:w="1081" w:type="dxa"/>
          </w:tcPr>
          <w:p w14:paraId="098B19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409</w:t>
            </w:r>
          </w:p>
        </w:tc>
        <w:tc>
          <w:tcPr>
            <w:tcW w:w="1201" w:type="dxa"/>
          </w:tcPr>
          <w:p w14:paraId="3865D1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135" w:type="dxa"/>
          </w:tcPr>
          <w:p w14:paraId="353537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135" w:type="dxa"/>
          </w:tcPr>
          <w:p w14:paraId="559F98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66B0D08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4,7</w:t>
            </w:r>
          </w:p>
        </w:tc>
      </w:tr>
      <w:tr w:rsidR="006F0136" w:rsidRPr="00D77020" w14:paraId="34B595A7" w14:textId="77777777" w:rsidTr="00E17403">
        <w:tc>
          <w:tcPr>
            <w:tcW w:w="1347" w:type="dxa"/>
          </w:tcPr>
          <w:p w14:paraId="3EB5A8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5A0AB8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BB-413-а</w:t>
            </w:r>
          </w:p>
        </w:tc>
        <w:tc>
          <w:tcPr>
            <w:tcW w:w="1081" w:type="dxa"/>
          </w:tcPr>
          <w:p w14:paraId="6846D1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413</w:t>
            </w:r>
          </w:p>
        </w:tc>
        <w:tc>
          <w:tcPr>
            <w:tcW w:w="1201" w:type="dxa"/>
          </w:tcPr>
          <w:p w14:paraId="7FCFFF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135" w:type="dxa"/>
          </w:tcPr>
          <w:p w14:paraId="698C88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135" w:type="dxa"/>
          </w:tcPr>
          <w:p w14:paraId="4F5549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325" w:type="dxa"/>
          </w:tcPr>
          <w:p w14:paraId="15E95D8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5,4</w:t>
            </w:r>
          </w:p>
        </w:tc>
      </w:tr>
      <w:tr w:rsidR="006F0136" w:rsidRPr="00D77020" w14:paraId="3377F3CC" w14:textId="77777777" w:rsidTr="00E17403">
        <w:tc>
          <w:tcPr>
            <w:tcW w:w="1347" w:type="dxa"/>
          </w:tcPr>
          <w:p w14:paraId="353AF5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31E6DE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BB-425-к</w:t>
            </w:r>
          </w:p>
        </w:tc>
        <w:tc>
          <w:tcPr>
            <w:tcW w:w="1081" w:type="dxa"/>
          </w:tcPr>
          <w:p w14:paraId="00FB1D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425</w:t>
            </w:r>
          </w:p>
        </w:tc>
        <w:tc>
          <w:tcPr>
            <w:tcW w:w="1201" w:type="dxa"/>
          </w:tcPr>
          <w:p w14:paraId="3CA962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135" w:type="dxa"/>
          </w:tcPr>
          <w:p w14:paraId="493465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135" w:type="dxa"/>
          </w:tcPr>
          <w:p w14:paraId="7A23C9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4A04C14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10,6</w:t>
            </w:r>
          </w:p>
        </w:tc>
      </w:tr>
      <w:tr w:rsidR="006F0136" w:rsidRPr="00D77020" w14:paraId="56E1E7DF" w14:textId="77777777" w:rsidTr="00E17403">
        <w:tc>
          <w:tcPr>
            <w:tcW w:w="1347" w:type="dxa"/>
          </w:tcPr>
          <w:p w14:paraId="1BD0B0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3014C9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BB-427-ж</w:t>
            </w:r>
          </w:p>
        </w:tc>
        <w:tc>
          <w:tcPr>
            <w:tcW w:w="1081" w:type="dxa"/>
          </w:tcPr>
          <w:p w14:paraId="2894A2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427</w:t>
            </w:r>
          </w:p>
        </w:tc>
        <w:tc>
          <w:tcPr>
            <w:tcW w:w="1201" w:type="dxa"/>
          </w:tcPr>
          <w:p w14:paraId="6919DC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135" w:type="dxa"/>
          </w:tcPr>
          <w:p w14:paraId="201C17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135" w:type="dxa"/>
          </w:tcPr>
          <w:p w14:paraId="70C3F9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2955AD3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10,1</w:t>
            </w:r>
          </w:p>
        </w:tc>
      </w:tr>
      <w:tr w:rsidR="006F0136" w:rsidRPr="00D77020" w14:paraId="31D43352" w14:textId="77777777" w:rsidTr="00E17403">
        <w:tc>
          <w:tcPr>
            <w:tcW w:w="1347" w:type="dxa"/>
          </w:tcPr>
          <w:p w14:paraId="338943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33E60E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BB-427-и</w:t>
            </w:r>
          </w:p>
        </w:tc>
        <w:tc>
          <w:tcPr>
            <w:tcW w:w="1081" w:type="dxa"/>
          </w:tcPr>
          <w:p w14:paraId="1BC232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427</w:t>
            </w:r>
          </w:p>
        </w:tc>
        <w:tc>
          <w:tcPr>
            <w:tcW w:w="1201" w:type="dxa"/>
          </w:tcPr>
          <w:p w14:paraId="04209F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135" w:type="dxa"/>
          </w:tcPr>
          <w:p w14:paraId="728EFA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135" w:type="dxa"/>
          </w:tcPr>
          <w:p w14:paraId="72230A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455A3C9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5,5</w:t>
            </w:r>
          </w:p>
        </w:tc>
      </w:tr>
      <w:tr w:rsidR="006F0136" w:rsidRPr="00D77020" w14:paraId="24D292FD" w14:textId="77777777" w:rsidTr="00E17403">
        <w:tc>
          <w:tcPr>
            <w:tcW w:w="1347" w:type="dxa"/>
          </w:tcPr>
          <w:p w14:paraId="34C193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0154BB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BB-434-е</w:t>
            </w:r>
          </w:p>
        </w:tc>
        <w:tc>
          <w:tcPr>
            <w:tcW w:w="1081" w:type="dxa"/>
          </w:tcPr>
          <w:p w14:paraId="2AA40D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434</w:t>
            </w:r>
          </w:p>
        </w:tc>
        <w:tc>
          <w:tcPr>
            <w:tcW w:w="1201" w:type="dxa"/>
          </w:tcPr>
          <w:p w14:paraId="72A36B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135" w:type="dxa"/>
          </w:tcPr>
          <w:p w14:paraId="025885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135" w:type="dxa"/>
          </w:tcPr>
          <w:p w14:paraId="191333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10AF015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6,8</w:t>
            </w:r>
          </w:p>
        </w:tc>
      </w:tr>
      <w:tr w:rsidR="006F0136" w:rsidRPr="00D77020" w14:paraId="3AD66E26" w14:textId="77777777" w:rsidTr="00E17403">
        <w:tc>
          <w:tcPr>
            <w:tcW w:w="1347" w:type="dxa"/>
          </w:tcPr>
          <w:p w14:paraId="3D5DB2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4E94BF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BB-434-к</w:t>
            </w:r>
          </w:p>
        </w:tc>
        <w:tc>
          <w:tcPr>
            <w:tcW w:w="1081" w:type="dxa"/>
          </w:tcPr>
          <w:p w14:paraId="3B8348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434</w:t>
            </w:r>
          </w:p>
        </w:tc>
        <w:tc>
          <w:tcPr>
            <w:tcW w:w="1201" w:type="dxa"/>
          </w:tcPr>
          <w:p w14:paraId="367E36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135" w:type="dxa"/>
          </w:tcPr>
          <w:p w14:paraId="22FF4E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135" w:type="dxa"/>
          </w:tcPr>
          <w:p w14:paraId="37654D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4466E7C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10,4</w:t>
            </w:r>
          </w:p>
        </w:tc>
      </w:tr>
      <w:tr w:rsidR="006F0136" w:rsidRPr="00D77020" w14:paraId="071DE74A" w14:textId="77777777" w:rsidTr="00E17403">
        <w:tc>
          <w:tcPr>
            <w:tcW w:w="1347" w:type="dxa"/>
          </w:tcPr>
          <w:p w14:paraId="4F4C6B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41CF0E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BB-435-б</w:t>
            </w:r>
          </w:p>
        </w:tc>
        <w:tc>
          <w:tcPr>
            <w:tcW w:w="1081" w:type="dxa"/>
          </w:tcPr>
          <w:p w14:paraId="3F6760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435</w:t>
            </w:r>
          </w:p>
        </w:tc>
        <w:tc>
          <w:tcPr>
            <w:tcW w:w="1201" w:type="dxa"/>
          </w:tcPr>
          <w:p w14:paraId="7BE830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135" w:type="dxa"/>
          </w:tcPr>
          <w:p w14:paraId="159DE1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135" w:type="dxa"/>
          </w:tcPr>
          <w:p w14:paraId="64E6D6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06B2742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20,4</w:t>
            </w:r>
          </w:p>
        </w:tc>
      </w:tr>
      <w:tr w:rsidR="006F0136" w:rsidRPr="00D77020" w14:paraId="52E61BCF" w14:textId="77777777" w:rsidTr="00E17403">
        <w:tc>
          <w:tcPr>
            <w:tcW w:w="1347" w:type="dxa"/>
          </w:tcPr>
          <w:p w14:paraId="213EB8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7E3636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BB-435-в</w:t>
            </w:r>
          </w:p>
        </w:tc>
        <w:tc>
          <w:tcPr>
            <w:tcW w:w="1081" w:type="dxa"/>
          </w:tcPr>
          <w:p w14:paraId="00E0D3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435</w:t>
            </w:r>
          </w:p>
        </w:tc>
        <w:tc>
          <w:tcPr>
            <w:tcW w:w="1201" w:type="dxa"/>
          </w:tcPr>
          <w:p w14:paraId="4C237E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135" w:type="dxa"/>
          </w:tcPr>
          <w:p w14:paraId="08C6A0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135" w:type="dxa"/>
          </w:tcPr>
          <w:p w14:paraId="470F01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25BCB12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11,8</w:t>
            </w:r>
          </w:p>
        </w:tc>
      </w:tr>
      <w:tr w:rsidR="006F0136" w:rsidRPr="00D77020" w14:paraId="5681341E" w14:textId="77777777" w:rsidTr="00E17403">
        <w:tc>
          <w:tcPr>
            <w:tcW w:w="1347" w:type="dxa"/>
          </w:tcPr>
          <w:p w14:paraId="60C5B5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1BDD79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BB-435-г</w:t>
            </w:r>
          </w:p>
        </w:tc>
        <w:tc>
          <w:tcPr>
            <w:tcW w:w="1081" w:type="dxa"/>
          </w:tcPr>
          <w:p w14:paraId="1A9899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435</w:t>
            </w:r>
          </w:p>
        </w:tc>
        <w:tc>
          <w:tcPr>
            <w:tcW w:w="1201" w:type="dxa"/>
          </w:tcPr>
          <w:p w14:paraId="6B4006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135" w:type="dxa"/>
          </w:tcPr>
          <w:p w14:paraId="1254E9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135" w:type="dxa"/>
          </w:tcPr>
          <w:p w14:paraId="5E849A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202C172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3,5</w:t>
            </w:r>
          </w:p>
        </w:tc>
      </w:tr>
      <w:tr w:rsidR="006F0136" w:rsidRPr="00D77020" w14:paraId="2B057143" w14:textId="77777777" w:rsidTr="00E17403">
        <w:tc>
          <w:tcPr>
            <w:tcW w:w="1347" w:type="dxa"/>
          </w:tcPr>
          <w:p w14:paraId="35B953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21D428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BB-436-в</w:t>
            </w:r>
          </w:p>
        </w:tc>
        <w:tc>
          <w:tcPr>
            <w:tcW w:w="1081" w:type="dxa"/>
          </w:tcPr>
          <w:p w14:paraId="631D96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436</w:t>
            </w:r>
          </w:p>
        </w:tc>
        <w:tc>
          <w:tcPr>
            <w:tcW w:w="1201" w:type="dxa"/>
          </w:tcPr>
          <w:p w14:paraId="0122E1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135" w:type="dxa"/>
          </w:tcPr>
          <w:p w14:paraId="3242E5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135" w:type="dxa"/>
          </w:tcPr>
          <w:p w14:paraId="4B58BE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268081E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15,2</w:t>
            </w:r>
          </w:p>
        </w:tc>
      </w:tr>
      <w:tr w:rsidR="006F0136" w:rsidRPr="00D77020" w14:paraId="6AC9B23F" w14:textId="77777777" w:rsidTr="00E17403">
        <w:tc>
          <w:tcPr>
            <w:tcW w:w="1347" w:type="dxa"/>
          </w:tcPr>
          <w:p w14:paraId="0AD6DD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6FECE6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BB-437-а</w:t>
            </w:r>
          </w:p>
        </w:tc>
        <w:tc>
          <w:tcPr>
            <w:tcW w:w="1081" w:type="dxa"/>
          </w:tcPr>
          <w:p w14:paraId="6E4205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437</w:t>
            </w:r>
          </w:p>
        </w:tc>
        <w:tc>
          <w:tcPr>
            <w:tcW w:w="1201" w:type="dxa"/>
          </w:tcPr>
          <w:p w14:paraId="75D1EB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135" w:type="dxa"/>
          </w:tcPr>
          <w:p w14:paraId="113A20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135" w:type="dxa"/>
          </w:tcPr>
          <w:p w14:paraId="7DF643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325" w:type="dxa"/>
          </w:tcPr>
          <w:p w14:paraId="6B88664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20,6</w:t>
            </w:r>
          </w:p>
        </w:tc>
      </w:tr>
      <w:tr w:rsidR="006F0136" w:rsidRPr="00D77020" w14:paraId="6E4B3F98" w14:textId="77777777" w:rsidTr="00E17403">
        <w:tc>
          <w:tcPr>
            <w:tcW w:w="1347" w:type="dxa"/>
          </w:tcPr>
          <w:p w14:paraId="56C81B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55C413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BB-438-с</w:t>
            </w:r>
          </w:p>
        </w:tc>
        <w:tc>
          <w:tcPr>
            <w:tcW w:w="1081" w:type="dxa"/>
          </w:tcPr>
          <w:p w14:paraId="5E1DAC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438</w:t>
            </w:r>
          </w:p>
        </w:tc>
        <w:tc>
          <w:tcPr>
            <w:tcW w:w="1201" w:type="dxa"/>
          </w:tcPr>
          <w:p w14:paraId="337B24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135" w:type="dxa"/>
          </w:tcPr>
          <w:p w14:paraId="1644FD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135" w:type="dxa"/>
          </w:tcPr>
          <w:p w14:paraId="6FC4C4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6AB9A06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13,3</w:t>
            </w:r>
          </w:p>
        </w:tc>
      </w:tr>
      <w:tr w:rsidR="006F0136" w:rsidRPr="00D77020" w14:paraId="78717209" w14:textId="77777777" w:rsidTr="00E17403">
        <w:tc>
          <w:tcPr>
            <w:tcW w:w="1347" w:type="dxa"/>
          </w:tcPr>
          <w:p w14:paraId="57D3A2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6D0FF0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BB-44-а</w:t>
            </w:r>
          </w:p>
        </w:tc>
        <w:tc>
          <w:tcPr>
            <w:tcW w:w="1081" w:type="dxa"/>
          </w:tcPr>
          <w:p w14:paraId="178F68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44</w:t>
            </w:r>
          </w:p>
        </w:tc>
        <w:tc>
          <w:tcPr>
            <w:tcW w:w="1201" w:type="dxa"/>
          </w:tcPr>
          <w:p w14:paraId="73B7DE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135" w:type="dxa"/>
          </w:tcPr>
          <w:p w14:paraId="6FD9EF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135" w:type="dxa"/>
          </w:tcPr>
          <w:p w14:paraId="16BD1C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91BA</w:t>
            </w:r>
          </w:p>
        </w:tc>
        <w:tc>
          <w:tcPr>
            <w:tcW w:w="1325" w:type="dxa"/>
          </w:tcPr>
          <w:p w14:paraId="6FFA829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8,7</w:t>
            </w:r>
          </w:p>
        </w:tc>
      </w:tr>
      <w:tr w:rsidR="006F0136" w:rsidRPr="00D77020" w14:paraId="44070C6D" w14:textId="77777777" w:rsidTr="00E17403">
        <w:tc>
          <w:tcPr>
            <w:tcW w:w="1347" w:type="dxa"/>
          </w:tcPr>
          <w:p w14:paraId="3330BB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6F9CD8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BB-440-д</w:t>
            </w:r>
          </w:p>
        </w:tc>
        <w:tc>
          <w:tcPr>
            <w:tcW w:w="1081" w:type="dxa"/>
          </w:tcPr>
          <w:p w14:paraId="6F1D37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440</w:t>
            </w:r>
          </w:p>
        </w:tc>
        <w:tc>
          <w:tcPr>
            <w:tcW w:w="1201" w:type="dxa"/>
          </w:tcPr>
          <w:p w14:paraId="4ED869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135" w:type="dxa"/>
          </w:tcPr>
          <w:p w14:paraId="5F6425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135" w:type="dxa"/>
          </w:tcPr>
          <w:p w14:paraId="1FF124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011CAC3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3,6</w:t>
            </w:r>
          </w:p>
        </w:tc>
      </w:tr>
      <w:tr w:rsidR="006F0136" w:rsidRPr="00D77020" w14:paraId="088306A8" w14:textId="77777777" w:rsidTr="00E17403">
        <w:tc>
          <w:tcPr>
            <w:tcW w:w="1347" w:type="dxa"/>
          </w:tcPr>
          <w:p w14:paraId="5D747A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589241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BB-440-ж</w:t>
            </w:r>
          </w:p>
        </w:tc>
        <w:tc>
          <w:tcPr>
            <w:tcW w:w="1081" w:type="dxa"/>
          </w:tcPr>
          <w:p w14:paraId="7DF2DC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440</w:t>
            </w:r>
          </w:p>
        </w:tc>
        <w:tc>
          <w:tcPr>
            <w:tcW w:w="1201" w:type="dxa"/>
          </w:tcPr>
          <w:p w14:paraId="690290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135" w:type="dxa"/>
          </w:tcPr>
          <w:p w14:paraId="2273B1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135" w:type="dxa"/>
          </w:tcPr>
          <w:p w14:paraId="4B7057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2FEBEA2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4,3</w:t>
            </w:r>
          </w:p>
        </w:tc>
      </w:tr>
      <w:tr w:rsidR="006F0136" w:rsidRPr="00D77020" w14:paraId="61B49C0E" w14:textId="77777777" w:rsidTr="00E17403">
        <w:tc>
          <w:tcPr>
            <w:tcW w:w="1347" w:type="dxa"/>
          </w:tcPr>
          <w:p w14:paraId="25A313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7C3999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BB-440-з</w:t>
            </w:r>
          </w:p>
        </w:tc>
        <w:tc>
          <w:tcPr>
            <w:tcW w:w="1081" w:type="dxa"/>
          </w:tcPr>
          <w:p w14:paraId="48CFDF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440</w:t>
            </w:r>
          </w:p>
        </w:tc>
        <w:tc>
          <w:tcPr>
            <w:tcW w:w="1201" w:type="dxa"/>
          </w:tcPr>
          <w:p w14:paraId="69B602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135" w:type="dxa"/>
          </w:tcPr>
          <w:p w14:paraId="068738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135" w:type="dxa"/>
          </w:tcPr>
          <w:p w14:paraId="0C9090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210BEDF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1,6</w:t>
            </w:r>
          </w:p>
        </w:tc>
      </w:tr>
      <w:tr w:rsidR="006F0136" w:rsidRPr="00D77020" w14:paraId="014AAA79" w14:textId="77777777" w:rsidTr="00E17403">
        <w:tc>
          <w:tcPr>
            <w:tcW w:w="1347" w:type="dxa"/>
          </w:tcPr>
          <w:p w14:paraId="68D3AC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1B9E43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BB-441-д</w:t>
            </w:r>
          </w:p>
        </w:tc>
        <w:tc>
          <w:tcPr>
            <w:tcW w:w="1081" w:type="dxa"/>
          </w:tcPr>
          <w:p w14:paraId="2193A7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441</w:t>
            </w:r>
          </w:p>
        </w:tc>
        <w:tc>
          <w:tcPr>
            <w:tcW w:w="1201" w:type="dxa"/>
          </w:tcPr>
          <w:p w14:paraId="388E14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135" w:type="dxa"/>
          </w:tcPr>
          <w:p w14:paraId="3DA7BB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135" w:type="dxa"/>
          </w:tcPr>
          <w:p w14:paraId="66C501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2EE77A4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12,3</w:t>
            </w:r>
          </w:p>
        </w:tc>
      </w:tr>
      <w:tr w:rsidR="006F0136" w:rsidRPr="00D77020" w14:paraId="2206DDB6" w14:textId="77777777" w:rsidTr="00E17403">
        <w:tc>
          <w:tcPr>
            <w:tcW w:w="1347" w:type="dxa"/>
          </w:tcPr>
          <w:p w14:paraId="287A8B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004D03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BB-441-е</w:t>
            </w:r>
          </w:p>
        </w:tc>
        <w:tc>
          <w:tcPr>
            <w:tcW w:w="1081" w:type="dxa"/>
          </w:tcPr>
          <w:p w14:paraId="258480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441</w:t>
            </w:r>
          </w:p>
        </w:tc>
        <w:tc>
          <w:tcPr>
            <w:tcW w:w="1201" w:type="dxa"/>
          </w:tcPr>
          <w:p w14:paraId="6749F5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135" w:type="dxa"/>
          </w:tcPr>
          <w:p w14:paraId="1B4C10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135" w:type="dxa"/>
          </w:tcPr>
          <w:p w14:paraId="5034A0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0E06480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12,0</w:t>
            </w:r>
          </w:p>
        </w:tc>
      </w:tr>
      <w:tr w:rsidR="006F0136" w:rsidRPr="00D77020" w14:paraId="2226561D" w14:textId="77777777" w:rsidTr="00E17403">
        <w:tc>
          <w:tcPr>
            <w:tcW w:w="1347" w:type="dxa"/>
          </w:tcPr>
          <w:p w14:paraId="7C7451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1564B9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BB-441-ж</w:t>
            </w:r>
          </w:p>
        </w:tc>
        <w:tc>
          <w:tcPr>
            <w:tcW w:w="1081" w:type="dxa"/>
          </w:tcPr>
          <w:p w14:paraId="5424F4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441</w:t>
            </w:r>
          </w:p>
        </w:tc>
        <w:tc>
          <w:tcPr>
            <w:tcW w:w="1201" w:type="dxa"/>
          </w:tcPr>
          <w:p w14:paraId="28C750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135" w:type="dxa"/>
          </w:tcPr>
          <w:p w14:paraId="017067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135" w:type="dxa"/>
          </w:tcPr>
          <w:p w14:paraId="504CFB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344DA7A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13,2</w:t>
            </w:r>
          </w:p>
        </w:tc>
      </w:tr>
      <w:tr w:rsidR="006F0136" w:rsidRPr="00D77020" w14:paraId="2AF19DBC" w14:textId="77777777" w:rsidTr="00E17403">
        <w:tc>
          <w:tcPr>
            <w:tcW w:w="1347" w:type="dxa"/>
          </w:tcPr>
          <w:p w14:paraId="33C26E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450A88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BB-441-з</w:t>
            </w:r>
          </w:p>
        </w:tc>
        <w:tc>
          <w:tcPr>
            <w:tcW w:w="1081" w:type="dxa"/>
          </w:tcPr>
          <w:p w14:paraId="401BA9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441</w:t>
            </w:r>
          </w:p>
        </w:tc>
        <w:tc>
          <w:tcPr>
            <w:tcW w:w="1201" w:type="dxa"/>
          </w:tcPr>
          <w:p w14:paraId="003F57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135" w:type="dxa"/>
          </w:tcPr>
          <w:p w14:paraId="191047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135" w:type="dxa"/>
          </w:tcPr>
          <w:p w14:paraId="208EE9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325" w:type="dxa"/>
          </w:tcPr>
          <w:p w14:paraId="25A44B8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14,1</w:t>
            </w:r>
          </w:p>
        </w:tc>
      </w:tr>
      <w:tr w:rsidR="006F0136" w:rsidRPr="00D77020" w14:paraId="14A5C6C8" w14:textId="77777777" w:rsidTr="00E17403">
        <w:tc>
          <w:tcPr>
            <w:tcW w:w="1347" w:type="dxa"/>
          </w:tcPr>
          <w:p w14:paraId="123CF1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46FCB7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BB-442-а</w:t>
            </w:r>
          </w:p>
        </w:tc>
        <w:tc>
          <w:tcPr>
            <w:tcW w:w="1081" w:type="dxa"/>
          </w:tcPr>
          <w:p w14:paraId="6809D2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442</w:t>
            </w:r>
          </w:p>
        </w:tc>
        <w:tc>
          <w:tcPr>
            <w:tcW w:w="1201" w:type="dxa"/>
          </w:tcPr>
          <w:p w14:paraId="5BCD8E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135" w:type="dxa"/>
          </w:tcPr>
          <w:p w14:paraId="77D43B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135" w:type="dxa"/>
          </w:tcPr>
          <w:p w14:paraId="240221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00D8B50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12,8</w:t>
            </w:r>
          </w:p>
        </w:tc>
      </w:tr>
      <w:tr w:rsidR="006F0136" w:rsidRPr="00D77020" w14:paraId="474FEC9B" w14:textId="77777777" w:rsidTr="00E17403">
        <w:tc>
          <w:tcPr>
            <w:tcW w:w="1347" w:type="dxa"/>
          </w:tcPr>
          <w:p w14:paraId="36C796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21D5AE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BB-442-д</w:t>
            </w:r>
          </w:p>
        </w:tc>
        <w:tc>
          <w:tcPr>
            <w:tcW w:w="1081" w:type="dxa"/>
          </w:tcPr>
          <w:p w14:paraId="1D9491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442</w:t>
            </w:r>
          </w:p>
        </w:tc>
        <w:tc>
          <w:tcPr>
            <w:tcW w:w="1201" w:type="dxa"/>
          </w:tcPr>
          <w:p w14:paraId="67A1F1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135" w:type="dxa"/>
          </w:tcPr>
          <w:p w14:paraId="4ABE46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135" w:type="dxa"/>
          </w:tcPr>
          <w:p w14:paraId="00AB7C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4DD6DFA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27,2</w:t>
            </w:r>
          </w:p>
        </w:tc>
      </w:tr>
      <w:tr w:rsidR="006F0136" w:rsidRPr="00D77020" w14:paraId="43A671ED" w14:textId="77777777" w:rsidTr="00E17403">
        <w:tc>
          <w:tcPr>
            <w:tcW w:w="1347" w:type="dxa"/>
          </w:tcPr>
          <w:p w14:paraId="6034C5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639565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BB-442-е</w:t>
            </w:r>
          </w:p>
        </w:tc>
        <w:tc>
          <w:tcPr>
            <w:tcW w:w="1081" w:type="dxa"/>
          </w:tcPr>
          <w:p w14:paraId="755CF3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442</w:t>
            </w:r>
          </w:p>
        </w:tc>
        <w:tc>
          <w:tcPr>
            <w:tcW w:w="1201" w:type="dxa"/>
          </w:tcPr>
          <w:p w14:paraId="0A01C0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135" w:type="dxa"/>
          </w:tcPr>
          <w:p w14:paraId="003D6E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135" w:type="dxa"/>
          </w:tcPr>
          <w:p w14:paraId="4FD63E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69357A6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11,0</w:t>
            </w:r>
          </w:p>
        </w:tc>
      </w:tr>
      <w:tr w:rsidR="006F0136" w:rsidRPr="00D77020" w14:paraId="18DCAF97" w14:textId="77777777" w:rsidTr="00E17403">
        <w:tc>
          <w:tcPr>
            <w:tcW w:w="1347" w:type="dxa"/>
          </w:tcPr>
          <w:p w14:paraId="636D72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78C03E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BB-442-з</w:t>
            </w:r>
          </w:p>
        </w:tc>
        <w:tc>
          <w:tcPr>
            <w:tcW w:w="1081" w:type="dxa"/>
          </w:tcPr>
          <w:p w14:paraId="022868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442</w:t>
            </w:r>
          </w:p>
        </w:tc>
        <w:tc>
          <w:tcPr>
            <w:tcW w:w="1201" w:type="dxa"/>
          </w:tcPr>
          <w:p w14:paraId="6349E5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135" w:type="dxa"/>
          </w:tcPr>
          <w:p w14:paraId="2502CF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135" w:type="dxa"/>
          </w:tcPr>
          <w:p w14:paraId="77EFCD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459C510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2,1</w:t>
            </w:r>
          </w:p>
        </w:tc>
      </w:tr>
      <w:tr w:rsidR="006F0136" w:rsidRPr="00D77020" w14:paraId="2166A301" w14:textId="77777777" w:rsidTr="00E17403">
        <w:tc>
          <w:tcPr>
            <w:tcW w:w="1347" w:type="dxa"/>
          </w:tcPr>
          <w:p w14:paraId="654902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3D0429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BB-446-а</w:t>
            </w:r>
          </w:p>
        </w:tc>
        <w:tc>
          <w:tcPr>
            <w:tcW w:w="1081" w:type="dxa"/>
          </w:tcPr>
          <w:p w14:paraId="63C591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446</w:t>
            </w:r>
          </w:p>
        </w:tc>
        <w:tc>
          <w:tcPr>
            <w:tcW w:w="1201" w:type="dxa"/>
          </w:tcPr>
          <w:p w14:paraId="2D62C3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135" w:type="dxa"/>
          </w:tcPr>
          <w:p w14:paraId="40E2CD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135" w:type="dxa"/>
          </w:tcPr>
          <w:p w14:paraId="57E8FB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1FF8A88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20,3</w:t>
            </w:r>
          </w:p>
        </w:tc>
      </w:tr>
      <w:tr w:rsidR="006F0136" w:rsidRPr="00D77020" w14:paraId="28CC62D1" w14:textId="77777777" w:rsidTr="00E17403">
        <w:tc>
          <w:tcPr>
            <w:tcW w:w="1347" w:type="dxa"/>
          </w:tcPr>
          <w:p w14:paraId="798834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794A7C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BB-447-к</w:t>
            </w:r>
          </w:p>
        </w:tc>
        <w:tc>
          <w:tcPr>
            <w:tcW w:w="1081" w:type="dxa"/>
          </w:tcPr>
          <w:p w14:paraId="399B27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447</w:t>
            </w:r>
          </w:p>
        </w:tc>
        <w:tc>
          <w:tcPr>
            <w:tcW w:w="1201" w:type="dxa"/>
          </w:tcPr>
          <w:p w14:paraId="103597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135" w:type="dxa"/>
          </w:tcPr>
          <w:p w14:paraId="7307C6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135" w:type="dxa"/>
          </w:tcPr>
          <w:p w14:paraId="0C57C8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1EC28DF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2,8</w:t>
            </w:r>
          </w:p>
        </w:tc>
      </w:tr>
      <w:tr w:rsidR="006F0136" w:rsidRPr="00D77020" w14:paraId="5A45B154" w14:textId="77777777" w:rsidTr="00E17403">
        <w:tc>
          <w:tcPr>
            <w:tcW w:w="1347" w:type="dxa"/>
          </w:tcPr>
          <w:p w14:paraId="43F7C6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1398BF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BB-449-о</w:t>
            </w:r>
          </w:p>
        </w:tc>
        <w:tc>
          <w:tcPr>
            <w:tcW w:w="1081" w:type="dxa"/>
          </w:tcPr>
          <w:p w14:paraId="660326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449</w:t>
            </w:r>
          </w:p>
        </w:tc>
        <w:tc>
          <w:tcPr>
            <w:tcW w:w="1201" w:type="dxa"/>
          </w:tcPr>
          <w:p w14:paraId="21D63B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135" w:type="dxa"/>
          </w:tcPr>
          <w:p w14:paraId="32BC15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135" w:type="dxa"/>
          </w:tcPr>
          <w:p w14:paraId="749629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3FD49AD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2,7</w:t>
            </w:r>
          </w:p>
        </w:tc>
      </w:tr>
      <w:tr w:rsidR="006F0136" w:rsidRPr="00D77020" w14:paraId="56E9E812" w14:textId="77777777" w:rsidTr="00E17403">
        <w:tc>
          <w:tcPr>
            <w:tcW w:w="1347" w:type="dxa"/>
          </w:tcPr>
          <w:p w14:paraId="3EB0C1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1DF576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BB-45-в</w:t>
            </w:r>
          </w:p>
        </w:tc>
        <w:tc>
          <w:tcPr>
            <w:tcW w:w="1081" w:type="dxa"/>
          </w:tcPr>
          <w:p w14:paraId="6CDE54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45</w:t>
            </w:r>
          </w:p>
        </w:tc>
        <w:tc>
          <w:tcPr>
            <w:tcW w:w="1201" w:type="dxa"/>
          </w:tcPr>
          <w:p w14:paraId="285DA1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135" w:type="dxa"/>
          </w:tcPr>
          <w:p w14:paraId="2AFB19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135" w:type="dxa"/>
          </w:tcPr>
          <w:p w14:paraId="7E12D0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32C8A83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6,6</w:t>
            </w:r>
          </w:p>
        </w:tc>
      </w:tr>
      <w:tr w:rsidR="006F0136" w:rsidRPr="00D77020" w14:paraId="55746E1D" w14:textId="77777777" w:rsidTr="00E17403">
        <w:tc>
          <w:tcPr>
            <w:tcW w:w="1347" w:type="dxa"/>
          </w:tcPr>
          <w:p w14:paraId="6678ED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482FD4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BB-45-ж</w:t>
            </w:r>
          </w:p>
        </w:tc>
        <w:tc>
          <w:tcPr>
            <w:tcW w:w="1081" w:type="dxa"/>
          </w:tcPr>
          <w:p w14:paraId="6DE8D3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45</w:t>
            </w:r>
          </w:p>
        </w:tc>
        <w:tc>
          <w:tcPr>
            <w:tcW w:w="1201" w:type="dxa"/>
          </w:tcPr>
          <w:p w14:paraId="1813DC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135" w:type="dxa"/>
          </w:tcPr>
          <w:p w14:paraId="4D0330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135" w:type="dxa"/>
          </w:tcPr>
          <w:p w14:paraId="0E5930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0EAE72B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14,2</w:t>
            </w:r>
          </w:p>
        </w:tc>
      </w:tr>
      <w:tr w:rsidR="006F0136" w:rsidRPr="00D77020" w14:paraId="230E1BB6" w14:textId="77777777" w:rsidTr="00E17403">
        <w:tc>
          <w:tcPr>
            <w:tcW w:w="1347" w:type="dxa"/>
          </w:tcPr>
          <w:p w14:paraId="6EB123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1CBA44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BB-45-з</w:t>
            </w:r>
          </w:p>
        </w:tc>
        <w:tc>
          <w:tcPr>
            <w:tcW w:w="1081" w:type="dxa"/>
          </w:tcPr>
          <w:p w14:paraId="30DB4E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45</w:t>
            </w:r>
          </w:p>
        </w:tc>
        <w:tc>
          <w:tcPr>
            <w:tcW w:w="1201" w:type="dxa"/>
          </w:tcPr>
          <w:p w14:paraId="6870F9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135" w:type="dxa"/>
          </w:tcPr>
          <w:p w14:paraId="510F3E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135" w:type="dxa"/>
          </w:tcPr>
          <w:p w14:paraId="50E5C7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1A329F1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1,4</w:t>
            </w:r>
          </w:p>
        </w:tc>
      </w:tr>
      <w:tr w:rsidR="006F0136" w:rsidRPr="00D77020" w14:paraId="1851427B" w14:textId="77777777" w:rsidTr="00E17403">
        <w:tc>
          <w:tcPr>
            <w:tcW w:w="1347" w:type="dxa"/>
          </w:tcPr>
          <w:p w14:paraId="6F49CD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2020</w:t>
            </w:r>
          </w:p>
        </w:tc>
        <w:tc>
          <w:tcPr>
            <w:tcW w:w="1406" w:type="dxa"/>
          </w:tcPr>
          <w:p w14:paraId="7D5378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BB-451-п</w:t>
            </w:r>
          </w:p>
        </w:tc>
        <w:tc>
          <w:tcPr>
            <w:tcW w:w="1081" w:type="dxa"/>
          </w:tcPr>
          <w:p w14:paraId="0650E9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451</w:t>
            </w:r>
          </w:p>
        </w:tc>
        <w:tc>
          <w:tcPr>
            <w:tcW w:w="1201" w:type="dxa"/>
          </w:tcPr>
          <w:p w14:paraId="691853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135" w:type="dxa"/>
          </w:tcPr>
          <w:p w14:paraId="653D43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135" w:type="dxa"/>
          </w:tcPr>
          <w:p w14:paraId="7A54E7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264DF8D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11,5</w:t>
            </w:r>
          </w:p>
        </w:tc>
      </w:tr>
      <w:tr w:rsidR="006F0136" w:rsidRPr="00D77020" w14:paraId="03BCD827" w14:textId="77777777" w:rsidTr="00E17403">
        <w:tc>
          <w:tcPr>
            <w:tcW w:w="1347" w:type="dxa"/>
          </w:tcPr>
          <w:p w14:paraId="007016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6717CC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BB-456-в</w:t>
            </w:r>
          </w:p>
        </w:tc>
        <w:tc>
          <w:tcPr>
            <w:tcW w:w="1081" w:type="dxa"/>
          </w:tcPr>
          <w:p w14:paraId="170E14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456</w:t>
            </w:r>
          </w:p>
        </w:tc>
        <w:tc>
          <w:tcPr>
            <w:tcW w:w="1201" w:type="dxa"/>
          </w:tcPr>
          <w:p w14:paraId="1234BC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135" w:type="dxa"/>
          </w:tcPr>
          <w:p w14:paraId="0C26CF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135" w:type="dxa"/>
          </w:tcPr>
          <w:p w14:paraId="48054C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0E523B6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2,1</w:t>
            </w:r>
          </w:p>
        </w:tc>
      </w:tr>
      <w:tr w:rsidR="006F0136" w:rsidRPr="00D77020" w14:paraId="42776855" w14:textId="77777777" w:rsidTr="00E17403">
        <w:tc>
          <w:tcPr>
            <w:tcW w:w="1347" w:type="dxa"/>
          </w:tcPr>
          <w:p w14:paraId="7EBCF0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3161C3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BB-456-и</w:t>
            </w:r>
          </w:p>
        </w:tc>
        <w:tc>
          <w:tcPr>
            <w:tcW w:w="1081" w:type="dxa"/>
          </w:tcPr>
          <w:p w14:paraId="0E9E56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456</w:t>
            </w:r>
          </w:p>
        </w:tc>
        <w:tc>
          <w:tcPr>
            <w:tcW w:w="1201" w:type="dxa"/>
          </w:tcPr>
          <w:p w14:paraId="6B6BC1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135" w:type="dxa"/>
          </w:tcPr>
          <w:p w14:paraId="1FF120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135" w:type="dxa"/>
          </w:tcPr>
          <w:p w14:paraId="008139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325" w:type="dxa"/>
          </w:tcPr>
          <w:p w14:paraId="787BDA6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3,1</w:t>
            </w:r>
          </w:p>
        </w:tc>
      </w:tr>
      <w:tr w:rsidR="006F0136" w:rsidRPr="00D77020" w14:paraId="1925D459" w14:textId="77777777" w:rsidTr="00E17403">
        <w:tc>
          <w:tcPr>
            <w:tcW w:w="1347" w:type="dxa"/>
          </w:tcPr>
          <w:p w14:paraId="79EA57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2E1B57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BB-46-в</w:t>
            </w:r>
          </w:p>
        </w:tc>
        <w:tc>
          <w:tcPr>
            <w:tcW w:w="1081" w:type="dxa"/>
          </w:tcPr>
          <w:p w14:paraId="6A0092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46</w:t>
            </w:r>
          </w:p>
        </w:tc>
        <w:tc>
          <w:tcPr>
            <w:tcW w:w="1201" w:type="dxa"/>
          </w:tcPr>
          <w:p w14:paraId="3300E0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135" w:type="dxa"/>
          </w:tcPr>
          <w:p w14:paraId="43B1DB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135" w:type="dxa"/>
          </w:tcPr>
          <w:p w14:paraId="19361C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4BFF387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7,6</w:t>
            </w:r>
          </w:p>
        </w:tc>
      </w:tr>
      <w:tr w:rsidR="006F0136" w:rsidRPr="00D77020" w14:paraId="112111C4" w14:textId="77777777" w:rsidTr="00E17403">
        <w:tc>
          <w:tcPr>
            <w:tcW w:w="1347" w:type="dxa"/>
          </w:tcPr>
          <w:p w14:paraId="5B5006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28205C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BB-463-г</w:t>
            </w:r>
          </w:p>
        </w:tc>
        <w:tc>
          <w:tcPr>
            <w:tcW w:w="1081" w:type="dxa"/>
          </w:tcPr>
          <w:p w14:paraId="7C7755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463</w:t>
            </w:r>
          </w:p>
        </w:tc>
        <w:tc>
          <w:tcPr>
            <w:tcW w:w="1201" w:type="dxa"/>
          </w:tcPr>
          <w:p w14:paraId="091EC5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135" w:type="dxa"/>
          </w:tcPr>
          <w:p w14:paraId="7C8EC9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135" w:type="dxa"/>
          </w:tcPr>
          <w:p w14:paraId="0CC7F0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325" w:type="dxa"/>
          </w:tcPr>
          <w:p w14:paraId="6D55D6D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8,9</w:t>
            </w:r>
          </w:p>
        </w:tc>
      </w:tr>
      <w:tr w:rsidR="006F0136" w:rsidRPr="00D77020" w14:paraId="78557B23" w14:textId="77777777" w:rsidTr="00E17403">
        <w:tc>
          <w:tcPr>
            <w:tcW w:w="1347" w:type="dxa"/>
          </w:tcPr>
          <w:p w14:paraId="3CB33D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4342CC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BB-464-а</w:t>
            </w:r>
          </w:p>
        </w:tc>
        <w:tc>
          <w:tcPr>
            <w:tcW w:w="1081" w:type="dxa"/>
          </w:tcPr>
          <w:p w14:paraId="7499C5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464</w:t>
            </w:r>
          </w:p>
        </w:tc>
        <w:tc>
          <w:tcPr>
            <w:tcW w:w="1201" w:type="dxa"/>
          </w:tcPr>
          <w:p w14:paraId="4A4D63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135" w:type="dxa"/>
          </w:tcPr>
          <w:p w14:paraId="15EF61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135" w:type="dxa"/>
          </w:tcPr>
          <w:p w14:paraId="1B8D54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17DF9B4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17,2</w:t>
            </w:r>
          </w:p>
        </w:tc>
      </w:tr>
      <w:tr w:rsidR="006F0136" w:rsidRPr="00D77020" w14:paraId="230A2352" w14:textId="77777777" w:rsidTr="00E17403">
        <w:tc>
          <w:tcPr>
            <w:tcW w:w="1347" w:type="dxa"/>
          </w:tcPr>
          <w:p w14:paraId="0261E7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00F42D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BB-464-в</w:t>
            </w:r>
          </w:p>
        </w:tc>
        <w:tc>
          <w:tcPr>
            <w:tcW w:w="1081" w:type="dxa"/>
          </w:tcPr>
          <w:p w14:paraId="328252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464</w:t>
            </w:r>
          </w:p>
        </w:tc>
        <w:tc>
          <w:tcPr>
            <w:tcW w:w="1201" w:type="dxa"/>
          </w:tcPr>
          <w:p w14:paraId="4CB268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135" w:type="dxa"/>
          </w:tcPr>
          <w:p w14:paraId="73559F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135" w:type="dxa"/>
          </w:tcPr>
          <w:p w14:paraId="36C472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2975B0B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23,6</w:t>
            </w:r>
          </w:p>
        </w:tc>
      </w:tr>
      <w:tr w:rsidR="006F0136" w:rsidRPr="00D77020" w14:paraId="7F3ECA6A" w14:textId="77777777" w:rsidTr="00E17403">
        <w:tc>
          <w:tcPr>
            <w:tcW w:w="1347" w:type="dxa"/>
          </w:tcPr>
          <w:p w14:paraId="56F9C0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465711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BB-466-в</w:t>
            </w:r>
          </w:p>
        </w:tc>
        <w:tc>
          <w:tcPr>
            <w:tcW w:w="1081" w:type="dxa"/>
          </w:tcPr>
          <w:p w14:paraId="15444C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466</w:t>
            </w:r>
          </w:p>
        </w:tc>
        <w:tc>
          <w:tcPr>
            <w:tcW w:w="1201" w:type="dxa"/>
          </w:tcPr>
          <w:p w14:paraId="7839A1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135" w:type="dxa"/>
          </w:tcPr>
          <w:p w14:paraId="56001F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135" w:type="dxa"/>
          </w:tcPr>
          <w:p w14:paraId="5DD81E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325" w:type="dxa"/>
          </w:tcPr>
          <w:p w14:paraId="47255BC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4,7</w:t>
            </w:r>
          </w:p>
        </w:tc>
      </w:tr>
      <w:tr w:rsidR="006F0136" w:rsidRPr="00D77020" w14:paraId="6F65C3DF" w14:textId="77777777" w:rsidTr="00E17403">
        <w:tc>
          <w:tcPr>
            <w:tcW w:w="1347" w:type="dxa"/>
          </w:tcPr>
          <w:p w14:paraId="26E83E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36B7F6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BB-466-ж</w:t>
            </w:r>
          </w:p>
        </w:tc>
        <w:tc>
          <w:tcPr>
            <w:tcW w:w="1081" w:type="dxa"/>
          </w:tcPr>
          <w:p w14:paraId="4A751C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466</w:t>
            </w:r>
          </w:p>
        </w:tc>
        <w:tc>
          <w:tcPr>
            <w:tcW w:w="1201" w:type="dxa"/>
          </w:tcPr>
          <w:p w14:paraId="09CE36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135" w:type="dxa"/>
          </w:tcPr>
          <w:p w14:paraId="470E1C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135" w:type="dxa"/>
          </w:tcPr>
          <w:p w14:paraId="0373BC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325" w:type="dxa"/>
          </w:tcPr>
          <w:p w14:paraId="0A1F575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18,0</w:t>
            </w:r>
          </w:p>
        </w:tc>
      </w:tr>
      <w:tr w:rsidR="006F0136" w:rsidRPr="00D77020" w14:paraId="5183E422" w14:textId="77777777" w:rsidTr="00E17403">
        <w:tc>
          <w:tcPr>
            <w:tcW w:w="1347" w:type="dxa"/>
          </w:tcPr>
          <w:p w14:paraId="2E182F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70D40A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BB-466-о</w:t>
            </w:r>
          </w:p>
        </w:tc>
        <w:tc>
          <w:tcPr>
            <w:tcW w:w="1081" w:type="dxa"/>
          </w:tcPr>
          <w:p w14:paraId="11A8AA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466</w:t>
            </w:r>
          </w:p>
        </w:tc>
        <w:tc>
          <w:tcPr>
            <w:tcW w:w="1201" w:type="dxa"/>
          </w:tcPr>
          <w:p w14:paraId="0EB29B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135" w:type="dxa"/>
          </w:tcPr>
          <w:p w14:paraId="74F5B7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135" w:type="dxa"/>
          </w:tcPr>
          <w:p w14:paraId="1183D4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325" w:type="dxa"/>
          </w:tcPr>
          <w:p w14:paraId="097E68B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3,0</w:t>
            </w:r>
          </w:p>
        </w:tc>
      </w:tr>
      <w:tr w:rsidR="006F0136" w:rsidRPr="00D77020" w14:paraId="726195D0" w14:textId="77777777" w:rsidTr="00E17403">
        <w:tc>
          <w:tcPr>
            <w:tcW w:w="1347" w:type="dxa"/>
          </w:tcPr>
          <w:p w14:paraId="4BD3DA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196974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BB-47-з</w:t>
            </w:r>
          </w:p>
        </w:tc>
        <w:tc>
          <w:tcPr>
            <w:tcW w:w="1081" w:type="dxa"/>
          </w:tcPr>
          <w:p w14:paraId="7DB331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47</w:t>
            </w:r>
          </w:p>
        </w:tc>
        <w:tc>
          <w:tcPr>
            <w:tcW w:w="1201" w:type="dxa"/>
          </w:tcPr>
          <w:p w14:paraId="5E6D58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135" w:type="dxa"/>
          </w:tcPr>
          <w:p w14:paraId="23F84A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135" w:type="dxa"/>
          </w:tcPr>
          <w:p w14:paraId="075277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01B75C6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14,2</w:t>
            </w:r>
          </w:p>
        </w:tc>
      </w:tr>
      <w:tr w:rsidR="006F0136" w:rsidRPr="00D77020" w14:paraId="492F2271" w14:textId="77777777" w:rsidTr="00E17403">
        <w:tc>
          <w:tcPr>
            <w:tcW w:w="1347" w:type="dxa"/>
          </w:tcPr>
          <w:p w14:paraId="24BD53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0E2859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BB-473-з</w:t>
            </w:r>
          </w:p>
        </w:tc>
        <w:tc>
          <w:tcPr>
            <w:tcW w:w="1081" w:type="dxa"/>
          </w:tcPr>
          <w:p w14:paraId="3CEBBD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473</w:t>
            </w:r>
          </w:p>
        </w:tc>
        <w:tc>
          <w:tcPr>
            <w:tcW w:w="1201" w:type="dxa"/>
          </w:tcPr>
          <w:p w14:paraId="3AE028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135" w:type="dxa"/>
          </w:tcPr>
          <w:p w14:paraId="448DAF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135" w:type="dxa"/>
          </w:tcPr>
          <w:p w14:paraId="0AA430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57F410A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6,4</w:t>
            </w:r>
          </w:p>
        </w:tc>
      </w:tr>
      <w:tr w:rsidR="006F0136" w:rsidRPr="00D77020" w14:paraId="3FED1DA4" w14:textId="77777777" w:rsidTr="00E17403">
        <w:tc>
          <w:tcPr>
            <w:tcW w:w="1347" w:type="dxa"/>
          </w:tcPr>
          <w:p w14:paraId="304932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0313DC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BB-474-а</w:t>
            </w:r>
          </w:p>
        </w:tc>
        <w:tc>
          <w:tcPr>
            <w:tcW w:w="1081" w:type="dxa"/>
          </w:tcPr>
          <w:p w14:paraId="2BF53D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474</w:t>
            </w:r>
          </w:p>
        </w:tc>
        <w:tc>
          <w:tcPr>
            <w:tcW w:w="1201" w:type="dxa"/>
          </w:tcPr>
          <w:p w14:paraId="7A4CA3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135" w:type="dxa"/>
          </w:tcPr>
          <w:p w14:paraId="691E65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135" w:type="dxa"/>
          </w:tcPr>
          <w:p w14:paraId="4E3238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325" w:type="dxa"/>
          </w:tcPr>
          <w:p w14:paraId="77ACEC2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1,7</w:t>
            </w:r>
          </w:p>
        </w:tc>
      </w:tr>
      <w:tr w:rsidR="006F0136" w:rsidRPr="00D77020" w14:paraId="78E766B7" w14:textId="77777777" w:rsidTr="00E17403">
        <w:tc>
          <w:tcPr>
            <w:tcW w:w="1347" w:type="dxa"/>
          </w:tcPr>
          <w:p w14:paraId="0696E5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65E8D6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BB-474-в</w:t>
            </w:r>
          </w:p>
        </w:tc>
        <w:tc>
          <w:tcPr>
            <w:tcW w:w="1081" w:type="dxa"/>
          </w:tcPr>
          <w:p w14:paraId="3067B6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474</w:t>
            </w:r>
          </w:p>
        </w:tc>
        <w:tc>
          <w:tcPr>
            <w:tcW w:w="1201" w:type="dxa"/>
          </w:tcPr>
          <w:p w14:paraId="15DD35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135" w:type="dxa"/>
          </w:tcPr>
          <w:p w14:paraId="6258B8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135" w:type="dxa"/>
          </w:tcPr>
          <w:p w14:paraId="00BB13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23E3E57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2,2</w:t>
            </w:r>
          </w:p>
        </w:tc>
      </w:tr>
      <w:tr w:rsidR="006F0136" w:rsidRPr="00D77020" w14:paraId="572D425F" w14:textId="77777777" w:rsidTr="00E17403">
        <w:tc>
          <w:tcPr>
            <w:tcW w:w="1347" w:type="dxa"/>
          </w:tcPr>
          <w:p w14:paraId="605C67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53F44E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BB-478-а</w:t>
            </w:r>
          </w:p>
        </w:tc>
        <w:tc>
          <w:tcPr>
            <w:tcW w:w="1081" w:type="dxa"/>
          </w:tcPr>
          <w:p w14:paraId="5E7F76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478</w:t>
            </w:r>
          </w:p>
        </w:tc>
        <w:tc>
          <w:tcPr>
            <w:tcW w:w="1201" w:type="dxa"/>
          </w:tcPr>
          <w:p w14:paraId="5AEBFB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135" w:type="dxa"/>
          </w:tcPr>
          <w:p w14:paraId="2A19DF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135" w:type="dxa"/>
          </w:tcPr>
          <w:p w14:paraId="3DB2C0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0D998FC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11,6</w:t>
            </w:r>
          </w:p>
        </w:tc>
      </w:tr>
      <w:tr w:rsidR="006F0136" w:rsidRPr="00D77020" w14:paraId="2E922269" w14:textId="77777777" w:rsidTr="00E17403">
        <w:tc>
          <w:tcPr>
            <w:tcW w:w="1347" w:type="dxa"/>
          </w:tcPr>
          <w:p w14:paraId="7E580D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12FC83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BB-478-в</w:t>
            </w:r>
          </w:p>
        </w:tc>
        <w:tc>
          <w:tcPr>
            <w:tcW w:w="1081" w:type="dxa"/>
          </w:tcPr>
          <w:p w14:paraId="7C5E0C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478</w:t>
            </w:r>
          </w:p>
        </w:tc>
        <w:tc>
          <w:tcPr>
            <w:tcW w:w="1201" w:type="dxa"/>
          </w:tcPr>
          <w:p w14:paraId="3F0B44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135" w:type="dxa"/>
          </w:tcPr>
          <w:p w14:paraId="2E501B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135" w:type="dxa"/>
          </w:tcPr>
          <w:p w14:paraId="523603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325" w:type="dxa"/>
          </w:tcPr>
          <w:p w14:paraId="7D29258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5,0</w:t>
            </w:r>
          </w:p>
        </w:tc>
      </w:tr>
      <w:tr w:rsidR="006F0136" w:rsidRPr="00D77020" w14:paraId="3163FE3A" w14:textId="77777777" w:rsidTr="00E17403">
        <w:tc>
          <w:tcPr>
            <w:tcW w:w="1347" w:type="dxa"/>
          </w:tcPr>
          <w:p w14:paraId="373ED2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00229A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BB-479-б</w:t>
            </w:r>
          </w:p>
        </w:tc>
        <w:tc>
          <w:tcPr>
            <w:tcW w:w="1081" w:type="dxa"/>
          </w:tcPr>
          <w:p w14:paraId="4A9DE0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479</w:t>
            </w:r>
          </w:p>
        </w:tc>
        <w:tc>
          <w:tcPr>
            <w:tcW w:w="1201" w:type="dxa"/>
          </w:tcPr>
          <w:p w14:paraId="25BDFC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135" w:type="dxa"/>
          </w:tcPr>
          <w:p w14:paraId="047AE5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135" w:type="dxa"/>
          </w:tcPr>
          <w:p w14:paraId="79B6A5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325" w:type="dxa"/>
          </w:tcPr>
          <w:p w14:paraId="6EEA665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21,6</w:t>
            </w:r>
          </w:p>
        </w:tc>
      </w:tr>
      <w:tr w:rsidR="006F0136" w:rsidRPr="00D77020" w14:paraId="4A06B65E" w14:textId="77777777" w:rsidTr="00E17403">
        <w:tc>
          <w:tcPr>
            <w:tcW w:w="1347" w:type="dxa"/>
          </w:tcPr>
          <w:p w14:paraId="641CD7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419580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BB-479-в</w:t>
            </w:r>
          </w:p>
        </w:tc>
        <w:tc>
          <w:tcPr>
            <w:tcW w:w="1081" w:type="dxa"/>
          </w:tcPr>
          <w:p w14:paraId="1F627A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479</w:t>
            </w:r>
          </w:p>
        </w:tc>
        <w:tc>
          <w:tcPr>
            <w:tcW w:w="1201" w:type="dxa"/>
          </w:tcPr>
          <w:p w14:paraId="2003CB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135" w:type="dxa"/>
          </w:tcPr>
          <w:p w14:paraId="4C97B0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135" w:type="dxa"/>
          </w:tcPr>
          <w:p w14:paraId="725F09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325" w:type="dxa"/>
          </w:tcPr>
          <w:p w14:paraId="430C4D8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18,2</w:t>
            </w:r>
          </w:p>
        </w:tc>
      </w:tr>
      <w:tr w:rsidR="006F0136" w:rsidRPr="00D77020" w14:paraId="42510A10" w14:textId="77777777" w:rsidTr="00E17403">
        <w:tc>
          <w:tcPr>
            <w:tcW w:w="1347" w:type="dxa"/>
          </w:tcPr>
          <w:p w14:paraId="7E8EFF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4EF92D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BB-479-д</w:t>
            </w:r>
          </w:p>
        </w:tc>
        <w:tc>
          <w:tcPr>
            <w:tcW w:w="1081" w:type="dxa"/>
          </w:tcPr>
          <w:p w14:paraId="484124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479</w:t>
            </w:r>
          </w:p>
        </w:tc>
        <w:tc>
          <w:tcPr>
            <w:tcW w:w="1201" w:type="dxa"/>
          </w:tcPr>
          <w:p w14:paraId="0618D3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135" w:type="dxa"/>
          </w:tcPr>
          <w:p w14:paraId="0166EE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135" w:type="dxa"/>
          </w:tcPr>
          <w:p w14:paraId="64D49F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325" w:type="dxa"/>
          </w:tcPr>
          <w:p w14:paraId="4BE8F02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9,6</w:t>
            </w:r>
          </w:p>
        </w:tc>
      </w:tr>
      <w:tr w:rsidR="006F0136" w:rsidRPr="00D77020" w14:paraId="451D7236" w14:textId="77777777" w:rsidTr="00E17403">
        <w:tc>
          <w:tcPr>
            <w:tcW w:w="1347" w:type="dxa"/>
          </w:tcPr>
          <w:p w14:paraId="39FBED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10C461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BB-48-д</w:t>
            </w:r>
          </w:p>
        </w:tc>
        <w:tc>
          <w:tcPr>
            <w:tcW w:w="1081" w:type="dxa"/>
          </w:tcPr>
          <w:p w14:paraId="58DF4D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48</w:t>
            </w:r>
          </w:p>
        </w:tc>
        <w:tc>
          <w:tcPr>
            <w:tcW w:w="1201" w:type="dxa"/>
          </w:tcPr>
          <w:p w14:paraId="09A40A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135" w:type="dxa"/>
          </w:tcPr>
          <w:p w14:paraId="754270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135" w:type="dxa"/>
          </w:tcPr>
          <w:p w14:paraId="10E27D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5BED994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6,5</w:t>
            </w:r>
          </w:p>
        </w:tc>
      </w:tr>
      <w:tr w:rsidR="006F0136" w:rsidRPr="00D77020" w14:paraId="1D114F29" w14:textId="77777777" w:rsidTr="00E17403">
        <w:tc>
          <w:tcPr>
            <w:tcW w:w="1347" w:type="dxa"/>
          </w:tcPr>
          <w:p w14:paraId="15B357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1C2D30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BB-48-е</w:t>
            </w:r>
          </w:p>
        </w:tc>
        <w:tc>
          <w:tcPr>
            <w:tcW w:w="1081" w:type="dxa"/>
          </w:tcPr>
          <w:p w14:paraId="0C9D66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48</w:t>
            </w:r>
          </w:p>
        </w:tc>
        <w:tc>
          <w:tcPr>
            <w:tcW w:w="1201" w:type="dxa"/>
          </w:tcPr>
          <w:p w14:paraId="0D7781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135" w:type="dxa"/>
          </w:tcPr>
          <w:p w14:paraId="3CC09E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135" w:type="dxa"/>
          </w:tcPr>
          <w:p w14:paraId="44856F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4E0E7E5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1,8</w:t>
            </w:r>
          </w:p>
        </w:tc>
      </w:tr>
      <w:tr w:rsidR="006F0136" w:rsidRPr="00D77020" w14:paraId="267ADABD" w14:textId="77777777" w:rsidTr="00E17403">
        <w:tc>
          <w:tcPr>
            <w:tcW w:w="1347" w:type="dxa"/>
          </w:tcPr>
          <w:p w14:paraId="3C1687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476953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BB-481-в</w:t>
            </w:r>
          </w:p>
        </w:tc>
        <w:tc>
          <w:tcPr>
            <w:tcW w:w="1081" w:type="dxa"/>
          </w:tcPr>
          <w:p w14:paraId="2EA716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481</w:t>
            </w:r>
          </w:p>
        </w:tc>
        <w:tc>
          <w:tcPr>
            <w:tcW w:w="1201" w:type="dxa"/>
          </w:tcPr>
          <w:p w14:paraId="5B16C3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135" w:type="dxa"/>
          </w:tcPr>
          <w:p w14:paraId="13489D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135" w:type="dxa"/>
          </w:tcPr>
          <w:p w14:paraId="63C6BA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59E44D6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8,7</w:t>
            </w:r>
          </w:p>
        </w:tc>
      </w:tr>
      <w:tr w:rsidR="006F0136" w:rsidRPr="00D77020" w14:paraId="7A3ED683" w14:textId="77777777" w:rsidTr="00E17403">
        <w:tc>
          <w:tcPr>
            <w:tcW w:w="1347" w:type="dxa"/>
          </w:tcPr>
          <w:p w14:paraId="522648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21B70C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BB-481-г</w:t>
            </w:r>
          </w:p>
        </w:tc>
        <w:tc>
          <w:tcPr>
            <w:tcW w:w="1081" w:type="dxa"/>
          </w:tcPr>
          <w:p w14:paraId="065BA3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481</w:t>
            </w:r>
          </w:p>
        </w:tc>
        <w:tc>
          <w:tcPr>
            <w:tcW w:w="1201" w:type="dxa"/>
          </w:tcPr>
          <w:p w14:paraId="049CF8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135" w:type="dxa"/>
          </w:tcPr>
          <w:p w14:paraId="14F59E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135" w:type="dxa"/>
          </w:tcPr>
          <w:p w14:paraId="2DD69B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1D05955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4,3</w:t>
            </w:r>
          </w:p>
        </w:tc>
      </w:tr>
      <w:tr w:rsidR="006F0136" w:rsidRPr="00D77020" w14:paraId="79B41E13" w14:textId="77777777" w:rsidTr="00E17403">
        <w:tc>
          <w:tcPr>
            <w:tcW w:w="1347" w:type="dxa"/>
          </w:tcPr>
          <w:p w14:paraId="57B84A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5409A5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BB-482-б</w:t>
            </w:r>
          </w:p>
        </w:tc>
        <w:tc>
          <w:tcPr>
            <w:tcW w:w="1081" w:type="dxa"/>
          </w:tcPr>
          <w:p w14:paraId="111E35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482</w:t>
            </w:r>
          </w:p>
        </w:tc>
        <w:tc>
          <w:tcPr>
            <w:tcW w:w="1201" w:type="dxa"/>
          </w:tcPr>
          <w:p w14:paraId="4EF382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135" w:type="dxa"/>
          </w:tcPr>
          <w:p w14:paraId="6EE0E5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135" w:type="dxa"/>
          </w:tcPr>
          <w:p w14:paraId="44C1D0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325" w:type="dxa"/>
          </w:tcPr>
          <w:p w14:paraId="5A57E9E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19,2</w:t>
            </w:r>
          </w:p>
        </w:tc>
      </w:tr>
      <w:tr w:rsidR="006F0136" w:rsidRPr="00D77020" w14:paraId="484D2FC4" w14:textId="77777777" w:rsidTr="00E17403">
        <w:tc>
          <w:tcPr>
            <w:tcW w:w="1347" w:type="dxa"/>
          </w:tcPr>
          <w:p w14:paraId="0DF2A7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311968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BB-482-в</w:t>
            </w:r>
          </w:p>
        </w:tc>
        <w:tc>
          <w:tcPr>
            <w:tcW w:w="1081" w:type="dxa"/>
          </w:tcPr>
          <w:p w14:paraId="36DA5A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482</w:t>
            </w:r>
          </w:p>
        </w:tc>
        <w:tc>
          <w:tcPr>
            <w:tcW w:w="1201" w:type="dxa"/>
          </w:tcPr>
          <w:p w14:paraId="71BDB9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135" w:type="dxa"/>
          </w:tcPr>
          <w:p w14:paraId="168C05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135" w:type="dxa"/>
          </w:tcPr>
          <w:p w14:paraId="14C801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57F0B49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14,3</w:t>
            </w:r>
          </w:p>
        </w:tc>
      </w:tr>
      <w:tr w:rsidR="006F0136" w:rsidRPr="00D77020" w14:paraId="34CE43C5" w14:textId="77777777" w:rsidTr="00E17403">
        <w:tc>
          <w:tcPr>
            <w:tcW w:w="1347" w:type="dxa"/>
          </w:tcPr>
          <w:p w14:paraId="542E58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11025E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BB-482-г</w:t>
            </w:r>
          </w:p>
        </w:tc>
        <w:tc>
          <w:tcPr>
            <w:tcW w:w="1081" w:type="dxa"/>
          </w:tcPr>
          <w:p w14:paraId="22E9A0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482</w:t>
            </w:r>
          </w:p>
        </w:tc>
        <w:tc>
          <w:tcPr>
            <w:tcW w:w="1201" w:type="dxa"/>
          </w:tcPr>
          <w:p w14:paraId="77BE01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135" w:type="dxa"/>
          </w:tcPr>
          <w:p w14:paraId="4F43A0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135" w:type="dxa"/>
          </w:tcPr>
          <w:p w14:paraId="70738E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1C383EC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24,4</w:t>
            </w:r>
          </w:p>
        </w:tc>
      </w:tr>
      <w:tr w:rsidR="006F0136" w:rsidRPr="00D77020" w14:paraId="5E771159" w14:textId="77777777" w:rsidTr="00E17403">
        <w:tc>
          <w:tcPr>
            <w:tcW w:w="1347" w:type="dxa"/>
          </w:tcPr>
          <w:p w14:paraId="680ABB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7ED09C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BB-483-б</w:t>
            </w:r>
          </w:p>
        </w:tc>
        <w:tc>
          <w:tcPr>
            <w:tcW w:w="1081" w:type="dxa"/>
          </w:tcPr>
          <w:p w14:paraId="2407EA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483</w:t>
            </w:r>
          </w:p>
        </w:tc>
        <w:tc>
          <w:tcPr>
            <w:tcW w:w="1201" w:type="dxa"/>
          </w:tcPr>
          <w:p w14:paraId="5EC64A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135" w:type="dxa"/>
          </w:tcPr>
          <w:p w14:paraId="7812CC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135" w:type="dxa"/>
          </w:tcPr>
          <w:p w14:paraId="0447C1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4FDCA37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15,7</w:t>
            </w:r>
          </w:p>
        </w:tc>
      </w:tr>
      <w:tr w:rsidR="006F0136" w:rsidRPr="00D77020" w14:paraId="6BE48378" w14:textId="77777777" w:rsidTr="00E17403">
        <w:tc>
          <w:tcPr>
            <w:tcW w:w="1347" w:type="dxa"/>
          </w:tcPr>
          <w:p w14:paraId="18E161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19612B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BB-484-в</w:t>
            </w:r>
          </w:p>
        </w:tc>
        <w:tc>
          <w:tcPr>
            <w:tcW w:w="1081" w:type="dxa"/>
          </w:tcPr>
          <w:p w14:paraId="3FCB5A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484</w:t>
            </w:r>
          </w:p>
        </w:tc>
        <w:tc>
          <w:tcPr>
            <w:tcW w:w="1201" w:type="dxa"/>
          </w:tcPr>
          <w:p w14:paraId="7753F8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135" w:type="dxa"/>
          </w:tcPr>
          <w:p w14:paraId="6B7D30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135" w:type="dxa"/>
          </w:tcPr>
          <w:p w14:paraId="3CB229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325" w:type="dxa"/>
          </w:tcPr>
          <w:p w14:paraId="19F1CA2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14,3</w:t>
            </w:r>
          </w:p>
        </w:tc>
      </w:tr>
      <w:tr w:rsidR="006F0136" w:rsidRPr="00D77020" w14:paraId="2BC539D4" w14:textId="77777777" w:rsidTr="00E17403">
        <w:tc>
          <w:tcPr>
            <w:tcW w:w="1347" w:type="dxa"/>
          </w:tcPr>
          <w:p w14:paraId="38947B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3360D5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BB-484-г</w:t>
            </w:r>
          </w:p>
        </w:tc>
        <w:tc>
          <w:tcPr>
            <w:tcW w:w="1081" w:type="dxa"/>
          </w:tcPr>
          <w:p w14:paraId="24E8B8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484</w:t>
            </w:r>
          </w:p>
        </w:tc>
        <w:tc>
          <w:tcPr>
            <w:tcW w:w="1201" w:type="dxa"/>
          </w:tcPr>
          <w:p w14:paraId="0EF605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135" w:type="dxa"/>
          </w:tcPr>
          <w:p w14:paraId="0F3B1C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135" w:type="dxa"/>
          </w:tcPr>
          <w:p w14:paraId="69C289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672FB1C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5,1</w:t>
            </w:r>
          </w:p>
        </w:tc>
      </w:tr>
      <w:tr w:rsidR="006F0136" w:rsidRPr="00D77020" w14:paraId="36FFE572" w14:textId="77777777" w:rsidTr="00E17403">
        <w:tc>
          <w:tcPr>
            <w:tcW w:w="1347" w:type="dxa"/>
          </w:tcPr>
          <w:p w14:paraId="484835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15399E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BB-484-д</w:t>
            </w:r>
          </w:p>
        </w:tc>
        <w:tc>
          <w:tcPr>
            <w:tcW w:w="1081" w:type="dxa"/>
          </w:tcPr>
          <w:p w14:paraId="5E868D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484</w:t>
            </w:r>
          </w:p>
        </w:tc>
        <w:tc>
          <w:tcPr>
            <w:tcW w:w="1201" w:type="dxa"/>
          </w:tcPr>
          <w:p w14:paraId="6AE014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135" w:type="dxa"/>
          </w:tcPr>
          <w:p w14:paraId="318929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135" w:type="dxa"/>
          </w:tcPr>
          <w:p w14:paraId="75F891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325" w:type="dxa"/>
          </w:tcPr>
          <w:p w14:paraId="5BFDE9D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12,0</w:t>
            </w:r>
          </w:p>
        </w:tc>
      </w:tr>
      <w:tr w:rsidR="006F0136" w:rsidRPr="00D77020" w14:paraId="4DEB03AC" w14:textId="77777777" w:rsidTr="00E17403">
        <w:tc>
          <w:tcPr>
            <w:tcW w:w="1347" w:type="dxa"/>
          </w:tcPr>
          <w:p w14:paraId="12121D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5BF654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BB-510-р</w:t>
            </w:r>
          </w:p>
        </w:tc>
        <w:tc>
          <w:tcPr>
            <w:tcW w:w="1081" w:type="dxa"/>
          </w:tcPr>
          <w:p w14:paraId="1417E7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510</w:t>
            </w:r>
          </w:p>
        </w:tc>
        <w:tc>
          <w:tcPr>
            <w:tcW w:w="1201" w:type="dxa"/>
          </w:tcPr>
          <w:p w14:paraId="7414CC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135" w:type="dxa"/>
          </w:tcPr>
          <w:p w14:paraId="5CF84C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135" w:type="dxa"/>
          </w:tcPr>
          <w:p w14:paraId="3CA0D6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0144F80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5,4</w:t>
            </w:r>
          </w:p>
        </w:tc>
      </w:tr>
      <w:tr w:rsidR="006F0136" w:rsidRPr="00D77020" w14:paraId="7D5DC027" w14:textId="77777777" w:rsidTr="00E17403">
        <w:tc>
          <w:tcPr>
            <w:tcW w:w="1347" w:type="dxa"/>
          </w:tcPr>
          <w:p w14:paraId="4BF8B8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1FB7A7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BB-511-г</w:t>
            </w:r>
          </w:p>
        </w:tc>
        <w:tc>
          <w:tcPr>
            <w:tcW w:w="1081" w:type="dxa"/>
          </w:tcPr>
          <w:p w14:paraId="639349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511</w:t>
            </w:r>
          </w:p>
        </w:tc>
        <w:tc>
          <w:tcPr>
            <w:tcW w:w="1201" w:type="dxa"/>
          </w:tcPr>
          <w:p w14:paraId="246EC3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135" w:type="dxa"/>
          </w:tcPr>
          <w:p w14:paraId="4847DF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135" w:type="dxa"/>
          </w:tcPr>
          <w:p w14:paraId="0861B2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27081D6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4,3</w:t>
            </w:r>
          </w:p>
        </w:tc>
      </w:tr>
      <w:tr w:rsidR="006F0136" w:rsidRPr="00D77020" w14:paraId="50FF7831" w14:textId="77777777" w:rsidTr="00E17403">
        <w:tc>
          <w:tcPr>
            <w:tcW w:w="1347" w:type="dxa"/>
          </w:tcPr>
          <w:p w14:paraId="10A185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1F79A7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BB-515-а</w:t>
            </w:r>
          </w:p>
        </w:tc>
        <w:tc>
          <w:tcPr>
            <w:tcW w:w="1081" w:type="dxa"/>
          </w:tcPr>
          <w:p w14:paraId="19207A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515</w:t>
            </w:r>
          </w:p>
        </w:tc>
        <w:tc>
          <w:tcPr>
            <w:tcW w:w="1201" w:type="dxa"/>
          </w:tcPr>
          <w:p w14:paraId="0E0A03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135" w:type="dxa"/>
          </w:tcPr>
          <w:p w14:paraId="312330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135" w:type="dxa"/>
          </w:tcPr>
          <w:p w14:paraId="2DFF32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323FB49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13,7</w:t>
            </w:r>
          </w:p>
        </w:tc>
      </w:tr>
      <w:tr w:rsidR="006F0136" w:rsidRPr="00D77020" w14:paraId="54B849D8" w14:textId="77777777" w:rsidTr="00E17403">
        <w:tc>
          <w:tcPr>
            <w:tcW w:w="1347" w:type="dxa"/>
          </w:tcPr>
          <w:p w14:paraId="73B2D5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2EABF6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BB-520-и</w:t>
            </w:r>
          </w:p>
        </w:tc>
        <w:tc>
          <w:tcPr>
            <w:tcW w:w="1081" w:type="dxa"/>
          </w:tcPr>
          <w:p w14:paraId="16110F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520</w:t>
            </w:r>
          </w:p>
        </w:tc>
        <w:tc>
          <w:tcPr>
            <w:tcW w:w="1201" w:type="dxa"/>
          </w:tcPr>
          <w:p w14:paraId="2796BB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135" w:type="dxa"/>
          </w:tcPr>
          <w:p w14:paraId="5C94B9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135" w:type="dxa"/>
          </w:tcPr>
          <w:p w14:paraId="50A3E4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3A83289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07533584" w14:textId="77777777" w:rsidTr="00E17403">
        <w:tc>
          <w:tcPr>
            <w:tcW w:w="1347" w:type="dxa"/>
          </w:tcPr>
          <w:p w14:paraId="3CF5D7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3E54A4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BB-520-л</w:t>
            </w:r>
          </w:p>
        </w:tc>
        <w:tc>
          <w:tcPr>
            <w:tcW w:w="1081" w:type="dxa"/>
          </w:tcPr>
          <w:p w14:paraId="503274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520</w:t>
            </w:r>
          </w:p>
        </w:tc>
        <w:tc>
          <w:tcPr>
            <w:tcW w:w="1201" w:type="dxa"/>
          </w:tcPr>
          <w:p w14:paraId="3AB9AC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135" w:type="dxa"/>
          </w:tcPr>
          <w:p w14:paraId="002369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135" w:type="dxa"/>
          </w:tcPr>
          <w:p w14:paraId="69972E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325" w:type="dxa"/>
          </w:tcPr>
          <w:p w14:paraId="67E2EAB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2,7</w:t>
            </w:r>
          </w:p>
        </w:tc>
      </w:tr>
      <w:tr w:rsidR="006F0136" w:rsidRPr="00D77020" w14:paraId="74191B33" w14:textId="77777777" w:rsidTr="00E17403">
        <w:tc>
          <w:tcPr>
            <w:tcW w:w="1347" w:type="dxa"/>
          </w:tcPr>
          <w:p w14:paraId="1E38C3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02C10C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BB-521-г</w:t>
            </w:r>
          </w:p>
        </w:tc>
        <w:tc>
          <w:tcPr>
            <w:tcW w:w="1081" w:type="dxa"/>
          </w:tcPr>
          <w:p w14:paraId="431112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521</w:t>
            </w:r>
          </w:p>
        </w:tc>
        <w:tc>
          <w:tcPr>
            <w:tcW w:w="1201" w:type="dxa"/>
          </w:tcPr>
          <w:p w14:paraId="00F82E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135" w:type="dxa"/>
          </w:tcPr>
          <w:p w14:paraId="4C0A9E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135" w:type="dxa"/>
          </w:tcPr>
          <w:p w14:paraId="4E6BC9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1828E65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14,7</w:t>
            </w:r>
          </w:p>
        </w:tc>
      </w:tr>
      <w:tr w:rsidR="006F0136" w:rsidRPr="00D77020" w14:paraId="417E8D43" w14:textId="77777777" w:rsidTr="00E17403">
        <w:tc>
          <w:tcPr>
            <w:tcW w:w="1347" w:type="dxa"/>
          </w:tcPr>
          <w:p w14:paraId="023568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5607B1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BB-521-д</w:t>
            </w:r>
          </w:p>
        </w:tc>
        <w:tc>
          <w:tcPr>
            <w:tcW w:w="1081" w:type="dxa"/>
          </w:tcPr>
          <w:p w14:paraId="0029C9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521</w:t>
            </w:r>
          </w:p>
        </w:tc>
        <w:tc>
          <w:tcPr>
            <w:tcW w:w="1201" w:type="dxa"/>
          </w:tcPr>
          <w:p w14:paraId="5E1CF9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135" w:type="dxa"/>
          </w:tcPr>
          <w:p w14:paraId="18ADAA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135" w:type="dxa"/>
          </w:tcPr>
          <w:p w14:paraId="597BAC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325" w:type="dxa"/>
          </w:tcPr>
          <w:p w14:paraId="78A0879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9,0</w:t>
            </w:r>
          </w:p>
        </w:tc>
      </w:tr>
      <w:tr w:rsidR="006F0136" w:rsidRPr="00D77020" w14:paraId="04F3B2F4" w14:textId="77777777" w:rsidTr="00E17403">
        <w:tc>
          <w:tcPr>
            <w:tcW w:w="1347" w:type="dxa"/>
          </w:tcPr>
          <w:p w14:paraId="2EFE22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6675B6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BB-522-а</w:t>
            </w:r>
          </w:p>
        </w:tc>
        <w:tc>
          <w:tcPr>
            <w:tcW w:w="1081" w:type="dxa"/>
          </w:tcPr>
          <w:p w14:paraId="4CEA8C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522</w:t>
            </w:r>
          </w:p>
        </w:tc>
        <w:tc>
          <w:tcPr>
            <w:tcW w:w="1201" w:type="dxa"/>
          </w:tcPr>
          <w:p w14:paraId="5D1F0B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135" w:type="dxa"/>
          </w:tcPr>
          <w:p w14:paraId="0B00D8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135" w:type="dxa"/>
          </w:tcPr>
          <w:p w14:paraId="3A7886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3CC24C3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9,6</w:t>
            </w:r>
          </w:p>
        </w:tc>
      </w:tr>
      <w:tr w:rsidR="006F0136" w:rsidRPr="00D77020" w14:paraId="5005891A" w14:textId="77777777" w:rsidTr="00E17403">
        <w:tc>
          <w:tcPr>
            <w:tcW w:w="1347" w:type="dxa"/>
          </w:tcPr>
          <w:p w14:paraId="1424F8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696234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BB-523-б</w:t>
            </w:r>
          </w:p>
        </w:tc>
        <w:tc>
          <w:tcPr>
            <w:tcW w:w="1081" w:type="dxa"/>
          </w:tcPr>
          <w:p w14:paraId="778391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523</w:t>
            </w:r>
          </w:p>
        </w:tc>
        <w:tc>
          <w:tcPr>
            <w:tcW w:w="1201" w:type="dxa"/>
          </w:tcPr>
          <w:p w14:paraId="0D632E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135" w:type="dxa"/>
          </w:tcPr>
          <w:p w14:paraId="30FE8E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135" w:type="dxa"/>
          </w:tcPr>
          <w:p w14:paraId="30BB05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325" w:type="dxa"/>
          </w:tcPr>
          <w:p w14:paraId="11D5BEC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9,4</w:t>
            </w:r>
          </w:p>
        </w:tc>
      </w:tr>
      <w:tr w:rsidR="006F0136" w:rsidRPr="00D77020" w14:paraId="639DFBFE" w14:textId="77777777" w:rsidTr="00E17403">
        <w:tc>
          <w:tcPr>
            <w:tcW w:w="1347" w:type="dxa"/>
          </w:tcPr>
          <w:p w14:paraId="7F6980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0D863B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BB-524-о</w:t>
            </w:r>
          </w:p>
        </w:tc>
        <w:tc>
          <w:tcPr>
            <w:tcW w:w="1081" w:type="dxa"/>
          </w:tcPr>
          <w:p w14:paraId="71B41C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524</w:t>
            </w:r>
          </w:p>
        </w:tc>
        <w:tc>
          <w:tcPr>
            <w:tcW w:w="1201" w:type="dxa"/>
          </w:tcPr>
          <w:p w14:paraId="25A8CF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135" w:type="dxa"/>
          </w:tcPr>
          <w:p w14:paraId="583A7C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135" w:type="dxa"/>
          </w:tcPr>
          <w:p w14:paraId="56D9E8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00C6BF1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12,4</w:t>
            </w:r>
          </w:p>
        </w:tc>
      </w:tr>
      <w:tr w:rsidR="006F0136" w:rsidRPr="00D77020" w14:paraId="3511787C" w14:textId="77777777" w:rsidTr="00E17403">
        <w:tc>
          <w:tcPr>
            <w:tcW w:w="1347" w:type="dxa"/>
          </w:tcPr>
          <w:p w14:paraId="3ED93E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2F370A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BB-53-б</w:t>
            </w:r>
          </w:p>
        </w:tc>
        <w:tc>
          <w:tcPr>
            <w:tcW w:w="1081" w:type="dxa"/>
          </w:tcPr>
          <w:p w14:paraId="6D9BA3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53</w:t>
            </w:r>
          </w:p>
        </w:tc>
        <w:tc>
          <w:tcPr>
            <w:tcW w:w="1201" w:type="dxa"/>
          </w:tcPr>
          <w:p w14:paraId="06E10F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135" w:type="dxa"/>
          </w:tcPr>
          <w:p w14:paraId="0309B0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135" w:type="dxa"/>
          </w:tcPr>
          <w:p w14:paraId="25C4B9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325" w:type="dxa"/>
          </w:tcPr>
          <w:p w14:paraId="0717BF4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18,9</w:t>
            </w:r>
          </w:p>
        </w:tc>
      </w:tr>
      <w:tr w:rsidR="006F0136" w:rsidRPr="00D77020" w14:paraId="1A22423C" w14:textId="77777777" w:rsidTr="00E17403">
        <w:tc>
          <w:tcPr>
            <w:tcW w:w="1347" w:type="dxa"/>
          </w:tcPr>
          <w:p w14:paraId="7A47EC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344092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BB-54-в</w:t>
            </w:r>
          </w:p>
        </w:tc>
        <w:tc>
          <w:tcPr>
            <w:tcW w:w="1081" w:type="dxa"/>
          </w:tcPr>
          <w:p w14:paraId="2C2FB4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54</w:t>
            </w:r>
          </w:p>
        </w:tc>
        <w:tc>
          <w:tcPr>
            <w:tcW w:w="1201" w:type="dxa"/>
          </w:tcPr>
          <w:p w14:paraId="3D3F5D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135" w:type="dxa"/>
          </w:tcPr>
          <w:p w14:paraId="430304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135" w:type="dxa"/>
          </w:tcPr>
          <w:p w14:paraId="65E091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325" w:type="dxa"/>
          </w:tcPr>
          <w:p w14:paraId="733D84F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22,0</w:t>
            </w:r>
          </w:p>
        </w:tc>
      </w:tr>
      <w:tr w:rsidR="006F0136" w:rsidRPr="00D77020" w14:paraId="5073E7D8" w14:textId="77777777" w:rsidTr="00E17403">
        <w:tc>
          <w:tcPr>
            <w:tcW w:w="1347" w:type="dxa"/>
          </w:tcPr>
          <w:p w14:paraId="2F53B7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39AA59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BB-55-а</w:t>
            </w:r>
          </w:p>
        </w:tc>
        <w:tc>
          <w:tcPr>
            <w:tcW w:w="1081" w:type="dxa"/>
          </w:tcPr>
          <w:p w14:paraId="5734E3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55</w:t>
            </w:r>
          </w:p>
        </w:tc>
        <w:tc>
          <w:tcPr>
            <w:tcW w:w="1201" w:type="dxa"/>
          </w:tcPr>
          <w:p w14:paraId="230264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135" w:type="dxa"/>
          </w:tcPr>
          <w:p w14:paraId="2DD2E7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135" w:type="dxa"/>
          </w:tcPr>
          <w:p w14:paraId="0F16BD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325" w:type="dxa"/>
          </w:tcPr>
          <w:p w14:paraId="767DBAC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10,0</w:t>
            </w:r>
          </w:p>
        </w:tc>
      </w:tr>
      <w:tr w:rsidR="006F0136" w:rsidRPr="00D77020" w14:paraId="08B0B3E5" w14:textId="77777777" w:rsidTr="00E17403">
        <w:tc>
          <w:tcPr>
            <w:tcW w:w="1347" w:type="dxa"/>
          </w:tcPr>
          <w:p w14:paraId="09922B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478C51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BB-57-а</w:t>
            </w:r>
          </w:p>
        </w:tc>
        <w:tc>
          <w:tcPr>
            <w:tcW w:w="1081" w:type="dxa"/>
          </w:tcPr>
          <w:p w14:paraId="6D2F9D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57</w:t>
            </w:r>
          </w:p>
        </w:tc>
        <w:tc>
          <w:tcPr>
            <w:tcW w:w="1201" w:type="dxa"/>
          </w:tcPr>
          <w:p w14:paraId="56BB39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135" w:type="dxa"/>
          </w:tcPr>
          <w:p w14:paraId="678F69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135" w:type="dxa"/>
          </w:tcPr>
          <w:p w14:paraId="03D1D7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325" w:type="dxa"/>
          </w:tcPr>
          <w:p w14:paraId="2441BB0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9,2</w:t>
            </w:r>
          </w:p>
        </w:tc>
      </w:tr>
      <w:tr w:rsidR="006F0136" w:rsidRPr="00D77020" w14:paraId="2CF4ED3E" w14:textId="77777777" w:rsidTr="00E17403">
        <w:tc>
          <w:tcPr>
            <w:tcW w:w="1347" w:type="dxa"/>
          </w:tcPr>
          <w:p w14:paraId="7DF1FC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47608B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BB-71-д</w:t>
            </w:r>
          </w:p>
        </w:tc>
        <w:tc>
          <w:tcPr>
            <w:tcW w:w="1081" w:type="dxa"/>
          </w:tcPr>
          <w:p w14:paraId="5DDBEC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71</w:t>
            </w:r>
          </w:p>
        </w:tc>
        <w:tc>
          <w:tcPr>
            <w:tcW w:w="1201" w:type="dxa"/>
          </w:tcPr>
          <w:p w14:paraId="58FAA3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135" w:type="dxa"/>
          </w:tcPr>
          <w:p w14:paraId="225F79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135" w:type="dxa"/>
          </w:tcPr>
          <w:p w14:paraId="43BE9A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022DAA8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7,2</w:t>
            </w:r>
          </w:p>
        </w:tc>
      </w:tr>
      <w:tr w:rsidR="006F0136" w:rsidRPr="00D77020" w14:paraId="2942CB0F" w14:textId="77777777" w:rsidTr="00E17403">
        <w:tc>
          <w:tcPr>
            <w:tcW w:w="1347" w:type="dxa"/>
          </w:tcPr>
          <w:p w14:paraId="4B3E2D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2B5DDD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BB-71-е</w:t>
            </w:r>
          </w:p>
        </w:tc>
        <w:tc>
          <w:tcPr>
            <w:tcW w:w="1081" w:type="dxa"/>
          </w:tcPr>
          <w:p w14:paraId="4AF957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71</w:t>
            </w:r>
          </w:p>
        </w:tc>
        <w:tc>
          <w:tcPr>
            <w:tcW w:w="1201" w:type="dxa"/>
          </w:tcPr>
          <w:p w14:paraId="5AA207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135" w:type="dxa"/>
          </w:tcPr>
          <w:p w14:paraId="1504F7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135" w:type="dxa"/>
          </w:tcPr>
          <w:p w14:paraId="7AA768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035D318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7,5</w:t>
            </w:r>
          </w:p>
        </w:tc>
      </w:tr>
      <w:tr w:rsidR="006F0136" w:rsidRPr="00D77020" w14:paraId="7F6CA4D3" w14:textId="77777777" w:rsidTr="00E17403">
        <w:tc>
          <w:tcPr>
            <w:tcW w:w="1347" w:type="dxa"/>
          </w:tcPr>
          <w:p w14:paraId="0274DA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57E7FD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BB-71-ж</w:t>
            </w:r>
          </w:p>
        </w:tc>
        <w:tc>
          <w:tcPr>
            <w:tcW w:w="1081" w:type="dxa"/>
          </w:tcPr>
          <w:p w14:paraId="79E42C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71</w:t>
            </w:r>
          </w:p>
        </w:tc>
        <w:tc>
          <w:tcPr>
            <w:tcW w:w="1201" w:type="dxa"/>
          </w:tcPr>
          <w:p w14:paraId="4179D1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135" w:type="dxa"/>
          </w:tcPr>
          <w:p w14:paraId="7967D8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135" w:type="dxa"/>
          </w:tcPr>
          <w:p w14:paraId="1FEA54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7BAB8DD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5,2</w:t>
            </w:r>
          </w:p>
        </w:tc>
      </w:tr>
      <w:tr w:rsidR="006F0136" w:rsidRPr="00D77020" w14:paraId="39D71AD6" w14:textId="77777777" w:rsidTr="00E17403">
        <w:tc>
          <w:tcPr>
            <w:tcW w:w="1347" w:type="dxa"/>
          </w:tcPr>
          <w:p w14:paraId="05FC36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37C1C7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BB-72-б</w:t>
            </w:r>
          </w:p>
        </w:tc>
        <w:tc>
          <w:tcPr>
            <w:tcW w:w="1081" w:type="dxa"/>
          </w:tcPr>
          <w:p w14:paraId="1FFFE4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72</w:t>
            </w:r>
          </w:p>
        </w:tc>
        <w:tc>
          <w:tcPr>
            <w:tcW w:w="1201" w:type="dxa"/>
          </w:tcPr>
          <w:p w14:paraId="36EBC5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135" w:type="dxa"/>
          </w:tcPr>
          <w:p w14:paraId="0E04A2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135" w:type="dxa"/>
          </w:tcPr>
          <w:p w14:paraId="62D740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76D739F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9,1</w:t>
            </w:r>
          </w:p>
        </w:tc>
      </w:tr>
      <w:tr w:rsidR="006F0136" w:rsidRPr="00D77020" w14:paraId="0C38753E" w14:textId="77777777" w:rsidTr="00E17403">
        <w:tc>
          <w:tcPr>
            <w:tcW w:w="1347" w:type="dxa"/>
          </w:tcPr>
          <w:p w14:paraId="0C2D4B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40B44E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BB-72-в</w:t>
            </w:r>
          </w:p>
        </w:tc>
        <w:tc>
          <w:tcPr>
            <w:tcW w:w="1081" w:type="dxa"/>
          </w:tcPr>
          <w:p w14:paraId="6024EE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72</w:t>
            </w:r>
          </w:p>
        </w:tc>
        <w:tc>
          <w:tcPr>
            <w:tcW w:w="1201" w:type="dxa"/>
          </w:tcPr>
          <w:p w14:paraId="03D7A6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135" w:type="dxa"/>
          </w:tcPr>
          <w:p w14:paraId="031911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135" w:type="dxa"/>
          </w:tcPr>
          <w:p w14:paraId="73AFC4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3915966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5,5</w:t>
            </w:r>
          </w:p>
        </w:tc>
      </w:tr>
      <w:tr w:rsidR="006F0136" w:rsidRPr="00D77020" w14:paraId="34335E66" w14:textId="77777777" w:rsidTr="00E17403">
        <w:tc>
          <w:tcPr>
            <w:tcW w:w="1347" w:type="dxa"/>
          </w:tcPr>
          <w:p w14:paraId="6CF694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2020</w:t>
            </w:r>
          </w:p>
        </w:tc>
        <w:tc>
          <w:tcPr>
            <w:tcW w:w="1406" w:type="dxa"/>
          </w:tcPr>
          <w:p w14:paraId="4AA62F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BB-722-а</w:t>
            </w:r>
          </w:p>
        </w:tc>
        <w:tc>
          <w:tcPr>
            <w:tcW w:w="1081" w:type="dxa"/>
          </w:tcPr>
          <w:p w14:paraId="648526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722</w:t>
            </w:r>
          </w:p>
        </w:tc>
        <w:tc>
          <w:tcPr>
            <w:tcW w:w="1201" w:type="dxa"/>
          </w:tcPr>
          <w:p w14:paraId="632DE0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135" w:type="dxa"/>
          </w:tcPr>
          <w:p w14:paraId="72012B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135" w:type="dxa"/>
          </w:tcPr>
          <w:p w14:paraId="31F854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1ED032A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9,6</w:t>
            </w:r>
          </w:p>
        </w:tc>
      </w:tr>
      <w:tr w:rsidR="006F0136" w:rsidRPr="00D77020" w14:paraId="65947454" w14:textId="77777777" w:rsidTr="00E17403">
        <w:tc>
          <w:tcPr>
            <w:tcW w:w="1347" w:type="dxa"/>
          </w:tcPr>
          <w:p w14:paraId="31B937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29A4A8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BB-722-к</w:t>
            </w:r>
          </w:p>
        </w:tc>
        <w:tc>
          <w:tcPr>
            <w:tcW w:w="1081" w:type="dxa"/>
          </w:tcPr>
          <w:p w14:paraId="2CD15E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722</w:t>
            </w:r>
          </w:p>
        </w:tc>
        <w:tc>
          <w:tcPr>
            <w:tcW w:w="1201" w:type="dxa"/>
          </w:tcPr>
          <w:p w14:paraId="771EC2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135" w:type="dxa"/>
          </w:tcPr>
          <w:p w14:paraId="720ED3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135" w:type="dxa"/>
          </w:tcPr>
          <w:p w14:paraId="3DCB8C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325" w:type="dxa"/>
          </w:tcPr>
          <w:p w14:paraId="44CF73A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2,7</w:t>
            </w:r>
          </w:p>
        </w:tc>
      </w:tr>
      <w:tr w:rsidR="006F0136" w:rsidRPr="00D77020" w14:paraId="3836B544" w14:textId="77777777" w:rsidTr="00E17403">
        <w:tc>
          <w:tcPr>
            <w:tcW w:w="1347" w:type="dxa"/>
          </w:tcPr>
          <w:p w14:paraId="0B3FB0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255888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BB-73-е</w:t>
            </w:r>
          </w:p>
        </w:tc>
        <w:tc>
          <w:tcPr>
            <w:tcW w:w="1081" w:type="dxa"/>
          </w:tcPr>
          <w:p w14:paraId="507E16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73</w:t>
            </w:r>
          </w:p>
        </w:tc>
        <w:tc>
          <w:tcPr>
            <w:tcW w:w="1201" w:type="dxa"/>
          </w:tcPr>
          <w:p w14:paraId="1037C4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135" w:type="dxa"/>
          </w:tcPr>
          <w:p w14:paraId="4685FF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135" w:type="dxa"/>
          </w:tcPr>
          <w:p w14:paraId="1D9E5A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91BA</w:t>
            </w:r>
          </w:p>
        </w:tc>
        <w:tc>
          <w:tcPr>
            <w:tcW w:w="1325" w:type="dxa"/>
          </w:tcPr>
          <w:p w14:paraId="5F00AE9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10,5</w:t>
            </w:r>
          </w:p>
        </w:tc>
      </w:tr>
      <w:tr w:rsidR="006F0136" w:rsidRPr="00D77020" w14:paraId="4177FDAF" w14:textId="77777777" w:rsidTr="00E17403">
        <w:tc>
          <w:tcPr>
            <w:tcW w:w="1347" w:type="dxa"/>
          </w:tcPr>
          <w:p w14:paraId="25D4C6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6ECDED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BB-77-ж</w:t>
            </w:r>
          </w:p>
        </w:tc>
        <w:tc>
          <w:tcPr>
            <w:tcW w:w="1081" w:type="dxa"/>
          </w:tcPr>
          <w:p w14:paraId="6D2EDB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77</w:t>
            </w:r>
          </w:p>
        </w:tc>
        <w:tc>
          <w:tcPr>
            <w:tcW w:w="1201" w:type="dxa"/>
          </w:tcPr>
          <w:p w14:paraId="39A57F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135" w:type="dxa"/>
          </w:tcPr>
          <w:p w14:paraId="1D1D13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135" w:type="dxa"/>
          </w:tcPr>
          <w:p w14:paraId="7F6FFC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0642886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3,5</w:t>
            </w:r>
          </w:p>
        </w:tc>
      </w:tr>
      <w:tr w:rsidR="006F0136" w:rsidRPr="00D77020" w14:paraId="4B42D8EB" w14:textId="77777777" w:rsidTr="00E17403">
        <w:tc>
          <w:tcPr>
            <w:tcW w:w="1347" w:type="dxa"/>
          </w:tcPr>
          <w:p w14:paraId="334BFE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05785C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BB-77-з</w:t>
            </w:r>
          </w:p>
        </w:tc>
        <w:tc>
          <w:tcPr>
            <w:tcW w:w="1081" w:type="dxa"/>
          </w:tcPr>
          <w:p w14:paraId="7574D0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77</w:t>
            </w:r>
          </w:p>
        </w:tc>
        <w:tc>
          <w:tcPr>
            <w:tcW w:w="1201" w:type="dxa"/>
          </w:tcPr>
          <w:p w14:paraId="1D77AF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135" w:type="dxa"/>
          </w:tcPr>
          <w:p w14:paraId="13A61B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135" w:type="dxa"/>
          </w:tcPr>
          <w:p w14:paraId="668375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5C307D4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2,5</w:t>
            </w:r>
          </w:p>
        </w:tc>
      </w:tr>
      <w:tr w:rsidR="006F0136" w:rsidRPr="00D77020" w14:paraId="17A03B4F" w14:textId="77777777" w:rsidTr="00E17403">
        <w:tc>
          <w:tcPr>
            <w:tcW w:w="1347" w:type="dxa"/>
          </w:tcPr>
          <w:p w14:paraId="5E889E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3A298A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BB-82-г</w:t>
            </w:r>
          </w:p>
        </w:tc>
        <w:tc>
          <w:tcPr>
            <w:tcW w:w="1081" w:type="dxa"/>
          </w:tcPr>
          <w:p w14:paraId="66A2F7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82</w:t>
            </w:r>
          </w:p>
        </w:tc>
        <w:tc>
          <w:tcPr>
            <w:tcW w:w="1201" w:type="dxa"/>
          </w:tcPr>
          <w:p w14:paraId="1503D2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135" w:type="dxa"/>
          </w:tcPr>
          <w:p w14:paraId="4EAC9D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135" w:type="dxa"/>
          </w:tcPr>
          <w:p w14:paraId="4F13D1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466479C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2,4</w:t>
            </w:r>
          </w:p>
        </w:tc>
      </w:tr>
      <w:tr w:rsidR="006F0136" w:rsidRPr="00D77020" w14:paraId="371C40BE" w14:textId="77777777" w:rsidTr="00E17403">
        <w:tc>
          <w:tcPr>
            <w:tcW w:w="1347" w:type="dxa"/>
          </w:tcPr>
          <w:p w14:paraId="790FF6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747B09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BB-9-б</w:t>
            </w:r>
          </w:p>
        </w:tc>
        <w:tc>
          <w:tcPr>
            <w:tcW w:w="1081" w:type="dxa"/>
          </w:tcPr>
          <w:p w14:paraId="2F1B2D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</w:t>
            </w:r>
          </w:p>
        </w:tc>
        <w:tc>
          <w:tcPr>
            <w:tcW w:w="1201" w:type="dxa"/>
          </w:tcPr>
          <w:p w14:paraId="40BAFA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135" w:type="dxa"/>
          </w:tcPr>
          <w:p w14:paraId="60349F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135" w:type="dxa"/>
          </w:tcPr>
          <w:p w14:paraId="5DCF5C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772DE7A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6,3</w:t>
            </w:r>
          </w:p>
        </w:tc>
      </w:tr>
      <w:tr w:rsidR="006F0136" w:rsidRPr="00D77020" w14:paraId="72B083E5" w14:textId="77777777" w:rsidTr="00E17403">
        <w:tc>
          <w:tcPr>
            <w:tcW w:w="1347" w:type="dxa"/>
          </w:tcPr>
          <w:p w14:paraId="51EC7B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784A22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BB-91-б</w:t>
            </w:r>
          </w:p>
        </w:tc>
        <w:tc>
          <w:tcPr>
            <w:tcW w:w="1081" w:type="dxa"/>
          </w:tcPr>
          <w:p w14:paraId="4F12F7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</w:t>
            </w:r>
          </w:p>
        </w:tc>
        <w:tc>
          <w:tcPr>
            <w:tcW w:w="1201" w:type="dxa"/>
          </w:tcPr>
          <w:p w14:paraId="25AE02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135" w:type="dxa"/>
          </w:tcPr>
          <w:p w14:paraId="1FAB84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135" w:type="dxa"/>
          </w:tcPr>
          <w:p w14:paraId="121516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4E140FD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9,7</w:t>
            </w:r>
          </w:p>
        </w:tc>
      </w:tr>
      <w:tr w:rsidR="006F0136" w:rsidRPr="00D77020" w14:paraId="78AE426E" w14:textId="77777777" w:rsidTr="00E17403">
        <w:tc>
          <w:tcPr>
            <w:tcW w:w="1347" w:type="dxa"/>
          </w:tcPr>
          <w:p w14:paraId="78C0CB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406" w:type="dxa"/>
          </w:tcPr>
          <w:p w14:paraId="1747CE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BB-91-с</w:t>
            </w:r>
          </w:p>
        </w:tc>
        <w:tc>
          <w:tcPr>
            <w:tcW w:w="1081" w:type="dxa"/>
          </w:tcPr>
          <w:p w14:paraId="38C681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</w:t>
            </w:r>
          </w:p>
        </w:tc>
        <w:tc>
          <w:tcPr>
            <w:tcW w:w="1201" w:type="dxa"/>
          </w:tcPr>
          <w:p w14:paraId="32654E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135" w:type="dxa"/>
          </w:tcPr>
          <w:p w14:paraId="739382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135" w:type="dxa"/>
          </w:tcPr>
          <w:p w14:paraId="7CF871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25" w:type="dxa"/>
          </w:tcPr>
          <w:p w14:paraId="623725B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16,9</w:t>
            </w:r>
          </w:p>
        </w:tc>
      </w:tr>
      <w:tr w:rsidR="006F0136" w:rsidRPr="00D77020" w14:paraId="0861E3A2" w14:textId="77777777" w:rsidTr="00E17403">
        <w:tc>
          <w:tcPr>
            <w:tcW w:w="7305" w:type="dxa"/>
            <w:gridSpan w:val="6"/>
          </w:tcPr>
          <w:p w14:paraId="503760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325" w:type="dxa"/>
          </w:tcPr>
          <w:p w14:paraId="7772C0F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1591,5</w:t>
            </w:r>
          </w:p>
        </w:tc>
      </w:tr>
    </w:tbl>
    <w:p w14:paraId="2E6662F1" w14:textId="77777777" w:rsidR="006F0136" w:rsidRPr="00D77020" w:rsidRDefault="00D77020">
      <w:pPr>
        <w:rPr>
          <w:lang w:val="bg-BG"/>
        </w:rPr>
      </w:pPr>
      <w:r w:rsidRPr="00D77020">
        <w:rPr>
          <w:lang w:val="bg-BG"/>
        </w:rPr>
        <w:br w:type="page"/>
      </w:r>
    </w:p>
    <w:p w14:paraId="28EE8E05" w14:textId="77777777" w:rsidR="006F0136" w:rsidRPr="00D77020" w:rsidRDefault="00D77020">
      <w:pPr>
        <w:pStyle w:val="Heading1"/>
        <w:rPr>
          <w:lang w:val="bg-BG"/>
        </w:rPr>
      </w:pPr>
      <w:bookmarkStart w:id="6" w:name="_Toc222837673"/>
      <w:r w:rsidRPr="00D77020">
        <w:rPr>
          <w:lang w:val="bg-BG"/>
        </w:rPr>
        <w:lastRenderedPageBreak/>
        <w:t xml:space="preserve">ДГС Добринище - Обща площ: 281,2 </w:t>
      </w:r>
      <w:proofErr w:type="spellStart"/>
      <w:r w:rsidRPr="00D77020">
        <w:rPr>
          <w:lang w:val="bg-BG"/>
        </w:rPr>
        <w:t>хa</w:t>
      </w:r>
      <w:bookmarkEnd w:id="6"/>
      <w:proofErr w:type="spellEnd"/>
    </w:p>
    <w:p w14:paraId="62CB20D1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BG0001021 - Река Места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7B6643A0" w14:textId="77777777">
        <w:tc>
          <w:tcPr>
            <w:tcW w:w="1587" w:type="dxa"/>
          </w:tcPr>
          <w:p w14:paraId="25B6EB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756E19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1BD261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70FC3B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179473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352B6500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5CCE8F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6BFC199B" w14:textId="77777777">
        <w:tc>
          <w:tcPr>
            <w:tcW w:w="1234" w:type="dxa"/>
          </w:tcPr>
          <w:p w14:paraId="1D3D59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55AAA6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BG-101-в</w:t>
            </w:r>
          </w:p>
        </w:tc>
        <w:tc>
          <w:tcPr>
            <w:tcW w:w="1234" w:type="dxa"/>
          </w:tcPr>
          <w:p w14:paraId="0EC529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101</w:t>
            </w:r>
          </w:p>
        </w:tc>
        <w:tc>
          <w:tcPr>
            <w:tcW w:w="1234" w:type="dxa"/>
          </w:tcPr>
          <w:p w14:paraId="3CD4D9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4C9B90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65</w:t>
            </w:r>
          </w:p>
        </w:tc>
        <w:tc>
          <w:tcPr>
            <w:tcW w:w="1234" w:type="dxa"/>
          </w:tcPr>
          <w:p w14:paraId="071578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DB10AE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16,9</w:t>
            </w:r>
          </w:p>
        </w:tc>
      </w:tr>
      <w:tr w:rsidR="006F0136" w:rsidRPr="00D77020" w14:paraId="4F0ADBD6" w14:textId="77777777">
        <w:tc>
          <w:tcPr>
            <w:tcW w:w="1234" w:type="dxa"/>
          </w:tcPr>
          <w:p w14:paraId="416F39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62FA2C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BG-102-а</w:t>
            </w:r>
          </w:p>
        </w:tc>
        <w:tc>
          <w:tcPr>
            <w:tcW w:w="1234" w:type="dxa"/>
          </w:tcPr>
          <w:p w14:paraId="3286AB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102</w:t>
            </w:r>
          </w:p>
        </w:tc>
        <w:tc>
          <w:tcPr>
            <w:tcW w:w="1234" w:type="dxa"/>
          </w:tcPr>
          <w:p w14:paraId="7380B5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2BB9BF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0FFFAB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E71CE7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11,6</w:t>
            </w:r>
          </w:p>
        </w:tc>
      </w:tr>
      <w:tr w:rsidR="006F0136" w:rsidRPr="00D77020" w14:paraId="71CF6189" w14:textId="77777777">
        <w:tc>
          <w:tcPr>
            <w:tcW w:w="1234" w:type="dxa"/>
          </w:tcPr>
          <w:p w14:paraId="6EA07F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1E464F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BG-102-д</w:t>
            </w:r>
          </w:p>
        </w:tc>
        <w:tc>
          <w:tcPr>
            <w:tcW w:w="1234" w:type="dxa"/>
          </w:tcPr>
          <w:p w14:paraId="0A60AF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102</w:t>
            </w:r>
          </w:p>
        </w:tc>
        <w:tc>
          <w:tcPr>
            <w:tcW w:w="1234" w:type="dxa"/>
          </w:tcPr>
          <w:p w14:paraId="3A4645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34E76E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2D7C2A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F66B23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16,1</w:t>
            </w:r>
          </w:p>
        </w:tc>
      </w:tr>
      <w:tr w:rsidR="006F0136" w:rsidRPr="00D77020" w14:paraId="4E08FF4F" w14:textId="77777777">
        <w:tc>
          <w:tcPr>
            <w:tcW w:w="1234" w:type="dxa"/>
          </w:tcPr>
          <w:p w14:paraId="3BDDAD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42483F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BG-102-и</w:t>
            </w:r>
          </w:p>
        </w:tc>
        <w:tc>
          <w:tcPr>
            <w:tcW w:w="1234" w:type="dxa"/>
          </w:tcPr>
          <w:p w14:paraId="68B260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102</w:t>
            </w:r>
          </w:p>
        </w:tc>
        <w:tc>
          <w:tcPr>
            <w:tcW w:w="1234" w:type="dxa"/>
          </w:tcPr>
          <w:p w14:paraId="1E1A65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75C315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5829E6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A82266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3,7</w:t>
            </w:r>
          </w:p>
        </w:tc>
      </w:tr>
      <w:tr w:rsidR="006F0136" w:rsidRPr="00D77020" w14:paraId="12D46292" w14:textId="77777777">
        <w:tc>
          <w:tcPr>
            <w:tcW w:w="1234" w:type="dxa"/>
          </w:tcPr>
          <w:p w14:paraId="4A3760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496F91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BG-105-а</w:t>
            </w:r>
          </w:p>
        </w:tc>
        <w:tc>
          <w:tcPr>
            <w:tcW w:w="1234" w:type="dxa"/>
          </w:tcPr>
          <w:p w14:paraId="581D83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105</w:t>
            </w:r>
          </w:p>
        </w:tc>
        <w:tc>
          <w:tcPr>
            <w:tcW w:w="1234" w:type="dxa"/>
          </w:tcPr>
          <w:p w14:paraId="7F584F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79E95E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08D58C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036D4A9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19,9</w:t>
            </w:r>
          </w:p>
        </w:tc>
      </w:tr>
      <w:tr w:rsidR="006F0136" w:rsidRPr="00D77020" w14:paraId="7F5587C7" w14:textId="77777777">
        <w:tc>
          <w:tcPr>
            <w:tcW w:w="1234" w:type="dxa"/>
          </w:tcPr>
          <w:p w14:paraId="78D646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4F5566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BG-106-в</w:t>
            </w:r>
          </w:p>
        </w:tc>
        <w:tc>
          <w:tcPr>
            <w:tcW w:w="1234" w:type="dxa"/>
          </w:tcPr>
          <w:p w14:paraId="1A4A0F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106</w:t>
            </w:r>
          </w:p>
        </w:tc>
        <w:tc>
          <w:tcPr>
            <w:tcW w:w="1234" w:type="dxa"/>
          </w:tcPr>
          <w:p w14:paraId="264AE4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2232EB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168D11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CE3844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5,5</w:t>
            </w:r>
          </w:p>
        </w:tc>
      </w:tr>
      <w:tr w:rsidR="006F0136" w:rsidRPr="00D77020" w14:paraId="0924FC63" w14:textId="77777777">
        <w:tc>
          <w:tcPr>
            <w:tcW w:w="1234" w:type="dxa"/>
          </w:tcPr>
          <w:p w14:paraId="0F46D9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2C056A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BG-106-г</w:t>
            </w:r>
          </w:p>
        </w:tc>
        <w:tc>
          <w:tcPr>
            <w:tcW w:w="1234" w:type="dxa"/>
          </w:tcPr>
          <w:p w14:paraId="66CF1A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106</w:t>
            </w:r>
          </w:p>
        </w:tc>
        <w:tc>
          <w:tcPr>
            <w:tcW w:w="1234" w:type="dxa"/>
          </w:tcPr>
          <w:p w14:paraId="324405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7688C1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7767F6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6A6393A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3,7</w:t>
            </w:r>
          </w:p>
        </w:tc>
      </w:tr>
      <w:tr w:rsidR="006F0136" w:rsidRPr="00D77020" w14:paraId="6F613C73" w14:textId="77777777">
        <w:tc>
          <w:tcPr>
            <w:tcW w:w="1234" w:type="dxa"/>
          </w:tcPr>
          <w:p w14:paraId="6AF31F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0C1430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BG-113-ф</w:t>
            </w:r>
          </w:p>
        </w:tc>
        <w:tc>
          <w:tcPr>
            <w:tcW w:w="1234" w:type="dxa"/>
          </w:tcPr>
          <w:p w14:paraId="7D827A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113</w:t>
            </w:r>
          </w:p>
        </w:tc>
        <w:tc>
          <w:tcPr>
            <w:tcW w:w="1234" w:type="dxa"/>
          </w:tcPr>
          <w:p w14:paraId="11A9BA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ф</w:t>
            </w:r>
          </w:p>
        </w:tc>
        <w:tc>
          <w:tcPr>
            <w:tcW w:w="1234" w:type="dxa"/>
          </w:tcPr>
          <w:p w14:paraId="3762F2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69FFA8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0FF9709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2,2</w:t>
            </w:r>
          </w:p>
        </w:tc>
      </w:tr>
      <w:tr w:rsidR="006F0136" w:rsidRPr="00D77020" w14:paraId="1C36CFE5" w14:textId="77777777">
        <w:tc>
          <w:tcPr>
            <w:tcW w:w="1234" w:type="dxa"/>
          </w:tcPr>
          <w:p w14:paraId="005901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71A284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BG-114-м</w:t>
            </w:r>
          </w:p>
        </w:tc>
        <w:tc>
          <w:tcPr>
            <w:tcW w:w="1234" w:type="dxa"/>
          </w:tcPr>
          <w:p w14:paraId="02CD41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114</w:t>
            </w:r>
          </w:p>
        </w:tc>
        <w:tc>
          <w:tcPr>
            <w:tcW w:w="1234" w:type="dxa"/>
          </w:tcPr>
          <w:p w14:paraId="1743A2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18C75B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332111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16AD94E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5,8</w:t>
            </w:r>
          </w:p>
        </w:tc>
      </w:tr>
      <w:tr w:rsidR="006F0136" w:rsidRPr="00D77020" w14:paraId="693B358D" w14:textId="77777777">
        <w:tc>
          <w:tcPr>
            <w:tcW w:w="1234" w:type="dxa"/>
          </w:tcPr>
          <w:p w14:paraId="7DD233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040D74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BG-116-а</w:t>
            </w:r>
          </w:p>
        </w:tc>
        <w:tc>
          <w:tcPr>
            <w:tcW w:w="1234" w:type="dxa"/>
          </w:tcPr>
          <w:p w14:paraId="132957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116</w:t>
            </w:r>
          </w:p>
        </w:tc>
        <w:tc>
          <w:tcPr>
            <w:tcW w:w="1234" w:type="dxa"/>
          </w:tcPr>
          <w:p w14:paraId="340B1E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299745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2B4F0F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3240E0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1,8</w:t>
            </w:r>
          </w:p>
        </w:tc>
      </w:tr>
      <w:tr w:rsidR="006F0136" w:rsidRPr="00D77020" w14:paraId="084F7FB2" w14:textId="77777777">
        <w:tc>
          <w:tcPr>
            <w:tcW w:w="1234" w:type="dxa"/>
          </w:tcPr>
          <w:p w14:paraId="1F824A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6474AA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BG-116-г</w:t>
            </w:r>
          </w:p>
        </w:tc>
        <w:tc>
          <w:tcPr>
            <w:tcW w:w="1234" w:type="dxa"/>
          </w:tcPr>
          <w:p w14:paraId="6AB9C4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116</w:t>
            </w:r>
          </w:p>
        </w:tc>
        <w:tc>
          <w:tcPr>
            <w:tcW w:w="1234" w:type="dxa"/>
          </w:tcPr>
          <w:p w14:paraId="73A9AF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4FB4FD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6D6803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A6463A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21,7</w:t>
            </w:r>
          </w:p>
        </w:tc>
      </w:tr>
      <w:tr w:rsidR="006F0136" w:rsidRPr="00D77020" w14:paraId="6F63351B" w14:textId="77777777">
        <w:tc>
          <w:tcPr>
            <w:tcW w:w="1234" w:type="dxa"/>
          </w:tcPr>
          <w:p w14:paraId="6CE27F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4840F4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BG-119-л</w:t>
            </w:r>
          </w:p>
        </w:tc>
        <w:tc>
          <w:tcPr>
            <w:tcW w:w="1234" w:type="dxa"/>
          </w:tcPr>
          <w:p w14:paraId="7EE0D3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119</w:t>
            </w:r>
          </w:p>
        </w:tc>
        <w:tc>
          <w:tcPr>
            <w:tcW w:w="1234" w:type="dxa"/>
          </w:tcPr>
          <w:p w14:paraId="122171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28020B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718F4F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1DB269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0,8</w:t>
            </w:r>
          </w:p>
        </w:tc>
      </w:tr>
      <w:tr w:rsidR="006F0136" w:rsidRPr="00D77020" w14:paraId="66A71FF4" w14:textId="77777777">
        <w:tc>
          <w:tcPr>
            <w:tcW w:w="1234" w:type="dxa"/>
          </w:tcPr>
          <w:p w14:paraId="4BF941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3465B0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BG-119-н</w:t>
            </w:r>
          </w:p>
        </w:tc>
        <w:tc>
          <w:tcPr>
            <w:tcW w:w="1234" w:type="dxa"/>
          </w:tcPr>
          <w:p w14:paraId="3C3B6D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119</w:t>
            </w:r>
          </w:p>
        </w:tc>
        <w:tc>
          <w:tcPr>
            <w:tcW w:w="1234" w:type="dxa"/>
          </w:tcPr>
          <w:p w14:paraId="4EDD06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105CB7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500809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F62A6D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4,7</w:t>
            </w:r>
          </w:p>
        </w:tc>
      </w:tr>
      <w:tr w:rsidR="006F0136" w:rsidRPr="00D77020" w14:paraId="26C242E2" w14:textId="77777777">
        <w:tc>
          <w:tcPr>
            <w:tcW w:w="1234" w:type="dxa"/>
          </w:tcPr>
          <w:p w14:paraId="3481C7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71BD4D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BG-119-р</w:t>
            </w:r>
          </w:p>
        </w:tc>
        <w:tc>
          <w:tcPr>
            <w:tcW w:w="1234" w:type="dxa"/>
          </w:tcPr>
          <w:p w14:paraId="06499E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119</w:t>
            </w:r>
          </w:p>
        </w:tc>
        <w:tc>
          <w:tcPr>
            <w:tcW w:w="1234" w:type="dxa"/>
          </w:tcPr>
          <w:p w14:paraId="51458C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74240D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262DD6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7947E6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0,6</w:t>
            </w:r>
          </w:p>
        </w:tc>
      </w:tr>
      <w:tr w:rsidR="006F0136" w:rsidRPr="00D77020" w14:paraId="618A76CF" w14:textId="77777777">
        <w:tc>
          <w:tcPr>
            <w:tcW w:w="1234" w:type="dxa"/>
          </w:tcPr>
          <w:p w14:paraId="058CAF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013740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BG-123-г</w:t>
            </w:r>
          </w:p>
        </w:tc>
        <w:tc>
          <w:tcPr>
            <w:tcW w:w="1234" w:type="dxa"/>
          </w:tcPr>
          <w:p w14:paraId="3FACF3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123</w:t>
            </w:r>
          </w:p>
        </w:tc>
        <w:tc>
          <w:tcPr>
            <w:tcW w:w="1234" w:type="dxa"/>
          </w:tcPr>
          <w:p w14:paraId="6909F6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3E4EAB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6B071C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5210</w:t>
            </w:r>
          </w:p>
        </w:tc>
        <w:tc>
          <w:tcPr>
            <w:tcW w:w="1234" w:type="dxa"/>
          </w:tcPr>
          <w:p w14:paraId="0AD67D1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1,5</w:t>
            </w:r>
          </w:p>
        </w:tc>
      </w:tr>
      <w:tr w:rsidR="006F0136" w:rsidRPr="00D77020" w14:paraId="6EC4357F" w14:textId="77777777">
        <w:tc>
          <w:tcPr>
            <w:tcW w:w="1234" w:type="dxa"/>
          </w:tcPr>
          <w:p w14:paraId="17FCC2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56C490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BG-123-д</w:t>
            </w:r>
          </w:p>
        </w:tc>
        <w:tc>
          <w:tcPr>
            <w:tcW w:w="1234" w:type="dxa"/>
          </w:tcPr>
          <w:p w14:paraId="4DEC61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123</w:t>
            </w:r>
          </w:p>
        </w:tc>
        <w:tc>
          <w:tcPr>
            <w:tcW w:w="1234" w:type="dxa"/>
          </w:tcPr>
          <w:p w14:paraId="00663C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6D18C2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69EBE9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5210</w:t>
            </w:r>
          </w:p>
        </w:tc>
        <w:tc>
          <w:tcPr>
            <w:tcW w:w="1234" w:type="dxa"/>
          </w:tcPr>
          <w:p w14:paraId="1A5FF84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1,1</w:t>
            </w:r>
          </w:p>
        </w:tc>
      </w:tr>
      <w:tr w:rsidR="006F0136" w:rsidRPr="00D77020" w14:paraId="49BF8429" w14:textId="77777777">
        <w:tc>
          <w:tcPr>
            <w:tcW w:w="1234" w:type="dxa"/>
          </w:tcPr>
          <w:p w14:paraId="78453F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139FF1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BG-124-ж</w:t>
            </w:r>
          </w:p>
        </w:tc>
        <w:tc>
          <w:tcPr>
            <w:tcW w:w="1234" w:type="dxa"/>
          </w:tcPr>
          <w:p w14:paraId="79FDA3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124</w:t>
            </w:r>
          </w:p>
        </w:tc>
        <w:tc>
          <w:tcPr>
            <w:tcW w:w="1234" w:type="dxa"/>
          </w:tcPr>
          <w:p w14:paraId="127891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366ADD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3CB726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941BB6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24,4</w:t>
            </w:r>
          </w:p>
        </w:tc>
      </w:tr>
      <w:tr w:rsidR="006F0136" w:rsidRPr="00D77020" w14:paraId="1B502723" w14:textId="77777777">
        <w:tc>
          <w:tcPr>
            <w:tcW w:w="1234" w:type="dxa"/>
          </w:tcPr>
          <w:p w14:paraId="533DEA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095F75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BG-14-в</w:t>
            </w:r>
          </w:p>
        </w:tc>
        <w:tc>
          <w:tcPr>
            <w:tcW w:w="1234" w:type="dxa"/>
          </w:tcPr>
          <w:p w14:paraId="2E3C42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</w:t>
            </w:r>
          </w:p>
        </w:tc>
        <w:tc>
          <w:tcPr>
            <w:tcW w:w="1234" w:type="dxa"/>
          </w:tcPr>
          <w:p w14:paraId="58C803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0C3642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189B83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21036BE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25,1</w:t>
            </w:r>
          </w:p>
        </w:tc>
      </w:tr>
      <w:tr w:rsidR="006F0136" w:rsidRPr="00D77020" w14:paraId="6D8EE601" w14:textId="77777777">
        <w:tc>
          <w:tcPr>
            <w:tcW w:w="1234" w:type="dxa"/>
          </w:tcPr>
          <w:p w14:paraId="6CFA1A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51D737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BG-14-н</w:t>
            </w:r>
          </w:p>
        </w:tc>
        <w:tc>
          <w:tcPr>
            <w:tcW w:w="1234" w:type="dxa"/>
          </w:tcPr>
          <w:p w14:paraId="486AC1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</w:t>
            </w:r>
          </w:p>
        </w:tc>
        <w:tc>
          <w:tcPr>
            <w:tcW w:w="1234" w:type="dxa"/>
          </w:tcPr>
          <w:p w14:paraId="428B8E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7ED365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0EDE2F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7CC35B3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6,3</w:t>
            </w:r>
          </w:p>
        </w:tc>
      </w:tr>
      <w:tr w:rsidR="006F0136" w:rsidRPr="00D77020" w14:paraId="5766B01C" w14:textId="77777777">
        <w:tc>
          <w:tcPr>
            <w:tcW w:w="1234" w:type="dxa"/>
          </w:tcPr>
          <w:p w14:paraId="1E1AA7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7FAB06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BG-193-и</w:t>
            </w:r>
          </w:p>
        </w:tc>
        <w:tc>
          <w:tcPr>
            <w:tcW w:w="1234" w:type="dxa"/>
          </w:tcPr>
          <w:p w14:paraId="5F17C1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193</w:t>
            </w:r>
          </w:p>
        </w:tc>
        <w:tc>
          <w:tcPr>
            <w:tcW w:w="1234" w:type="dxa"/>
          </w:tcPr>
          <w:p w14:paraId="2D78D2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0F2CCA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444F5E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5210</w:t>
            </w:r>
          </w:p>
        </w:tc>
        <w:tc>
          <w:tcPr>
            <w:tcW w:w="1234" w:type="dxa"/>
          </w:tcPr>
          <w:p w14:paraId="33DA43C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3,0</w:t>
            </w:r>
          </w:p>
        </w:tc>
      </w:tr>
      <w:tr w:rsidR="006F0136" w:rsidRPr="00D77020" w14:paraId="16842505" w14:textId="77777777">
        <w:tc>
          <w:tcPr>
            <w:tcW w:w="1234" w:type="dxa"/>
          </w:tcPr>
          <w:p w14:paraId="197F10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3AA1CD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BG-195-ж</w:t>
            </w:r>
          </w:p>
        </w:tc>
        <w:tc>
          <w:tcPr>
            <w:tcW w:w="1234" w:type="dxa"/>
          </w:tcPr>
          <w:p w14:paraId="6C5DBA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195</w:t>
            </w:r>
          </w:p>
        </w:tc>
        <w:tc>
          <w:tcPr>
            <w:tcW w:w="1234" w:type="dxa"/>
          </w:tcPr>
          <w:p w14:paraId="62CC66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56893F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6A4B2B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60C8E84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2,3</w:t>
            </w:r>
          </w:p>
        </w:tc>
      </w:tr>
      <w:tr w:rsidR="006F0136" w:rsidRPr="00D77020" w14:paraId="3EF533AF" w14:textId="77777777">
        <w:tc>
          <w:tcPr>
            <w:tcW w:w="1234" w:type="dxa"/>
          </w:tcPr>
          <w:p w14:paraId="668CE4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4635E1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BG-199-г</w:t>
            </w:r>
          </w:p>
        </w:tc>
        <w:tc>
          <w:tcPr>
            <w:tcW w:w="1234" w:type="dxa"/>
          </w:tcPr>
          <w:p w14:paraId="1C2779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199</w:t>
            </w:r>
          </w:p>
        </w:tc>
        <w:tc>
          <w:tcPr>
            <w:tcW w:w="1234" w:type="dxa"/>
          </w:tcPr>
          <w:p w14:paraId="317BCA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751B97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3E9E79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60AF44F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5,4</w:t>
            </w:r>
          </w:p>
        </w:tc>
      </w:tr>
      <w:tr w:rsidR="006F0136" w:rsidRPr="00D77020" w14:paraId="445FC091" w14:textId="77777777">
        <w:tc>
          <w:tcPr>
            <w:tcW w:w="1234" w:type="dxa"/>
          </w:tcPr>
          <w:p w14:paraId="5FCCA1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486659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BG-23-в</w:t>
            </w:r>
          </w:p>
        </w:tc>
        <w:tc>
          <w:tcPr>
            <w:tcW w:w="1234" w:type="dxa"/>
          </w:tcPr>
          <w:p w14:paraId="198495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23</w:t>
            </w:r>
          </w:p>
        </w:tc>
        <w:tc>
          <w:tcPr>
            <w:tcW w:w="1234" w:type="dxa"/>
          </w:tcPr>
          <w:p w14:paraId="0E63C3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245177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234" w:type="dxa"/>
          </w:tcPr>
          <w:p w14:paraId="645E5D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91BA</w:t>
            </w:r>
          </w:p>
        </w:tc>
        <w:tc>
          <w:tcPr>
            <w:tcW w:w="1234" w:type="dxa"/>
          </w:tcPr>
          <w:p w14:paraId="1347CBB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0,6</w:t>
            </w:r>
          </w:p>
        </w:tc>
      </w:tr>
      <w:tr w:rsidR="006F0136" w:rsidRPr="00D77020" w14:paraId="34A385C5" w14:textId="77777777">
        <w:tc>
          <w:tcPr>
            <w:tcW w:w="1234" w:type="dxa"/>
          </w:tcPr>
          <w:p w14:paraId="286B49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36E6F1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BG-23-ж</w:t>
            </w:r>
          </w:p>
        </w:tc>
        <w:tc>
          <w:tcPr>
            <w:tcW w:w="1234" w:type="dxa"/>
          </w:tcPr>
          <w:p w14:paraId="54B950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23</w:t>
            </w:r>
          </w:p>
        </w:tc>
        <w:tc>
          <w:tcPr>
            <w:tcW w:w="1234" w:type="dxa"/>
          </w:tcPr>
          <w:p w14:paraId="646203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1F3739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2496EF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4D64F1F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3,8</w:t>
            </w:r>
          </w:p>
        </w:tc>
      </w:tr>
      <w:tr w:rsidR="006F0136" w:rsidRPr="00D77020" w14:paraId="57C8A0C8" w14:textId="77777777">
        <w:tc>
          <w:tcPr>
            <w:tcW w:w="1234" w:type="dxa"/>
          </w:tcPr>
          <w:p w14:paraId="004FA5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0A9729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BG-23-з</w:t>
            </w:r>
          </w:p>
        </w:tc>
        <w:tc>
          <w:tcPr>
            <w:tcW w:w="1234" w:type="dxa"/>
          </w:tcPr>
          <w:p w14:paraId="642C1A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23</w:t>
            </w:r>
          </w:p>
        </w:tc>
        <w:tc>
          <w:tcPr>
            <w:tcW w:w="1234" w:type="dxa"/>
          </w:tcPr>
          <w:p w14:paraId="0AF07F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474D40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79AB12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32ED61A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4,3</w:t>
            </w:r>
          </w:p>
        </w:tc>
      </w:tr>
      <w:tr w:rsidR="006F0136" w:rsidRPr="00D77020" w14:paraId="37C1B0FB" w14:textId="77777777">
        <w:tc>
          <w:tcPr>
            <w:tcW w:w="1234" w:type="dxa"/>
          </w:tcPr>
          <w:p w14:paraId="46CCF3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3F9F62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BG-24-а</w:t>
            </w:r>
          </w:p>
        </w:tc>
        <w:tc>
          <w:tcPr>
            <w:tcW w:w="1234" w:type="dxa"/>
          </w:tcPr>
          <w:p w14:paraId="608E42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24</w:t>
            </w:r>
          </w:p>
        </w:tc>
        <w:tc>
          <w:tcPr>
            <w:tcW w:w="1234" w:type="dxa"/>
          </w:tcPr>
          <w:p w14:paraId="4C95A2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2380A2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18E498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14BD285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9,6</w:t>
            </w:r>
          </w:p>
        </w:tc>
      </w:tr>
      <w:tr w:rsidR="006F0136" w:rsidRPr="00D77020" w14:paraId="2ABD6B60" w14:textId="77777777">
        <w:tc>
          <w:tcPr>
            <w:tcW w:w="1234" w:type="dxa"/>
          </w:tcPr>
          <w:p w14:paraId="1CAF4E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0C52ED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BG-25-д</w:t>
            </w:r>
          </w:p>
        </w:tc>
        <w:tc>
          <w:tcPr>
            <w:tcW w:w="1234" w:type="dxa"/>
          </w:tcPr>
          <w:p w14:paraId="647E20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</w:t>
            </w:r>
          </w:p>
        </w:tc>
        <w:tc>
          <w:tcPr>
            <w:tcW w:w="1234" w:type="dxa"/>
          </w:tcPr>
          <w:p w14:paraId="55C49B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7282AE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1A75B5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30C9047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1A053DA7" w14:textId="77777777">
        <w:tc>
          <w:tcPr>
            <w:tcW w:w="1234" w:type="dxa"/>
          </w:tcPr>
          <w:p w14:paraId="3FCD1E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3B1488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BG-3-м</w:t>
            </w:r>
          </w:p>
        </w:tc>
        <w:tc>
          <w:tcPr>
            <w:tcW w:w="1234" w:type="dxa"/>
          </w:tcPr>
          <w:p w14:paraId="1DC54E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</w:t>
            </w:r>
          </w:p>
        </w:tc>
        <w:tc>
          <w:tcPr>
            <w:tcW w:w="1234" w:type="dxa"/>
          </w:tcPr>
          <w:p w14:paraId="356605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25ECD9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0A5C6A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65D72A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10,4</w:t>
            </w:r>
          </w:p>
        </w:tc>
      </w:tr>
      <w:tr w:rsidR="006F0136" w:rsidRPr="00D77020" w14:paraId="1ECE0A71" w14:textId="77777777">
        <w:tc>
          <w:tcPr>
            <w:tcW w:w="1234" w:type="dxa"/>
          </w:tcPr>
          <w:p w14:paraId="561AEB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61BF46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BG-3-н</w:t>
            </w:r>
          </w:p>
        </w:tc>
        <w:tc>
          <w:tcPr>
            <w:tcW w:w="1234" w:type="dxa"/>
          </w:tcPr>
          <w:p w14:paraId="01F2E2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</w:t>
            </w:r>
          </w:p>
        </w:tc>
        <w:tc>
          <w:tcPr>
            <w:tcW w:w="1234" w:type="dxa"/>
          </w:tcPr>
          <w:p w14:paraId="5DD969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78A67E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2659BB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5B6DCFE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4,5</w:t>
            </w:r>
          </w:p>
        </w:tc>
      </w:tr>
      <w:tr w:rsidR="006F0136" w:rsidRPr="00D77020" w14:paraId="26958E27" w14:textId="77777777">
        <w:tc>
          <w:tcPr>
            <w:tcW w:w="1234" w:type="dxa"/>
          </w:tcPr>
          <w:p w14:paraId="617360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225D0F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BG-36-н</w:t>
            </w:r>
          </w:p>
        </w:tc>
        <w:tc>
          <w:tcPr>
            <w:tcW w:w="1234" w:type="dxa"/>
          </w:tcPr>
          <w:p w14:paraId="672B34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36</w:t>
            </w:r>
          </w:p>
        </w:tc>
        <w:tc>
          <w:tcPr>
            <w:tcW w:w="1234" w:type="dxa"/>
          </w:tcPr>
          <w:p w14:paraId="7F8317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632142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0DF2DA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8B583F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2,7</w:t>
            </w:r>
          </w:p>
        </w:tc>
      </w:tr>
      <w:tr w:rsidR="006F0136" w:rsidRPr="00D77020" w14:paraId="4C3AA07C" w14:textId="77777777">
        <w:tc>
          <w:tcPr>
            <w:tcW w:w="1234" w:type="dxa"/>
          </w:tcPr>
          <w:p w14:paraId="527B30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5B084E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BG-39-н</w:t>
            </w:r>
          </w:p>
        </w:tc>
        <w:tc>
          <w:tcPr>
            <w:tcW w:w="1234" w:type="dxa"/>
          </w:tcPr>
          <w:p w14:paraId="68BCEC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39</w:t>
            </w:r>
          </w:p>
        </w:tc>
        <w:tc>
          <w:tcPr>
            <w:tcW w:w="1234" w:type="dxa"/>
          </w:tcPr>
          <w:p w14:paraId="32C7C4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34CD42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417FCE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F33406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1,4</w:t>
            </w:r>
          </w:p>
        </w:tc>
      </w:tr>
      <w:tr w:rsidR="006F0136" w:rsidRPr="00D77020" w14:paraId="71BC931A" w14:textId="77777777">
        <w:tc>
          <w:tcPr>
            <w:tcW w:w="1234" w:type="dxa"/>
          </w:tcPr>
          <w:p w14:paraId="002B92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22A245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BG-42-с</w:t>
            </w:r>
          </w:p>
        </w:tc>
        <w:tc>
          <w:tcPr>
            <w:tcW w:w="1234" w:type="dxa"/>
          </w:tcPr>
          <w:p w14:paraId="465C98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42</w:t>
            </w:r>
          </w:p>
        </w:tc>
        <w:tc>
          <w:tcPr>
            <w:tcW w:w="1234" w:type="dxa"/>
          </w:tcPr>
          <w:p w14:paraId="695CC6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27326B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544A2A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3C505AE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5,3</w:t>
            </w:r>
          </w:p>
        </w:tc>
      </w:tr>
      <w:tr w:rsidR="006F0136" w:rsidRPr="00D77020" w14:paraId="0944CF55" w14:textId="77777777">
        <w:tc>
          <w:tcPr>
            <w:tcW w:w="1234" w:type="dxa"/>
          </w:tcPr>
          <w:p w14:paraId="6A6453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25DD22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BG-43-д</w:t>
            </w:r>
          </w:p>
        </w:tc>
        <w:tc>
          <w:tcPr>
            <w:tcW w:w="1234" w:type="dxa"/>
          </w:tcPr>
          <w:p w14:paraId="2F8019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43</w:t>
            </w:r>
          </w:p>
        </w:tc>
        <w:tc>
          <w:tcPr>
            <w:tcW w:w="1234" w:type="dxa"/>
          </w:tcPr>
          <w:p w14:paraId="605E4C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1CB88C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6EE215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725A323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6,8</w:t>
            </w:r>
          </w:p>
        </w:tc>
      </w:tr>
      <w:tr w:rsidR="006F0136" w:rsidRPr="00D77020" w14:paraId="62B86B55" w14:textId="77777777">
        <w:tc>
          <w:tcPr>
            <w:tcW w:w="1234" w:type="dxa"/>
          </w:tcPr>
          <w:p w14:paraId="2FD2AC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40361B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BG-43-н</w:t>
            </w:r>
          </w:p>
        </w:tc>
        <w:tc>
          <w:tcPr>
            <w:tcW w:w="1234" w:type="dxa"/>
          </w:tcPr>
          <w:p w14:paraId="76D148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43</w:t>
            </w:r>
          </w:p>
        </w:tc>
        <w:tc>
          <w:tcPr>
            <w:tcW w:w="1234" w:type="dxa"/>
          </w:tcPr>
          <w:p w14:paraId="55E15D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41CD9A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07B66C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7C72FF4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377CEEBE" w14:textId="77777777">
        <w:tc>
          <w:tcPr>
            <w:tcW w:w="1234" w:type="dxa"/>
          </w:tcPr>
          <w:p w14:paraId="57FA97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43962B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BG-44-ф</w:t>
            </w:r>
          </w:p>
        </w:tc>
        <w:tc>
          <w:tcPr>
            <w:tcW w:w="1234" w:type="dxa"/>
          </w:tcPr>
          <w:p w14:paraId="72FEC8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44</w:t>
            </w:r>
          </w:p>
        </w:tc>
        <w:tc>
          <w:tcPr>
            <w:tcW w:w="1234" w:type="dxa"/>
          </w:tcPr>
          <w:p w14:paraId="336EE3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ф</w:t>
            </w:r>
          </w:p>
        </w:tc>
        <w:tc>
          <w:tcPr>
            <w:tcW w:w="1234" w:type="dxa"/>
          </w:tcPr>
          <w:p w14:paraId="4027B4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4E4C32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C294D0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3,8</w:t>
            </w:r>
          </w:p>
        </w:tc>
      </w:tr>
      <w:tr w:rsidR="006F0136" w:rsidRPr="00D77020" w14:paraId="4024CCFB" w14:textId="77777777">
        <w:tc>
          <w:tcPr>
            <w:tcW w:w="1234" w:type="dxa"/>
          </w:tcPr>
          <w:p w14:paraId="4EDFC9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7A4C16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BG-58-г</w:t>
            </w:r>
          </w:p>
        </w:tc>
        <w:tc>
          <w:tcPr>
            <w:tcW w:w="1234" w:type="dxa"/>
          </w:tcPr>
          <w:p w14:paraId="540462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58</w:t>
            </w:r>
          </w:p>
        </w:tc>
        <w:tc>
          <w:tcPr>
            <w:tcW w:w="1234" w:type="dxa"/>
          </w:tcPr>
          <w:p w14:paraId="473392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20852E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3052C2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71F787E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2,4</w:t>
            </w:r>
          </w:p>
        </w:tc>
      </w:tr>
      <w:tr w:rsidR="006F0136" w:rsidRPr="00D77020" w14:paraId="50B64C3A" w14:textId="77777777">
        <w:tc>
          <w:tcPr>
            <w:tcW w:w="1234" w:type="dxa"/>
          </w:tcPr>
          <w:p w14:paraId="5ED897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364AD6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BG-60-ч</w:t>
            </w:r>
          </w:p>
        </w:tc>
        <w:tc>
          <w:tcPr>
            <w:tcW w:w="1234" w:type="dxa"/>
          </w:tcPr>
          <w:p w14:paraId="700CB7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32E378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ч</w:t>
            </w:r>
          </w:p>
        </w:tc>
        <w:tc>
          <w:tcPr>
            <w:tcW w:w="1234" w:type="dxa"/>
          </w:tcPr>
          <w:p w14:paraId="5B8347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564B79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2872A1C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8,4</w:t>
            </w:r>
          </w:p>
        </w:tc>
      </w:tr>
      <w:tr w:rsidR="006F0136" w:rsidRPr="00D77020" w14:paraId="46B0D597" w14:textId="77777777">
        <w:tc>
          <w:tcPr>
            <w:tcW w:w="1234" w:type="dxa"/>
          </w:tcPr>
          <w:p w14:paraId="7C9738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5062EB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BG-76-л</w:t>
            </w:r>
          </w:p>
        </w:tc>
        <w:tc>
          <w:tcPr>
            <w:tcW w:w="1234" w:type="dxa"/>
          </w:tcPr>
          <w:p w14:paraId="7DFCBD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76</w:t>
            </w:r>
          </w:p>
        </w:tc>
        <w:tc>
          <w:tcPr>
            <w:tcW w:w="1234" w:type="dxa"/>
          </w:tcPr>
          <w:p w14:paraId="63F1B5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4AD630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162024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91Е0</w:t>
            </w:r>
          </w:p>
        </w:tc>
        <w:tc>
          <w:tcPr>
            <w:tcW w:w="1234" w:type="dxa"/>
          </w:tcPr>
          <w:p w14:paraId="6A2FCBF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1,3</w:t>
            </w:r>
          </w:p>
        </w:tc>
      </w:tr>
      <w:tr w:rsidR="006F0136" w:rsidRPr="00D77020" w14:paraId="70218864" w14:textId="77777777">
        <w:tc>
          <w:tcPr>
            <w:tcW w:w="1234" w:type="dxa"/>
          </w:tcPr>
          <w:p w14:paraId="08FEDC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34560C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BG-85-в1</w:t>
            </w:r>
          </w:p>
        </w:tc>
        <w:tc>
          <w:tcPr>
            <w:tcW w:w="1234" w:type="dxa"/>
          </w:tcPr>
          <w:p w14:paraId="6422C4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85</w:t>
            </w:r>
          </w:p>
        </w:tc>
        <w:tc>
          <w:tcPr>
            <w:tcW w:w="1234" w:type="dxa"/>
          </w:tcPr>
          <w:p w14:paraId="24E317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в1</w:t>
            </w:r>
          </w:p>
        </w:tc>
        <w:tc>
          <w:tcPr>
            <w:tcW w:w="1234" w:type="dxa"/>
          </w:tcPr>
          <w:p w14:paraId="371103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22D228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73571DD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3,6</w:t>
            </w:r>
          </w:p>
        </w:tc>
      </w:tr>
      <w:tr w:rsidR="006F0136" w:rsidRPr="00D77020" w14:paraId="3277CC18" w14:textId="77777777">
        <w:tc>
          <w:tcPr>
            <w:tcW w:w="1234" w:type="dxa"/>
          </w:tcPr>
          <w:p w14:paraId="517A4D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5C05AE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BG-93-б</w:t>
            </w:r>
          </w:p>
        </w:tc>
        <w:tc>
          <w:tcPr>
            <w:tcW w:w="1234" w:type="dxa"/>
          </w:tcPr>
          <w:p w14:paraId="610304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93</w:t>
            </w:r>
          </w:p>
        </w:tc>
        <w:tc>
          <w:tcPr>
            <w:tcW w:w="1234" w:type="dxa"/>
          </w:tcPr>
          <w:p w14:paraId="4BDA9E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1CFFA9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17204A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4CDF6D7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15,6</w:t>
            </w:r>
          </w:p>
        </w:tc>
      </w:tr>
      <w:tr w:rsidR="006F0136" w:rsidRPr="00D77020" w14:paraId="3ED23FCC" w14:textId="77777777">
        <w:tc>
          <w:tcPr>
            <w:tcW w:w="1234" w:type="dxa"/>
          </w:tcPr>
          <w:p w14:paraId="38DD88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25C440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BG-96-в</w:t>
            </w:r>
          </w:p>
        </w:tc>
        <w:tc>
          <w:tcPr>
            <w:tcW w:w="1234" w:type="dxa"/>
          </w:tcPr>
          <w:p w14:paraId="74E5B9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96</w:t>
            </w:r>
          </w:p>
        </w:tc>
        <w:tc>
          <w:tcPr>
            <w:tcW w:w="1234" w:type="dxa"/>
          </w:tcPr>
          <w:p w14:paraId="2BFFBB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0CCB66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723722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4821414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8,1</w:t>
            </w:r>
          </w:p>
        </w:tc>
      </w:tr>
      <w:tr w:rsidR="006F0136" w:rsidRPr="00D77020" w14:paraId="4AF57008" w14:textId="77777777">
        <w:tc>
          <w:tcPr>
            <w:tcW w:w="1234" w:type="dxa"/>
          </w:tcPr>
          <w:p w14:paraId="22E64A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77C039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BG-97-д</w:t>
            </w:r>
          </w:p>
        </w:tc>
        <w:tc>
          <w:tcPr>
            <w:tcW w:w="1234" w:type="dxa"/>
          </w:tcPr>
          <w:p w14:paraId="2477B5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97</w:t>
            </w:r>
          </w:p>
        </w:tc>
        <w:tc>
          <w:tcPr>
            <w:tcW w:w="1234" w:type="dxa"/>
          </w:tcPr>
          <w:p w14:paraId="1F7481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53AB36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45</w:t>
            </w:r>
          </w:p>
        </w:tc>
        <w:tc>
          <w:tcPr>
            <w:tcW w:w="1234" w:type="dxa"/>
          </w:tcPr>
          <w:p w14:paraId="6A598E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8C3648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3,1</w:t>
            </w:r>
          </w:p>
        </w:tc>
      </w:tr>
      <w:tr w:rsidR="006F0136" w:rsidRPr="00D77020" w14:paraId="08162022" w14:textId="77777777">
        <w:tc>
          <w:tcPr>
            <w:tcW w:w="7404" w:type="dxa"/>
            <w:gridSpan w:val="6"/>
          </w:tcPr>
          <w:p w14:paraId="44D7B1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21C4705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281,2</w:t>
            </w:r>
          </w:p>
        </w:tc>
      </w:tr>
    </w:tbl>
    <w:p w14:paraId="53DB751E" w14:textId="77777777" w:rsidR="006F0136" w:rsidRPr="00D77020" w:rsidRDefault="00D77020">
      <w:pPr>
        <w:rPr>
          <w:lang w:val="bg-BG"/>
        </w:rPr>
      </w:pPr>
      <w:r w:rsidRPr="00D77020">
        <w:rPr>
          <w:lang w:val="bg-BG"/>
        </w:rPr>
        <w:br w:type="page"/>
      </w:r>
    </w:p>
    <w:p w14:paraId="2528E5A7" w14:textId="77777777" w:rsidR="006F0136" w:rsidRPr="00D77020" w:rsidRDefault="00D77020">
      <w:pPr>
        <w:pStyle w:val="Heading1"/>
        <w:rPr>
          <w:lang w:val="bg-BG"/>
        </w:rPr>
      </w:pPr>
      <w:bookmarkStart w:id="7" w:name="_Toc222837674"/>
      <w:r w:rsidRPr="00D77020">
        <w:rPr>
          <w:lang w:val="bg-BG"/>
        </w:rPr>
        <w:lastRenderedPageBreak/>
        <w:t xml:space="preserve">ДГС Дупница - Обща площ: 554,6 </w:t>
      </w:r>
      <w:proofErr w:type="spellStart"/>
      <w:r w:rsidRPr="00D77020">
        <w:rPr>
          <w:lang w:val="bg-BG"/>
        </w:rPr>
        <w:t>хa</w:t>
      </w:r>
      <w:bookmarkEnd w:id="7"/>
      <w:proofErr w:type="spellEnd"/>
    </w:p>
    <w:p w14:paraId="2CFF04C5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BG0000298 - Конявска планина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17BBDD8E" w14:textId="77777777">
        <w:tc>
          <w:tcPr>
            <w:tcW w:w="1587" w:type="dxa"/>
          </w:tcPr>
          <w:p w14:paraId="4E66CF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5941F4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524EE0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370DE3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2ACE34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43B7C3AF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7BDAE6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5CA56127" w14:textId="77777777">
        <w:tc>
          <w:tcPr>
            <w:tcW w:w="1234" w:type="dxa"/>
          </w:tcPr>
          <w:p w14:paraId="1D2F48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39F9A3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HB-363-а</w:t>
            </w:r>
          </w:p>
        </w:tc>
        <w:tc>
          <w:tcPr>
            <w:tcW w:w="1234" w:type="dxa"/>
          </w:tcPr>
          <w:p w14:paraId="3914CB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363</w:t>
            </w:r>
          </w:p>
        </w:tc>
        <w:tc>
          <w:tcPr>
            <w:tcW w:w="1234" w:type="dxa"/>
          </w:tcPr>
          <w:p w14:paraId="6DC03B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02BE1B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65</w:t>
            </w:r>
          </w:p>
        </w:tc>
        <w:tc>
          <w:tcPr>
            <w:tcW w:w="1234" w:type="dxa"/>
          </w:tcPr>
          <w:p w14:paraId="5224E0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6BC416A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3,8</w:t>
            </w:r>
          </w:p>
        </w:tc>
      </w:tr>
      <w:tr w:rsidR="006F0136" w:rsidRPr="00D77020" w14:paraId="24F1D1A2" w14:textId="77777777">
        <w:tc>
          <w:tcPr>
            <w:tcW w:w="1234" w:type="dxa"/>
          </w:tcPr>
          <w:p w14:paraId="4F8CEB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6C2FF7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HB-363-в</w:t>
            </w:r>
          </w:p>
        </w:tc>
        <w:tc>
          <w:tcPr>
            <w:tcW w:w="1234" w:type="dxa"/>
          </w:tcPr>
          <w:p w14:paraId="073AD4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363</w:t>
            </w:r>
          </w:p>
        </w:tc>
        <w:tc>
          <w:tcPr>
            <w:tcW w:w="1234" w:type="dxa"/>
          </w:tcPr>
          <w:p w14:paraId="76FE6C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19A7BB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52D090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263A483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9,4</w:t>
            </w:r>
          </w:p>
        </w:tc>
      </w:tr>
      <w:tr w:rsidR="006F0136" w:rsidRPr="00D77020" w14:paraId="56D10458" w14:textId="77777777">
        <w:tc>
          <w:tcPr>
            <w:tcW w:w="1234" w:type="dxa"/>
          </w:tcPr>
          <w:p w14:paraId="6C03F1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6E4CA1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HB-363-д</w:t>
            </w:r>
          </w:p>
        </w:tc>
        <w:tc>
          <w:tcPr>
            <w:tcW w:w="1234" w:type="dxa"/>
          </w:tcPr>
          <w:p w14:paraId="0CEF35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363</w:t>
            </w:r>
          </w:p>
        </w:tc>
        <w:tc>
          <w:tcPr>
            <w:tcW w:w="1234" w:type="dxa"/>
          </w:tcPr>
          <w:p w14:paraId="4FDEEB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35F024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65</w:t>
            </w:r>
          </w:p>
        </w:tc>
        <w:tc>
          <w:tcPr>
            <w:tcW w:w="1234" w:type="dxa"/>
          </w:tcPr>
          <w:p w14:paraId="58A64A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7E81DB8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8,6</w:t>
            </w:r>
          </w:p>
        </w:tc>
      </w:tr>
      <w:tr w:rsidR="006F0136" w:rsidRPr="00D77020" w14:paraId="74CE2581" w14:textId="77777777">
        <w:tc>
          <w:tcPr>
            <w:tcW w:w="1234" w:type="dxa"/>
          </w:tcPr>
          <w:p w14:paraId="2BA086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4854B0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HB-363-ж</w:t>
            </w:r>
          </w:p>
        </w:tc>
        <w:tc>
          <w:tcPr>
            <w:tcW w:w="1234" w:type="dxa"/>
          </w:tcPr>
          <w:p w14:paraId="741222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363</w:t>
            </w:r>
          </w:p>
        </w:tc>
        <w:tc>
          <w:tcPr>
            <w:tcW w:w="1234" w:type="dxa"/>
          </w:tcPr>
          <w:p w14:paraId="76CAC0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5B3AE4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45</w:t>
            </w:r>
          </w:p>
        </w:tc>
        <w:tc>
          <w:tcPr>
            <w:tcW w:w="1234" w:type="dxa"/>
          </w:tcPr>
          <w:p w14:paraId="7D5CC2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6AAC733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08395557" w14:textId="77777777">
        <w:tc>
          <w:tcPr>
            <w:tcW w:w="1234" w:type="dxa"/>
          </w:tcPr>
          <w:p w14:paraId="2381BC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4319FD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HB-363-и</w:t>
            </w:r>
          </w:p>
        </w:tc>
        <w:tc>
          <w:tcPr>
            <w:tcW w:w="1234" w:type="dxa"/>
          </w:tcPr>
          <w:p w14:paraId="571359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363</w:t>
            </w:r>
          </w:p>
        </w:tc>
        <w:tc>
          <w:tcPr>
            <w:tcW w:w="1234" w:type="dxa"/>
          </w:tcPr>
          <w:p w14:paraId="1C5D8A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4BA095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6AA3BA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2646E12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7,9</w:t>
            </w:r>
          </w:p>
        </w:tc>
      </w:tr>
      <w:tr w:rsidR="006F0136" w:rsidRPr="00D77020" w14:paraId="25A551F3" w14:textId="77777777">
        <w:tc>
          <w:tcPr>
            <w:tcW w:w="1234" w:type="dxa"/>
          </w:tcPr>
          <w:p w14:paraId="1A8BA3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7A19B3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HB-364-а</w:t>
            </w:r>
          </w:p>
        </w:tc>
        <w:tc>
          <w:tcPr>
            <w:tcW w:w="1234" w:type="dxa"/>
          </w:tcPr>
          <w:p w14:paraId="470205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364</w:t>
            </w:r>
          </w:p>
        </w:tc>
        <w:tc>
          <w:tcPr>
            <w:tcW w:w="1234" w:type="dxa"/>
          </w:tcPr>
          <w:p w14:paraId="33AAD9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3C7157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6349AE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1CA5F49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3,8</w:t>
            </w:r>
          </w:p>
        </w:tc>
      </w:tr>
      <w:tr w:rsidR="006F0136" w:rsidRPr="00D77020" w14:paraId="3EE41FF5" w14:textId="77777777">
        <w:tc>
          <w:tcPr>
            <w:tcW w:w="1234" w:type="dxa"/>
          </w:tcPr>
          <w:p w14:paraId="52458B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5113FD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HB-364-б</w:t>
            </w:r>
          </w:p>
        </w:tc>
        <w:tc>
          <w:tcPr>
            <w:tcW w:w="1234" w:type="dxa"/>
          </w:tcPr>
          <w:p w14:paraId="06FE2F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364</w:t>
            </w:r>
          </w:p>
        </w:tc>
        <w:tc>
          <w:tcPr>
            <w:tcW w:w="1234" w:type="dxa"/>
          </w:tcPr>
          <w:p w14:paraId="607B6C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79FADB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27CF11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4DD6A77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7,1</w:t>
            </w:r>
          </w:p>
        </w:tc>
      </w:tr>
      <w:tr w:rsidR="006F0136" w:rsidRPr="00D77020" w14:paraId="23A649E3" w14:textId="77777777">
        <w:tc>
          <w:tcPr>
            <w:tcW w:w="1234" w:type="dxa"/>
          </w:tcPr>
          <w:p w14:paraId="50AAC0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41ADF8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HB-364-ж</w:t>
            </w:r>
          </w:p>
        </w:tc>
        <w:tc>
          <w:tcPr>
            <w:tcW w:w="1234" w:type="dxa"/>
          </w:tcPr>
          <w:p w14:paraId="4A1975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364</w:t>
            </w:r>
          </w:p>
        </w:tc>
        <w:tc>
          <w:tcPr>
            <w:tcW w:w="1234" w:type="dxa"/>
          </w:tcPr>
          <w:p w14:paraId="4DBBEA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3D2FCB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6DA1CB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731910C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5,4</w:t>
            </w:r>
          </w:p>
        </w:tc>
      </w:tr>
      <w:tr w:rsidR="006F0136" w:rsidRPr="00D77020" w14:paraId="5F352391" w14:textId="77777777">
        <w:tc>
          <w:tcPr>
            <w:tcW w:w="1234" w:type="dxa"/>
          </w:tcPr>
          <w:p w14:paraId="3D6D52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2614D5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HB-365-б</w:t>
            </w:r>
          </w:p>
        </w:tc>
        <w:tc>
          <w:tcPr>
            <w:tcW w:w="1234" w:type="dxa"/>
          </w:tcPr>
          <w:p w14:paraId="0843EE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365</w:t>
            </w:r>
          </w:p>
        </w:tc>
        <w:tc>
          <w:tcPr>
            <w:tcW w:w="1234" w:type="dxa"/>
          </w:tcPr>
          <w:p w14:paraId="3132CF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055F5C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367D32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7C0B793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2,2</w:t>
            </w:r>
          </w:p>
        </w:tc>
      </w:tr>
      <w:tr w:rsidR="006F0136" w:rsidRPr="00D77020" w14:paraId="2154FDB4" w14:textId="77777777">
        <w:tc>
          <w:tcPr>
            <w:tcW w:w="1234" w:type="dxa"/>
          </w:tcPr>
          <w:p w14:paraId="14A258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3331C1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HB-365-в</w:t>
            </w:r>
          </w:p>
        </w:tc>
        <w:tc>
          <w:tcPr>
            <w:tcW w:w="1234" w:type="dxa"/>
          </w:tcPr>
          <w:p w14:paraId="16E718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365</w:t>
            </w:r>
          </w:p>
        </w:tc>
        <w:tc>
          <w:tcPr>
            <w:tcW w:w="1234" w:type="dxa"/>
          </w:tcPr>
          <w:p w14:paraId="3A9AF8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664A22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4516CD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16DFC35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15,9</w:t>
            </w:r>
          </w:p>
        </w:tc>
      </w:tr>
      <w:tr w:rsidR="006F0136" w:rsidRPr="00D77020" w14:paraId="1FD3C922" w14:textId="77777777">
        <w:tc>
          <w:tcPr>
            <w:tcW w:w="1234" w:type="dxa"/>
          </w:tcPr>
          <w:p w14:paraId="54959E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0AFC27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HB-366-б</w:t>
            </w:r>
          </w:p>
        </w:tc>
        <w:tc>
          <w:tcPr>
            <w:tcW w:w="1234" w:type="dxa"/>
          </w:tcPr>
          <w:p w14:paraId="068FC1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366</w:t>
            </w:r>
          </w:p>
        </w:tc>
        <w:tc>
          <w:tcPr>
            <w:tcW w:w="1234" w:type="dxa"/>
          </w:tcPr>
          <w:p w14:paraId="53EE31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73E4EF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30BA18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6E431D9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2,4</w:t>
            </w:r>
          </w:p>
        </w:tc>
      </w:tr>
      <w:tr w:rsidR="006F0136" w:rsidRPr="00D77020" w14:paraId="6C81EAED" w14:textId="77777777">
        <w:tc>
          <w:tcPr>
            <w:tcW w:w="1234" w:type="dxa"/>
          </w:tcPr>
          <w:p w14:paraId="1AD7E0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66D48B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HB-366-г</w:t>
            </w:r>
          </w:p>
        </w:tc>
        <w:tc>
          <w:tcPr>
            <w:tcW w:w="1234" w:type="dxa"/>
          </w:tcPr>
          <w:p w14:paraId="02EFB8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366</w:t>
            </w:r>
          </w:p>
        </w:tc>
        <w:tc>
          <w:tcPr>
            <w:tcW w:w="1234" w:type="dxa"/>
          </w:tcPr>
          <w:p w14:paraId="41785A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413D72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6D4B78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035845F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0F86C5A5" w14:textId="77777777">
        <w:tc>
          <w:tcPr>
            <w:tcW w:w="1234" w:type="dxa"/>
          </w:tcPr>
          <w:p w14:paraId="4F1E75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5E80C7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HB-366-з</w:t>
            </w:r>
          </w:p>
        </w:tc>
        <w:tc>
          <w:tcPr>
            <w:tcW w:w="1234" w:type="dxa"/>
          </w:tcPr>
          <w:p w14:paraId="0D6EDF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366</w:t>
            </w:r>
          </w:p>
        </w:tc>
        <w:tc>
          <w:tcPr>
            <w:tcW w:w="1234" w:type="dxa"/>
          </w:tcPr>
          <w:p w14:paraId="717218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4120E7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265CAB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4C2A583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31,7</w:t>
            </w:r>
          </w:p>
        </w:tc>
      </w:tr>
      <w:tr w:rsidR="006F0136" w:rsidRPr="00D77020" w14:paraId="5E163BA5" w14:textId="77777777">
        <w:tc>
          <w:tcPr>
            <w:tcW w:w="1234" w:type="dxa"/>
          </w:tcPr>
          <w:p w14:paraId="4058FC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30EE83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HB-366-к</w:t>
            </w:r>
          </w:p>
        </w:tc>
        <w:tc>
          <w:tcPr>
            <w:tcW w:w="1234" w:type="dxa"/>
          </w:tcPr>
          <w:p w14:paraId="492471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366</w:t>
            </w:r>
          </w:p>
        </w:tc>
        <w:tc>
          <w:tcPr>
            <w:tcW w:w="1234" w:type="dxa"/>
          </w:tcPr>
          <w:p w14:paraId="1634D7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044915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02B91A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12478DC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5,2</w:t>
            </w:r>
          </w:p>
        </w:tc>
      </w:tr>
      <w:tr w:rsidR="006F0136" w:rsidRPr="00D77020" w14:paraId="5FD3DD67" w14:textId="77777777">
        <w:tc>
          <w:tcPr>
            <w:tcW w:w="1234" w:type="dxa"/>
          </w:tcPr>
          <w:p w14:paraId="15FB16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5C9D62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HB-377-м</w:t>
            </w:r>
          </w:p>
        </w:tc>
        <w:tc>
          <w:tcPr>
            <w:tcW w:w="1234" w:type="dxa"/>
          </w:tcPr>
          <w:p w14:paraId="1CCC97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377</w:t>
            </w:r>
          </w:p>
        </w:tc>
        <w:tc>
          <w:tcPr>
            <w:tcW w:w="1234" w:type="dxa"/>
          </w:tcPr>
          <w:p w14:paraId="6FCB3F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633E25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622D67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02E9D66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9,4</w:t>
            </w:r>
          </w:p>
        </w:tc>
      </w:tr>
      <w:tr w:rsidR="006F0136" w:rsidRPr="00D77020" w14:paraId="5AD9AE49" w14:textId="77777777">
        <w:tc>
          <w:tcPr>
            <w:tcW w:w="1234" w:type="dxa"/>
          </w:tcPr>
          <w:p w14:paraId="5DE18F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31393C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HB-378-б</w:t>
            </w:r>
          </w:p>
        </w:tc>
        <w:tc>
          <w:tcPr>
            <w:tcW w:w="1234" w:type="dxa"/>
          </w:tcPr>
          <w:p w14:paraId="7BC7CB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378</w:t>
            </w:r>
          </w:p>
        </w:tc>
        <w:tc>
          <w:tcPr>
            <w:tcW w:w="1234" w:type="dxa"/>
          </w:tcPr>
          <w:p w14:paraId="3ADE2A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781545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6329DD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581FE67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15,7</w:t>
            </w:r>
          </w:p>
        </w:tc>
      </w:tr>
      <w:tr w:rsidR="006F0136" w:rsidRPr="00D77020" w14:paraId="185C55AC" w14:textId="77777777">
        <w:tc>
          <w:tcPr>
            <w:tcW w:w="1234" w:type="dxa"/>
          </w:tcPr>
          <w:p w14:paraId="6C0009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5884CA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HB-381-б1</w:t>
            </w:r>
          </w:p>
        </w:tc>
        <w:tc>
          <w:tcPr>
            <w:tcW w:w="1234" w:type="dxa"/>
          </w:tcPr>
          <w:p w14:paraId="7964DF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381</w:t>
            </w:r>
          </w:p>
        </w:tc>
        <w:tc>
          <w:tcPr>
            <w:tcW w:w="1234" w:type="dxa"/>
          </w:tcPr>
          <w:p w14:paraId="2DD896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б1</w:t>
            </w:r>
          </w:p>
        </w:tc>
        <w:tc>
          <w:tcPr>
            <w:tcW w:w="1234" w:type="dxa"/>
          </w:tcPr>
          <w:p w14:paraId="69239E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168288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28AD387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0,6</w:t>
            </w:r>
          </w:p>
        </w:tc>
      </w:tr>
      <w:tr w:rsidR="006F0136" w:rsidRPr="00D77020" w14:paraId="5DCE08AA" w14:textId="77777777">
        <w:tc>
          <w:tcPr>
            <w:tcW w:w="1234" w:type="dxa"/>
          </w:tcPr>
          <w:p w14:paraId="294F67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66444B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HB-381-в</w:t>
            </w:r>
          </w:p>
        </w:tc>
        <w:tc>
          <w:tcPr>
            <w:tcW w:w="1234" w:type="dxa"/>
          </w:tcPr>
          <w:p w14:paraId="650A13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381</w:t>
            </w:r>
          </w:p>
        </w:tc>
        <w:tc>
          <w:tcPr>
            <w:tcW w:w="1234" w:type="dxa"/>
          </w:tcPr>
          <w:p w14:paraId="4EA0D4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0B03E1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2EEFBB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3DE6E43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3,2</w:t>
            </w:r>
          </w:p>
        </w:tc>
      </w:tr>
      <w:tr w:rsidR="006F0136" w:rsidRPr="00D77020" w14:paraId="393CDBA9" w14:textId="77777777">
        <w:tc>
          <w:tcPr>
            <w:tcW w:w="1234" w:type="dxa"/>
          </w:tcPr>
          <w:p w14:paraId="442F57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672FFE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HB-381-ш</w:t>
            </w:r>
          </w:p>
        </w:tc>
        <w:tc>
          <w:tcPr>
            <w:tcW w:w="1234" w:type="dxa"/>
          </w:tcPr>
          <w:p w14:paraId="374984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381</w:t>
            </w:r>
          </w:p>
        </w:tc>
        <w:tc>
          <w:tcPr>
            <w:tcW w:w="1234" w:type="dxa"/>
          </w:tcPr>
          <w:p w14:paraId="1A7738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ш</w:t>
            </w:r>
          </w:p>
        </w:tc>
        <w:tc>
          <w:tcPr>
            <w:tcW w:w="1234" w:type="dxa"/>
          </w:tcPr>
          <w:p w14:paraId="6AB41D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1AD8AB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052D630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2,8</w:t>
            </w:r>
          </w:p>
        </w:tc>
      </w:tr>
      <w:tr w:rsidR="006F0136" w:rsidRPr="00D77020" w14:paraId="7DA28F84" w14:textId="77777777">
        <w:tc>
          <w:tcPr>
            <w:tcW w:w="1234" w:type="dxa"/>
          </w:tcPr>
          <w:p w14:paraId="6EC3AD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63DA35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HB-381-ю</w:t>
            </w:r>
          </w:p>
        </w:tc>
        <w:tc>
          <w:tcPr>
            <w:tcW w:w="1234" w:type="dxa"/>
          </w:tcPr>
          <w:p w14:paraId="453CEA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381</w:t>
            </w:r>
          </w:p>
        </w:tc>
        <w:tc>
          <w:tcPr>
            <w:tcW w:w="1234" w:type="dxa"/>
          </w:tcPr>
          <w:p w14:paraId="4CE9DF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ю</w:t>
            </w:r>
          </w:p>
        </w:tc>
        <w:tc>
          <w:tcPr>
            <w:tcW w:w="1234" w:type="dxa"/>
          </w:tcPr>
          <w:p w14:paraId="4341B1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4A49A3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0618B9F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1,7</w:t>
            </w:r>
          </w:p>
        </w:tc>
      </w:tr>
      <w:tr w:rsidR="006F0136" w:rsidRPr="00D77020" w14:paraId="346D7180" w14:textId="77777777">
        <w:tc>
          <w:tcPr>
            <w:tcW w:w="1234" w:type="dxa"/>
          </w:tcPr>
          <w:p w14:paraId="6068BE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2D7078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HB-381-я</w:t>
            </w:r>
          </w:p>
        </w:tc>
        <w:tc>
          <w:tcPr>
            <w:tcW w:w="1234" w:type="dxa"/>
          </w:tcPr>
          <w:p w14:paraId="4ED795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381</w:t>
            </w:r>
          </w:p>
        </w:tc>
        <w:tc>
          <w:tcPr>
            <w:tcW w:w="1234" w:type="dxa"/>
          </w:tcPr>
          <w:p w14:paraId="3F9637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я</w:t>
            </w:r>
          </w:p>
        </w:tc>
        <w:tc>
          <w:tcPr>
            <w:tcW w:w="1234" w:type="dxa"/>
          </w:tcPr>
          <w:p w14:paraId="00D893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0F8C81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1C5999C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5,4</w:t>
            </w:r>
          </w:p>
        </w:tc>
      </w:tr>
      <w:tr w:rsidR="006F0136" w:rsidRPr="00D77020" w14:paraId="0F244C31" w14:textId="77777777">
        <w:tc>
          <w:tcPr>
            <w:tcW w:w="7404" w:type="dxa"/>
            <w:gridSpan w:val="6"/>
          </w:tcPr>
          <w:p w14:paraId="65A803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799CCAF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143,9</w:t>
            </w:r>
          </w:p>
        </w:tc>
      </w:tr>
    </w:tbl>
    <w:p w14:paraId="7E8BA613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BG0000308 - Верила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0A0D03A0" w14:textId="77777777">
        <w:tc>
          <w:tcPr>
            <w:tcW w:w="1587" w:type="dxa"/>
          </w:tcPr>
          <w:p w14:paraId="4E6F22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188CB0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685CB4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4784CE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4CF467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5738BA72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365586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57FADD78" w14:textId="77777777">
        <w:tc>
          <w:tcPr>
            <w:tcW w:w="1234" w:type="dxa"/>
          </w:tcPr>
          <w:p w14:paraId="3050BC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245F87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HB-447-а</w:t>
            </w:r>
          </w:p>
        </w:tc>
        <w:tc>
          <w:tcPr>
            <w:tcW w:w="1234" w:type="dxa"/>
          </w:tcPr>
          <w:p w14:paraId="7FDC59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447</w:t>
            </w:r>
          </w:p>
        </w:tc>
        <w:tc>
          <w:tcPr>
            <w:tcW w:w="1234" w:type="dxa"/>
          </w:tcPr>
          <w:p w14:paraId="4361DC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1C64C2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6073F8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C0F74A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6,4</w:t>
            </w:r>
          </w:p>
        </w:tc>
      </w:tr>
      <w:tr w:rsidR="006F0136" w:rsidRPr="00D77020" w14:paraId="4270A880" w14:textId="77777777">
        <w:tc>
          <w:tcPr>
            <w:tcW w:w="7404" w:type="dxa"/>
            <w:gridSpan w:val="6"/>
          </w:tcPr>
          <w:p w14:paraId="4E0F24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35EF8FE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6,4</w:t>
            </w:r>
          </w:p>
        </w:tc>
      </w:tr>
    </w:tbl>
    <w:p w14:paraId="76FCFB95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BG0000636 - Ниска Рила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1ECA8D4C" w14:textId="77777777">
        <w:tc>
          <w:tcPr>
            <w:tcW w:w="1587" w:type="dxa"/>
          </w:tcPr>
          <w:p w14:paraId="624C6F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294F08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58079D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371F07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3C6BE4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12303D54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5FAD84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2E896B27" w14:textId="77777777">
        <w:tc>
          <w:tcPr>
            <w:tcW w:w="1234" w:type="dxa"/>
          </w:tcPr>
          <w:p w14:paraId="5B9B64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73672A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HB-183-е</w:t>
            </w:r>
          </w:p>
        </w:tc>
        <w:tc>
          <w:tcPr>
            <w:tcW w:w="1234" w:type="dxa"/>
          </w:tcPr>
          <w:p w14:paraId="57DAC4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183</w:t>
            </w:r>
          </w:p>
        </w:tc>
        <w:tc>
          <w:tcPr>
            <w:tcW w:w="1234" w:type="dxa"/>
          </w:tcPr>
          <w:p w14:paraId="7EB1E2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095D87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642A15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3D7AE3F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13,6</w:t>
            </w:r>
          </w:p>
        </w:tc>
      </w:tr>
      <w:tr w:rsidR="006F0136" w:rsidRPr="00D77020" w14:paraId="23169893" w14:textId="77777777">
        <w:tc>
          <w:tcPr>
            <w:tcW w:w="1234" w:type="dxa"/>
          </w:tcPr>
          <w:p w14:paraId="68E095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0AE2A2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HB-183-ж</w:t>
            </w:r>
          </w:p>
        </w:tc>
        <w:tc>
          <w:tcPr>
            <w:tcW w:w="1234" w:type="dxa"/>
          </w:tcPr>
          <w:p w14:paraId="3393C4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183</w:t>
            </w:r>
          </w:p>
        </w:tc>
        <w:tc>
          <w:tcPr>
            <w:tcW w:w="1234" w:type="dxa"/>
          </w:tcPr>
          <w:p w14:paraId="46DFFD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1A192E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5312A8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0DE19B7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4,3</w:t>
            </w:r>
          </w:p>
        </w:tc>
      </w:tr>
      <w:tr w:rsidR="006F0136" w:rsidRPr="00D77020" w14:paraId="4BC3B0DE" w14:textId="77777777">
        <w:tc>
          <w:tcPr>
            <w:tcW w:w="1234" w:type="dxa"/>
          </w:tcPr>
          <w:p w14:paraId="34E7FF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43433D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HB-189-д</w:t>
            </w:r>
          </w:p>
        </w:tc>
        <w:tc>
          <w:tcPr>
            <w:tcW w:w="1234" w:type="dxa"/>
          </w:tcPr>
          <w:p w14:paraId="059D44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189</w:t>
            </w:r>
          </w:p>
        </w:tc>
        <w:tc>
          <w:tcPr>
            <w:tcW w:w="1234" w:type="dxa"/>
          </w:tcPr>
          <w:p w14:paraId="7D48B4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69384C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2FE536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91BA</w:t>
            </w:r>
          </w:p>
        </w:tc>
        <w:tc>
          <w:tcPr>
            <w:tcW w:w="1234" w:type="dxa"/>
          </w:tcPr>
          <w:p w14:paraId="07686A5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1,3</w:t>
            </w:r>
          </w:p>
        </w:tc>
      </w:tr>
      <w:tr w:rsidR="006F0136" w:rsidRPr="00D77020" w14:paraId="023D6C82" w14:textId="77777777">
        <w:tc>
          <w:tcPr>
            <w:tcW w:w="1234" w:type="dxa"/>
          </w:tcPr>
          <w:p w14:paraId="2D650F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191A80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HB-193-б</w:t>
            </w:r>
          </w:p>
        </w:tc>
        <w:tc>
          <w:tcPr>
            <w:tcW w:w="1234" w:type="dxa"/>
          </w:tcPr>
          <w:p w14:paraId="28CF3E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193</w:t>
            </w:r>
          </w:p>
        </w:tc>
        <w:tc>
          <w:tcPr>
            <w:tcW w:w="1234" w:type="dxa"/>
          </w:tcPr>
          <w:p w14:paraId="31907F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0F77BB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7F4E9C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5C8C51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15,0</w:t>
            </w:r>
          </w:p>
        </w:tc>
      </w:tr>
      <w:tr w:rsidR="006F0136" w:rsidRPr="00D77020" w14:paraId="69E2C47D" w14:textId="77777777">
        <w:tc>
          <w:tcPr>
            <w:tcW w:w="1234" w:type="dxa"/>
          </w:tcPr>
          <w:p w14:paraId="09785B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695507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HB-193-г</w:t>
            </w:r>
          </w:p>
        </w:tc>
        <w:tc>
          <w:tcPr>
            <w:tcW w:w="1234" w:type="dxa"/>
          </w:tcPr>
          <w:p w14:paraId="7E1083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193</w:t>
            </w:r>
          </w:p>
        </w:tc>
        <w:tc>
          <w:tcPr>
            <w:tcW w:w="1234" w:type="dxa"/>
          </w:tcPr>
          <w:p w14:paraId="5A95D3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40EC7C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4B6D56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91BA</w:t>
            </w:r>
          </w:p>
        </w:tc>
        <w:tc>
          <w:tcPr>
            <w:tcW w:w="1234" w:type="dxa"/>
          </w:tcPr>
          <w:p w14:paraId="3C8C353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17,7</w:t>
            </w:r>
          </w:p>
        </w:tc>
      </w:tr>
      <w:tr w:rsidR="006F0136" w:rsidRPr="00D77020" w14:paraId="176E9359" w14:textId="77777777">
        <w:tc>
          <w:tcPr>
            <w:tcW w:w="1234" w:type="dxa"/>
          </w:tcPr>
          <w:p w14:paraId="3B98E8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740DB8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HB-258-б</w:t>
            </w:r>
          </w:p>
        </w:tc>
        <w:tc>
          <w:tcPr>
            <w:tcW w:w="1234" w:type="dxa"/>
          </w:tcPr>
          <w:p w14:paraId="4D713B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258</w:t>
            </w:r>
          </w:p>
        </w:tc>
        <w:tc>
          <w:tcPr>
            <w:tcW w:w="1234" w:type="dxa"/>
          </w:tcPr>
          <w:p w14:paraId="0BF43D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33E6D7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39F35C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8343F5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11,4</w:t>
            </w:r>
          </w:p>
        </w:tc>
      </w:tr>
      <w:tr w:rsidR="006F0136" w:rsidRPr="00D77020" w14:paraId="0997E036" w14:textId="77777777">
        <w:tc>
          <w:tcPr>
            <w:tcW w:w="1234" w:type="dxa"/>
          </w:tcPr>
          <w:p w14:paraId="08176D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05C86C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HB-258-в</w:t>
            </w:r>
          </w:p>
        </w:tc>
        <w:tc>
          <w:tcPr>
            <w:tcW w:w="1234" w:type="dxa"/>
          </w:tcPr>
          <w:p w14:paraId="750881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258</w:t>
            </w:r>
          </w:p>
        </w:tc>
        <w:tc>
          <w:tcPr>
            <w:tcW w:w="1234" w:type="dxa"/>
          </w:tcPr>
          <w:p w14:paraId="625E6E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5BB326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02D5FF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6C75F1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16,1</w:t>
            </w:r>
          </w:p>
        </w:tc>
      </w:tr>
      <w:tr w:rsidR="006F0136" w:rsidRPr="00D77020" w14:paraId="41E4665F" w14:textId="77777777">
        <w:tc>
          <w:tcPr>
            <w:tcW w:w="1234" w:type="dxa"/>
          </w:tcPr>
          <w:p w14:paraId="22811C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4E2E82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HB-259-е</w:t>
            </w:r>
          </w:p>
        </w:tc>
        <w:tc>
          <w:tcPr>
            <w:tcW w:w="1234" w:type="dxa"/>
          </w:tcPr>
          <w:p w14:paraId="695572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259</w:t>
            </w:r>
          </w:p>
        </w:tc>
        <w:tc>
          <w:tcPr>
            <w:tcW w:w="1234" w:type="dxa"/>
          </w:tcPr>
          <w:p w14:paraId="0E04BB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669B18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670183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01D5F7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7,9</w:t>
            </w:r>
          </w:p>
        </w:tc>
      </w:tr>
      <w:tr w:rsidR="006F0136" w:rsidRPr="00D77020" w14:paraId="2376642E" w14:textId="77777777">
        <w:tc>
          <w:tcPr>
            <w:tcW w:w="1234" w:type="dxa"/>
          </w:tcPr>
          <w:p w14:paraId="723813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6C61DE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HB-259-ж</w:t>
            </w:r>
          </w:p>
        </w:tc>
        <w:tc>
          <w:tcPr>
            <w:tcW w:w="1234" w:type="dxa"/>
          </w:tcPr>
          <w:p w14:paraId="01A8F3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259</w:t>
            </w:r>
          </w:p>
        </w:tc>
        <w:tc>
          <w:tcPr>
            <w:tcW w:w="1234" w:type="dxa"/>
          </w:tcPr>
          <w:p w14:paraId="499484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61BB3E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674B3D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C7E46F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12,3</w:t>
            </w:r>
          </w:p>
        </w:tc>
      </w:tr>
      <w:tr w:rsidR="006F0136" w:rsidRPr="00D77020" w14:paraId="0D522C1E" w14:textId="77777777">
        <w:tc>
          <w:tcPr>
            <w:tcW w:w="1234" w:type="dxa"/>
          </w:tcPr>
          <w:p w14:paraId="0FEDED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35B8BD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HB-259-з</w:t>
            </w:r>
          </w:p>
        </w:tc>
        <w:tc>
          <w:tcPr>
            <w:tcW w:w="1234" w:type="dxa"/>
          </w:tcPr>
          <w:p w14:paraId="0B390C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259</w:t>
            </w:r>
          </w:p>
        </w:tc>
        <w:tc>
          <w:tcPr>
            <w:tcW w:w="1234" w:type="dxa"/>
          </w:tcPr>
          <w:p w14:paraId="26AD5B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63A6E7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15170B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0321B6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9,6</w:t>
            </w:r>
          </w:p>
        </w:tc>
      </w:tr>
      <w:tr w:rsidR="006F0136" w:rsidRPr="00D77020" w14:paraId="3EE06DBA" w14:textId="77777777">
        <w:tc>
          <w:tcPr>
            <w:tcW w:w="1234" w:type="dxa"/>
          </w:tcPr>
          <w:p w14:paraId="24732B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7153EF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HB-49-б</w:t>
            </w:r>
          </w:p>
        </w:tc>
        <w:tc>
          <w:tcPr>
            <w:tcW w:w="1234" w:type="dxa"/>
          </w:tcPr>
          <w:p w14:paraId="3C204A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49</w:t>
            </w:r>
          </w:p>
        </w:tc>
        <w:tc>
          <w:tcPr>
            <w:tcW w:w="1234" w:type="dxa"/>
          </w:tcPr>
          <w:p w14:paraId="3DDB9B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2CE704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359859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30AED9A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4,8</w:t>
            </w:r>
          </w:p>
        </w:tc>
      </w:tr>
      <w:tr w:rsidR="006F0136" w:rsidRPr="00D77020" w14:paraId="425CF911" w14:textId="77777777">
        <w:tc>
          <w:tcPr>
            <w:tcW w:w="1234" w:type="dxa"/>
          </w:tcPr>
          <w:p w14:paraId="42DE49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64C1C6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HB-50-а</w:t>
            </w:r>
          </w:p>
        </w:tc>
        <w:tc>
          <w:tcPr>
            <w:tcW w:w="1234" w:type="dxa"/>
          </w:tcPr>
          <w:p w14:paraId="78F034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3229D8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0A5D16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30242D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76FF7CA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9,5</w:t>
            </w:r>
          </w:p>
        </w:tc>
      </w:tr>
      <w:tr w:rsidR="006F0136" w:rsidRPr="00D77020" w14:paraId="486D8F2E" w14:textId="77777777">
        <w:tc>
          <w:tcPr>
            <w:tcW w:w="1234" w:type="dxa"/>
          </w:tcPr>
          <w:p w14:paraId="03CBCD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3C8D11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HB-50-б</w:t>
            </w:r>
          </w:p>
        </w:tc>
        <w:tc>
          <w:tcPr>
            <w:tcW w:w="1234" w:type="dxa"/>
          </w:tcPr>
          <w:p w14:paraId="0AF55B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01B5FD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3DC5ED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6D2490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2ED8A63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12,5</w:t>
            </w:r>
          </w:p>
        </w:tc>
      </w:tr>
      <w:tr w:rsidR="006F0136" w:rsidRPr="00D77020" w14:paraId="187F38A2" w14:textId="77777777">
        <w:tc>
          <w:tcPr>
            <w:tcW w:w="7404" w:type="dxa"/>
            <w:gridSpan w:val="6"/>
          </w:tcPr>
          <w:p w14:paraId="2E1AB3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5167DC6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136,0</w:t>
            </w:r>
          </w:p>
        </w:tc>
      </w:tr>
    </w:tbl>
    <w:p w14:paraId="63AC50D4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lastRenderedPageBreak/>
        <w:t>Зона Натура 2000: BG0001013 - Скрино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6A1FC780" w14:textId="77777777">
        <w:tc>
          <w:tcPr>
            <w:tcW w:w="1587" w:type="dxa"/>
          </w:tcPr>
          <w:p w14:paraId="64A5B4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4414EF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722233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25127D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5174A2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02932F3C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6387C1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5E0FF215" w14:textId="77777777">
        <w:tc>
          <w:tcPr>
            <w:tcW w:w="1234" w:type="dxa"/>
          </w:tcPr>
          <w:p w14:paraId="60355C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7A2C92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HB-302-в</w:t>
            </w:r>
          </w:p>
        </w:tc>
        <w:tc>
          <w:tcPr>
            <w:tcW w:w="1234" w:type="dxa"/>
          </w:tcPr>
          <w:p w14:paraId="1AF817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302</w:t>
            </w:r>
          </w:p>
        </w:tc>
        <w:tc>
          <w:tcPr>
            <w:tcW w:w="1234" w:type="dxa"/>
          </w:tcPr>
          <w:p w14:paraId="3AB35D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0E0CD4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1D3226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27EA2EB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19,5</w:t>
            </w:r>
          </w:p>
        </w:tc>
      </w:tr>
      <w:tr w:rsidR="006F0136" w:rsidRPr="00D77020" w14:paraId="06537C61" w14:textId="77777777">
        <w:tc>
          <w:tcPr>
            <w:tcW w:w="1234" w:type="dxa"/>
          </w:tcPr>
          <w:p w14:paraId="24C6FF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013BEC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HB-302-д</w:t>
            </w:r>
          </w:p>
        </w:tc>
        <w:tc>
          <w:tcPr>
            <w:tcW w:w="1234" w:type="dxa"/>
          </w:tcPr>
          <w:p w14:paraId="72F1D2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302</w:t>
            </w:r>
          </w:p>
        </w:tc>
        <w:tc>
          <w:tcPr>
            <w:tcW w:w="1234" w:type="dxa"/>
          </w:tcPr>
          <w:p w14:paraId="421CB5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627D0D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7281D2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7981DEF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24,9</w:t>
            </w:r>
          </w:p>
        </w:tc>
      </w:tr>
      <w:tr w:rsidR="006F0136" w:rsidRPr="00D77020" w14:paraId="7394F364" w14:textId="77777777">
        <w:tc>
          <w:tcPr>
            <w:tcW w:w="1234" w:type="dxa"/>
          </w:tcPr>
          <w:p w14:paraId="4BD756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1F12CE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HB-302-е</w:t>
            </w:r>
          </w:p>
        </w:tc>
        <w:tc>
          <w:tcPr>
            <w:tcW w:w="1234" w:type="dxa"/>
          </w:tcPr>
          <w:p w14:paraId="2F9733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302</w:t>
            </w:r>
          </w:p>
        </w:tc>
        <w:tc>
          <w:tcPr>
            <w:tcW w:w="1234" w:type="dxa"/>
          </w:tcPr>
          <w:p w14:paraId="56AE03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6CCFBB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7859B5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2497EE1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5,0</w:t>
            </w:r>
          </w:p>
        </w:tc>
      </w:tr>
      <w:tr w:rsidR="006F0136" w:rsidRPr="00D77020" w14:paraId="5C5E7B60" w14:textId="77777777">
        <w:tc>
          <w:tcPr>
            <w:tcW w:w="1234" w:type="dxa"/>
          </w:tcPr>
          <w:p w14:paraId="344A2E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1CF14E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HB-320-и</w:t>
            </w:r>
          </w:p>
        </w:tc>
        <w:tc>
          <w:tcPr>
            <w:tcW w:w="1234" w:type="dxa"/>
          </w:tcPr>
          <w:p w14:paraId="704C26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320</w:t>
            </w:r>
          </w:p>
        </w:tc>
        <w:tc>
          <w:tcPr>
            <w:tcW w:w="1234" w:type="dxa"/>
          </w:tcPr>
          <w:p w14:paraId="3474D8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01B0C0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234" w:type="dxa"/>
          </w:tcPr>
          <w:p w14:paraId="74C283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6539257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15,9</w:t>
            </w:r>
          </w:p>
        </w:tc>
      </w:tr>
      <w:tr w:rsidR="006F0136" w:rsidRPr="00D77020" w14:paraId="6F94F7FC" w14:textId="77777777">
        <w:tc>
          <w:tcPr>
            <w:tcW w:w="1234" w:type="dxa"/>
          </w:tcPr>
          <w:p w14:paraId="2FB000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0E0ED9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HB-322-а</w:t>
            </w:r>
          </w:p>
        </w:tc>
        <w:tc>
          <w:tcPr>
            <w:tcW w:w="1234" w:type="dxa"/>
          </w:tcPr>
          <w:p w14:paraId="6AB44E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322</w:t>
            </w:r>
          </w:p>
        </w:tc>
        <w:tc>
          <w:tcPr>
            <w:tcW w:w="1234" w:type="dxa"/>
          </w:tcPr>
          <w:p w14:paraId="222B96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7D3369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385BF6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3B0CA7F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11,5</w:t>
            </w:r>
          </w:p>
        </w:tc>
      </w:tr>
      <w:tr w:rsidR="006F0136" w:rsidRPr="00D77020" w14:paraId="71AE398D" w14:textId="77777777">
        <w:tc>
          <w:tcPr>
            <w:tcW w:w="1234" w:type="dxa"/>
          </w:tcPr>
          <w:p w14:paraId="40FA7A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6436A4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HB-322-б</w:t>
            </w:r>
          </w:p>
        </w:tc>
        <w:tc>
          <w:tcPr>
            <w:tcW w:w="1234" w:type="dxa"/>
          </w:tcPr>
          <w:p w14:paraId="1F64B3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322</w:t>
            </w:r>
          </w:p>
        </w:tc>
        <w:tc>
          <w:tcPr>
            <w:tcW w:w="1234" w:type="dxa"/>
          </w:tcPr>
          <w:p w14:paraId="7553F3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30B08E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004DFB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4ABDE2A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15,3</w:t>
            </w:r>
          </w:p>
        </w:tc>
      </w:tr>
      <w:tr w:rsidR="006F0136" w:rsidRPr="00D77020" w14:paraId="4846CB6C" w14:textId="77777777">
        <w:tc>
          <w:tcPr>
            <w:tcW w:w="1234" w:type="dxa"/>
          </w:tcPr>
          <w:p w14:paraId="43E2C6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6DEA60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HB-323-а</w:t>
            </w:r>
          </w:p>
        </w:tc>
        <w:tc>
          <w:tcPr>
            <w:tcW w:w="1234" w:type="dxa"/>
          </w:tcPr>
          <w:p w14:paraId="53871A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323</w:t>
            </w:r>
          </w:p>
        </w:tc>
        <w:tc>
          <w:tcPr>
            <w:tcW w:w="1234" w:type="dxa"/>
          </w:tcPr>
          <w:p w14:paraId="011179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165F75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672E32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7251D43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17,4</w:t>
            </w:r>
          </w:p>
        </w:tc>
      </w:tr>
      <w:tr w:rsidR="006F0136" w:rsidRPr="00D77020" w14:paraId="74FEA058" w14:textId="77777777">
        <w:tc>
          <w:tcPr>
            <w:tcW w:w="1234" w:type="dxa"/>
          </w:tcPr>
          <w:p w14:paraId="5EF6C3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3BC559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HB-326-ц</w:t>
            </w:r>
          </w:p>
        </w:tc>
        <w:tc>
          <w:tcPr>
            <w:tcW w:w="1234" w:type="dxa"/>
          </w:tcPr>
          <w:p w14:paraId="1D1380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326</w:t>
            </w:r>
          </w:p>
        </w:tc>
        <w:tc>
          <w:tcPr>
            <w:tcW w:w="1234" w:type="dxa"/>
          </w:tcPr>
          <w:p w14:paraId="104570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ц</w:t>
            </w:r>
          </w:p>
        </w:tc>
        <w:tc>
          <w:tcPr>
            <w:tcW w:w="1234" w:type="dxa"/>
          </w:tcPr>
          <w:p w14:paraId="52FE2E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55</w:t>
            </w:r>
          </w:p>
        </w:tc>
        <w:tc>
          <w:tcPr>
            <w:tcW w:w="1234" w:type="dxa"/>
          </w:tcPr>
          <w:p w14:paraId="7C4C7F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DD0F97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5,7</w:t>
            </w:r>
          </w:p>
        </w:tc>
      </w:tr>
      <w:tr w:rsidR="006F0136" w:rsidRPr="00D77020" w14:paraId="36B20B76" w14:textId="77777777">
        <w:tc>
          <w:tcPr>
            <w:tcW w:w="1234" w:type="dxa"/>
          </w:tcPr>
          <w:p w14:paraId="675A3B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0BABFD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HB-481-з</w:t>
            </w:r>
          </w:p>
        </w:tc>
        <w:tc>
          <w:tcPr>
            <w:tcW w:w="1234" w:type="dxa"/>
          </w:tcPr>
          <w:p w14:paraId="601E3B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481</w:t>
            </w:r>
          </w:p>
        </w:tc>
        <w:tc>
          <w:tcPr>
            <w:tcW w:w="1234" w:type="dxa"/>
          </w:tcPr>
          <w:p w14:paraId="02DD04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740A1C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65</w:t>
            </w:r>
          </w:p>
        </w:tc>
        <w:tc>
          <w:tcPr>
            <w:tcW w:w="1234" w:type="dxa"/>
          </w:tcPr>
          <w:p w14:paraId="42E69E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45A491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9,5</w:t>
            </w:r>
          </w:p>
        </w:tc>
      </w:tr>
      <w:tr w:rsidR="006F0136" w:rsidRPr="00D77020" w14:paraId="57BFA066" w14:textId="77777777">
        <w:tc>
          <w:tcPr>
            <w:tcW w:w="1234" w:type="dxa"/>
          </w:tcPr>
          <w:p w14:paraId="676E72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131D21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HB-481-о</w:t>
            </w:r>
          </w:p>
        </w:tc>
        <w:tc>
          <w:tcPr>
            <w:tcW w:w="1234" w:type="dxa"/>
          </w:tcPr>
          <w:p w14:paraId="5FA19A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481</w:t>
            </w:r>
          </w:p>
        </w:tc>
        <w:tc>
          <w:tcPr>
            <w:tcW w:w="1234" w:type="dxa"/>
          </w:tcPr>
          <w:p w14:paraId="55B00F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5E58A2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55</w:t>
            </w:r>
          </w:p>
        </w:tc>
        <w:tc>
          <w:tcPr>
            <w:tcW w:w="1234" w:type="dxa"/>
          </w:tcPr>
          <w:p w14:paraId="09533E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59922C7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1,6</w:t>
            </w:r>
          </w:p>
        </w:tc>
      </w:tr>
      <w:tr w:rsidR="006F0136" w:rsidRPr="00D77020" w14:paraId="331D5616" w14:textId="77777777">
        <w:tc>
          <w:tcPr>
            <w:tcW w:w="1234" w:type="dxa"/>
          </w:tcPr>
          <w:p w14:paraId="6D794F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61EB07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HB-481-р</w:t>
            </w:r>
          </w:p>
        </w:tc>
        <w:tc>
          <w:tcPr>
            <w:tcW w:w="1234" w:type="dxa"/>
          </w:tcPr>
          <w:p w14:paraId="107DA1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481</w:t>
            </w:r>
          </w:p>
        </w:tc>
        <w:tc>
          <w:tcPr>
            <w:tcW w:w="1234" w:type="dxa"/>
          </w:tcPr>
          <w:p w14:paraId="3EA7D3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477838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6A1997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72DD694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0,8</w:t>
            </w:r>
          </w:p>
        </w:tc>
      </w:tr>
      <w:tr w:rsidR="006F0136" w:rsidRPr="00D77020" w14:paraId="67D0F3F3" w14:textId="77777777">
        <w:tc>
          <w:tcPr>
            <w:tcW w:w="1234" w:type="dxa"/>
          </w:tcPr>
          <w:p w14:paraId="077C5C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49063F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HB-482-к</w:t>
            </w:r>
          </w:p>
        </w:tc>
        <w:tc>
          <w:tcPr>
            <w:tcW w:w="1234" w:type="dxa"/>
          </w:tcPr>
          <w:p w14:paraId="0FD022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482</w:t>
            </w:r>
          </w:p>
        </w:tc>
        <w:tc>
          <w:tcPr>
            <w:tcW w:w="1234" w:type="dxa"/>
          </w:tcPr>
          <w:p w14:paraId="3EBBC4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445F1C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</w:t>
            </w:r>
          </w:p>
        </w:tc>
        <w:tc>
          <w:tcPr>
            <w:tcW w:w="1234" w:type="dxa"/>
          </w:tcPr>
          <w:p w14:paraId="0FDAC1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5649C9D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1,6</w:t>
            </w:r>
          </w:p>
        </w:tc>
      </w:tr>
      <w:tr w:rsidR="006F0136" w:rsidRPr="00D77020" w14:paraId="68DA78DE" w14:textId="77777777">
        <w:tc>
          <w:tcPr>
            <w:tcW w:w="1234" w:type="dxa"/>
          </w:tcPr>
          <w:p w14:paraId="562BAF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650B0F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HB-482-р</w:t>
            </w:r>
          </w:p>
        </w:tc>
        <w:tc>
          <w:tcPr>
            <w:tcW w:w="1234" w:type="dxa"/>
          </w:tcPr>
          <w:p w14:paraId="746F6F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482</w:t>
            </w:r>
          </w:p>
        </w:tc>
        <w:tc>
          <w:tcPr>
            <w:tcW w:w="1234" w:type="dxa"/>
          </w:tcPr>
          <w:p w14:paraId="721A86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7EB7DD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6EC25D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31962A1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28,7</w:t>
            </w:r>
          </w:p>
        </w:tc>
      </w:tr>
      <w:tr w:rsidR="006F0136" w:rsidRPr="00D77020" w14:paraId="7CC4D0AA" w14:textId="77777777">
        <w:tc>
          <w:tcPr>
            <w:tcW w:w="1234" w:type="dxa"/>
          </w:tcPr>
          <w:p w14:paraId="205BD0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7D659D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HB-483-к</w:t>
            </w:r>
          </w:p>
        </w:tc>
        <w:tc>
          <w:tcPr>
            <w:tcW w:w="1234" w:type="dxa"/>
          </w:tcPr>
          <w:p w14:paraId="3E5F4D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483</w:t>
            </w:r>
          </w:p>
        </w:tc>
        <w:tc>
          <w:tcPr>
            <w:tcW w:w="1234" w:type="dxa"/>
          </w:tcPr>
          <w:p w14:paraId="69326B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4E47E0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55</w:t>
            </w:r>
          </w:p>
        </w:tc>
        <w:tc>
          <w:tcPr>
            <w:tcW w:w="1234" w:type="dxa"/>
          </w:tcPr>
          <w:p w14:paraId="36736E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0571E0A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1,4</w:t>
            </w:r>
          </w:p>
        </w:tc>
      </w:tr>
      <w:tr w:rsidR="006F0136" w:rsidRPr="00D77020" w14:paraId="37727963" w14:textId="77777777">
        <w:tc>
          <w:tcPr>
            <w:tcW w:w="1234" w:type="dxa"/>
          </w:tcPr>
          <w:p w14:paraId="258614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23BD02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HB-483-л</w:t>
            </w:r>
          </w:p>
        </w:tc>
        <w:tc>
          <w:tcPr>
            <w:tcW w:w="1234" w:type="dxa"/>
          </w:tcPr>
          <w:p w14:paraId="251E94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483</w:t>
            </w:r>
          </w:p>
        </w:tc>
        <w:tc>
          <w:tcPr>
            <w:tcW w:w="1234" w:type="dxa"/>
          </w:tcPr>
          <w:p w14:paraId="2120BC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7FEE9D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55</w:t>
            </w:r>
          </w:p>
        </w:tc>
        <w:tc>
          <w:tcPr>
            <w:tcW w:w="1234" w:type="dxa"/>
          </w:tcPr>
          <w:p w14:paraId="0026CC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6B8DBC0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2,8</w:t>
            </w:r>
          </w:p>
        </w:tc>
      </w:tr>
      <w:tr w:rsidR="006F0136" w:rsidRPr="00D77020" w14:paraId="2ABE94C0" w14:textId="77777777">
        <w:tc>
          <w:tcPr>
            <w:tcW w:w="1234" w:type="dxa"/>
          </w:tcPr>
          <w:p w14:paraId="3DA798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61A418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HB-483-у</w:t>
            </w:r>
          </w:p>
        </w:tc>
        <w:tc>
          <w:tcPr>
            <w:tcW w:w="1234" w:type="dxa"/>
          </w:tcPr>
          <w:p w14:paraId="6F5DAD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483</w:t>
            </w:r>
          </w:p>
        </w:tc>
        <w:tc>
          <w:tcPr>
            <w:tcW w:w="1234" w:type="dxa"/>
          </w:tcPr>
          <w:p w14:paraId="77E4E3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у</w:t>
            </w:r>
          </w:p>
        </w:tc>
        <w:tc>
          <w:tcPr>
            <w:tcW w:w="1234" w:type="dxa"/>
          </w:tcPr>
          <w:p w14:paraId="22FBD0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</w:t>
            </w:r>
          </w:p>
        </w:tc>
        <w:tc>
          <w:tcPr>
            <w:tcW w:w="1234" w:type="dxa"/>
          </w:tcPr>
          <w:p w14:paraId="318344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13E09B9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1,0</w:t>
            </w:r>
          </w:p>
        </w:tc>
      </w:tr>
      <w:tr w:rsidR="006F0136" w:rsidRPr="00D77020" w14:paraId="54E4108A" w14:textId="77777777">
        <w:tc>
          <w:tcPr>
            <w:tcW w:w="1234" w:type="dxa"/>
          </w:tcPr>
          <w:p w14:paraId="6C5D64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55F347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HB-483-ш</w:t>
            </w:r>
          </w:p>
        </w:tc>
        <w:tc>
          <w:tcPr>
            <w:tcW w:w="1234" w:type="dxa"/>
          </w:tcPr>
          <w:p w14:paraId="710441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483</w:t>
            </w:r>
          </w:p>
        </w:tc>
        <w:tc>
          <w:tcPr>
            <w:tcW w:w="1234" w:type="dxa"/>
          </w:tcPr>
          <w:p w14:paraId="4B5758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ш</w:t>
            </w:r>
          </w:p>
        </w:tc>
        <w:tc>
          <w:tcPr>
            <w:tcW w:w="1234" w:type="dxa"/>
          </w:tcPr>
          <w:p w14:paraId="70F915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1EB28D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2DDDFE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14,3</w:t>
            </w:r>
          </w:p>
        </w:tc>
      </w:tr>
      <w:tr w:rsidR="006F0136" w:rsidRPr="00D77020" w14:paraId="29870E4B" w14:textId="77777777">
        <w:tc>
          <w:tcPr>
            <w:tcW w:w="1234" w:type="dxa"/>
          </w:tcPr>
          <w:p w14:paraId="4C5B53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66A404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HB-485-а</w:t>
            </w:r>
          </w:p>
        </w:tc>
        <w:tc>
          <w:tcPr>
            <w:tcW w:w="1234" w:type="dxa"/>
          </w:tcPr>
          <w:p w14:paraId="3D5276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485</w:t>
            </w:r>
          </w:p>
        </w:tc>
        <w:tc>
          <w:tcPr>
            <w:tcW w:w="1234" w:type="dxa"/>
          </w:tcPr>
          <w:p w14:paraId="1FA14F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0A7B84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3F9A19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15E2669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4,5</w:t>
            </w:r>
          </w:p>
        </w:tc>
      </w:tr>
      <w:tr w:rsidR="006F0136" w:rsidRPr="00D77020" w14:paraId="402CB7A9" w14:textId="77777777">
        <w:tc>
          <w:tcPr>
            <w:tcW w:w="1234" w:type="dxa"/>
          </w:tcPr>
          <w:p w14:paraId="3D3C1F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469ACD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HB-485-б</w:t>
            </w:r>
          </w:p>
        </w:tc>
        <w:tc>
          <w:tcPr>
            <w:tcW w:w="1234" w:type="dxa"/>
          </w:tcPr>
          <w:p w14:paraId="3BD190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485</w:t>
            </w:r>
          </w:p>
        </w:tc>
        <w:tc>
          <w:tcPr>
            <w:tcW w:w="1234" w:type="dxa"/>
          </w:tcPr>
          <w:p w14:paraId="71A588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768337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230755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6B5893D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5,9</w:t>
            </w:r>
          </w:p>
        </w:tc>
      </w:tr>
      <w:tr w:rsidR="006F0136" w:rsidRPr="00D77020" w14:paraId="51EC5967" w14:textId="77777777">
        <w:tc>
          <w:tcPr>
            <w:tcW w:w="1234" w:type="dxa"/>
          </w:tcPr>
          <w:p w14:paraId="0E8EA1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10D063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HB-485-н</w:t>
            </w:r>
          </w:p>
        </w:tc>
        <w:tc>
          <w:tcPr>
            <w:tcW w:w="1234" w:type="dxa"/>
          </w:tcPr>
          <w:p w14:paraId="2580E2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485</w:t>
            </w:r>
          </w:p>
        </w:tc>
        <w:tc>
          <w:tcPr>
            <w:tcW w:w="1234" w:type="dxa"/>
          </w:tcPr>
          <w:p w14:paraId="5C6C92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4C2E65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55</w:t>
            </w:r>
          </w:p>
        </w:tc>
        <w:tc>
          <w:tcPr>
            <w:tcW w:w="1234" w:type="dxa"/>
          </w:tcPr>
          <w:p w14:paraId="2B01B9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7C2927E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23,5</w:t>
            </w:r>
          </w:p>
        </w:tc>
      </w:tr>
      <w:tr w:rsidR="006F0136" w:rsidRPr="00D77020" w14:paraId="1CC52AA7" w14:textId="77777777">
        <w:tc>
          <w:tcPr>
            <w:tcW w:w="1234" w:type="dxa"/>
          </w:tcPr>
          <w:p w14:paraId="732E9C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5E409E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HB-485-о</w:t>
            </w:r>
          </w:p>
        </w:tc>
        <w:tc>
          <w:tcPr>
            <w:tcW w:w="1234" w:type="dxa"/>
          </w:tcPr>
          <w:p w14:paraId="700343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485</w:t>
            </w:r>
          </w:p>
        </w:tc>
        <w:tc>
          <w:tcPr>
            <w:tcW w:w="1234" w:type="dxa"/>
          </w:tcPr>
          <w:p w14:paraId="482F5E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5C4C11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6D3A16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686F9C1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18,1</w:t>
            </w:r>
          </w:p>
        </w:tc>
      </w:tr>
      <w:tr w:rsidR="006F0136" w:rsidRPr="00D77020" w14:paraId="72484CDB" w14:textId="77777777">
        <w:tc>
          <w:tcPr>
            <w:tcW w:w="1234" w:type="dxa"/>
          </w:tcPr>
          <w:p w14:paraId="530216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12351A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HB-486-а</w:t>
            </w:r>
          </w:p>
        </w:tc>
        <w:tc>
          <w:tcPr>
            <w:tcW w:w="1234" w:type="dxa"/>
          </w:tcPr>
          <w:p w14:paraId="1A5781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486</w:t>
            </w:r>
          </w:p>
        </w:tc>
        <w:tc>
          <w:tcPr>
            <w:tcW w:w="1234" w:type="dxa"/>
          </w:tcPr>
          <w:p w14:paraId="2A1EE8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7ED262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681EDC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030BAF1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20,5</w:t>
            </w:r>
          </w:p>
        </w:tc>
      </w:tr>
      <w:tr w:rsidR="006F0136" w:rsidRPr="00D77020" w14:paraId="2DC0A721" w14:textId="77777777">
        <w:tc>
          <w:tcPr>
            <w:tcW w:w="1234" w:type="dxa"/>
          </w:tcPr>
          <w:p w14:paraId="5AB96F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16F3F7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HB-487-в</w:t>
            </w:r>
          </w:p>
        </w:tc>
        <w:tc>
          <w:tcPr>
            <w:tcW w:w="1234" w:type="dxa"/>
          </w:tcPr>
          <w:p w14:paraId="287143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487</w:t>
            </w:r>
          </w:p>
        </w:tc>
        <w:tc>
          <w:tcPr>
            <w:tcW w:w="1234" w:type="dxa"/>
          </w:tcPr>
          <w:p w14:paraId="1C4599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351710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65</w:t>
            </w:r>
          </w:p>
        </w:tc>
        <w:tc>
          <w:tcPr>
            <w:tcW w:w="1234" w:type="dxa"/>
          </w:tcPr>
          <w:p w14:paraId="50D7CC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1D6EFF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3,8</w:t>
            </w:r>
          </w:p>
        </w:tc>
      </w:tr>
      <w:tr w:rsidR="006F0136" w:rsidRPr="00D77020" w14:paraId="76205522" w14:textId="77777777">
        <w:tc>
          <w:tcPr>
            <w:tcW w:w="1234" w:type="dxa"/>
          </w:tcPr>
          <w:p w14:paraId="52D873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54C0F2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HB-492-б</w:t>
            </w:r>
          </w:p>
        </w:tc>
        <w:tc>
          <w:tcPr>
            <w:tcW w:w="1234" w:type="dxa"/>
          </w:tcPr>
          <w:p w14:paraId="091BBD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492</w:t>
            </w:r>
          </w:p>
        </w:tc>
        <w:tc>
          <w:tcPr>
            <w:tcW w:w="1234" w:type="dxa"/>
          </w:tcPr>
          <w:p w14:paraId="08362F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21D5E4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25A099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1D26D75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15,1</w:t>
            </w:r>
          </w:p>
        </w:tc>
      </w:tr>
      <w:tr w:rsidR="006F0136" w:rsidRPr="00D77020" w14:paraId="1B759E4D" w14:textId="77777777">
        <w:tc>
          <w:tcPr>
            <w:tcW w:w="7404" w:type="dxa"/>
            <w:gridSpan w:val="6"/>
          </w:tcPr>
          <w:p w14:paraId="516EF7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291811F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268,3</w:t>
            </w:r>
          </w:p>
        </w:tc>
      </w:tr>
    </w:tbl>
    <w:p w14:paraId="0A46AF97" w14:textId="77777777" w:rsidR="006F0136" w:rsidRPr="00D77020" w:rsidRDefault="00D77020">
      <w:pPr>
        <w:rPr>
          <w:lang w:val="bg-BG"/>
        </w:rPr>
      </w:pPr>
      <w:r w:rsidRPr="00D77020">
        <w:rPr>
          <w:lang w:val="bg-BG"/>
        </w:rPr>
        <w:br w:type="page"/>
      </w:r>
    </w:p>
    <w:p w14:paraId="54CAEF7F" w14:textId="77777777" w:rsidR="006F0136" w:rsidRPr="00D77020" w:rsidRDefault="00D77020">
      <w:pPr>
        <w:pStyle w:val="Heading1"/>
        <w:rPr>
          <w:lang w:val="bg-BG"/>
        </w:rPr>
      </w:pPr>
      <w:bookmarkStart w:id="8" w:name="_Toc222837675"/>
      <w:r w:rsidRPr="00D77020">
        <w:rPr>
          <w:lang w:val="bg-BG"/>
        </w:rPr>
        <w:lastRenderedPageBreak/>
        <w:t xml:space="preserve">ДГС Елешница - Обща площ: 1,1 </w:t>
      </w:r>
      <w:proofErr w:type="spellStart"/>
      <w:r w:rsidRPr="00D77020">
        <w:rPr>
          <w:lang w:val="bg-BG"/>
        </w:rPr>
        <w:t>хa</w:t>
      </w:r>
      <w:bookmarkEnd w:id="8"/>
      <w:proofErr w:type="spellEnd"/>
    </w:p>
    <w:p w14:paraId="0852CB75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BG0001021 - Река Места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78EF13E7" w14:textId="77777777">
        <w:tc>
          <w:tcPr>
            <w:tcW w:w="1587" w:type="dxa"/>
          </w:tcPr>
          <w:p w14:paraId="6B5405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116B4E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5CAA11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0369E7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10DDEA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2C715333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1291A8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16ADDDAB" w14:textId="77777777">
        <w:tc>
          <w:tcPr>
            <w:tcW w:w="1234" w:type="dxa"/>
          </w:tcPr>
          <w:p w14:paraId="06DB81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2E04CE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BH-67-м1</w:t>
            </w:r>
          </w:p>
        </w:tc>
        <w:tc>
          <w:tcPr>
            <w:tcW w:w="1234" w:type="dxa"/>
          </w:tcPr>
          <w:p w14:paraId="0967FA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67</w:t>
            </w:r>
          </w:p>
        </w:tc>
        <w:tc>
          <w:tcPr>
            <w:tcW w:w="1234" w:type="dxa"/>
          </w:tcPr>
          <w:p w14:paraId="74FB6D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м1</w:t>
            </w:r>
          </w:p>
        </w:tc>
        <w:tc>
          <w:tcPr>
            <w:tcW w:w="1234" w:type="dxa"/>
          </w:tcPr>
          <w:p w14:paraId="6C9F64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39DF42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450973D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07B15BC7" w14:textId="77777777">
        <w:tc>
          <w:tcPr>
            <w:tcW w:w="1234" w:type="dxa"/>
          </w:tcPr>
          <w:p w14:paraId="271DA5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37609B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BH-68-а</w:t>
            </w:r>
          </w:p>
        </w:tc>
        <w:tc>
          <w:tcPr>
            <w:tcW w:w="1234" w:type="dxa"/>
          </w:tcPr>
          <w:p w14:paraId="104D45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68</w:t>
            </w:r>
          </w:p>
        </w:tc>
        <w:tc>
          <w:tcPr>
            <w:tcW w:w="1234" w:type="dxa"/>
          </w:tcPr>
          <w:p w14:paraId="7F60CA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3F45FC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7AE721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1004154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22B63356" w14:textId="77777777">
        <w:tc>
          <w:tcPr>
            <w:tcW w:w="1234" w:type="dxa"/>
          </w:tcPr>
          <w:p w14:paraId="3A1A94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28D2BA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BH-68-б</w:t>
            </w:r>
          </w:p>
        </w:tc>
        <w:tc>
          <w:tcPr>
            <w:tcW w:w="1234" w:type="dxa"/>
          </w:tcPr>
          <w:p w14:paraId="37570A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68</w:t>
            </w:r>
          </w:p>
        </w:tc>
        <w:tc>
          <w:tcPr>
            <w:tcW w:w="1234" w:type="dxa"/>
          </w:tcPr>
          <w:p w14:paraId="212FFC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48E58C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295124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28E2DFF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0A5359A9" w14:textId="77777777">
        <w:tc>
          <w:tcPr>
            <w:tcW w:w="7404" w:type="dxa"/>
            <w:gridSpan w:val="6"/>
          </w:tcPr>
          <w:p w14:paraId="42DC3D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1638564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1,1</w:t>
            </w:r>
          </w:p>
        </w:tc>
      </w:tr>
    </w:tbl>
    <w:p w14:paraId="3AA356C7" w14:textId="77777777" w:rsidR="006F0136" w:rsidRPr="00D77020" w:rsidRDefault="00D77020">
      <w:pPr>
        <w:rPr>
          <w:lang w:val="bg-BG"/>
        </w:rPr>
      </w:pPr>
      <w:r w:rsidRPr="00D77020">
        <w:rPr>
          <w:lang w:val="bg-BG"/>
        </w:rPr>
        <w:br w:type="page"/>
      </w:r>
    </w:p>
    <w:p w14:paraId="2744D47B" w14:textId="77777777" w:rsidR="006F0136" w:rsidRPr="00D77020" w:rsidRDefault="00D77020">
      <w:pPr>
        <w:pStyle w:val="Heading1"/>
        <w:rPr>
          <w:lang w:val="bg-BG"/>
        </w:rPr>
      </w:pPr>
      <w:bookmarkStart w:id="9" w:name="_Toc222837676"/>
      <w:r w:rsidRPr="00D77020">
        <w:rPr>
          <w:lang w:val="bg-BG"/>
        </w:rPr>
        <w:lastRenderedPageBreak/>
        <w:t xml:space="preserve">ДГС Елин Пелин - Обща площ: 752,5 </w:t>
      </w:r>
      <w:proofErr w:type="spellStart"/>
      <w:r w:rsidRPr="00D77020">
        <w:rPr>
          <w:lang w:val="bg-BG"/>
        </w:rPr>
        <w:t>хa</w:t>
      </w:r>
      <w:bookmarkEnd w:id="9"/>
      <w:proofErr w:type="spellEnd"/>
    </w:p>
    <w:p w14:paraId="16983167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BG0001043 - Етрополе - Байлово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08E95217" w14:textId="77777777">
        <w:tc>
          <w:tcPr>
            <w:tcW w:w="1587" w:type="dxa"/>
          </w:tcPr>
          <w:p w14:paraId="67ABF1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4A4FD3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737800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5DC426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490699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1D28894B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3727B2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440BC064" w14:textId="77777777">
        <w:tc>
          <w:tcPr>
            <w:tcW w:w="1234" w:type="dxa"/>
          </w:tcPr>
          <w:p w14:paraId="79FEF5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451846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RA-107-е</w:t>
            </w:r>
          </w:p>
        </w:tc>
        <w:tc>
          <w:tcPr>
            <w:tcW w:w="1234" w:type="dxa"/>
          </w:tcPr>
          <w:p w14:paraId="4F54B8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107</w:t>
            </w:r>
          </w:p>
        </w:tc>
        <w:tc>
          <w:tcPr>
            <w:tcW w:w="1234" w:type="dxa"/>
          </w:tcPr>
          <w:p w14:paraId="002481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13930F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0BD5C0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223E1DD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4,2</w:t>
            </w:r>
          </w:p>
        </w:tc>
      </w:tr>
      <w:tr w:rsidR="006F0136" w:rsidRPr="00D77020" w14:paraId="78F6A28D" w14:textId="77777777">
        <w:tc>
          <w:tcPr>
            <w:tcW w:w="1234" w:type="dxa"/>
          </w:tcPr>
          <w:p w14:paraId="11E08E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6ED9CD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RA-121-д</w:t>
            </w:r>
          </w:p>
        </w:tc>
        <w:tc>
          <w:tcPr>
            <w:tcW w:w="1234" w:type="dxa"/>
          </w:tcPr>
          <w:p w14:paraId="34B57E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121</w:t>
            </w:r>
          </w:p>
        </w:tc>
        <w:tc>
          <w:tcPr>
            <w:tcW w:w="1234" w:type="dxa"/>
          </w:tcPr>
          <w:p w14:paraId="31B4AF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7BAC51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1CB5E1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089FE3E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2,2</w:t>
            </w:r>
          </w:p>
        </w:tc>
      </w:tr>
      <w:tr w:rsidR="006F0136" w:rsidRPr="00D77020" w14:paraId="0C447433" w14:textId="77777777">
        <w:tc>
          <w:tcPr>
            <w:tcW w:w="1234" w:type="dxa"/>
          </w:tcPr>
          <w:p w14:paraId="28C6FD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74FE92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RA-121-ж</w:t>
            </w:r>
          </w:p>
        </w:tc>
        <w:tc>
          <w:tcPr>
            <w:tcW w:w="1234" w:type="dxa"/>
          </w:tcPr>
          <w:p w14:paraId="6545B7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121</w:t>
            </w:r>
          </w:p>
        </w:tc>
        <w:tc>
          <w:tcPr>
            <w:tcW w:w="1234" w:type="dxa"/>
          </w:tcPr>
          <w:p w14:paraId="3E8C1C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2035FA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51E973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3FFED6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24,9</w:t>
            </w:r>
          </w:p>
        </w:tc>
      </w:tr>
      <w:tr w:rsidR="006F0136" w:rsidRPr="00D77020" w14:paraId="18698519" w14:textId="77777777">
        <w:tc>
          <w:tcPr>
            <w:tcW w:w="1234" w:type="dxa"/>
          </w:tcPr>
          <w:p w14:paraId="392A76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2D1DAC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RA-123-в</w:t>
            </w:r>
          </w:p>
        </w:tc>
        <w:tc>
          <w:tcPr>
            <w:tcW w:w="1234" w:type="dxa"/>
          </w:tcPr>
          <w:p w14:paraId="66811C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123</w:t>
            </w:r>
          </w:p>
        </w:tc>
        <w:tc>
          <w:tcPr>
            <w:tcW w:w="1234" w:type="dxa"/>
          </w:tcPr>
          <w:p w14:paraId="0223D1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332DE6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02DF75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51A740B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5,5</w:t>
            </w:r>
          </w:p>
        </w:tc>
      </w:tr>
      <w:tr w:rsidR="006F0136" w:rsidRPr="00D77020" w14:paraId="18E72D72" w14:textId="77777777">
        <w:tc>
          <w:tcPr>
            <w:tcW w:w="1234" w:type="dxa"/>
          </w:tcPr>
          <w:p w14:paraId="2323BC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2D0102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RA-123-г</w:t>
            </w:r>
          </w:p>
        </w:tc>
        <w:tc>
          <w:tcPr>
            <w:tcW w:w="1234" w:type="dxa"/>
          </w:tcPr>
          <w:p w14:paraId="1AD95F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123</w:t>
            </w:r>
          </w:p>
        </w:tc>
        <w:tc>
          <w:tcPr>
            <w:tcW w:w="1234" w:type="dxa"/>
          </w:tcPr>
          <w:p w14:paraId="203302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5FE593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055430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09CD028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4,9</w:t>
            </w:r>
          </w:p>
        </w:tc>
      </w:tr>
      <w:tr w:rsidR="006F0136" w:rsidRPr="00D77020" w14:paraId="411FA4E8" w14:textId="77777777">
        <w:tc>
          <w:tcPr>
            <w:tcW w:w="1234" w:type="dxa"/>
          </w:tcPr>
          <w:p w14:paraId="77C722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2D85D8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RA-127-и</w:t>
            </w:r>
          </w:p>
        </w:tc>
        <w:tc>
          <w:tcPr>
            <w:tcW w:w="1234" w:type="dxa"/>
          </w:tcPr>
          <w:p w14:paraId="02C935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127</w:t>
            </w:r>
          </w:p>
        </w:tc>
        <w:tc>
          <w:tcPr>
            <w:tcW w:w="1234" w:type="dxa"/>
          </w:tcPr>
          <w:p w14:paraId="7C28B6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40F7B2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85</w:t>
            </w:r>
          </w:p>
        </w:tc>
        <w:tc>
          <w:tcPr>
            <w:tcW w:w="1234" w:type="dxa"/>
          </w:tcPr>
          <w:p w14:paraId="797686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5310A89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7,1</w:t>
            </w:r>
          </w:p>
        </w:tc>
      </w:tr>
      <w:tr w:rsidR="006F0136" w:rsidRPr="00D77020" w14:paraId="65EA5FB4" w14:textId="77777777">
        <w:tc>
          <w:tcPr>
            <w:tcW w:w="1234" w:type="dxa"/>
          </w:tcPr>
          <w:p w14:paraId="760637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677E38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RA-127-к</w:t>
            </w:r>
          </w:p>
        </w:tc>
        <w:tc>
          <w:tcPr>
            <w:tcW w:w="1234" w:type="dxa"/>
          </w:tcPr>
          <w:p w14:paraId="704180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127</w:t>
            </w:r>
          </w:p>
        </w:tc>
        <w:tc>
          <w:tcPr>
            <w:tcW w:w="1234" w:type="dxa"/>
          </w:tcPr>
          <w:p w14:paraId="1BFD4B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5F4C7A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85</w:t>
            </w:r>
          </w:p>
        </w:tc>
        <w:tc>
          <w:tcPr>
            <w:tcW w:w="1234" w:type="dxa"/>
          </w:tcPr>
          <w:p w14:paraId="1408F2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6513EF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4,5</w:t>
            </w:r>
          </w:p>
        </w:tc>
      </w:tr>
      <w:tr w:rsidR="006F0136" w:rsidRPr="00D77020" w14:paraId="12154F29" w14:textId="77777777">
        <w:tc>
          <w:tcPr>
            <w:tcW w:w="1234" w:type="dxa"/>
          </w:tcPr>
          <w:p w14:paraId="6B6656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501266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RA-127-л</w:t>
            </w:r>
          </w:p>
        </w:tc>
        <w:tc>
          <w:tcPr>
            <w:tcW w:w="1234" w:type="dxa"/>
          </w:tcPr>
          <w:p w14:paraId="6CF677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127</w:t>
            </w:r>
          </w:p>
        </w:tc>
        <w:tc>
          <w:tcPr>
            <w:tcW w:w="1234" w:type="dxa"/>
          </w:tcPr>
          <w:p w14:paraId="466303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5F82A3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31BE89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75A9E72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1,9</w:t>
            </w:r>
          </w:p>
        </w:tc>
      </w:tr>
      <w:tr w:rsidR="006F0136" w:rsidRPr="00D77020" w14:paraId="7E7D56F3" w14:textId="77777777">
        <w:tc>
          <w:tcPr>
            <w:tcW w:w="1234" w:type="dxa"/>
          </w:tcPr>
          <w:p w14:paraId="568A8D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1C6D89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RA-127-т</w:t>
            </w:r>
          </w:p>
        </w:tc>
        <w:tc>
          <w:tcPr>
            <w:tcW w:w="1234" w:type="dxa"/>
          </w:tcPr>
          <w:p w14:paraId="312F59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127</w:t>
            </w:r>
          </w:p>
        </w:tc>
        <w:tc>
          <w:tcPr>
            <w:tcW w:w="1234" w:type="dxa"/>
          </w:tcPr>
          <w:p w14:paraId="009B32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5CFE3C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20531C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F8AE4E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10,2</w:t>
            </w:r>
          </w:p>
        </w:tc>
      </w:tr>
      <w:tr w:rsidR="006F0136" w:rsidRPr="00D77020" w14:paraId="0C9FFC70" w14:textId="77777777">
        <w:tc>
          <w:tcPr>
            <w:tcW w:w="1234" w:type="dxa"/>
          </w:tcPr>
          <w:p w14:paraId="297D95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51EF48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RA-159-г</w:t>
            </w:r>
          </w:p>
        </w:tc>
        <w:tc>
          <w:tcPr>
            <w:tcW w:w="1234" w:type="dxa"/>
          </w:tcPr>
          <w:p w14:paraId="63B579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159</w:t>
            </w:r>
          </w:p>
        </w:tc>
        <w:tc>
          <w:tcPr>
            <w:tcW w:w="1234" w:type="dxa"/>
          </w:tcPr>
          <w:p w14:paraId="44013B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7E648B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55</w:t>
            </w:r>
          </w:p>
        </w:tc>
        <w:tc>
          <w:tcPr>
            <w:tcW w:w="1234" w:type="dxa"/>
          </w:tcPr>
          <w:p w14:paraId="725AB4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CDE062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17,1</w:t>
            </w:r>
          </w:p>
        </w:tc>
      </w:tr>
      <w:tr w:rsidR="006F0136" w:rsidRPr="00D77020" w14:paraId="1394D0E4" w14:textId="77777777">
        <w:tc>
          <w:tcPr>
            <w:tcW w:w="1234" w:type="dxa"/>
          </w:tcPr>
          <w:p w14:paraId="70A413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618C11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RA-16-а</w:t>
            </w:r>
          </w:p>
        </w:tc>
        <w:tc>
          <w:tcPr>
            <w:tcW w:w="1234" w:type="dxa"/>
          </w:tcPr>
          <w:p w14:paraId="55846D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</w:t>
            </w:r>
          </w:p>
        </w:tc>
        <w:tc>
          <w:tcPr>
            <w:tcW w:w="1234" w:type="dxa"/>
          </w:tcPr>
          <w:p w14:paraId="546662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76ED51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096022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82A233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10,3</w:t>
            </w:r>
          </w:p>
        </w:tc>
      </w:tr>
      <w:tr w:rsidR="006F0136" w:rsidRPr="00D77020" w14:paraId="74F6E5A6" w14:textId="77777777">
        <w:tc>
          <w:tcPr>
            <w:tcW w:w="1234" w:type="dxa"/>
          </w:tcPr>
          <w:p w14:paraId="4F1E76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5EAB2A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RA-16-в</w:t>
            </w:r>
          </w:p>
        </w:tc>
        <w:tc>
          <w:tcPr>
            <w:tcW w:w="1234" w:type="dxa"/>
          </w:tcPr>
          <w:p w14:paraId="678296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</w:t>
            </w:r>
          </w:p>
        </w:tc>
        <w:tc>
          <w:tcPr>
            <w:tcW w:w="1234" w:type="dxa"/>
          </w:tcPr>
          <w:p w14:paraId="17D588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75E6EB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36E50F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C88BE3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17,2</w:t>
            </w:r>
          </w:p>
        </w:tc>
      </w:tr>
      <w:tr w:rsidR="006F0136" w:rsidRPr="00D77020" w14:paraId="196E503E" w14:textId="77777777">
        <w:tc>
          <w:tcPr>
            <w:tcW w:w="1234" w:type="dxa"/>
          </w:tcPr>
          <w:p w14:paraId="3ED51A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10552B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RA-160-а</w:t>
            </w:r>
          </w:p>
        </w:tc>
        <w:tc>
          <w:tcPr>
            <w:tcW w:w="1234" w:type="dxa"/>
          </w:tcPr>
          <w:p w14:paraId="2E684D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726C44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3E7F20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55</w:t>
            </w:r>
          </w:p>
        </w:tc>
        <w:tc>
          <w:tcPr>
            <w:tcW w:w="1234" w:type="dxa"/>
          </w:tcPr>
          <w:p w14:paraId="2DFF45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350EF23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16,2</w:t>
            </w:r>
          </w:p>
        </w:tc>
      </w:tr>
      <w:tr w:rsidR="006F0136" w:rsidRPr="00D77020" w14:paraId="1A5EACA5" w14:textId="77777777">
        <w:tc>
          <w:tcPr>
            <w:tcW w:w="1234" w:type="dxa"/>
          </w:tcPr>
          <w:p w14:paraId="380919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5022B3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RA-160-з</w:t>
            </w:r>
          </w:p>
        </w:tc>
        <w:tc>
          <w:tcPr>
            <w:tcW w:w="1234" w:type="dxa"/>
          </w:tcPr>
          <w:p w14:paraId="5E5BD4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03E670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3A7B74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2D23E7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557C3DE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1,3</w:t>
            </w:r>
          </w:p>
        </w:tc>
      </w:tr>
      <w:tr w:rsidR="006F0136" w:rsidRPr="00D77020" w14:paraId="70CE879F" w14:textId="77777777">
        <w:tc>
          <w:tcPr>
            <w:tcW w:w="1234" w:type="dxa"/>
          </w:tcPr>
          <w:p w14:paraId="3D11E9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73375F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RA-164-г</w:t>
            </w:r>
          </w:p>
        </w:tc>
        <w:tc>
          <w:tcPr>
            <w:tcW w:w="1234" w:type="dxa"/>
          </w:tcPr>
          <w:p w14:paraId="2E543A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164</w:t>
            </w:r>
          </w:p>
        </w:tc>
        <w:tc>
          <w:tcPr>
            <w:tcW w:w="1234" w:type="dxa"/>
          </w:tcPr>
          <w:p w14:paraId="705FB3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226483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0508B7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3A83E3F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5,5</w:t>
            </w:r>
          </w:p>
        </w:tc>
      </w:tr>
      <w:tr w:rsidR="006F0136" w:rsidRPr="00D77020" w14:paraId="3260B3BF" w14:textId="77777777">
        <w:tc>
          <w:tcPr>
            <w:tcW w:w="1234" w:type="dxa"/>
          </w:tcPr>
          <w:p w14:paraId="3E35E4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3494D1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RA-166-з</w:t>
            </w:r>
          </w:p>
        </w:tc>
        <w:tc>
          <w:tcPr>
            <w:tcW w:w="1234" w:type="dxa"/>
          </w:tcPr>
          <w:p w14:paraId="4C33D1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166</w:t>
            </w:r>
          </w:p>
        </w:tc>
        <w:tc>
          <w:tcPr>
            <w:tcW w:w="1234" w:type="dxa"/>
          </w:tcPr>
          <w:p w14:paraId="7AF4AE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17C57E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0E9CE3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33CF4A4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12,0</w:t>
            </w:r>
          </w:p>
        </w:tc>
      </w:tr>
      <w:tr w:rsidR="006F0136" w:rsidRPr="00D77020" w14:paraId="52D76516" w14:textId="77777777">
        <w:tc>
          <w:tcPr>
            <w:tcW w:w="1234" w:type="dxa"/>
          </w:tcPr>
          <w:p w14:paraId="42DC84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20C85B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RA-168-б</w:t>
            </w:r>
          </w:p>
        </w:tc>
        <w:tc>
          <w:tcPr>
            <w:tcW w:w="1234" w:type="dxa"/>
          </w:tcPr>
          <w:p w14:paraId="4179F8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168</w:t>
            </w:r>
          </w:p>
        </w:tc>
        <w:tc>
          <w:tcPr>
            <w:tcW w:w="1234" w:type="dxa"/>
          </w:tcPr>
          <w:p w14:paraId="7F43A7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617CEA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10411C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2CF8761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3,9</w:t>
            </w:r>
          </w:p>
        </w:tc>
      </w:tr>
      <w:tr w:rsidR="006F0136" w:rsidRPr="00D77020" w14:paraId="19920AF7" w14:textId="77777777">
        <w:tc>
          <w:tcPr>
            <w:tcW w:w="1234" w:type="dxa"/>
          </w:tcPr>
          <w:p w14:paraId="2C4DEC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446AB6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RA-169-в</w:t>
            </w:r>
          </w:p>
        </w:tc>
        <w:tc>
          <w:tcPr>
            <w:tcW w:w="1234" w:type="dxa"/>
          </w:tcPr>
          <w:p w14:paraId="4CDC5D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169</w:t>
            </w:r>
          </w:p>
        </w:tc>
        <w:tc>
          <w:tcPr>
            <w:tcW w:w="1234" w:type="dxa"/>
          </w:tcPr>
          <w:p w14:paraId="3D0D1F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3B8029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3ECEC0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1CBCFF1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5,3</w:t>
            </w:r>
          </w:p>
        </w:tc>
      </w:tr>
      <w:tr w:rsidR="006F0136" w:rsidRPr="00D77020" w14:paraId="525126AF" w14:textId="77777777">
        <w:tc>
          <w:tcPr>
            <w:tcW w:w="1234" w:type="dxa"/>
          </w:tcPr>
          <w:p w14:paraId="12BB6C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3B4856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RA-17-д</w:t>
            </w:r>
          </w:p>
        </w:tc>
        <w:tc>
          <w:tcPr>
            <w:tcW w:w="1234" w:type="dxa"/>
          </w:tcPr>
          <w:p w14:paraId="611EAD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</w:t>
            </w:r>
          </w:p>
        </w:tc>
        <w:tc>
          <w:tcPr>
            <w:tcW w:w="1234" w:type="dxa"/>
          </w:tcPr>
          <w:p w14:paraId="710426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474809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3198AD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94AB6B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11,5</w:t>
            </w:r>
          </w:p>
        </w:tc>
      </w:tr>
      <w:tr w:rsidR="006F0136" w:rsidRPr="00D77020" w14:paraId="33118B90" w14:textId="77777777">
        <w:tc>
          <w:tcPr>
            <w:tcW w:w="1234" w:type="dxa"/>
          </w:tcPr>
          <w:p w14:paraId="0E45DF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29AED3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RA-172-ж</w:t>
            </w:r>
          </w:p>
        </w:tc>
        <w:tc>
          <w:tcPr>
            <w:tcW w:w="1234" w:type="dxa"/>
          </w:tcPr>
          <w:p w14:paraId="32F9EF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172</w:t>
            </w:r>
          </w:p>
        </w:tc>
        <w:tc>
          <w:tcPr>
            <w:tcW w:w="1234" w:type="dxa"/>
          </w:tcPr>
          <w:p w14:paraId="39597E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396300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260C84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4953E8A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2,2</w:t>
            </w:r>
          </w:p>
        </w:tc>
      </w:tr>
      <w:tr w:rsidR="006F0136" w:rsidRPr="00D77020" w14:paraId="28EF9EEA" w14:textId="77777777">
        <w:tc>
          <w:tcPr>
            <w:tcW w:w="1234" w:type="dxa"/>
          </w:tcPr>
          <w:p w14:paraId="4323E9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53D228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RA-173-д</w:t>
            </w:r>
          </w:p>
        </w:tc>
        <w:tc>
          <w:tcPr>
            <w:tcW w:w="1234" w:type="dxa"/>
          </w:tcPr>
          <w:p w14:paraId="4064C2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173</w:t>
            </w:r>
          </w:p>
        </w:tc>
        <w:tc>
          <w:tcPr>
            <w:tcW w:w="1234" w:type="dxa"/>
          </w:tcPr>
          <w:p w14:paraId="747ADC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286F6F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561BE9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07CB9A6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13DD3030" w14:textId="77777777">
        <w:tc>
          <w:tcPr>
            <w:tcW w:w="1234" w:type="dxa"/>
          </w:tcPr>
          <w:p w14:paraId="0BB038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0279F0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RA-177-в</w:t>
            </w:r>
          </w:p>
        </w:tc>
        <w:tc>
          <w:tcPr>
            <w:tcW w:w="1234" w:type="dxa"/>
          </w:tcPr>
          <w:p w14:paraId="1B03A1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177</w:t>
            </w:r>
          </w:p>
        </w:tc>
        <w:tc>
          <w:tcPr>
            <w:tcW w:w="1234" w:type="dxa"/>
          </w:tcPr>
          <w:p w14:paraId="755A26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1E7DF9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61E037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71BDA7D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5,3</w:t>
            </w:r>
          </w:p>
        </w:tc>
      </w:tr>
      <w:tr w:rsidR="006F0136" w:rsidRPr="00D77020" w14:paraId="5930AB02" w14:textId="77777777">
        <w:tc>
          <w:tcPr>
            <w:tcW w:w="1234" w:type="dxa"/>
          </w:tcPr>
          <w:p w14:paraId="278E5A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1B3C9C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RA-179-г</w:t>
            </w:r>
          </w:p>
        </w:tc>
        <w:tc>
          <w:tcPr>
            <w:tcW w:w="1234" w:type="dxa"/>
          </w:tcPr>
          <w:p w14:paraId="7F503E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179</w:t>
            </w:r>
          </w:p>
        </w:tc>
        <w:tc>
          <w:tcPr>
            <w:tcW w:w="1234" w:type="dxa"/>
          </w:tcPr>
          <w:p w14:paraId="446A23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36F366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32B68C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2028D2E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3,6</w:t>
            </w:r>
          </w:p>
        </w:tc>
      </w:tr>
      <w:tr w:rsidR="006F0136" w:rsidRPr="00D77020" w14:paraId="73488770" w14:textId="77777777">
        <w:tc>
          <w:tcPr>
            <w:tcW w:w="1234" w:type="dxa"/>
          </w:tcPr>
          <w:p w14:paraId="3B1D4E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6E5B8D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RA-179-д</w:t>
            </w:r>
          </w:p>
        </w:tc>
        <w:tc>
          <w:tcPr>
            <w:tcW w:w="1234" w:type="dxa"/>
          </w:tcPr>
          <w:p w14:paraId="495CDB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179</w:t>
            </w:r>
          </w:p>
        </w:tc>
        <w:tc>
          <w:tcPr>
            <w:tcW w:w="1234" w:type="dxa"/>
          </w:tcPr>
          <w:p w14:paraId="0A6177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583F45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0E4F9E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F90062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8,6</w:t>
            </w:r>
          </w:p>
        </w:tc>
      </w:tr>
      <w:tr w:rsidR="006F0136" w:rsidRPr="00D77020" w14:paraId="0DA650A7" w14:textId="77777777">
        <w:tc>
          <w:tcPr>
            <w:tcW w:w="1234" w:type="dxa"/>
          </w:tcPr>
          <w:p w14:paraId="4080D7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29CEFD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RA-179-и</w:t>
            </w:r>
          </w:p>
        </w:tc>
        <w:tc>
          <w:tcPr>
            <w:tcW w:w="1234" w:type="dxa"/>
          </w:tcPr>
          <w:p w14:paraId="04E6DB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179</w:t>
            </w:r>
          </w:p>
        </w:tc>
        <w:tc>
          <w:tcPr>
            <w:tcW w:w="1234" w:type="dxa"/>
          </w:tcPr>
          <w:p w14:paraId="279198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1787E3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532D51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CAAC07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3,0</w:t>
            </w:r>
          </w:p>
        </w:tc>
      </w:tr>
      <w:tr w:rsidR="006F0136" w:rsidRPr="00D77020" w14:paraId="195E3CB3" w14:textId="77777777">
        <w:tc>
          <w:tcPr>
            <w:tcW w:w="1234" w:type="dxa"/>
          </w:tcPr>
          <w:p w14:paraId="4070CB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42441C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RA-180-г</w:t>
            </w:r>
          </w:p>
        </w:tc>
        <w:tc>
          <w:tcPr>
            <w:tcW w:w="1234" w:type="dxa"/>
          </w:tcPr>
          <w:p w14:paraId="4A0244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180</w:t>
            </w:r>
          </w:p>
        </w:tc>
        <w:tc>
          <w:tcPr>
            <w:tcW w:w="1234" w:type="dxa"/>
          </w:tcPr>
          <w:p w14:paraId="540FAA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780FE4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14C3C2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501992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1,5</w:t>
            </w:r>
          </w:p>
        </w:tc>
      </w:tr>
      <w:tr w:rsidR="006F0136" w:rsidRPr="00D77020" w14:paraId="11337FC4" w14:textId="77777777">
        <w:tc>
          <w:tcPr>
            <w:tcW w:w="1234" w:type="dxa"/>
          </w:tcPr>
          <w:p w14:paraId="4F4B61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19E216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RA-180-д</w:t>
            </w:r>
          </w:p>
        </w:tc>
        <w:tc>
          <w:tcPr>
            <w:tcW w:w="1234" w:type="dxa"/>
          </w:tcPr>
          <w:p w14:paraId="119677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180</w:t>
            </w:r>
          </w:p>
        </w:tc>
        <w:tc>
          <w:tcPr>
            <w:tcW w:w="1234" w:type="dxa"/>
          </w:tcPr>
          <w:p w14:paraId="5473A8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740B24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6A73D1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848856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11,0</w:t>
            </w:r>
          </w:p>
        </w:tc>
      </w:tr>
      <w:tr w:rsidR="006F0136" w:rsidRPr="00D77020" w14:paraId="1DE7672A" w14:textId="77777777">
        <w:tc>
          <w:tcPr>
            <w:tcW w:w="1234" w:type="dxa"/>
          </w:tcPr>
          <w:p w14:paraId="7FB93B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00331B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RA-184-а</w:t>
            </w:r>
          </w:p>
        </w:tc>
        <w:tc>
          <w:tcPr>
            <w:tcW w:w="1234" w:type="dxa"/>
          </w:tcPr>
          <w:p w14:paraId="43B43F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184</w:t>
            </w:r>
          </w:p>
        </w:tc>
        <w:tc>
          <w:tcPr>
            <w:tcW w:w="1234" w:type="dxa"/>
          </w:tcPr>
          <w:p w14:paraId="750407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36B253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7237DF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647CAC3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2,3</w:t>
            </w:r>
          </w:p>
        </w:tc>
      </w:tr>
      <w:tr w:rsidR="006F0136" w:rsidRPr="00D77020" w14:paraId="3B22EBFD" w14:textId="77777777">
        <w:tc>
          <w:tcPr>
            <w:tcW w:w="1234" w:type="dxa"/>
          </w:tcPr>
          <w:p w14:paraId="516D7E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70891F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RA-184-з</w:t>
            </w:r>
          </w:p>
        </w:tc>
        <w:tc>
          <w:tcPr>
            <w:tcW w:w="1234" w:type="dxa"/>
          </w:tcPr>
          <w:p w14:paraId="579A75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184</w:t>
            </w:r>
          </w:p>
        </w:tc>
        <w:tc>
          <w:tcPr>
            <w:tcW w:w="1234" w:type="dxa"/>
          </w:tcPr>
          <w:p w14:paraId="5BA813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59F642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5755BB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0F0E857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11,6</w:t>
            </w:r>
          </w:p>
        </w:tc>
      </w:tr>
      <w:tr w:rsidR="006F0136" w:rsidRPr="00D77020" w14:paraId="5A1E6DED" w14:textId="77777777">
        <w:tc>
          <w:tcPr>
            <w:tcW w:w="1234" w:type="dxa"/>
          </w:tcPr>
          <w:p w14:paraId="45C426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11140A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RA-186-г</w:t>
            </w:r>
          </w:p>
        </w:tc>
        <w:tc>
          <w:tcPr>
            <w:tcW w:w="1234" w:type="dxa"/>
          </w:tcPr>
          <w:p w14:paraId="48DC55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186</w:t>
            </w:r>
          </w:p>
        </w:tc>
        <w:tc>
          <w:tcPr>
            <w:tcW w:w="1234" w:type="dxa"/>
          </w:tcPr>
          <w:p w14:paraId="47CD24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23FE32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69ED80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576BB57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8,2</w:t>
            </w:r>
          </w:p>
        </w:tc>
      </w:tr>
      <w:tr w:rsidR="006F0136" w:rsidRPr="00D77020" w14:paraId="746364E1" w14:textId="77777777">
        <w:tc>
          <w:tcPr>
            <w:tcW w:w="1234" w:type="dxa"/>
          </w:tcPr>
          <w:p w14:paraId="5C6BFE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35FE3A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RA-19-а</w:t>
            </w:r>
          </w:p>
        </w:tc>
        <w:tc>
          <w:tcPr>
            <w:tcW w:w="1234" w:type="dxa"/>
          </w:tcPr>
          <w:p w14:paraId="7519EA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</w:t>
            </w:r>
          </w:p>
        </w:tc>
        <w:tc>
          <w:tcPr>
            <w:tcW w:w="1234" w:type="dxa"/>
          </w:tcPr>
          <w:p w14:paraId="7E5651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508364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5BBD85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0ADBE1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18EF6CB6" w14:textId="77777777">
        <w:tc>
          <w:tcPr>
            <w:tcW w:w="1234" w:type="dxa"/>
          </w:tcPr>
          <w:p w14:paraId="2421FF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475C63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RA-19-б</w:t>
            </w:r>
          </w:p>
        </w:tc>
        <w:tc>
          <w:tcPr>
            <w:tcW w:w="1234" w:type="dxa"/>
          </w:tcPr>
          <w:p w14:paraId="3E5A6D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</w:t>
            </w:r>
          </w:p>
        </w:tc>
        <w:tc>
          <w:tcPr>
            <w:tcW w:w="1234" w:type="dxa"/>
          </w:tcPr>
          <w:p w14:paraId="2E37AE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2924E4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075765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ED8A99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3,8</w:t>
            </w:r>
          </w:p>
        </w:tc>
      </w:tr>
      <w:tr w:rsidR="006F0136" w:rsidRPr="00D77020" w14:paraId="16D702E3" w14:textId="77777777">
        <w:tc>
          <w:tcPr>
            <w:tcW w:w="1234" w:type="dxa"/>
          </w:tcPr>
          <w:p w14:paraId="342A4D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55FD0F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RA-19-г</w:t>
            </w:r>
          </w:p>
        </w:tc>
        <w:tc>
          <w:tcPr>
            <w:tcW w:w="1234" w:type="dxa"/>
          </w:tcPr>
          <w:p w14:paraId="685647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</w:t>
            </w:r>
          </w:p>
        </w:tc>
        <w:tc>
          <w:tcPr>
            <w:tcW w:w="1234" w:type="dxa"/>
          </w:tcPr>
          <w:p w14:paraId="5108D9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5B8BA2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16EE23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8CDB64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12,9</w:t>
            </w:r>
          </w:p>
        </w:tc>
      </w:tr>
      <w:tr w:rsidR="006F0136" w:rsidRPr="00D77020" w14:paraId="3BB24AB7" w14:textId="77777777">
        <w:tc>
          <w:tcPr>
            <w:tcW w:w="1234" w:type="dxa"/>
          </w:tcPr>
          <w:p w14:paraId="519675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141F56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RA-19-з</w:t>
            </w:r>
          </w:p>
        </w:tc>
        <w:tc>
          <w:tcPr>
            <w:tcW w:w="1234" w:type="dxa"/>
          </w:tcPr>
          <w:p w14:paraId="11428D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</w:t>
            </w:r>
          </w:p>
        </w:tc>
        <w:tc>
          <w:tcPr>
            <w:tcW w:w="1234" w:type="dxa"/>
          </w:tcPr>
          <w:p w14:paraId="412ED6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3CE527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3E182F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0F2BFB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1,9</w:t>
            </w:r>
          </w:p>
        </w:tc>
      </w:tr>
      <w:tr w:rsidR="006F0136" w:rsidRPr="00D77020" w14:paraId="2C1749B9" w14:textId="77777777">
        <w:tc>
          <w:tcPr>
            <w:tcW w:w="1234" w:type="dxa"/>
          </w:tcPr>
          <w:p w14:paraId="41E929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28F900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RA-19-и</w:t>
            </w:r>
          </w:p>
        </w:tc>
        <w:tc>
          <w:tcPr>
            <w:tcW w:w="1234" w:type="dxa"/>
          </w:tcPr>
          <w:p w14:paraId="739E6E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</w:t>
            </w:r>
          </w:p>
        </w:tc>
        <w:tc>
          <w:tcPr>
            <w:tcW w:w="1234" w:type="dxa"/>
          </w:tcPr>
          <w:p w14:paraId="2013A9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2D58E2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45F4DD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DEEC56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2,5</w:t>
            </w:r>
          </w:p>
        </w:tc>
      </w:tr>
      <w:tr w:rsidR="006F0136" w:rsidRPr="00D77020" w14:paraId="1ABDC854" w14:textId="77777777">
        <w:tc>
          <w:tcPr>
            <w:tcW w:w="1234" w:type="dxa"/>
          </w:tcPr>
          <w:p w14:paraId="147401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415BBD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RA-191-и</w:t>
            </w:r>
          </w:p>
        </w:tc>
        <w:tc>
          <w:tcPr>
            <w:tcW w:w="1234" w:type="dxa"/>
          </w:tcPr>
          <w:p w14:paraId="7785B7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191</w:t>
            </w:r>
          </w:p>
        </w:tc>
        <w:tc>
          <w:tcPr>
            <w:tcW w:w="1234" w:type="dxa"/>
          </w:tcPr>
          <w:p w14:paraId="5FE735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440755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6870CE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4AAE45E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16,7</w:t>
            </w:r>
          </w:p>
        </w:tc>
      </w:tr>
      <w:tr w:rsidR="006F0136" w:rsidRPr="00D77020" w14:paraId="4FEF73FC" w14:textId="77777777">
        <w:tc>
          <w:tcPr>
            <w:tcW w:w="1234" w:type="dxa"/>
          </w:tcPr>
          <w:p w14:paraId="7DBB04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0AAB4E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RA-192-и</w:t>
            </w:r>
          </w:p>
        </w:tc>
        <w:tc>
          <w:tcPr>
            <w:tcW w:w="1234" w:type="dxa"/>
          </w:tcPr>
          <w:p w14:paraId="68FDA8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192</w:t>
            </w:r>
          </w:p>
        </w:tc>
        <w:tc>
          <w:tcPr>
            <w:tcW w:w="1234" w:type="dxa"/>
          </w:tcPr>
          <w:p w14:paraId="662FD7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546E88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2F71F6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4204DF1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2,0</w:t>
            </w:r>
          </w:p>
        </w:tc>
      </w:tr>
      <w:tr w:rsidR="006F0136" w:rsidRPr="00D77020" w14:paraId="6EEC81AD" w14:textId="77777777">
        <w:tc>
          <w:tcPr>
            <w:tcW w:w="1234" w:type="dxa"/>
          </w:tcPr>
          <w:p w14:paraId="304163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578CBD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RA-192-к</w:t>
            </w:r>
          </w:p>
        </w:tc>
        <w:tc>
          <w:tcPr>
            <w:tcW w:w="1234" w:type="dxa"/>
          </w:tcPr>
          <w:p w14:paraId="4D4CAB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192</w:t>
            </w:r>
          </w:p>
        </w:tc>
        <w:tc>
          <w:tcPr>
            <w:tcW w:w="1234" w:type="dxa"/>
          </w:tcPr>
          <w:p w14:paraId="114E26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7E2F51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7850EF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5412C3C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7,2</w:t>
            </w:r>
          </w:p>
        </w:tc>
      </w:tr>
      <w:tr w:rsidR="006F0136" w:rsidRPr="00D77020" w14:paraId="3710620F" w14:textId="77777777">
        <w:tc>
          <w:tcPr>
            <w:tcW w:w="1234" w:type="dxa"/>
          </w:tcPr>
          <w:p w14:paraId="0237BD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2F695C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RA-193-з</w:t>
            </w:r>
          </w:p>
        </w:tc>
        <w:tc>
          <w:tcPr>
            <w:tcW w:w="1234" w:type="dxa"/>
          </w:tcPr>
          <w:p w14:paraId="780AA2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193</w:t>
            </w:r>
          </w:p>
        </w:tc>
        <w:tc>
          <w:tcPr>
            <w:tcW w:w="1234" w:type="dxa"/>
          </w:tcPr>
          <w:p w14:paraId="4B014E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0C2869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056A0F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50CF2D7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3,6</w:t>
            </w:r>
          </w:p>
        </w:tc>
      </w:tr>
      <w:tr w:rsidR="006F0136" w:rsidRPr="00D77020" w14:paraId="5E031AEF" w14:textId="77777777">
        <w:tc>
          <w:tcPr>
            <w:tcW w:w="1234" w:type="dxa"/>
          </w:tcPr>
          <w:p w14:paraId="0A8EB0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1F24F3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RA-20-ф</w:t>
            </w:r>
          </w:p>
        </w:tc>
        <w:tc>
          <w:tcPr>
            <w:tcW w:w="1234" w:type="dxa"/>
          </w:tcPr>
          <w:p w14:paraId="67A5B7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</w:t>
            </w:r>
          </w:p>
        </w:tc>
        <w:tc>
          <w:tcPr>
            <w:tcW w:w="1234" w:type="dxa"/>
          </w:tcPr>
          <w:p w14:paraId="5B7C85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ф</w:t>
            </w:r>
          </w:p>
        </w:tc>
        <w:tc>
          <w:tcPr>
            <w:tcW w:w="1234" w:type="dxa"/>
          </w:tcPr>
          <w:p w14:paraId="531C88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08A5EB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6048A58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1,7</w:t>
            </w:r>
          </w:p>
        </w:tc>
      </w:tr>
      <w:tr w:rsidR="006F0136" w:rsidRPr="00D77020" w14:paraId="4278247D" w14:textId="77777777">
        <w:tc>
          <w:tcPr>
            <w:tcW w:w="1234" w:type="dxa"/>
          </w:tcPr>
          <w:p w14:paraId="382D3C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3A7440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RA-20-х</w:t>
            </w:r>
          </w:p>
        </w:tc>
        <w:tc>
          <w:tcPr>
            <w:tcW w:w="1234" w:type="dxa"/>
          </w:tcPr>
          <w:p w14:paraId="18DEF1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</w:t>
            </w:r>
          </w:p>
        </w:tc>
        <w:tc>
          <w:tcPr>
            <w:tcW w:w="1234" w:type="dxa"/>
          </w:tcPr>
          <w:p w14:paraId="3BF670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х</w:t>
            </w:r>
          </w:p>
        </w:tc>
        <w:tc>
          <w:tcPr>
            <w:tcW w:w="1234" w:type="dxa"/>
          </w:tcPr>
          <w:p w14:paraId="7855CF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0F1726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0635367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3,0</w:t>
            </w:r>
          </w:p>
        </w:tc>
      </w:tr>
      <w:tr w:rsidR="006F0136" w:rsidRPr="00D77020" w14:paraId="78A42980" w14:textId="77777777">
        <w:tc>
          <w:tcPr>
            <w:tcW w:w="1234" w:type="dxa"/>
          </w:tcPr>
          <w:p w14:paraId="161CA9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649B8D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RA-21-в</w:t>
            </w:r>
          </w:p>
        </w:tc>
        <w:tc>
          <w:tcPr>
            <w:tcW w:w="1234" w:type="dxa"/>
          </w:tcPr>
          <w:p w14:paraId="3E9683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</w:t>
            </w:r>
          </w:p>
        </w:tc>
        <w:tc>
          <w:tcPr>
            <w:tcW w:w="1234" w:type="dxa"/>
          </w:tcPr>
          <w:p w14:paraId="2F4F2A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0B14EA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3C7C2B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28D0FC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10,1</w:t>
            </w:r>
          </w:p>
        </w:tc>
      </w:tr>
      <w:tr w:rsidR="006F0136" w:rsidRPr="00D77020" w14:paraId="4BA87B60" w14:textId="77777777">
        <w:tc>
          <w:tcPr>
            <w:tcW w:w="1234" w:type="dxa"/>
          </w:tcPr>
          <w:p w14:paraId="4CD901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3C12A8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RA-22-а</w:t>
            </w:r>
          </w:p>
        </w:tc>
        <w:tc>
          <w:tcPr>
            <w:tcW w:w="1234" w:type="dxa"/>
          </w:tcPr>
          <w:p w14:paraId="32E5A0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</w:t>
            </w:r>
          </w:p>
        </w:tc>
        <w:tc>
          <w:tcPr>
            <w:tcW w:w="1234" w:type="dxa"/>
          </w:tcPr>
          <w:p w14:paraId="2E4728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7AF00A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65C15D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63DCB2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1,1</w:t>
            </w:r>
          </w:p>
        </w:tc>
      </w:tr>
      <w:tr w:rsidR="006F0136" w:rsidRPr="00D77020" w14:paraId="236FA9F7" w14:textId="77777777">
        <w:tc>
          <w:tcPr>
            <w:tcW w:w="1234" w:type="dxa"/>
          </w:tcPr>
          <w:p w14:paraId="1991FF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11093A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RA-22-б</w:t>
            </w:r>
          </w:p>
        </w:tc>
        <w:tc>
          <w:tcPr>
            <w:tcW w:w="1234" w:type="dxa"/>
          </w:tcPr>
          <w:p w14:paraId="2A1FC1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</w:t>
            </w:r>
          </w:p>
        </w:tc>
        <w:tc>
          <w:tcPr>
            <w:tcW w:w="1234" w:type="dxa"/>
          </w:tcPr>
          <w:p w14:paraId="1F4E24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13CC28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180</w:t>
            </w:r>
          </w:p>
        </w:tc>
        <w:tc>
          <w:tcPr>
            <w:tcW w:w="1234" w:type="dxa"/>
          </w:tcPr>
          <w:p w14:paraId="1A3116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83A663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9,6</w:t>
            </w:r>
          </w:p>
        </w:tc>
      </w:tr>
      <w:tr w:rsidR="006F0136" w:rsidRPr="00D77020" w14:paraId="1BA5EDB0" w14:textId="77777777">
        <w:tc>
          <w:tcPr>
            <w:tcW w:w="1234" w:type="dxa"/>
          </w:tcPr>
          <w:p w14:paraId="0DD830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39D28B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RA-22-д</w:t>
            </w:r>
          </w:p>
        </w:tc>
        <w:tc>
          <w:tcPr>
            <w:tcW w:w="1234" w:type="dxa"/>
          </w:tcPr>
          <w:p w14:paraId="5D3E29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</w:t>
            </w:r>
          </w:p>
        </w:tc>
        <w:tc>
          <w:tcPr>
            <w:tcW w:w="1234" w:type="dxa"/>
          </w:tcPr>
          <w:p w14:paraId="34CC08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12632C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234" w:type="dxa"/>
          </w:tcPr>
          <w:p w14:paraId="019E9A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C9783B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1,1</w:t>
            </w:r>
          </w:p>
        </w:tc>
      </w:tr>
      <w:tr w:rsidR="006F0136" w:rsidRPr="00D77020" w14:paraId="166A7157" w14:textId="77777777">
        <w:tc>
          <w:tcPr>
            <w:tcW w:w="1234" w:type="dxa"/>
          </w:tcPr>
          <w:p w14:paraId="479C39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2022</w:t>
            </w:r>
          </w:p>
        </w:tc>
        <w:tc>
          <w:tcPr>
            <w:tcW w:w="1234" w:type="dxa"/>
          </w:tcPr>
          <w:p w14:paraId="4F6339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RA-225-а</w:t>
            </w:r>
          </w:p>
        </w:tc>
        <w:tc>
          <w:tcPr>
            <w:tcW w:w="1234" w:type="dxa"/>
          </w:tcPr>
          <w:p w14:paraId="2C8FB8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225</w:t>
            </w:r>
          </w:p>
        </w:tc>
        <w:tc>
          <w:tcPr>
            <w:tcW w:w="1234" w:type="dxa"/>
          </w:tcPr>
          <w:p w14:paraId="20A6FD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4169CE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131BB3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28BDDA3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3,0</w:t>
            </w:r>
          </w:p>
        </w:tc>
      </w:tr>
      <w:tr w:rsidR="006F0136" w:rsidRPr="00D77020" w14:paraId="4BC1B421" w14:textId="77777777">
        <w:tc>
          <w:tcPr>
            <w:tcW w:w="1234" w:type="dxa"/>
          </w:tcPr>
          <w:p w14:paraId="0C8AD0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447CED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RA-225-н</w:t>
            </w:r>
          </w:p>
        </w:tc>
        <w:tc>
          <w:tcPr>
            <w:tcW w:w="1234" w:type="dxa"/>
          </w:tcPr>
          <w:p w14:paraId="07B15C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225</w:t>
            </w:r>
          </w:p>
        </w:tc>
        <w:tc>
          <w:tcPr>
            <w:tcW w:w="1234" w:type="dxa"/>
          </w:tcPr>
          <w:p w14:paraId="3A3318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553E4B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51E03E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22DB225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1,4</w:t>
            </w:r>
          </w:p>
        </w:tc>
      </w:tr>
      <w:tr w:rsidR="006F0136" w:rsidRPr="00D77020" w14:paraId="07DA78E2" w14:textId="77777777">
        <w:tc>
          <w:tcPr>
            <w:tcW w:w="1234" w:type="dxa"/>
          </w:tcPr>
          <w:p w14:paraId="612843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60A828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RA-228-д</w:t>
            </w:r>
          </w:p>
        </w:tc>
        <w:tc>
          <w:tcPr>
            <w:tcW w:w="1234" w:type="dxa"/>
          </w:tcPr>
          <w:p w14:paraId="2E1AC0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228</w:t>
            </w:r>
          </w:p>
        </w:tc>
        <w:tc>
          <w:tcPr>
            <w:tcW w:w="1234" w:type="dxa"/>
          </w:tcPr>
          <w:p w14:paraId="5344EF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169B8B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683D9D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1EBE5BF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5,8</w:t>
            </w:r>
          </w:p>
        </w:tc>
      </w:tr>
      <w:tr w:rsidR="006F0136" w:rsidRPr="00D77020" w14:paraId="1619149A" w14:textId="77777777">
        <w:tc>
          <w:tcPr>
            <w:tcW w:w="1234" w:type="dxa"/>
          </w:tcPr>
          <w:p w14:paraId="635C36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639F6E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RA-228-л</w:t>
            </w:r>
          </w:p>
        </w:tc>
        <w:tc>
          <w:tcPr>
            <w:tcW w:w="1234" w:type="dxa"/>
          </w:tcPr>
          <w:p w14:paraId="765831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228</w:t>
            </w:r>
          </w:p>
        </w:tc>
        <w:tc>
          <w:tcPr>
            <w:tcW w:w="1234" w:type="dxa"/>
          </w:tcPr>
          <w:p w14:paraId="306B3E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1D3CA8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3B20B3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70A21C0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1,6</w:t>
            </w:r>
          </w:p>
        </w:tc>
      </w:tr>
      <w:tr w:rsidR="006F0136" w:rsidRPr="00D77020" w14:paraId="40F66E8E" w14:textId="77777777">
        <w:tc>
          <w:tcPr>
            <w:tcW w:w="1234" w:type="dxa"/>
          </w:tcPr>
          <w:p w14:paraId="5B3821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13625A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RA-23-а</w:t>
            </w:r>
          </w:p>
        </w:tc>
        <w:tc>
          <w:tcPr>
            <w:tcW w:w="1234" w:type="dxa"/>
          </w:tcPr>
          <w:p w14:paraId="3F2908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23</w:t>
            </w:r>
          </w:p>
        </w:tc>
        <w:tc>
          <w:tcPr>
            <w:tcW w:w="1234" w:type="dxa"/>
          </w:tcPr>
          <w:p w14:paraId="24414F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78A3BD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3CAE28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05B130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4,3</w:t>
            </w:r>
          </w:p>
        </w:tc>
      </w:tr>
      <w:tr w:rsidR="006F0136" w:rsidRPr="00D77020" w14:paraId="7A8F0C23" w14:textId="77777777">
        <w:tc>
          <w:tcPr>
            <w:tcW w:w="1234" w:type="dxa"/>
          </w:tcPr>
          <w:p w14:paraId="48FC04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0735F2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RA-23-б</w:t>
            </w:r>
          </w:p>
        </w:tc>
        <w:tc>
          <w:tcPr>
            <w:tcW w:w="1234" w:type="dxa"/>
          </w:tcPr>
          <w:p w14:paraId="3B9299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23</w:t>
            </w:r>
          </w:p>
        </w:tc>
        <w:tc>
          <w:tcPr>
            <w:tcW w:w="1234" w:type="dxa"/>
          </w:tcPr>
          <w:p w14:paraId="02246F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4AD363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2A99C9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8E37F1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8,2</w:t>
            </w:r>
          </w:p>
        </w:tc>
      </w:tr>
      <w:tr w:rsidR="006F0136" w:rsidRPr="00D77020" w14:paraId="7BFAE0E0" w14:textId="77777777">
        <w:tc>
          <w:tcPr>
            <w:tcW w:w="1234" w:type="dxa"/>
          </w:tcPr>
          <w:p w14:paraId="5CD18D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6E39F1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RA-23-г</w:t>
            </w:r>
          </w:p>
        </w:tc>
        <w:tc>
          <w:tcPr>
            <w:tcW w:w="1234" w:type="dxa"/>
          </w:tcPr>
          <w:p w14:paraId="3FF94B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23</w:t>
            </w:r>
          </w:p>
        </w:tc>
        <w:tc>
          <w:tcPr>
            <w:tcW w:w="1234" w:type="dxa"/>
          </w:tcPr>
          <w:p w14:paraId="59D306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0FBADB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0E8C0B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DAA5E9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3,2</w:t>
            </w:r>
          </w:p>
        </w:tc>
      </w:tr>
      <w:tr w:rsidR="006F0136" w:rsidRPr="00D77020" w14:paraId="77F28A3C" w14:textId="77777777">
        <w:tc>
          <w:tcPr>
            <w:tcW w:w="1234" w:type="dxa"/>
          </w:tcPr>
          <w:p w14:paraId="6291E9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12B43A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RA-23-д</w:t>
            </w:r>
          </w:p>
        </w:tc>
        <w:tc>
          <w:tcPr>
            <w:tcW w:w="1234" w:type="dxa"/>
          </w:tcPr>
          <w:p w14:paraId="273C27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23</w:t>
            </w:r>
          </w:p>
        </w:tc>
        <w:tc>
          <w:tcPr>
            <w:tcW w:w="1234" w:type="dxa"/>
          </w:tcPr>
          <w:p w14:paraId="49CD41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624A01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4C307C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B3694A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12,1</w:t>
            </w:r>
          </w:p>
        </w:tc>
      </w:tr>
      <w:tr w:rsidR="006F0136" w:rsidRPr="00D77020" w14:paraId="3DBF8767" w14:textId="77777777">
        <w:tc>
          <w:tcPr>
            <w:tcW w:w="1234" w:type="dxa"/>
          </w:tcPr>
          <w:p w14:paraId="2EAE14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6753C5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RA-231-г</w:t>
            </w:r>
          </w:p>
        </w:tc>
        <w:tc>
          <w:tcPr>
            <w:tcW w:w="1234" w:type="dxa"/>
          </w:tcPr>
          <w:p w14:paraId="13D2D9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231</w:t>
            </w:r>
          </w:p>
        </w:tc>
        <w:tc>
          <w:tcPr>
            <w:tcW w:w="1234" w:type="dxa"/>
          </w:tcPr>
          <w:p w14:paraId="1AF206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51E730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2D2C2C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12BED35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4,2</w:t>
            </w:r>
          </w:p>
        </w:tc>
      </w:tr>
      <w:tr w:rsidR="006F0136" w:rsidRPr="00D77020" w14:paraId="08CEBE93" w14:textId="77777777">
        <w:tc>
          <w:tcPr>
            <w:tcW w:w="1234" w:type="dxa"/>
          </w:tcPr>
          <w:p w14:paraId="77BA54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4247D9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RA-24-а</w:t>
            </w:r>
          </w:p>
        </w:tc>
        <w:tc>
          <w:tcPr>
            <w:tcW w:w="1234" w:type="dxa"/>
          </w:tcPr>
          <w:p w14:paraId="5966AC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24</w:t>
            </w:r>
          </w:p>
        </w:tc>
        <w:tc>
          <w:tcPr>
            <w:tcW w:w="1234" w:type="dxa"/>
          </w:tcPr>
          <w:p w14:paraId="52F241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32C296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6E1787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7A3FA8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2,4</w:t>
            </w:r>
          </w:p>
        </w:tc>
      </w:tr>
      <w:tr w:rsidR="006F0136" w:rsidRPr="00D77020" w14:paraId="4956D39A" w14:textId="77777777">
        <w:tc>
          <w:tcPr>
            <w:tcW w:w="1234" w:type="dxa"/>
          </w:tcPr>
          <w:p w14:paraId="7E71C3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6D6025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RA-24-д</w:t>
            </w:r>
          </w:p>
        </w:tc>
        <w:tc>
          <w:tcPr>
            <w:tcW w:w="1234" w:type="dxa"/>
          </w:tcPr>
          <w:p w14:paraId="1C7DC1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24</w:t>
            </w:r>
          </w:p>
        </w:tc>
        <w:tc>
          <w:tcPr>
            <w:tcW w:w="1234" w:type="dxa"/>
          </w:tcPr>
          <w:p w14:paraId="1F61FE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0D725A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77001B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5A249AE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1,8</w:t>
            </w:r>
          </w:p>
        </w:tc>
      </w:tr>
      <w:tr w:rsidR="006F0136" w:rsidRPr="00D77020" w14:paraId="79B502BB" w14:textId="77777777">
        <w:tc>
          <w:tcPr>
            <w:tcW w:w="1234" w:type="dxa"/>
          </w:tcPr>
          <w:p w14:paraId="23008C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6713E3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RA-243-в</w:t>
            </w:r>
          </w:p>
        </w:tc>
        <w:tc>
          <w:tcPr>
            <w:tcW w:w="1234" w:type="dxa"/>
          </w:tcPr>
          <w:p w14:paraId="010406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243</w:t>
            </w:r>
          </w:p>
        </w:tc>
        <w:tc>
          <w:tcPr>
            <w:tcW w:w="1234" w:type="dxa"/>
          </w:tcPr>
          <w:p w14:paraId="1268C4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584B95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66A3D2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5C24A9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8,4</w:t>
            </w:r>
          </w:p>
        </w:tc>
      </w:tr>
      <w:tr w:rsidR="006F0136" w:rsidRPr="00D77020" w14:paraId="48E2D08A" w14:textId="77777777">
        <w:tc>
          <w:tcPr>
            <w:tcW w:w="1234" w:type="dxa"/>
          </w:tcPr>
          <w:p w14:paraId="3036CB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41335C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RA-243-г</w:t>
            </w:r>
          </w:p>
        </w:tc>
        <w:tc>
          <w:tcPr>
            <w:tcW w:w="1234" w:type="dxa"/>
          </w:tcPr>
          <w:p w14:paraId="6A701C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243</w:t>
            </w:r>
          </w:p>
        </w:tc>
        <w:tc>
          <w:tcPr>
            <w:tcW w:w="1234" w:type="dxa"/>
          </w:tcPr>
          <w:p w14:paraId="69F4B7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6C3046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131BBA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29D4197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21,3</w:t>
            </w:r>
          </w:p>
        </w:tc>
      </w:tr>
      <w:tr w:rsidR="006F0136" w:rsidRPr="00D77020" w14:paraId="0432F342" w14:textId="77777777">
        <w:tc>
          <w:tcPr>
            <w:tcW w:w="1234" w:type="dxa"/>
          </w:tcPr>
          <w:p w14:paraId="406708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4BCAD7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RA-243-е</w:t>
            </w:r>
          </w:p>
        </w:tc>
        <w:tc>
          <w:tcPr>
            <w:tcW w:w="1234" w:type="dxa"/>
          </w:tcPr>
          <w:p w14:paraId="3FB0A6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243</w:t>
            </w:r>
          </w:p>
        </w:tc>
        <w:tc>
          <w:tcPr>
            <w:tcW w:w="1234" w:type="dxa"/>
          </w:tcPr>
          <w:p w14:paraId="76EEF2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47DA1F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15F537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7B5EF03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1,0</w:t>
            </w:r>
          </w:p>
        </w:tc>
      </w:tr>
      <w:tr w:rsidR="006F0136" w:rsidRPr="00D77020" w14:paraId="6D9A9DD9" w14:textId="77777777">
        <w:tc>
          <w:tcPr>
            <w:tcW w:w="1234" w:type="dxa"/>
          </w:tcPr>
          <w:p w14:paraId="31AAED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055840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RA-243-ж</w:t>
            </w:r>
          </w:p>
        </w:tc>
        <w:tc>
          <w:tcPr>
            <w:tcW w:w="1234" w:type="dxa"/>
          </w:tcPr>
          <w:p w14:paraId="25ADEC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243</w:t>
            </w:r>
          </w:p>
        </w:tc>
        <w:tc>
          <w:tcPr>
            <w:tcW w:w="1234" w:type="dxa"/>
          </w:tcPr>
          <w:p w14:paraId="1C579B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67F97B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690C50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8681FD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11,3</w:t>
            </w:r>
          </w:p>
        </w:tc>
      </w:tr>
      <w:tr w:rsidR="006F0136" w:rsidRPr="00D77020" w14:paraId="015EDA45" w14:textId="77777777">
        <w:tc>
          <w:tcPr>
            <w:tcW w:w="1234" w:type="dxa"/>
          </w:tcPr>
          <w:p w14:paraId="5FA67B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10E660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RA-243-и</w:t>
            </w:r>
          </w:p>
        </w:tc>
        <w:tc>
          <w:tcPr>
            <w:tcW w:w="1234" w:type="dxa"/>
          </w:tcPr>
          <w:p w14:paraId="7113A9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243</w:t>
            </w:r>
          </w:p>
        </w:tc>
        <w:tc>
          <w:tcPr>
            <w:tcW w:w="1234" w:type="dxa"/>
          </w:tcPr>
          <w:p w14:paraId="1A5A02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0A12ED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132601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410BE3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14,1</w:t>
            </w:r>
          </w:p>
        </w:tc>
      </w:tr>
      <w:tr w:rsidR="006F0136" w:rsidRPr="00D77020" w14:paraId="7FB74111" w14:textId="77777777">
        <w:tc>
          <w:tcPr>
            <w:tcW w:w="1234" w:type="dxa"/>
          </w:tcPr>
          <w:p w14:paraId="2EE82D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1C2E4B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RA-25-а</w:t>
            </w:r>
          </w:p>
        </w:tc>
        <w:tc>
          <w:tcPr>
            <w:tcW w:w="1234" w:type="dxa"/>
          </w:tcPr>
          <w:p w14:paraId="371DDA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</w:t>
            </w:r>
          </w:p>
        </w:tc>
        <w:tc>
          <w:tcPr>
            <w:tcW w:w="1234" w:type="dxa"/>
          </w:tcPr>
          <w:p w14:paraId="0F4736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39FB94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0374FD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A2A316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24,3</w:t>
            </w:r>
          </w:p>
        </w:tc>
      </w:tr>
      <w:tr w:rsidR="006F0136" w:rsidRPr="00D77020" w14:paraId="1A9DC5FC" w14:textId="77777777">
        <w:tc>
          <w:tcPr>
            <w:tcW w:w="1234" w:type="dxa"/>
          </w:tcPr>
          <w:p w14:paraId="34482F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506254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RA-25-б</w:t>
            </w:r>
          </w:p>
        </w:tc>
        <w:tc>
          <w:tcPr>
            <w:tcW w:w="1234" w:type="dxa"/>
          </w:tcPr>
          <w:p w14:paraId="675C63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</w:t>
            </w:r>
          </w:p>
        </w:tc>
        <w:tc>
          <w:tcPr>
            <w:tcW w:w="1234" w:type="dxa"/>
          </w:tcPr>
          <w:p w14:paraId="5E58E7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13C5EF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2B7DEB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8BCB5F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1,3</w:t>
            </w:r>
          </w:p>
        </w:tc>
      </w:tr>
      <w:tr w:rsidR="006F0136" w:rsidRPr="00D77020" w14:paraId="0698D80E" w14:textId="77777777">
        <w:tc>
          <w:tcPr>
            <w:tcW w:w="1234" w:type="dxa"/>
          </w:tcPr>
          <w:p w14:paraId="31C114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574369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RA-25-д</w:t>
            </w:r>
          </w:p>
        </w:tc>
        <w:tc>
          <w:tcPr>
            <w:tcW w:w="1234" w:type="dxa"/>
          </w:tcPr>
          <w:p w14:paraId="50462F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</w:t>
            </w:r>
          </w:p>
        </w:tc>
        <w:tc>
          <w:tcPr>
            <w:tcW w:w="1234" w:type="dxa"/>
          </w:tcPr>
          <w:p w14:paraId="2F8A05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5D1472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748AF5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2028AF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13,0</w:t>
            </w:r>
          </w:p>
        </w:tc>
      </w:tr>
      <w:tr w:rsidR="006F0136" w:rsidRPr="00D77020" w14:paraId="38676C8E" w14:textId="77777777">
        <w:tc>
          <w:tcPr>
            <w:tcW w:w="1234" w:type="dxa"/>
          </w:tcPr>
          <w:p w14:paraId="30A553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518B9F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RA-25-е</w:t>
            </w:r>
          </w:p>
        </w:tc>
        <w:tc>
          <w:tcPr>
            <w:tcW w:w="1234" w:type="dxa"/>
          </w:tcPr>
          <w:p w14:paraId="747BA9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</w:t>
            </w:r>
          </w:p>
        </w:tc>
        <w:tc>
          <w:tcPr>
            <w:tcW w:w="1234" w:type="dxa"/>
          </w:tcPr>
          <w:p w14:paraId="472BAB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716200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57B01C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A3683B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398727D6" w14:textId="77777777">
        <w:tc>
          <w:tcPr>
            <w:tcW w:w="1234" w:type="dxa"/>
          </w:tcPr>
          <w:p w14:paraId="72BC47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3C0056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RA-26-б</w:t>
            </w:r>
          </w:p>
        </w:tc>
        <w:tc>
          <w:tcPr>
            <w:tcW w:w="1234" w:type="dxa"/>
          </w:tcPr>
          <w:p w14:paraId="740F1D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26</w:t>
            </w:r>
          </w:p>
        </w:tc>
        <w:tc>
          <w:tcPr>
            <w:tcW w:w="1234" w:type="dxa"/>
          </w:tcPr>
          <w:p w14:paraId="02D9DA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7A98BB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506C5C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826F4B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2,4</w:t>
            </w:r>
          </w:p>
        </w:tc>
      </w:tr>
      <w:tr w:rsidR="006F0136" w:rsidRPr="00D77020" w14:paraId="780E09C0" w14:textId="77777777">
        <w:tc>
          <w:tcPr>
            <w:tcW w:w="1234" w:type="dxa"/>
          </w:tcPr>
          <w:p w14:paraId="111013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30C0A9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RA-27-г</w:t>
            </w:r>
          </w:p>
        </w:tc>
        <w:tc>
          <w:tcPr>
            <w:tcW w:w="1234" w:type="dxa"/>
          </w:tcPr>
          <w:p w14:paraId="6A3315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</w:t>
            </w:r>
          </w:p>
        </w:tc>
        <w:tc>
          <w:tcPr>
            <w:tcW w:w="1234" w:type="dxa"/>
          </w:tcPr>
          <w:p w14:paraId="44D34B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7907AD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3688C9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896462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24,7</w:t>
            </w:r>
          </w:p>
        </w:tc>
      </w:tr>
      <w:tr w:rsidR="006F0136" w:rsidRPr="00D77020" w14:paraId="6472EA21" w14:textId="77777777">
        <w:tc>
          <w:tcPr>
            <w:tcW w:w="1234" w:type="dxa"/>
          </w:tcPr>
          <w:p w14:paraId="4D9904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025A4E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RA-27-д</w:t>
            </w:r>
          </w:p>
        </w:tc>
        <w:tc>
          <w:tcPr>
            <w:tcW w:w="1234" w:type="dxa"/>
          </w:tcPr>
          <w:p w14:paraId="5D953F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</w:t>
            </w:r>
          </w:p>
        </w:tc>
        <w:tc>
          <w:tcPr>
            <w:tcW w:w="1234" w:type="dxa"/>
          </w:tcPr>
          <w:p w14:paraId="41A9CB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29F5D6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57402A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3A10CB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6,4</w:t>
            </w:r>
          </w:p>
        </w:tc>
      </w:tr>
      <w:tr w:rsidR="006F0136" w:rsidRPr="00D77020" w14:paraId="32943F92" w14:textId="77777777">
        <w:tc>
          <w:tcPr>
            <w:tcW w:w="1234" w:type="dxa"/>
          </w:tcPr>
          <w:p w14:paraId="278CDF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626D30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RA-27-ж</w:t>
            </w:r>
          </w:p>
        </w:tc>
        <w:tc>
          <w:tcPr>
            <w:tcW w:w="1234" w:type="dxa"/>
          </w:tcPr>
          <w:p w14:paraId="11FA1E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</w:t>
            </w:r>
          </w:p>
        </w:tc>
        <w:tc>
          <w:tcPr>
            <w:tcW w:w="1234" w:type="dxa"/>
          </w:tcPr>
          <w:p w14:paraId="436971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3F20DE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6B0866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C3E06B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3,5</w:t>
            </w:r>
          </w:p>
        </w:tc>
      </w:tr>
      <w:tr w:rsidR="006F0136" w:rsidRPr="00D77020" w14:paraId="27032CF9" w14:textId="77777777">
        <w:tc>
          <w:tcPr>
            <w:tcW w:w="1234" w:type="dxa"/>
          </w:tcPr>
          <w:p w14:paraId="7C579A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47CF38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RA-31-и</w:t>
            </w:r>
          </w:p>
        </w:tc>
        <w:tc>
          <w:tcPr>
            <w:tcW w:w="1234" w:type="dxa"/>
          </w:tcPr>
          <w:p w14:paraId="73AD02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</w:t>
            </w:r>
          </w:p>
        </w:tc>
        <w:tc>
          <w:tcPr>
            <w:tcW w:w="1234" w:type="dxa"/>
          </w:tcPr>
          <w:p w14:paraId="4F46DF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6D0248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0BAAE7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68853C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0,8</w:t>
            </w:r>
          </w:p>
        </w:tc>
      </w:tr>
      <w:tr w:rsidR="006F0136" w:rsidRPr="00D77020" w14:paraId="78E08467" w14:textId="77777777">
        <w:tc>
          <w:tcPr>
            <w:tcW w:w="1234" w:type="dxa"/>
          </w:tcPr>
          <w:p w14:paraId="3FE115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39145F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RA-31-к</w:t>
            </w:r>
          </w:p>
        </w:tc>
        <w:tc>
          <w:tcPr>
            <w:tcW w:w="1234" w:type="dxa"/>
          </w:tcPr>
          <w:p w14:paraId="5D9F8E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</w:t>
            </w:r>
          </w:p>
        </w:tc>
        <w:tc>
          <w:tcPr>
            <w:tcW w:w="1234" w:type="dxa"/>
          </w:tcPr>
          <w:p w14:paraId="4D260E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4815C0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</w:t>
            </w:r>
          </w:p>
        </w:tc>
        <w:tc>
          <w:tcPr>
            <w:tcW w:w="1234" w:type="dxa"/>
          </w:tcPr>
          <w:p w14:paraId="057F3F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7DBDE3F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6F4C3470" w14:textId="77777777">
        <w:tc>
          <w:tcPr>
            <w:tcW w:w="1234" w:type="dxa"/>
          </w:tcPr>
          <w:p w14:paraId="58444A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4EE8C7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RA-31-м</w:t>
            </w:r>
          </w:p>
        </w:tc>
        <w:tc>
          <w:tcPr>
            <w:tcW w:w="1234" w:type="dxa"/>
          </w:tcPr>
          <w:p w14:paraId="534C0C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</w:t>
            </w:r>
          </w:p>
        </w:tc>
        <w:tc>
          <w:tcPr>
            <w:tcW w:w="1234" w:type="dxa"/>
          </w:tcPr>
          <w:p w14:paraId="27818B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2FD040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634FFA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E3701C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2,4</w:t>
            </w:r>
          </w:p>
        </w:tc>
      </w:tr>
      <w:tr w:rsidR="006F0136" w:rsidRPr="00D77020" w14:paraId="52B4C40B" w14:textId="77777777">
        <w:tc>
          <w:tcPr>
            <w:tcW w:w="1234" w:type="dxa"/>
          </w:tcPr>
          <w:p w14:paraId="5984A4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509EE7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RA-32-б</w:t>
            </w:r>
          </w:p>
        </w:tc>
        <w:tc>
          <w:tcPr>
            <w:tcW w:w="1234" w:type="dxa"/>
          </w:tcPr>
          <w:p w14:paraId="7B1F0E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</w:t>
            </w:r>
          </w:p>
        </w:tc>
        <w:tc>
          <w:tcPr>
            <w:tcW w:w="1234" w:type="dxa"/>
          </w:tcPr>
          <w:p w14:paraId="717AB4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0B7471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0D3245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CAC228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1,6</w:t>
            </w:r>
          </w:p>
        </w:tc>
      </w:tr>
      <w:tr w:rsidR="006F0136" w:rsidRPr="00D77020" w14:paraId="3F4DD06A" w14:textId="77777777">
        <w:tc>
          <w:tcPr>
            <w:tcW w:w="1234" w:type="dxa"/>
          </w:tcPr>
          <w:p w14:paraId="7BD1CC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3AA45F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RA-32-е</w:t>
            </w:r>
          </w:p>
        </w:tc>
        <w:tc>
          <w:tcPr>
            <w:tcW w:w="1234" w:type="dxa"/>
          </w:tcPr>
          <w:p w14:paraId="4EF4A7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</w:t>
            </w:r>
          </w:p>
        </w:tc>
        <w:tc>
          <w:tcPr>
            <w:tcW w:w="1234" w:type="dxa"/>
          </w:tcPr>
          <w:p w14:paraId="1AD581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0BE01B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190</w:t>
            </w:r>
          </w:p>
        </w:tc>
        <w:tc>
          <w:tcPr>
            <w:tcW w:w="1234" w:type="dxa"/>
          </w:tcPr>
          <w:p w14:paraId="2F896C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60EC2A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3,5</w:t>
            </w:r>
          </w:p>
        </w:tc>
      </w:tr>
      <w:tr w:rsidR="006F0136" w:rsidRPr="00D77020" w14:paraId="2B1702C9" w14:textId="77777777">
        <w:tc>
          <w:tcPr>
            <w:tcW w:w="1234" w:type="dxa"/>
          </w:tcPr>
          <w:p w14:paraId="27414D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0F3D42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RA-32-и</w:t>
            </w:r>
          </w:p>
        </w:tc>
        <w:tc>
          <w:tcPr>
            <w:tcW w:w="1234" w:type="dxa"/>
          </w:tcPr>
          <w:p w14:paraId="3C2B2A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</w:t>
            </w:r>
          </w:p>
        </w:tc>
        <w:tc>
          <w:tcPr>
            <w:tcW w:w="1234" w:type="dxa"/>
          </w:tcPr>
          <w:p w14:paraId="5F0803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51858A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234" w:type="dxa"/>
          </w:tcPr>
          <w:p w14:paraId="0B2A22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6A71CEC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47E84E6C" w14:textId="77777777">
        <w:tc>
          <w:tcPr>
            <w:tcW w:w="1234" w:type="dxa"/>
          </w:tcPr>
          <w:p w14:paraId="2CD2A5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283609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RA-33-в</w:t>
            </w:r>
          </w:p>
        </w:tc>
        <w:tc>
          <w:tcPr>
            <w:tcW w:w="1234" w:type="dxa"/>
          </w:tcPr>
          <w:p w14:paraId="3C2442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</w:t>
            </w:r>
          </w:p>
        </w:tc>
        <w:tc>
          <w:tcPr>
            <w:tcW w:w="1234" w:type="dxa"/>
          </w:tcPr>
          <w:p w14:paraId="5614B7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73BE24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609826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814255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14,2</w:t>
            </w:r>
          </w:p>
        </w:tc>
      </w:tr>
      <w:tr w:rsidR="006F0136" w:rsidRPr="00D77020" w14:paraId="6A449D84" w14:textId="77777777">
        <w:tc>
          <w:tcPr>
            <w:tcW w:w="1234" w:type="dxa"/>
          </w:tcPr>
          <w:p w14:paraId="36154F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6A9188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RA-33-г</w:t>
            </w:r>
          </w:p>
        </w:tc>
        <w:tc>
          <w:tcPr>
            <w:tcW w:w="1234" w:type="dxa"/>
          </w:tcPr>
          <w:p w14:paraId="6C375C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</w:t>
            </w:r>
          </w:p>
        </w:tc>
        <w:tc>
          <w:tcPr>
            <w:tcW w:w="1234" w:type="dxa"/>
          </w:tcPr>
          <w:p w14:paraId="22EE24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24F6E6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2F03CA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F8EF47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4,8</w:t>
            </w:r>
          </w:p>
        </w:tc>
      </w:tr>
      <w:tr w:rsidR="006F0136" w:rsidRPr="00D77020" w14:paraId="39BFF26C" w14:textId="77777777">
        <w:tc>
          <w:tcPr>
            <w:tcW w:w="1234" w:type="dxa"/>
          </w:tcPr>
          <w:p w14:paraId="655BC4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0C90D2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RA-33-д</w:t>
            </w:r>
          </w:p>
        </w:tc>
        <w:tc>
          <w:tcPr>
            <w:tcW w:w="1234" w:type="dxa"/>
          </w:tcPr>
          <w:p w14:paraId="2AF8CF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</w:t>
            </w:r>
          </w:p>
        </w:tc>
        <w:tc>
          <w:tcPr>
            <w:tcW w:w="1234" w:type="dxa"/>
          </w:tcPr>
          <w:p w14:paraId="2642EF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70E3D2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6F0A0E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FE4DB5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11,8</w:t>
            </w:r>
          </w:p>
        </w:tc>
      </w:tr>
      <w:tr w:rsidR="006F0136" w:rsidRPr="00D77020" w14:paraId="3680C9BC" w14:textId="77777777">
        <w:tc>
          <w:tcPr>
            <w:tcW w:w="1234" w:type="dxa"/>
          </w:tcPr>
          <w:p w14:paraId="13C3F4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5F7EEF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RA-33-е</w:t>
            </w:r>
          </w:p>
        </w:tc>
        <w:tc>
          <w:tcPr>
            <w:tcW w:w="1234" w:type="dxa"/>
          </w:tcPr>
          <w:p w14:paraId="23B70C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</w:t>
            </w:r>
          </w:p>
        </w:tc>
        <w:tc>
          <w:tcPr>
            <w:tcW w:w="1234" w:type="dxa"/>
          </w:tcPr>
          <w:p w14:paraId="4055D6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3807DC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209420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DA0379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17,5</w:t>
            </w:r>
          </w:p>
        </w:tc>
      </w:tr>
      <w:tr w:rsidR="006F0136" w:rsidRPr="00D77020" w14:paraId="00D5DF5B" w14:textId="77777777">
        <w:tc>
          <w:tcPr>
            <w:tcW w:w="1234" w:type="dxa"/>
          </w:tcPr>
          <w:p w14:paraId="05C808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65ED14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RA-33-м</w:t>
            </w:r>
          </w:p>
        </w:tc>
        <w:tc>
          <w:tcPr>
            <w:tcW w:w="1234" w:type="dxa"/>
          </w:tcPr>
          <w:p w14:paraId="533A96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</w:t>
            </w:r>
          </w:p>
        </w:tc>
        <w:tc>
          <w:tcPr>
            <w:tcW w:w="1234" w:type="dxa"/>
          </w:tcPr>
          <w:p w14:paraId="09B543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09DED4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448B84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759887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3,9</w:t>
            </w:r>
          </w:p>
        </w:tc>
      </w:tr>
      <w:tr w:rsidR="006F0136" w:rsidRPr="00D77020" w14:paraId="416A29E8" w14:textId="77777777">
        <w:tc>
          <w:tcPr>
            <w:tcW w:w="1234" w:type="dxa"/>
          </w:tcPr>
          <w:p w14:paraId="27E665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4CD199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RA-33-о</w:t>
            </w:r>
          </w:p>
        </w:tc>
        <w:tc>
          <w:tcPr>
            <w:tcW w:w="1234" w:type="dxa"/>
          </w:tcPr>
          <w:p w14:paraId="200438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</w:t>
            </w:r>
          </w:p>
        </w:tc>
        <w:tc>
          <w:tcPr>
            <w:tcW w:w="1234" w:type="dxa"/>
          </w:tcPr>
          <w:p w14:paraId="5CF65F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72CA0F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4CCA91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24D7AB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1,4</w:t>
            </w:r>
          </w:p>
        </w:tc>
      </w:tr>
      <w:tr w:rsidR="006F0136" w:rsidRPr="00D77020" w14:paraId="758EE13F" w14:textId="77777777">
        <w:tc>
          <w:tcPr>
            <w:tcW w:w="1234" w:type="dxa"/>
          </w:tcPr>
          <w:p w14:paraId="20D678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5ECD60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RA-33-р</w:t>
            </w:r>
          </w:p>
        </w:tc>
        <w:tc>
          <w:tcPr>
            <w:tcW w:w="1234" w:type="dxa"/>
          </w:tcPr>
          <w:p w14:paraId="0807FF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</w:t>
            </w:r>
          </w:p>
        </w:tc>
        <w:tc>
          <w:tcPr>
            <w:tcW w:w="1234" w:type="dxa"/>
          </w:tcPr>
          <w:p w14:paraId="35D545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51DC00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7FFDF4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C946FB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8,7</w:t>
            </w:r>
          </w:p>
        </w:tc>
      </w:tr>
      <w:tr w:rsidR="006F0136" w:rsidRPr="00D77020" w14:paraId="49642DE7" w14:textId="77777777">
        <w:tc>
          <w:tcPr>
            <w:tcW w:w="1234" w:type="dxa"/>
          </w:tcPr>
          <w:p w14:paraId="056434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70378F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RA-34-а</w:t>
            </w:r>
          </w:p>
        </w:tc>
        <w:tc>
          <w:tcPr>
            <w:tcW w:w="1234" w:type="dxa"/>
          </w:tcPr>
          <w:p w14:paraId="1E86CC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34</w:t>
            </w:r>
          </w:p>
        </w:tc>
        <w:tc>
          <w:tcPr>
            <w:tcW w:w="1234" w:type="dxa"/>
          </w:tcPr>
          <w:p w14:paraId="3463EE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78CD64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7A8BB8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D20AB9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5,6</w:t>
            </w:r>
          </w:p>
        </w:tc>
      </w:tr>
      <w:tr w:rsidR="006F0136" w:rsidRPr="00D77020" w14:paraId="5A06408D" w14:textId="77777777">
        <w:tc>
          <w:tcPr>
            <w:tcW w:w="1234" w:type="dxa"/>
          </w:tcPr>
          <w:p w14:paraId="2341D3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2F5CCF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RA-34-б</w:t>
            </w:r>
          </w:p>
        </w:tc>
        <w:tc>
          <w:tcPr>
            <w:tcW w:w="1234" w:type="dxa"/>
          </w:tcPr>
          <w:p w14:paraId="168BFD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34</w:t>
            </w:r>
          </w:p>
        </w:tc>
        <w:tc>
          <w:tcPr>
            <w:tcW w:w="1234" w:type="dxa"/>
          </w:tcPr>
          <w:p w14:paraId="137B76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028CEB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190</w:t>
            </w:r>
          </w:p>
        </w:tc>
        <w:tc>
          <w:tcPr>
            <w:tcW w:w="1234" w:type="dxa"/>
          </w:tcPr>
          <w:p w14:paraId="733C5C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DA7D0E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15,1</w:t>
            </w:r>
          </w:p>
        </w:tc>
      </w:tr>
      <w:tr w:rsidR="006F0136" w:rsidRPr="00D77020" w14:paraId="478C0D84" w14:textId="77777777">
        <w:tc>
          <w:tcPr>
            <w:tcW w:w="1234" w:type="dxa"/>
          </w:tcPr>
          <w:p w14:paraId="3CE74D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108947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RA-34-д</w:t>
            </w:r>
          </w:p>
        </w:tc>
        <w:tc>
          <w:tcPr>
            <w:tcW w:w="1234" w:type="dxa"/>
          </w:tcPr>
          <w:p w14:paraId="7D7CD5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34</w:t>
            </w:r>
          </w:p>
        </w:tc>
        <w:tc>
          <w:tcPr>
            <w:tcW w:w="1234" w:type="dxa"/>
          </w:tcPr>
          <w:p w14:paraId="3929B3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0FEA8E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345E61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3DF45F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4,0</w:t>
            </w:r>
          </w:p>
        </w:tc>
      </w:tr>
      <w:tr w:rsidR="006F0136" w:rsidRPr="00D77020" w14:paraId="6AF7B8BF" w14:textId="77777777">
        <w:tc>
          <w:tcPr>
            <w:tcW w:w="1234" w:type="dxa"/>
          </w:tcPr>
          <w:p w14:paraId="62EF53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125B7C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RA-34-е</w:t>
            </w:r>
          </w:p>
        </w:tc>
        <w:tc>
          <w:tcPr>
            <w:tcW w:w="1234" w:type="dxa"/>
          </w:tcPr>
          <w:p w14:paraId="5ABE58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34</w:t>
            </w:r>
          </w:p>
        </w:tc>
        <w:tc>
          <w:tcPr>
            <w:tcW w:w="1234" w:type="dxa"/>
          </w:tcPr>
          <w:p w14:paraId="534A45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6350FA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34A7F4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A53C6A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4,1</w:t>
            </w:r>
          </w:p>
        </w:tc>
      </w:tr>
      <w:tr w:rsidR="006F0136" w:rsidRPr="00D77020" w14:paraId="5DD57FC9" w14:textId="77777777">
        <w:tc>
          <w:tcPr>
            <w:tcW w:w="1234" w:type="dxa"/>
          </w:tcPr>
          <w:p w14:paraId="3C7762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4B0352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RA-35-г</w:t>
            </w:r>
          </w:p>
        </w:tc>
        <w:tc>
          <w:tcPr>
            <w:tcW w:w="1234" w:type="dxa"/>
          </w:tcPr>
          <w:p w14:paraId="597A54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</w:t>
            </w:r>
          </w:p>
        </w:tc>
        <w:tc>
          <w:tcPr>
            <w:tcW w:w="1234" w:type="dxa"/>
          </w:tcPr>
          <w:p w14:paraId="4502F9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1E3815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68992D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77C7D0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2,1</w:t>
            </w:r>
          </w:p>
        </w:tc>
      </w:tr>
      <w:tr w:rsidR="006F0136" w:rsidRPr="00D77020" w14:paraId="5DAD2253" w14:textId="77777777">
        <w:tc>
          <w:tcPr>
            <w:tcW w:w="1234" w:type="dxa"/>
          </w:tcPr>
          <w:p w14:paraId="629420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67B870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RA-35-ж</w:t>
            </w:r>
          </w:p>
        </w:tc>
        <w:tc>
          <w:tcPr>
            <w:tcW w:w="1234" w:type="dxa"/>
          </w:tcPr>
          <w:p w14:paraId="29B4BB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</w:t>
            </w:r>
          </w:p>
        </w:tc>
        <w:tc>
          <w:tcPr>
            <w:tcW w:w="1234" w:type="dxa"/>
          </w:tcPr>
          <w:p w14:paraId="158A04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6ACB40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126E4C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2C7D4AD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13,8</w:t>
            </w:r>
          </w:p>
        </w:tc>
      </w:tr>
      <w:tr w:rsidR="006F0136" w:rsidRPr="00D77020" w14:paraId="5206DBD8" w14:textId="77777777">
        <w:tc>
          <w:tcPr>
            <w:tcW w:w="1234" w:type="dxa"/>
          </w:tcPr>
          <w:p w14:paraId="560AAC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7289CA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RA-36-а</w:t>
            </w:r>
          </w:p>
        </w:tc>
        <w:tc>
          <w:tcPr>
            <w:tcW w:w="1234" w:type="dxa"/>
          </w:tcPr>
          <w:p w14:paraId="2B1EFC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36</w:t>
            </w:r>
          </w:p>
        </w:tc>
        <w:tc>
          <w:tcPr>
            <w:tcW w:w="1234" w:type="dxa"/>
          </w:tcPr>
          <w:p w14:paraId="5ED696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69622B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761884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59B4DD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9,4</w:t>
            </w:r>
          </w:p>
        </w:tc>
      </w:tr>
      <w:tr w:rsidR="006F0136" w:rsidRPr="00D77020" w14:paraId="5552BDDF" w14:textId="77777777">
        <w:tc>
          <w:tcPr>
            <w:tcW w:w="1234" w:type="dxa"/>
          </w:tcPr>
          <w:p w14:paraId="6C2CCF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0E0F06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RA-36-б</w:t>
            </w:r>
          </w:p>
        </w:tc>
        <w:tc>
          <w:tcPr>
            <w:tcW w:w="1234" w:type="dxa"/>
          </w:tcPr>
          <w:p w14:paraId="7167F7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36</w:t>
            </w:r>
          </w:p>
        </w:tc>
        <w:tc>
          <w:tcPr>
            <w:tcW w:w="1234" w:type="dxa"/>
          </w:tcPr>
          <w:p w14:paraId="3C96FC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0770E0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1051B8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A27D63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2,0</w:t>
            </w:r>
          </w:p>
        </w:tc>
      </w:tr>
      <w:tr w:rsidR="006F0136" w:rsidRPr="00D77020" w14:paraId="2969289D" w14:textId="77777777">
        <w:tc>
          <w:tcPr>
            <w:tcW w:w="1234" w:type="dxa"/>
          </w:tcPr>
          <w:p w14:paraId="624AFA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717680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RA-37-а</w:t>
            </w:r>
          </w:p>
        </w:tc>
        <w:tc>
          <w:tcPr>
            <w:tcW w:w="1234" w:type="dxa"/>
          </w:tcPr>
          <w:p w14:paraId="6A1EBC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37</w:t>
            </w:r>
          </w:p>
        </w:tc>
        <w:tc>
          <w:tcPr>
            <w:tcW w:w="1234" w:type="dxa"/>
          </w:tcPr>
          <w:p w14:paraId="3838D3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770369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58F491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991CCC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22,5</w:t>
            </w:r>
          </w:p>
        </w:tc>
      </w:tr>
      <w:tr w:rsidR="006F0136" w:rsidRPr="00D77020" w14:paraId="4FAD3A3B" w14:textId="77777777">
        <w:tc>
          <w:tcPr>
            <w:tcW w:w="1234" w:type="dxa"/>
          </w:tcPr>
          <w:p w14:paraId="4247C5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566B28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RA-37-б</w:t>
            </w:r>
          </w:p>
        </w:tc>
        <w:tc>
          <w:tcPr>
            <w:tcW w:w="1234" w:type="dxa"/>
          </w:tcPr>
          <w:p w14:paraId="67F7B4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37</w:t>
            </w:r>
          </w:p>
        </w:tc>
        <w:tc>
          <w:tcPr>
            <w:tcW w:w="1234" w:type="dxa"/>
          </w:tcPr>
          <w:p w14:paraId="24D747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71ECC8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23DB2A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A02FCE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21,3</w:t>
            </w:r>
          </w:p>
        </w:tc>
      </w:tr>
      <w:tr w:rsidR="006F0136" w:rsidRPr="00D77020" w14:paraId="01486875" w14:textId="77777777">
        <w:tc>
          <w:tcPr>
            <w:tcW w:w="1234" w:type="dxa"/>
          </w:tcPr>
          <w:p w14:paraId="439FBD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622770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RA-37-в</w:t>
            </w:r>
          </w:p>
        </w:tc>
        <w:tc>
          <w:tcPr>
            <w:tcW w:w="1234" w:type="dxa"/>
          </w:tcPr>
          <w:p w14:paraId="1E1BA1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37</w:t>
            </w:r>
          </w:p>
        </w:tc>
        <w:tc>
          <w:tcPr>
            <w:tcW w:w="1234" w:type="dxa"/>
          </w:tcPr>
          <w:p w14:paraId="251B0B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198EE8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1A7DB6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3CE6D6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1,3</w:t>
            </w:r>
          </w:p>
        </w:tc>
      </w:tr>
      <w:tr w:rsidR="006F0136" w:rsidRPr="00D77020" w14:paraId="7B66F396" w14:textId="77777777">
        <w:tc>
          <w:tcPr>
            <w:tcW w:w="1234" w:type="dxa"/>
          </w:tcPr>
          <w:p w14:paraId="51DC08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012CBE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RA-37-г</w:t>
            </w:r>
          </w:p>
        </w:tc>
        <w:tc>
          <w:tcPr>
            <w:tcW w:w="1234" w:type="dxa"/>
          </w:tcPr>
          <w:p w14:paraId="2CA35D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37</w:t>
            </w:r>
          </w:p>
        </w:tc>
        <w:tc>
          <w:tcPr>
            <w:tcW w:w="1234" w:type="dxa"/>
          </w:tcPr>
          <w:p w14:paraId="12471E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4D704E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687940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EAC19D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7043DA88" w14:textId="77777777">
        <w:tc>
          <w:tcPr>
            <w:tcW w:w="1234" w:type="dxa"/>
          </w:tcPr>
          <w:p w14:paraId="379BB6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2022</w:t>
            </w:r>
          </w:p>
        </w:tc>
        <w:tc>
          <w:tcPr>
            <w:tcW w:w="1234" w:type="dxa"/>
          </w:tcPr>
          <w:p w14:paraId="6BA50F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RA-38-г</w:t>
            </w:r>
          </w:p>
        </w:tc>
        <w:tc>
          <w:tcPr>
            <w:tcW w:w="1234" w:type="dxa"/>
          </w:tcPr>
          <w:p w14:paraId="364BEE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</w:t>
            </w:r>
          </w:p>
        </w:tc>
        <w:tc>
          <w:tcPr>
            <w:tcW w:w="1234" w:type="dxa"/>
          </w:tcPr>
          <w:p w14:paraId="1A0C84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6D4F68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1A6B50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1EBDB2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1,8</w:t>
            </w:r>
          </w:p>
        </w:tc>
      </w:tr>
      <w:tr w:rsidR="006F0136" w:rsidRPr="00D77020" w14:paraId="61E8A17E" w14:textId="77777777">
        <w:tc>
          <w:tcPr>
            <w:tcW w:w="1234" w:type="dxa"/>
          </w:tcPr>
          <w:p w14:paraId="762392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4DB49B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RA-461-в</w:t>
            </w:r>
          </w:p>
        </w:tc>
        <w:tc>
          <w:tcPr>
            <w:tcW w:w="1234" w:type="dxa"/>
          </w:tcPr>
          <w:p w14:paraId="24BDE0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461</w:t>
            </w:r>
          </w:p>
        </w:tc>
        <w:tc>
          <w:tcPr>
            <w:tcW w:w="1234" w:type="dxa"/>
          </w:tcPr>
          <w:p w14:paraId="234944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4CC8D9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85</w:t>
            </w:r>
          </w:p>
        </w:tc>
        <w:tc>
          <w:tcPr>
            <w:tcW w:w="1234" w:type="dxa"/>
          </w:tcPr>
          <w:p w14:paraId="504325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3B024A4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4,6</w:t>
            </w:r>
          </w:p>
        </w:tc>
      </w:tr>
      <w:tr w:rsidR="006F0136" w:rsidRPr="00D77020" w14:paraId="1CCB78F8" w14:textId="77777777">
        <w:tc>
          <w:tcPr>
            <w:tcW w:w="1234" w:type="dxa"/>
          </w:tcPr>
          <w:p w14:paraId="348849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6B85D2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RA-461-г</w:t>
            </w:r>
          </w:p>
        </w:tc>
        <w:tc>
          <w:tcPr>
            <w:tcW w:w="1234" w:type="dxa"/>
          </w:tcPr>
          <w:p w14:paraId="07FB0C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461</w:t>
            </w:r>
          </w:p>
        </w:tc>
        <w:tc>
          <w:tcPr>
            <w:tcW w:w="1234" w:type="dxa"/>
          </w:tcPr>
          <w:p w14:paraId="45080D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60F610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5AE830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8A2134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2,8</w:t>
            </w:r>
          </w:p>
        </w:tc>
      </w:tr>
      <w:tr w:rsidR="006F0136" w:rsidRPr="00D77020" w14:paraId="62DD44B3" w14:textId="77777777">
        <w:tc>
          <w:tcPr>
            <w:tcW w:w="1234" w:type="dxa"/>
          </w:tcPr>
          <w:p w14:paraId="44EC8F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424CA6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RA-462-е</w:t>
            </w:r>
          </w:p>
        </w:tc>
        <w:tc>
          <w:tcPr>
            <w:tcW w:w="1234" w:type="dxa"/>
          </w:tcPr>
          <w:p w14:paraId="11A92E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462</w:t>
            </w:r>
          </w:p>
        </w:tc>
        <w:tc>
          <w:tcPr>
            <w:tcW w:w="1234" w:type="dxa"/>
          </w:tcPr>
          <w:p w14:paraId="226C4D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2FF1F5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7074B5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86B991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2,0</w:t>
            </w:r>
          </w:p>
        </w:tc>
      </w:tr>
      <w:tr w:rsidR="006F0136" w:rsidRPr="00D77020" w14:paraId="33438842" w14:textId="77777777">
        <w:tc>
          <w:tcPr>
            <w:tcW w:w="1234" w:type="dxa"/>
          </w:tcPr>
          <w:p w14:paraId="5DA161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131695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RA-462-ж</w:t>
            </w:r>
          </w:p>
        </w:tc>
        <w:tc>
          <w:tcPr>
            <w:tcW w:w="1234" w:type="dxa"/>
          </w:tcPr>
          <w:p w14:paraId="6482BE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462</w:t>
            </w:r>
          </w:p>
        </w:tc>
        <w:tc>
          <w:tcPr>
            <w:tcW w:w="1234" w:type="dxa"/>
          </w:tcPr>
          <w:p w14:paraId="06E080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6DB03C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1CFC73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BDE1E7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3,8</w:t>
            </w:r>
          </w:p>
        </w:tc>
      </w:tr>
      <w:tr w:rsidR="006F0136" w:rsidRPr="00D77020" w14:paraId="6C8CF50E" w14:textId="77777777">
        <w:tc>
          <w:tcPr>
            <w:tcW w:w="1234" w:type="dxa"/>
          </w:tcPr>
          <w:p w14:paraId="40CF1B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645826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RA-463-д</w:t>
            </w:r>
          </w:p>
        </w:tc>
        <w:tc>
          <w:tcPr>
            <w:tcW w:w="1234" w:type="dxa"/>
          </w:tcPr>
          <w:p w14:paraId="24D1A2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463</w:t>
            </w:r>
          </w:p>
        </w:tc>
        <w:tc>
          <w:tcPr>
            <w:tcW w:w="1234" w:type="dxa"/>
          </w:tcPr>
          <w:p w14:paraId="194B64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7C537D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2A08DC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103742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5,4</w:t>
            </w:r>
          </w:p>
        </w:tc>
      </w:tr>
      <w:tr w:rsidR="006F0136" w:rsidRPr="00D77020" w14:paraId="2CEDF23A" w14:textId="77777777">
        <w:tc>
          <w:tcPr>
            <w:tcW w:w="1234" w:type="dxa"/>
          </w:tcPr>
          <w:p w14:paraId="76A20C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41D7B1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RA-464-г</w:t>
            </w:r>
          </w:p>
        </w:tc>
        <w:tc>
          <w:tcPr>
            <w:tcW w:w="1234" w:type="dxa"/>
          </w:tcPr>
          <w:p w14:paraId="0AC712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464</w:t>
            </w:r>
          </w:p>
        </w:tc>
        <w:tc>
          <w:tcPr>
            <w:tcW w:w="1234" w:type="dxa"/>
          </w:tcPr>
          <w:p w14:paraId="121914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673C85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17DB45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520F384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2,3</w:t>
            </w:r>
          </w:p>
        </w:tc>
      </w:tr>
      <w:tr w:rsidR="006F0136" w:rsidRPr="00D77020" w14:paraId="427972E6" w14:textId="77777777">
        <w:tc>
          <w:tcPr>
            <w:tcW w:w="1234" w:type="dxa"/>
          </w:tcPr>
          <w:p w14:paraId="3F7262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222780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RA-465-в</w:t>
            </w:r>
          </w:p>
        </w:tc>
        <w:tc>
          <w:tcPr>
            <w:tcW w:w="1234" w:type="dxa"/>
          </w:tcPr>
          <w:p w14:paraId="608920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465</w:t>
            </w:r>
          </w:p>
        </w:tc>
        <w:tc>
          <w:tcPr>
            <w:tcW w:w="1234" w:type="dxa"/>
          </w:tcPr>
          <w:p w14:paraId="07AB99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5D1B7E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02E170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1D9D9C1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5,8</w:t>
            </w:r>
          </w:p>
        </w:tc>
      </w:tr>
      <w:tr w:rsidR="006F0136" w:rsidRPr="00D77020" w14:paraId="33C780ED" w14:textId="77777777">
        <w:tc>
          <w:tcPr>
            <w:tcW w:w="1234" w:type="dxa"/>
          </w:tcPr>
          <w:p w14:paraId="4839C4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6B43F2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RA-473-а</w:t>
            </w:r>
          </w:p>
        </w:tc>
        <w:tc>
          <w:tcPr>
            <w:tcW w:w="1234" w:type="dxa"/>
          </w:tcPr>
          <w:p w14:paraId="28CBC8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473</w:t>
            </w:r>
          </w:p>
        </w:tc>
        <w:tc>
          <w:tcPr>
            <w:tcW w:w="1234" w:type="dxa"/>
          </w:tcPr>
          <w:p w14:paraId="2CCF96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32C6C7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0ECDCE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087CB8B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10,6</w:t>
            </w:r>
          </w:p>
        </w:tc>
      </w:tr>
      <w:tr w:rsidR="006F0136" w:rsidRPr="00D77020" w14:paraId="35E953F0" w14:textId="77777777">
        <w:tc>
          <w:tcPr>
            <w:tcW w:w="1234" w:type="dxa"/>
          </w:tcPr>
          <w:p w14:paraId="07A9D7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19B43D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RA-473-в</w:t>
            </w:r>
          </w:p>
        </w:tc>
        <w:tc>
          <w:tcPr>
            <w:tcW w:w="1234" w:type="dxa"/>
          </w:tcPr>
          <w:p w14:paraId="32A32E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473</w:t>
            </w:r>
          </w:p>
        </w:tc>
        <w:tc>
          <w:tcPr>
            <w:tcW w:w="1234" w:type="dxa"/>
          </w:tcPr>
          <w:p w14:paraId="392A2F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22632F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522D69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3335E6F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19,8</w:t>
            </w:r>
          </w:p>
        </w:tc>
      </w:tr>
      <w:tr w:rsidR="006F0136" w:rsidRPr="00D77020" w14:paraId="0E03E5F4" w14:textId="77777777">
        <w:tc>
          <w:tcPr>
            <w:tcW w:w="1234" w:type="dxa"/>
          </w:tcPr>
          <w:p w14:paraId="5345F4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3DBC1C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RA-476-в</w:t>
            </w:r>
          </w:p>
        </w:tc>
        <w:tc>
          <w:tcPr>
            <w:tcW w:w="1234" w:type="dxa"/>
          </w:tcPr>
          <w:p w14:paraId="74A030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476</w:t>
            </w:r>
          </w:p>
        </w:tc>
        <w:tc>
          <w:tcPr>
            <w:tcW w:w="1234" w:type="dxa"/>
          </w:tcPr>
          <w:p w14:paraId="407A31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2AD564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5779C8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761E934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2,0</w:t>
            </w:r>
          </w:p>
        </w:tc>
      </w:tr>
      <w:tr w:rsidR="006F0136" w:rsidRPr="00D77020" w14:paraId="00EA237E" w14:textId="77777777">
        <w:tc>
          <w:tcPr>
            <w:tcW w:w="1234" w:type="dxa"/>
          </w:tcPr>
          <w:p w14:paraId="469984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0A6DB7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RA-49-н</w:t>
            </w:r>
          </w:p>
        </w:tc>
        <w:tc>
          <w:tcPr>
            <w:tcW w:w="1234" w:type="dxa"/>
          </w:tcPr>
          <w:p w14:paraId="2E2D61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49</w:t>
            </w:r>
          </w:p>
        </w:tc>
        <w:tc>
          <w:tcPr>
            <w:tcW w:w="1234" w:type="dxa"/>
          </w:tcPr>
          <w:p w14:paraId="1E049D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32243F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33B7AF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8C3F71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8,3</w:t>
            </w:r>
          </w:p>
        </w:tc>
      </w:tr>
      <w:tr w:rsidR="006F0136" w:rsidRPr="00D77020" w14:paraId="026A7AFC" w14:textId="77777777">
        <w:tc>
          <w:tcPr>
            <w:tcW w:w="1234" w:type="dxa"/>
          </w:tcPr>
          <w:p w14:paraId="316043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551813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RA-49-п</w:t>
            </w:r>
          </w:p>
        </w:tc>
        <w:tc>
          <w:tcPr>
            <w:tcW w:w="1234" w:type="dxa"/>
          </w:tcPr>
          <w:p w14:paraId="17AD62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49</w:t>
            </w:r>
          </w:p>
        </w:tc>
        <w:tc>
          <w:tcPr>
            <w:tcW w:w="1234" w:type="dxa"/>
          </w:tcPr>
          <w:p w14:paraId="71B6DE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0F7C03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23A992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B74944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10,6</w:t>
            </w:r>
          </w:p>
        </w:tc>
      </w:tr>
      <w:tr w:rsidR="006F0136" w:rsidRPr="00D77020" w14:paraId="6F6A57FE" w14:textId="77777777">
        <w:tc>
          <w:tcPr>
            <w:tcW w:w="1234" w:type="dxa"/>
          </w:tcPr>
          <w:p w14:paraId="49FCD8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041181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RA-49-с</w:t>
            </w:r>
          </w:p>
        </w:tc>
        <w:tc>
          <w:tcPr>
            <w:tcW w:w="1234" w:type="dxa"/>
          </w:tcPr>
          <w:p w14:paraId="2EAE5A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49</w:t>
            </w:r>
          </w:p>
        </w:tc>
        <w:tc>
          <w:tcPr>
            <w:tcW w:w="1234" w:type="dxa"/>
          </w:tcPr>
          <w:p w14:paraId="71DBCB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1816A7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381745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FCB904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3,3</w:t>
            </w:r>
          </w:p>
        </w:tc>
      </w:tr>
      <w:tr w:rsidR="006F0136" w:rsidRPr="00D77020" w14:paraId="1573E5CC" w14:textId="77777777">
        <w:tc>
          <w:tcPr>
            <w:tcW w:w="1234" w:type="dxa"/>
          </w:tcPr>
          <w:p w14:paraId="5DBE9C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748C12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RA-56-н</w:t>
            </w:r>
          </w:p>
        </w:tc>
        <w:tc>
          <w:tcPr>
            <w:tcW w:w="1234" w:type="dxa"/>
          </w:tcPr>
          <w:p w14:paraId="3CB53B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56</w:t>
            </w:r>
          </w:p>
        </w:tc>
        <w:tc>
          <w:tcPr>
            <w:tcW w:w="1234" w:type="dxa"/>
          </w:tcPr>
          <w:p w14:paraId="0FAC46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5F2220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3B4364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3808B7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1,6</w:t>
            </w:r>
          </w:p>
        </w:tc>
      </w:tr>
      <w:tr w:rsidR="006F0136" w:rsidRPr="00D77020" w14:paraId="02F1C9CE" w14:textId="77777777">
        <w:tc>
          <w:tcPr>
            <w:tcW w:w="1234" w:type="dxa"/>
          </w:tcPr>
          <w:p w14:paraId="1A437D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2A233E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RA-56-о</w:t>
            </w:r>
          </w:p>
        </w:tc>
        <w:tc>
          <w:tcPr>
            <w:tcW w:w="1234" w:type="dxa"/>
          </w:tcPr>
          <w:p w14:paraId="253163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56</w:t>
            </w:r>
          </w:p>
        </w:tc>
        <w:tc>
          <w:tcPr>
            <w:tcW w:w="1234" w:type="dxa"/>
          </w:tcPr>
          <w:p w14:paraId="72B4FE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2487AA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039BA2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4C48A1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7,4</w:t>
            </w:r>
          </w:p>
        </w:tc>
      </w:tr>
      <w:tr w:rsidR="006F0136" w:rsidRPr="00D77020" w14:paraId="395CCD74" w14:textId="77777777">
        <w:tc>
          <w:tcPr>
            <w:tcW w:w="1234" w:type="dxa"/>
          </w:tcPr>
          <w:p w14:paraId="10D7A1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3B5E78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RA-80-з</w:t>
            </w:r>
          </w:p>
        </w:tc>
        <w:tc>
          <w:tcPr>
            <w:tcW w:w="1234" w:type="dxa"/>
          </w:tcPr>
          <w:p w14:paraId="322F2C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56D314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7ABC44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23AFC6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295EEAA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1,6</w:t>
            </w:r>
          </w:p>
        </w:tc>
      </w:tr>
      <w:tr w:rsidR="006F0136" w:rsidRPr="00D77020" w14:paraId="266D825D" w14:textId="77777777">
        <w:tc>
          <w:tcPr>
            <w:tcW w:w="1234" w:type="dxa"/>
          </w:tcPr>
          <w:p w14:paraId="3842AB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70B023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RA-82-к</w:t>
            </w:r>
          </w:p>
        </w:tc>
        <w:tc>
          <w:tcPr>
            <w:tcW w:w="1234" w:type="dxa"/>
          </w:tcPr>
          <w:p w14:paraId="30552F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82</w:t>
            </w:r>
          </w:p>
        </w:tc>
        <w:tc>
          <w:tcPr>
            <w:tcW w:w="1234" w:type="dxa"/>
          </w:tcPr>
          <w:p w14:paraId="4EFF22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2CD08E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57F845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6A8C60E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4,3</w:t>
            </w:r>
          </w:p>
        </w:tc>
      </w:tr>
      <w:tr w:rsidR="006F0136" w:rsidRPr="00D77020" w14:paraId="06CE40EA" w14:textId="77777777">
        <w:tc>
          <w:tcPr>
            <w:tcW w:w="7404" w:type="dxa"/>
            <w:gridSpan w:val="6"/>
          </w:tcPr>
          <w:p w14:paraId="522EEF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6DA5A59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752,5</w:t>
            </w:r>
          </w:p>
        </w:tc>
      </w:tr>
    </w:tbl>
    <w:p w14:paraId="319D072F" w14:textId="77777777" w:rsidR="006F0136" w:rsidRPr="00D77020" w:rsidRDefault="00D77020">
      <w:pPr>
        <w:rPr>
          <w:lang w:val="bg-BG"/>
        </w:rPr>
      </w:pPr>
      <w:r w:rsidRPr="00D77020">
        <w:rPr>
          <w:lang w:val="bg-BG"/>
        </w:rPr>
        <w:br w:type="page"/>
      </w:r>
    </w:p>
    <w:p w14:paraId="7029560F" w14:textId="77777777" w:rsidR="006F0136" w:rsidRPr="00D77020" w:rsidRDefault="00D77020">
      <w:pPr>
        <w:pStyle w:val="Heading1"/>
        <w:rPr>
          <w:lang w:val="bg-BG"/>
        </w:rPr>
      </w:pPr>
      <w:bookmarkStart w:id="10" w:name="_Toc222837677"/>
      <w:r w:rsidRPr="00D77020">
        <w:rPr>
          <w:lang w:val="bg-BG"/>
        </w:rPr>
        <w:lastRenderedPageBreak/>
        <w:t xml:space="preserve">ДГС Етрополе - Обща площ: 710,2 </w:t>
      </w:r>
      <w:proofErr w:type="spellStart"/>
      <w:r w:rsidRPr="00D77020">
        <w:rPr>
          <w:lang w:val="bg-BG"/>
        </w:rPr>
        <w:t>хa</w:t>
      </w:r>
      <w:bookmarkEnd w:id="10"/>
      <w:proofErr w:type="spellEnd"/>
    </w:p>
    <w:p w14:paraId="7CD7824B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BG0001043 - Етрополе - Байлово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0EF57F55" w14:textId="77777777">
        <w:tc>
          <w:tcPr>
            <w:tcW w:w="1587" w:type="dxa"/>
          </w:tcPr>
          <w:p w14:paraId="72AE79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2A7405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3FF6DE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7CB9D7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009BB2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7012F1AE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21CEA0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0FCC5527" w14:textId="77777777">
        <w:tc>
          <w:tcPr>
            <w:tcW w:w="1234" w:type="dxa"/>
          </w:tcPr>
          <w:p w14:paraId="7B22AB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C27D1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RG-13-з</w:t>
            </w:r>
          </w:p>
        </w:tc>
        <w:tc>
          <w:tcPr>
            <w:tcW w:w="1234" w:type="dxa"/>
          </w:tcPr>
          <w:p w14:paraId="1E9AB0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</w:t>
            </w:r>
          </w:p>
        </w:tc>
        <w:tc>
          <w:tcPr>
            <w:tcW w:w="1234" w:type="dxa"/>
          </w:tcPr>
          <w:p w14:paraId="2F7786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17749C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190</w:t>
            </w:r>
          </w:p>
        </w:tc>
        <w:tc>
          <w:tcPr>
            <w:tcW w:w="1234" w:type="dxa"/>
          </w:tcPr>
          <w:p w14:paraId="6FA164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DA2F63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10,5</w:t>
            </w:r>
          </w:p>
        </w:tc>
      </w:tr>
      <w:tr w:rsidR="006F0136" w:rsidRPr="00D77020" w14:paraId="46D4ADA4" w14:textId="77777777">
        <w:tc>
          <w:tcPr>
            <w:tcW w:w="1234" w:type="dxa"/>
          </w:tcPr>
          <w:p w14:paraId="2CEB83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621AC0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RG-14-с</w:t>
            </w:r>
          </w:p>
        </w:tc>
        <w:tc>
          <w:tcPr>
            <w:tcW w:w="1234" w:type="dxa"/>
          </w:tcPr>
          <w:p w14:paraId="375500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</w:t>
            </w:r>
          </w:p>
        </w:tc>
        <w:tc>
          <w:tcPr>
            <w:tcW w:w="1234" w:type="dxa"/>
          </w:tcPr>
          <w:p w14:paraId="52F930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3CBD4D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190</w:t>
            </w:r>
          </w:p>
        </w:tc>
        <w:tc>
          <w:tcPr>
            <w:tcW w:w="1234" w:type="dxa"/>
          </w:tcPr>
          <w:p w14:paraId="4547E6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25F232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1,5</w:t>
            </w:r>
          </w:p>
        </w:tc>
      </w:tr>
      <w:tr w:rsidR="006F0136" w:rsidRPr="00D77020" w14:paraId="57A8D44F" w14:textId="77777777">
        <w:tc>
          <w:tcPr>
            <w:tcW w:w="1234" w:type="dxa"/>
          </w:tcPr>
          <w:p w14:paraId="68164D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A953D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RG-17-з</w:t>
            </w:r>
          </w:p>
        </w:tc>
        <w:tc>
          <w:tcPr>
            <w:tcW w:w="1234" w:type="dxa"/>
          </w:tcPr>
          <w:p w14:paraId="0A583C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</w:t>
            </w:r>
          </w:p>
        </w:tc>
        <w:tc>
          <w:tcPr>
            <w:tcW w:w="1234" w:type="dxa"/>
          </w:tcPr>
          <w:p w14:paraId="760CC5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6302E1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190</w:t>
            </w:r>
          </w:p>
        </w:tc>
        <w:tc>
          <w:tcPr>
            <w:tcW w:w="1234" w:type="dxa"/>
          </w:tcPr>
          <w:p w14:paraId="0092B9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7F2C62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23,5</w:t>
            </w:r>
          </w:p>
        </w:tc>
      </w:tr>
      <w:tr w:rsidR="006F0136" w:rsidRPr="00D77020" w14:paraId="1953BA78" w14:textId="77777777">
        <w:tc>
          <w:tcPr>
            <w:tcW w:w="1234" w:type="dxa"/>
          </w:tcPr>
          <w:p w14:paraId="02E5AF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408F9C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RG-17-к</w:t>
            </w:r>
          </w:p>
        </w:tc>
        <w:tc>
          <w:tcPr>
            <w:tcW w:w="1234" w:type="dxa"/>
          </w:tcPr>
          <w:p w14:paraId="6069A7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</w:t>
            </w:r>
          </w:p>
        </w:tc>
        <w:tc>
          <w:tcPr>
            <w:tcW w:w="1234" w:type="dxa"/>
          </w:tcPr>
          <w:p w14:paraId="5049EF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3F656E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180</w:t>
            </w:r>
          </w:p>
        </w:tc>
        <w:tc>
          <w:tcPr>
            <w:tcW w:w="1234" w:type="dxa"/>
          </w:tcPr>
          <w:p w14:paraId="315BE3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D25AC6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14,3</w:t>
            </w:r>
          </w:p>
        </w:tc>
      </w:tr>
      <w:tr w:rsidR="006F0136" w:rsidRPr="00D77020" w14:paraId="67DD1FEA" w14:textId="77777777">
        <w:tc>
          <w:tcPr>
            <w:tcW w:w="1234" w:type="dxa"/>
          </w:tcPr>
          <w:p w14:paraId="3C2559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FDE97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RG-18-е</w:t>
            </w:r>
          </w:p>
        </w:tc>
        <w:tc>
          <w:tcPr>
            <w:tcW w:w="1234" w:type="dxa"/>
          </w:tcPr>
          <w:p w14:paraId="196488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</w:t>
            </w:r>
          </w:p>
        </w:tc>
        <w:tc>
          <w:tcPr>
            <w:tcW w:w="1234" w:type="dxa"/>
          </w:tcPr>
          <w:p w14:paraId="40DCC2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701C68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190</w:t>
            </w:r>
          </w:p>
        </w:tc>
        <w:tc>
          <w:tcPr>
            <w:tcW w:w="1234" w:type="dxa"/>
          </w:tcPr>
          <w:p w14:paraId="0CE4D5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1DD74F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19,2</w:t>
            </w:r>
          </w:p>
        </w:tc>
      </w:tr>
      <w:tr w:rsidR="006F0136" w:rsidRPr="00D77020" w14:paraId="6C5EC720" w14:textId="77777777">
        <w:tc>
          <w:tcPr>
            <w:tcW w:w="1234" w:type="dxa"/>
          </w:tcPr>
          <w:p w14:paraId="291E3B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7D718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RG-18-ж</w:t>
            </w:r>
          </w:p>
        </w:tc>
        <w:tc>
          <w:tcPr>
            <w:tcW w:w="1234" w:type="dxa"/>
          </w:tcPr>
          <w:p w14:paraId="61C935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</w:t>
            </w:r>
          </w:p>
        </w:tc>
        <w:tc>
          <w:tcPr>
            <w:tcW w:w="1234" w:type="dxa"/>
          </w:tcPr>
          <w:p w14:paraId="7F190D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7F217A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200</w:t>
            </w:r>
          </w:p>
        </w:tc>
        <w:tc>
          <w:tcPr>
            <w:tcW w:w="1234" w:type="dxa"/>
          </w:tcPr>
          <w:p w14:paraId="425CCE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D5CCE2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10,7</w:t>
            </w:r>
          </w:p>
        </w:tc>
      </w:tr>
      <w:tr w:rsidR="006F0136" w:rsidRPr="00D77020" w14:paraId="6C547CD6" w14:textId="77777777">
        <w:tc>
          <w:tcPr>
            <w:tcW w:w="1234" w:type="dxa"/>
          </w:tcPr>
          <w:p w14:paraId="0B09FF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19A53C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RG-18-з</w:t>
            </w:r>
          </w:p>
        </w:tc>
        <w:tc>
          <w:tcPr>
            <w:tcW w:w="1234" w:type="dxa"/>
          </w:tcPr>
          <w:p w14:paraId="731276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</w:t>
            </w:r>
          </w:p>
        </w:tc>
        <w:tc>
          <w:tcPr>
            <w:tcW w:w="1234" w:type="dxa"/>
          </w:tcPr>
          <w:p w14:paraId="266739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610970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4229FF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6035002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39830230" w14:textId="77777777">
        <w:tc>
          <w:tcPr>
            <w:tcW w:w="1234" w:type="dxa"/>
          </w:tcPr>
          <w:p w14:paraId="00460A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1A0680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RG-19-л</w:t>
            </w:r>
          </w:p>
        </w:tc>
        <w:tc>
          <w:tcPr>
            <w:tcW w:w="1234" w:type="dxa"/>
          </w:tcPr>
          <w:p w14:paraId="067E3A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</w:t>
            </w:r>
          </w:p>
        </w:tc>
        <w:tc>
          <w:tcPr>
            <w:tcW w:w="1234" w:type="dxa"/>
          </w:tcPr>
          <w:p w14:paraId="339344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33B633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190</w:t>
            </w:r>
          </w:p>
        </w:tc>
        <w:tc>
          <w:tcPr>
            <w:tcW w:w="1234" w:type="dxa"/>
          </w:tcPr>
          <w:p w14:paraId="6FF594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B4DFA2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6,0</w:t>
            </w:r>
          </w:p>
        </w:tc>
      </w:tr>
      <w:tr w:rsidR="006F0136" w:rsidRPr="00D77020" w14:paraId="66B16021" w14:textId="77777777">
        <w:tc>
          <w:tcPr>
            <w:tcW w:w="1234" w:type="dxa"/>
          </w:tcPr>
          <w:p w14:paraId="71F7B8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47723C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RG-20-д</w:t>
            </w:r>
          </w:p>
        </w:tc>
        <w:tc>
          <w:tcPr>
            <w:tcW w:w="1234" w:type="dxa"/>
          </w:tcPr>
          <w:p w14:paraId="0480F5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</w:t>
            </w:r>
          </w:p>
        </w:tc>
        <w:tc>
          <w:tcPr>
            <w:tcW w:w="1234" w:type="dxa"/>
          </w:tcPr>
          <w:p w14:paraId="624A7B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5E742B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180</w:t>
            </w:r>
          </w:p>
        </w:tc>
        <w:tc>
          <w:tcPr>
            <w:tcW w:w="1234" w:type="dxa"/>
          </w:tcPr>
          <w:p w14:paraId="29A9E0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51FF97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4,7</w:t>
            </w:r>
          </w:p>
        </w:tc>
      </w:tr>
      <w:tr w:rsidR="006F0136" w:rsidRPr="00D77020" w14:paraId="2DD54A6D" w14:textId="77777777">
        <w:tc>
          <w:tcPr>
            <w:tcW w:w="1234" w:type="dxa"/>
          </w:tcPr>
          <w:p w14:paraId="3DC1CA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4E7E80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RG-20-з</w:t>
            </w:r>
          </w:p>
        </w:tc>
        <w:tc>
          <w:tcPr>
            <w:tcW w:w="1234" w:type="dxa"/>
          </w:tcPr>
          <w:p w14:paraId="6624BD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</w:t>
            </w:r>
          </w:p>
        </w:tc>
        <w:tc>
          <w:tcPr>
            <w:tcW w:w="1234" w:type="dxa"/>
          </w:tcPr>
          <w:p w14:paraId="2A8F09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4C6B21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180</w:t>
            </w:r>
          </w:p>
        </w:tc>
        <w:tc>
          <w:tcPr>
            <w:tcW w:w="1234" w:type="dxa"/>
          </w:tcPr>
          <w:p w14:paraId="44EA5A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D8F4EF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19,8</w:t>
            </w:r>
          </w:p>
        </w:tc>
      </w:tr>
      <w:tr w:rsidR="006F0136" w:rsidRPr="00D77020" w14:paraId="4DB402F3" w14:textId="77777777">
        <w:tc>
          <w:tcPr>
            <w:tcW w:w="1234" w:type="dxa"/>
          </w:tcPr>
          <w:p w14:paraId="6A94F2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6F1EFD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RG-20-и</w:t>
            </w:r>
          </w:p>
        </w:tc>
        <w:tc>
          <w:tcPr>
            <w:tcW w:w="1234" w:type="dxa"/>
          </w:tcPr>
          <w:p w14:paraId="12E2DB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</w:t>
            </w:r>
          </w:p>
        </w:tc>
        <w:tc>
          <w:tcPr>
            <w:tcW w:w="1234" w:type="dxa"/>
          </w:tcPr>
          <w:p w14:paraId="2403BE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3EB081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14650A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350CC2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5,7</w:t>
            </w:r>
          </w:p>
        </w:tc>
      </w:tr>
      <w:tr w:rsidR="006F0136" w:rsidRPr="00D77020" w14:paraId="69BDD2FC" w14:textId="77777777">
        <w:tc>
          <w:tcPr>
            <w:tcW w:w="1234" w:type="dxa"/>
          </w:tcPr>
          <w:p w14:paraId="0DE212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4FAE9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RG-20-к</w:t>
            </w:r>
          </w:p>
        </w:tc>
        <w:tc>
          <w:tcPr>
            <w:tcW w:w="1234" w:type="dxa"/>
          </w:tcPr>
          <w:p w14:paraId="18E644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</w:t>
            </w:r>
          </w:p>
        </w:tc>
        <w:tc>
          <w:tcPr>
            <w:tcW w:w="1234" w:type="dxa"/>
          </w:tcPr>
          <w:p w14:paraId="54DC66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26600E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4E1EEA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309603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5,8</w:t>
            </w:r>
          </w:p>
        </w:tc>
      </w:tr>
      <w:tr w:rsidR="006F0136" w:rsidRPr="00D77020" w14:paraId="526B8525" w14:textId="77777777">
        <w:tc>
          <w:tcPr>
            <w:tcW w:w="1234" w:type="dxa"/>
          </w:tcPr>
          <w:p w14:paraId="3253EA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85F0C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RG-21-з</w:t>
            </w:r>
          </w:p>
        </w:tc>
        <w:tc>
          <w:tcPr>
            <w:tcW w:w="1234" w:type="dxa"/>
          </w:tcPr>
          <w:p w14:paraId="518083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</w:t>
            </w:r>
          </w:p>
        </w:tc>
        <w:tc>
          <w:tcPr>
            <w:tcW w:w="1234" w:type="dxa"/>
          </w:tcPr>
          <w:p w14:paraId="4A4CE1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02720F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200</w:t>
            </w:r>
          </w:p>
        </w:tc>
        <w:tc>
          <w:tcPr>
            <w:tcW w:w="1234" w:type="dxa"/>
          </w:tcPr>
          <w:p w14:paraId="6CD35F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40517B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0,8</w:t>
            </w:r>
          </w:p>
        </w:tc>
      </w:tr>
      <w:tr w:rsidR="006F0136" w:rsidRPr="00D77020" w14:paraId="51B999DD" w14:textId="77777777">
        <w:tc>
          <w:tcPr>
            <w:tcW w:w="1234" w:type="dxa"/>
          </w:tcPr>
          <w:p w14:paraId="01DFC9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13239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RG-21-к</w:t>
            </w:r>
          </w:p>
        </w:tc>
        <w:tc>
          <w:tcPr>
            <w:tcW w:w="1234" w:type="dxa"/>
          </w:tcPr>
          <w:p w14:paraId="7ECFA5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</w:t>
            </w:r>
          </w:p>
        </w:tc>
        <w:tc>
          <w:tcPr>
            <w:tcW w:w="1234" w:type="dxa"/>
          </w:tcPr>
          <w:p w14:paraId="7F1EC4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5A747F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425F4E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D5CF1E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4,8</w:t>
            </w:r>
          </w:p>
        </w:tc>
      </w:tr>
      <w:tr w:rsidR="006F0136" w:rsidRPr="00D77020" w14:paraId="76FEC41C" w14:textId="77777777">
        <w:tc>
          <w:tcPr>
            <w:tcW w:w="1234" w:type="dxa"/>
          </w:tcPr>
          <w:p w14:paraId="585096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26B5A5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RG-21-л</w:t>
            </w:r>
          </w:p>
        </w:tc>
        <w:tc>
          <w:tcPr>
            <w:tcW w:w="1234" w:type="dxa"/>
          </w:tcPr>
          <w:p w14:paraId="219F56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</w:t>
            </w:r>
          </w:p>
        </w:tc>
        <w:tc>
          <w:tcPr>
            <w:tcW w:w="1234" w:type="dxa"/>
          </w:tcPr>
          <w:p w14:paraId="78D567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2DEBEC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4ED9D2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56FA44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15B50DF1" w14:textId="77777777">
        <w:tc>
          <w:tcPr>
            <w:tcW w:w="1234" w:type="dxa"/>
          </w:tcPr>
          <w:p w14:paraId="26B651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B6046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RG-21-м</w:t>
            </w:r>
          </w:p>
        </w:tc>
        <w:tc>
          <w:tcPr>
            <w:tcW w:w="1234" w:type="dxa"/>
          </w:tcPr>
          <w:p w14:paraId="778266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</w:t>
            </w:r>
          </w:p>
        </w:tc>
        <w:tc>
          <w:tcPr>
            <w:tcW w:w="1234" w:type="dxa"/>
          </w:tcPr>
          <w:p w14:paraId="60ACD2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6123CB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180</w:t>
            </w:r>
          </w:p>
        </w:tc>
        <w:tc>
          <w:tcPr>
            <w:tcW w:w="1234" w:type="dxa"/>
          </w:tcPr>
          <w:p w14:paraId="353730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15A066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10,1</w:t>
            </w:r>
          </w:p>
        </w:tc>
      </w:tr>
      <w:tr w:rsidR="006F0136" w:rsidRPr="00D77020" w14:paraId="2EDCA05E" w14:textId="77777777">
        <w:tc>
          <w:tcPr>
            <w:tcW w:w="1234" w:type="dxa"/>
          </w:tcPr>
          <w:p w14:paraId="5DE48C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23F1BB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RG-24-а</w:t>
            </w:r>
          </w:p>
        </w:tc>
        <w:tc>
          <w:tcPr>
            <w:tcW w:w="1234" w:type="dxa"/>
          </w:tcPr>
          <w:p w14:paraId="0BBF27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24</w:t>
            </w:r>
          </w:p>
        </w:tc>
        <w:tc>
          <w:tcPr>
            <w:tcW w:w="1234" w:type="dxa"/>
          </w:tcPr>
          <w:p w14:paraId="3F610C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092E69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54A3C4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9AEB82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9,6</w:t>
            </w:r>
          </w:p>
        </w:tc>
      </w:tr>
      <w:tr w:rsidR="006F0136" w:rsidRPr="00D77020" w14:paraId="714DEA00" w14:textId="77777777">
        <w:tc>
          <w:tcPr>
            <w:tcW w:w="1234" w:type="dxa"/>
          </w:tcPr>
          <w:p w14:paraId="6100FF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E680A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RG-25-а</w:t>
            </w:r>
          </w:p>
        </w:tc>
        <w:tc>
          <w:tcPr>
            <w:tcW w:w="1234" w:type="dxa"/>
          </w:tcPr>
          <w:p w14:paraId="785E5E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</w:t>
            </w:r>
          </w:p>
        </w:tc>
        <w:tc>
          <w:tcPr>
            <w:tcW w:w="1234" w:type="dxa"/>
          </w:tcPr>
          <w:p w14:paraId="576C28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6B4FFE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180</w:t>
            </w:r>
          </w:p>
        </w:tc>
        <w:tc>
          <w:tcPr>
            <w:tcW w:w="1234" w:type="dxa"/>
          </w:tcPr>
          <w:p w14:paraId="76D8EA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A96412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4,4</w:t>
            </w:r>
          </w:p>
        </w:tc>
      </w:tr>
      <w:tr w:rsidR="006F0136" w:rsidRPr="00D77020" w14:paraId="6AF7824B" w14:textId="77777777">
        <w:tc>
          <w:tcPr>
            <w:tcW w:w="1234" w:type="dxa"/>
          </w:tcPr>
          <w:p w14:paraId="5516FF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6E605A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RG-26-а</w:t>
            </w:r>
          </w:p>
        </w:tc>
        <w:tc>
          <w:tcPr>
            <w:tcW w:w="1234" w:type="dxa"/>
          </w:tcPr>
          <w:p w14:paraId="01874F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26</w:t>
            </w:r>
          </w:p>
        </w:tc>
        <w:tc>
          <w:tcPr>
            <w:tcW w:w="1234" w:type="dxa"/>
          </w:tcPr>
          <w:p w14:paraId="3EF14A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49B72B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180</w:t>
            </w:r>
          </w:p>
        </w:tc>
        <w:tc>
          <w:tcPr>
            <w:tcW w:w="1234" w:type="dxa"/>
          </w:tcPr>
          <w:p w14:paraId="130488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2FFF29E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6,5</w:t>
            </w:r>
          </w:p>
        </w:tc>
      </w:tr>
      <w:tr w:rsidR="006F0136" w:rsidRPr="00D77020" w14:paraId="5034434C" w14:textId="77777777">
        <w:tc>
          <w:tcPr>
            <w:tcW w:w="1234" w:type="dxa"/>
          </w:tcPr>
          <w:p w14:paraId="344E6F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4012D6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RG-402-м2</w:t>
            </w:r>
          </w:p>
        </w:tc>
        <w:tc>
          <w:tcPr>
            <w:tcW w:w="1234" w:type="dxa"/>
          </w:tcPr>
          <w:p w14:paraId="2DBB70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402</w:t>
            </w:r>
          </w:p>
        </w:tc>
        <w:tc>
          <w:tcPr>
            <w:tcW w:w="1234" w:type="dxa"/>
          </w:tcPr>
          <w:p w14:paraId="0AE4FC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м2</w:t>
            </w:r>
          </w:p>
        </w:tc>
        <w:tc>
          <w:tcPr>
            <w:tcW w:w="1234" w:type="dxa"/>
          </w:tcPr>
          <w:p w14:paraId="0DC48C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485F9B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6EE54B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3,7</w:t>
            </w:r>
          </w:p>
        </w:tc>
      </w:tr>
      <w:tr w:rsidR="006F0136" w:rsidRPr="00D77020" w14:paraId="0CFB5AFD" w14:textId="77777777">
        <w:tc>
          <w:tcPr>
            <w:tcW w:w="1234" w:type="dxa"/>
          </w:tcPr>
          <w:p w14:paraId="0006A6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1A2E92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RG-59-о</w:t>
            </w:r>
          </w:p>
        </w:tc>
        <w:tc>
          <w:tcPr>
            <w:tcW w:w="1234" w:type="dxa"/>
          </w:tcPr>
          <w:p w14:paraId="07AEB1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59</w:t>
            </w:r>
          </w:p>
        </w:tc>
        <w:tc>
          <w:tcPr>
            <w:tcW w:w="1234" w:type="dxa"/>
          </w:tcPr>
          <w:p w14:paraId="53E888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1AC465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190</w:t>
            </w:r>
          </w:p>
        </w:tc>
        <w:tc>
          <w:tcPr>
            <w:tcW w:w="1234" w:type="dxa"/>
          </w:tcPr>
          <w:p w14:paraId="7B87B6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0703DB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15,4</w:t>
            </w:r>
          </w:p>
        </w:tc>
      </w:tr>
      <w:tr w:rsidR="006F0136" w:rsidRPr="00D77020" w14:paraId="3DED709A" w14:textId="77777777">
        <w:tc>
          <w:tcPr>
            <w:tcW w:w="1234" w:type="dxa"/>
          </w:tcPr>
          <w:p w14:paraId="21DE4B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680001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RG-60-л</w:t>
            </w:r>
          </w:p>
        </w:tc>
        <w:tc>
          <w:tcPr>
            <w:tcW w:w="1234" w:type="dxa"/>
          </w:tcPr>
          <w:p w14:paraId="63460C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115685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3F575C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15964D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22C70B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18,6</w:t>
            </w:r>
          </w:p>
        </w:tc>
      </w:tr>
      <w:tr w:rsidR="006F0136" w:rsidRPr="00D77020" w14:paraId="30A1E270" w14:textId="77777777">
        <w:tc>
          <w:tcPr>
            <w:tcW w:w="1234" w:type="dxa"/>
          </w:tcPr>
          <w:p w14:paraId="5905A6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48CD8A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RG-61-д</w:t>
            </w:r>
          </w:p>
        </w:tc>
        <w:tc>
          <w:tcPr>
            <w:tcW w:w="1234" w:type="dxa"/>
          </w:tcPr>
          <w:p w14:paraId="105366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61</w:t>
            </w:r>
          </w:p>
        </w:tc>
        <w:tc>
          <w:tcPr>
            <w:tcW w:w="1234" w:type="dxa"/>
          </w:tcPr>
          <w:p w14:paraId="6A815F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0046BE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34FCB2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D5212A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5,4</w:t>
            </w:r>
          </w:p>
        </w:tc>
      </w:tr>
      <w:tr w:rsidR="006F0136" w:rsidRPr="00D77020" w14:paraId="00442F33" w14:textId="77777777">
        <w:tc>
          <w:tcPr>
            <w:tcW w:w="1234" w:type="dxa"/>
          </w:tcPr>
          <w:p w14:paraId="4D78B9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2B7AFD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RG-61-о</w:t>
            </w:r>
          </w:p>
        </w:tc>
        <w:tc>
          <w:tcPr>
            <w:tcW w:w="1234" w:type="dxa"/>
          </w:tcPr>
          <w:p w14:paraId="285BEF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61</w:t>
            </w:r>
          </w:p>
        </w:tc>
        <w:tc>
          <w:tcPr>
            <w:tcW w:w="1234" w:type="dxa"/>
          </w:tcPr>
          <w:p w14:paraId="6A0FCA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7AE169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348FF6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1EE5BC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11,8</w:t>
            </w:r>
          </w:p>
        </w:tc>
      </w:tr>
      <w:tr w:rsidR="006F0136" w:rsidRPr="00D77020" w14:paraId="222C876D" w14:textId="77777777">
        <w:tc>
          <w:tcPr>
            <w:tcW w:w="1234" w:type="dxa"/>
          </w:tcPr>
          <w:p w14:paraId="52D370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14974D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RG-62-л</w:t>
            </w:r>
          </w:p>
        </w:tc>
        <w:tc>
          <w:tcPr>
            <w:tcW w:w="1234" w:type="dxa"/>
          </w:tcPr>
          <w:p w14:paraId="0B79CB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62</w:t>
            </w:r>
          </w:p>
        </w:tc>
        <w:tc>
          <w:tcPr>
            <w:tcW w:w="1234" w:type="dxa"/>
          </w:tcPr>
          <w:p w14:paraId="5A89D1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742B6C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190</w:t>
            </w:r>
          </w:p>
        </w:tc>
        <w:tc>
          <w:tcPr>
            <w:tcW w:w="1234" w:type="dxa"/>
          </w:tcPr>
          <w:p w14:paraId="40F0C4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FB8DE1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4,3</w:t>
            </w:r>
          </w:p>
        </w:tc>
      </w:tr>
      <w:tr w:rsidR="006F0136" w:rsidRPr="00D77020" w14:paraId="130F79D0" w14:textId="77777777">
        <w:tc>
          <w:tcPr>
            <w:tcW w:w="1234" w:type="dxa"/>
          </w:tcPr>
          <w:p w14:paraId="215412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14DF1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RG-63-о</w:t>
            </w:r>
          </w:p>
        </w:tc>
        <w:tc>
          <w:tcPr>
            <w:tcW w:w="1234" w:type="dxa"/>
          </w:tcPr>
          <w:p w14:paraId="163D69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63</w:t>
            </w:r>
          </w:p>
        </w:tc>
        <w:tc>
          <w:tcPr>
            <w:tcW w:w="1234" w:type="dxa"/>
          </w:tcPr>
          <w:p w14:paraId="4D01F3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5ED826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254438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5456A6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4,3</w:t>
            </w:r>
          </w:p>
        </w:tc>
      </w:tr>
      <w:tr w:rsidR="006F0136" w:rsidRPr="00D77020" w14:paraId="73F78AC4" w14:textId="77777777">
        <w:tc>
          <w:tcPr>
            <w:tcW w:w="1234" w:type="dxa"/>
          </w:tcPr>
          <w:p w14:paraId="53C0E1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298D3E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RG-63-с</w:t>
            </w:r>
          </w:p>
        </w:tc>
        <w:tc>
          <w:tcPr>
            <w:tcW w:w="1234" w:type="dxa"/>
          </w:tcPr>
          <w:p w14:paraId="2AA537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63</w:t>
            </w:r>
          </w:p>
        </w:tc>
        <w:tc>
          <w:tcPr>
            <w:tcW w:w="1234" w:type="dxa"/>
          </w:tcPr>
          <w:p w14:paraId="1F4E53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1AE581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71B199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565F86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3,6</w:t>
            </w:r>
          </w:p>
        </w:tc>
      </w:tr>
      <w:tr w:rsidR="006F0136" w:rsidRPr="00D77020" w14:paraId="66102DE9" w14:textId="77777777">
        <w:tc>
          <w:tcPr>
            <w:tcW w:w="1234" w:type="dxa"/>
          </w:tcPr>
          <w:p w14:paraId="7A936B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47CCB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RG-70-р</w:t>
            </w:r>
          </w:p>
        </w:tc>
        <w:tc>
          <w:tcPr>
            <w:tcW w:w="1234" w:type="dxa"/>
          </w:tcPr>
          <w:p w14:paraId="428942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26C135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5D3CAB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7B7F4D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5DCB949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3,9</w:t>
            </w:r>
          </w:p>
        </w:tc>
      </w:tr>
      <w:tr w:rsidR="006F0136" w:rsidRPr="00D77020" w14:paraId="5BC14FA8" w14:textId="77777777">
        <w:tc>
          <w:tcPr>
            <w:tcW w:w="1234" w:type="dxa"/>
          </w:tcPr>
          <w:p w14:paraId="15BE21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A1089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RG-70-т</w:t>
            </w:r>
          </w:p>
        </w:tc>
        <w:tc>
          <w:tcPr>
            <w:tcW w:w="1234" w:type="dxa"/>
          </w:tcPr>
          <w:p w14:paraId="276957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0F54A9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3DF22C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0EABA5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69E6F13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0,1</w:t>
            </w:r>
          </w:p>
        </w:tc>
      </w:tr>
      <w:tr w:rsidR="006F0136" w:rsidRPr="00D77020" w14:paraId="63A71F6A" w14:textId="77777777">
        <w:tc>
          <w:tcPr>
            <w:tcW w:w="1234" w:type="dxa"/>
          </w:tcPr>
          <w:p w14:paraId="2219B7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4F9216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RG-82-а</w:t>
            </w:r>
          </w:p>
        </w:tc>
        <w:tc>
          <w:tcPr>
            <w:tcW w:w="1234" w:type="dxa"/>
          </w:tcPr>
          <w:p w14:paraId="3274D2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82</w:t>
            </w:r>
          </w:p>
        </w:tc>
        <w:tc>
          <w:tcPr>
            <w:tcW w:w="1234" w:type="dxa"/>
          </w:tcPr>
          <w:p w14:paraId="46A97D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6F3EA6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180</w:t>
            </w:r>
          </w:p>
        </w:tc>
        <w:tc>
          <w:tcPr>
            <w:tcW w:w="1234" w:type="dxa"/>
          </w:tcPr>
          <w:p w14:paraId="517720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236996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14,1</w:t>
            </w:r>
          </w:p>
        </w:tc>
      </w:tr>
      <w:tr w:rsidR="006F0136" w:rsidRPr="00D77020" w14:paraId="2375C43C" w14:textId="77777777">
        <w:tc>
          <w:tcPr>
            <w:tcW w:w="1234" w:type="dxa"/>
          </w:tcPr>
          <w:p w14:paraId="1D6D05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A6741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RG-82-б</w:t>
            </w:r>
          </w:p>
        </w:tc>
        <w:tc>
          <w:tcPr>
            <w:tcW w:w="1234" w:type="dxa"/>
          </w:tcPr>
          <w:p w14:paraId="663C2E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82</w:t>
            </w:r>
          </w:p>
        </w:tc>
        <w:tc>
          <w:tcPr>
            <w:tcW w:w="1234" w:type="dxa"/>
          </w:tcPr>
          <w:p w14:paraId="2DCE8F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687065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3AE9FD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DA2A3E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14,8</w:t>
            </w:r>
          </w:p>
        </w:tc>
      </w:tr>
      <w:tr w:rsidR="006F0136" w:rsidRPr="00D77020" w14:paraId="0728FC23" w14:textId="77777777">
        <w:tc>
          <w:tcPr>
            <w:tcW w:w="1234" w:type="dxa"/>
          </w:tcPr>
          <w:p w14:paraId="77F5EE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0DC4F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RG-82-в</w:t>
            </w:r>
          </w:p>
        </w:tc>
        <w:tc>
          <w:tcPr>
            <w:tcW w:w="1234" w:type="dxa"/>
          </w:tcPr>
          <w:p w14:paraId="0EDF9A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82</w:t>
            </w:r>
          </w:p>
        </w:tc>
        <w:tc>
          <w:tcPr>
            <w:tcW w:w="1234" w:type="dxa"/>
          </w:tcPr>
          <w:p w14:paraId="3342AF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206697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180</w:t>
            </w:r>
          </w:p>
        </w:tc>
        <w:tc>
          <w:tcPr>
            <w:tcW w:w="1234" w:type="dxa"/>
          </w:tcPr>
          <w:p w14:paraId="1AC8A5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E92F76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7,0</w:t>
            </w:r>
          </w:p>
        </w:tc>
      </w:tr>
      <w:tr w:rsidR="006F0136" w:rsidRPr="00D77020" w14:paraId="7DEC8622" w14:textId="77777777">
        <w:tc>
          <w:tcPr>
            <w:tcW w:w="7404" w:type="dxa"/>
            <w:gridSpan w:val="6"/>
          </w:tcPr>
          <w:p w14:paraId="4A5D91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02A48E1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266,4</w:t>
            </w:r>
          </w:p>
        </w:tc>
      </w:tr>
    </w:tbl>
    <w:p w14:paraId="75E2CEDF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BG0001493 - Централен Балкан - буфер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7CCAC3A0" w14:textId="77777777">
        <w:tc>
          <w:tcPr>
            <w:tcW w:w="1587" w:type="dxa"/>
          </w:tcPr>
          <w:p w14:paraId="19272F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0F688A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389519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4AEFD4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6DC87E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3FBA73D0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6EF9B6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74A655A7" w14:textId="77777777">
        <w:tc>
          <w:tcPr>
            <w:tcW w:w="1234" w:type="dxa"/>
          </w:tcPr>
          <w:p w14:paraId="09BFD1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1ECE55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RG-109-а</w:t>
            </w:r>
          </w:p>
        </w:tc>
        <w:tc>
          <w:tcPr>
            <w:tcW w:w="1234" w:type="dxa"/>
          </w:tcPr>
          <w:p w14:paraId="6CA9CB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109</w:t>
            </w:r>
          </w:p>
        </w:tc>
        <w:tc>
          <w:tcPr>
            <w:tcW w:w="1234" w:type="dxa"/>
          </w:tcPr>
          <w:p w14:paraId="48F85C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7AF350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190</w:t>
            </w:r>
          </w:p>
        </w:tc>
        <w:tc>
          <w:tcPr>
            <w:tcW w:w="1234" w:type="dxa"/>
          </w:tcPr>
          <w:p w14:paraId="636627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0F3663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6,2</w:t>
            </w:r>
          </w:p>
        </w:tc>
      </w:tr>
      <w:tr w:rsidR="006F0136" w:rsidRPr="00D77020" w14:paraId="186653B8" w14:textId="77777777">
        <w:tc>
          <w:tcPr>
            <w:tcW w:w="1234" w:type="dxa"/>
          </w:tcPr>
          <w:p w14:paraId="2C30CE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677093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RG-109-б</w:t>
            </w:r>
          </w:p>
        </w:tc>
        <w:tc>
          <w:tcPr>
            <w:tcW w:w="1234" w:type="dxa"/>
          </w:tcPr>
          <w:p w14:paraId="64D64E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109</w:t>
            </w:r>
          </w:p>
        </w:tc>
        <w:tc>
          <w:tcPr>
            <w:tcW w:w="1234" w:type="dxa"/>
          </w:tcPr>
          <w:p w14:paraId="0C9980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77DC4A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180</w:t>
            </w:r>
          </w:p>
        </w:tc>
        <w:tc>
          <w:tcPr>
            <w:tcW w:w="1234" w:type="dxa"/>
          </w:tcPr>
          <w:p w14:paraId="5918E3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ADA6BC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5,7</w:t>
            </w:r>
          </w:p>
        </w:tc>
      </w:tr>
      <w:tr w:rsidR="006F0136" w:rsidRPr="00D77020" w14:paraId="338CF5AC" w14:textId="77777777">
        <w:tc>
          <w:tcPr>
            <w:tcW w:w="1234" w:type="dxa"/>
          </w:tcPr>
          <w:p w14:paraId="28A66E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13F631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RG-110-а</w:t>
            </w:r>
          </w:p>
        </w:tc>
        <w:tc>
          <w:tcPr>
            <w:tcW w:w="1234" w:type="dxa"/>
          </w:tcPr>
          <w:p w14:paraId="66E432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5B61B2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4E0060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200</w:t>
            </w:r>
          </w:p>
        </w:tc>
        <w:tc>
          <w:tcPr>
            <w:tcW w:w="1234" w:type="dxa"/>
          </w:tcPr>
          <w:p w14:paraId="7F709C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E1F585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1,0</w:t>
            </w:r>
          </w:p>
        </w:tc>
      </w:tr>
      <w:tr w:rsidR="006F0136" w:rsidRPr="00D77020" w14:paraId="1A6D245D" w14:textId="77777777">
        <w:tc>
          <w:tcPr>
            <w:tcW w:w="1234" w:type="dxa"/>
          </w:tcPr>
          <w:p w14:paraId="41B988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5C2C9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RG-110-б</w:t>
            </w:r>
          </w:p>
        </w:tc>
        <w:tc>
          <w:tcPr>
            <w:tcW w:w="1234" w:type="dxa"/>
          </w:tcPr>
          <w:p w14:paraId="1CAA3B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49C4C7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1D364E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200</w:t>
            </w:r>
          </w:p>
        </w:tc>
        <w:tc>
          <w:tcPr>
            <w:tcW w:w="1234" w:type="dxa"/>
          </w:tcPr>
          <w:p w14:paraId="4779CC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6A4C6D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9,6</w:t>
            </w:r>
          </w:p>
        </w:tc>
      </w:tr>
      <w:tr w:rsidR="006F0136" w:rsidRPr="00D77020" w14:paraId="0E0A2D5E" w14:textId="77777777">
        <w:tc>
          <w:tcPr>
            <w:tcW w:w="1234" w:type="dxa"/>
          </w:tcPr>
          <w:p w14:paraId="6818B9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179A32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RG-110-в</w:t>
            </w:r>
          </w:p>
        </w:tc>
        <w:tc>
          <w:tcPr>
            <w:tcW w:w="1234" w:type="dxa"/>
          </w:tcPr>
          <w:p w14:paraId="11998D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4AE47E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3AD9A4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4A8B71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29F22E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2,9</w:t>
            </w:r>
          </w:p>
        </w:tc>
      </w:tr>
      <w:tr w:rsidR="006F0136" w:rsidRPr="00D77020" w14:paraId="021CEF00" w14:textId="77777777">
        <w:tc>
          <w:tcPr>
            <w:tcW w:w="1234" w:type="dxa"/>
          </w:tcPr>
          <w:p w14:paraId="377B2C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B75F4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RG-110-г</w:t>
            </w:r>
          </w:p>
        </w:tc>
        <w:tc>
          <w:tcPr>
            <w:tcW w:w="1234" w:type="dxa"/>
          </w:tcPr>
          <w:p w14:paraId="472187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6C58D4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26DD34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200</w:t>
            </w:r>
          </w:p>
        </w:tc>
        <w:tc>
          <w:tcPr>
            <w:tcW w:w="1234" w:type="dxa"/>
          </w:tcPr>
          <w:p w14:paraId="0F4251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E363F0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25,0</w:t>
            </w:r>
          </w:p>
        </w:tc>
      </w:tr>
      <w:tr w:rsidR="006F0136" w:rsidRPr="00D77020" w14:paraId="54711B10" w14:textId="77777777">
        <w:tc>
          <w:tcPr>
            <w:tcW w:w="1234" w:type="dxa"/>
          </w:tcPr>
          <w:p w14:paraId="2B0985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275089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RG-110-д</w:t>
            </w:r>
          </w:p>
        </w:tc>
        <w:tc>
          <w:tcPr>
            <w:tcW w:w="1234" w:type="dxa"/>
          </w:tcPr>
          <w:p w14:paraId="57C381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024041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761B63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13C791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A26254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3,0</w:t>
            </w:r>
          </w:p>
        </w:tc>
      </w:tr>
      <w:tr w:rsidR="006F0136" w:rsidRPr="00D77020" w14:paraId="55EBED6C" w14:textId="77777777">
        <w:tc>
          <w:tcPr>
            <w:tcW w:w="1234" w:type="dxa"/>
          </w:tcPr>
          <w:p w14:paraId="122821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28A6CD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RG-110-е</w:t>
            </w:r>
          </w:p>
        </w:tc>
        <w:tc>
          <w:tcPr>
            <w:tcW w:w="1234" w:type="dxa"/>
          </w:tcPr>
          <w:p w14:paraId="221C3D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305D30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0224D4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200</w:t>
            </w:r>
          </w:p>
        </w:tc>
        <w:tc>
          <w:tcPr>
            <w:tcW w:w="1234" w:type="dxa"/>
          </w:tcPr>
          <w:p w14:paraId="59F911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3274E1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1,9</w:t>
            </w:r>
          </w:p>
        </w:tc>
      </w:tr>
      <w:tr w:rsidR="006F0136" w:rsidRPr="00D77020" w14:paraId="45CD32E4" w14:textId="77777777">
        <w:tc>
          <w:tcPr>
            <w:tcW w:w="1234" w:type="dxa"/>
          </w:tcPr>
          <w:p w14:paraId="570027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C0B1A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RG-110-ж</w:t>
            </w:r>
          </w:p>
        </w:tc>
        <w:tc>
          <w:tcPr>
            <w:tcW w:w="1234" w:type="dxa"/>
          </w:tcPr>
          <w:p w14:paraId="10FF02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22027D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54A83B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200</w:t>
            </w:r>
          </w:p>
        </w:tc>
        <w:tc>
          <w:tcPr>
            <w:tcW w:w="1234" w:type="dxa"/>
          </w:tcPr>
          <w:p w14:paraId="54FA1A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9CC184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12,2</w:t>
            </w:r>
          </w:p>
        </w:tc>
      </w:tr>
      <w:tr w:rsidR="006F0136" w:rsidRPr="00D77020" w14:paraId="4541E8EA" w14:textId="77777777">
        <w:tc>
          <w:tcPr>
            <w:tcW w:w="1234" w:type="dxa"/>
          </w:tcPr>
          <w:p w14:paraId="6C2624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2025</w:t>
            </w:r>
          </w:p>
        </w:tc>
        <w:tc>
          <w:tcPr>
            <w:tcW w:w="1234" w:type="dxa"/>
          </w:tcPr>
          <w:p w14:paraId="0E4F59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RG-110-з</w:t>
            </w:r>
          </w:p>
        </w:tc>
        <w:tc>
          <w:tcPr>
            <w:tcW w:w="1234" w:type="dxa"/>
          </w:tcPr>
          <w:p w14:paraId="1529C5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7E7EB1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5D5A5D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180</w:t>
            </w:r>
          </w:p>
        </w:tc>
        <w:tc>
          <w:tcPr>
            <w:tcW w:w="1234" w:type="dxa"/>
          </w:tcPr>
          <w:p w14:paraId="6EC73F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CD8690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9,0</w:t>
            </w:r>
          </w:p>
        </w:tc>
      </w:tr>
      <w:tr w:rsidR="006F0136" w:rsidRPr="00D77020" w14:paraId="0D635EFC" w14:textId="77777777">
        <w:tc>
          <w:tcPr>
            <w:tcW w:w="1234" w:type="dxa"/>
          </w:tcPr>
          <w:p w14:paraId="0C913B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AB170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RG-110-и</w:t>
            </w:r>
          </w:p>
        </w:tc>
        <w:tc>
          <w:tcPr>
            <w:tcW w:w="1234" w:type="dxa"/>
          </w:tcPr>
          <w:p w14:paraId="444851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255D5A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095915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200</w:t>
            </w:r>
          </w:p>
        </w:tc>
        <w:tc>
          <w:tcPr>
            <w:tcW w:w="1234" w:type="dxa"/>
          </w:tcPr>
          <w:p w14:paraId="398CC0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7C861F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13,3</w:t>
            </w:r>
          </w:p>
        </w:tc>
      </w:tr>
      <w:tr w:rsidR="006F0136" w:rsidRPr="00D77020" w14:paraId="4C7C0F08" w14:textId="77777777">
        <w:tc>
          <w:tcPr>
            <w:tcW w:w="1234" w:type="dxa"/>
          </w:tcPr>
          <w:p w14:paraId="383F8E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94FD9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RG-110-к</w:t>
            </w:r>
          </w:p>
        </w:tc>
        <w:tc>
          <w:tcPr>
            <w:tcW w:w="1234" w:type="dxa"/>
          </w:tcPr>
          <w:p w14:paraId="075ED9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5CCDD5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5F9243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200</w:t>
            </w:r>
          </w:p>
        </w:tc>
        <w:tc>
          <w:tcPr>
            <w:tcW w:w="1234" w:type="dxa"/>
          </w:tcPr>
          <w:p w14:paraId="0938F7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978706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7,6</w:t>
            </w:r>
          </w:p>
        </w:tc>
      </w:tr>
      <w:tr w:rsidR="006F0136" w:rsidRPr="00D77020" w14:paraId="22872AEC" w14:textId="77777777">
        <w:tc>
          <w:tcPr>
            <w:tcW w:w="1234" w:type="dxa"/>
          </w:tcPr>
          <w:p w14:paraId="4E597E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A66F5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RG-110-л</w:t>
            </w:r>
          </w:p>
        </w:tc>
        <w:tc>
          <w:tcPr>
            <w:tcW w:w="1234" w:type="dxa"/>
          </w:tcPr>
          <w:p w14:paraId="3AE450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63DF80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104231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180</w:t>
            </w:r>
          </w:p>
        </w:tc>
        <w:tc>
          <w:tcPr>
            <w:tcW w:w="1234" w:type="dxa"/>
          </w:tcPr>
          <w:p w14:paraId="56749C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2B2703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13,4</w:t>
            </w:r>
          </w:p>
        </w:tc>
      </w:tr>
      <w:tr w:rsidR="006F0136" w:rsidRPr="00D77020" w14:paraId="542DD2B6" w14:textId="77777777">
        <w:tc>
          <w:tcPr>
            <w:tcW w:w="1234" w:type="dxa"/>
          </w:tcPr>
          <w:p w14:paraId="368663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CAE53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RG-111-а</w:t>
            </w:r>
          </w:p>
        </w:tc>
        <w:tc>
          <w:tcPr>
            <w:tcW w:w="1234" w:type="dxa"/>
          </w:tcPr>
          <w:p w14:paraId="26CE2A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</w:t>
            </w:r>
          </w:p>
        </w:tc>
        <w:tc>
          <w:tcPr>
            <w:tcW w:w="1234" w:type="dxa"/>
          </w:tcPr>
          <w:p w14:paraId="4E3248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7A12E4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41CE68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684EAB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7,0</w:t>
            </w:r>
          </w:p>
        </w:tc>
      </w:tr>
      <w:tr w:rsidR="006F0136" w:rsidRPr="00D77020" w14:paraId="6C4A6495" w14:textId="77777777">
        <w:tc>
          <w:tcPr>
            <w:tcW w:w="1234" w:type="dxa"/>
          </w:tcPr>
          <w:p w14:paraId="7CF974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8FADB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RG-111-б</w:t>
            </w:r>
          </w:p>
        </w:tc>
        <w:tc>
          <w:tcPr>
            <w:tcW w:w="1234" w:type="dxa"/>
          </w:tcPr>
          <w:p w14:paraId="1ABC5B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</w:t>
            </w:r>
          </w:p>
        </w:tc>
        <w:tc>
          <w:tcPr>
            <w:tcW w:w="1234" w:type="dxa"/>
          </w:tcPr>
          <w:p w14:paraId="471732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5FECD9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190</w:t>
            </w:r>
          </w:p>
        </w:tc>
        <w:tc>
          <w:tcPr>
            <w:tcW w:w="1234" w:type="dxa"/>
          </w:tcPr>
          <w:p w14:paraId="1C5215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411071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10,6</w:t>
            </w:r>
          </w:p>
        </w:tc>
      </w:tr>
      <w:tr w:rsidR="006F0136" w:rsidRPr="00D77020" w14:paraId="0CAC2A70" w14:textId="77777777">
        <w:tc>
          <w:tcPr>
            <w:tcW w:w="1234" w:type="dxa"/>
          </w:tcPr>
          <w:p w14:paraId="7D0196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4102F4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RG-111-в</w:t>
            </w:r>
          </w:p>
        </w:tc>
        <w:tc>
          <w:tcPr>
            <w:tcW w:w="1234" w:type="dxa"/>
          </w:tcPr>
          <w:p w14:paraId="29798E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</w:t>
            </w:r>
          </w:p>
        </w:tc>
        <w:tc>
          <w:tcPr>
            <w:tcW w:w="1234" w:type="dxa"/>
          </w:tcPr>
          <w:p w14:paraId="374EE7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6916CC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190</w:t>
            </w:r>
          </w:p>
        </w:tc>
        <w:tc>
          <w:tcPr>
            <w:tcW w:w="1234" w:type="dxa"/>
          </w:tcPr>
          <w:p w14:paraId="2ABD37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7F9FEA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12339CDA" w14:textId="77777777">
        <w:tc>
          <w:tcPr>
            <w:tcW w:w="1234" w:type="dxa"/>
          </w:tcPr>
          <w:p w14:paraId="43E4BA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8CAA9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RG-111-г</w:t>
            </w:r>
          </w:p>
        </w:tc>
        <w:tc>
          <w:tcPr>
            <w:tcW w:w="1234" w:type="dxa"/>
          </w:tcPr>
          <w:p w14:paraId="51DB5B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</w:t>
            </w:r>
          </w:p>
        </w:tc>
        <w:tc>
          <w:tcPr>
            <w:tcW w:w="1234" w:type="dxa"/>
          </w:tcPr>
          <w:p w14:paraId="675377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082AB5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180</w:t>
            </w:r>
          </w:p>
        </w:tc>
        <w:tc>
          <w:tcPr>
            <w:tcW w:w="1234" w:type="dxa"/>
          </w:tcPr>
          <w:p w14:paraId="698D42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B46B25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8,3</w:t>
            </w:r>
          </w:p>
        </w:tc>
      </w:tr>
      <w:tr w:rsidR="006F0136" w:rsidRPr="00D77020" w14:paraId="125FBE8B" w14:textId="77777777">
        <w:tc>
          <w:tcPr>
            <w:tcW w:w="1234" w:type="dxa"/>
          </w:tcPr>
          <w:p w14:paraId="61151F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26096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RG-111-е</w:t>
            </w:r>
          </w:p>
        </w:tc>
        <w:tc>
          <w:tcPr>
            <w:tcW w:w="1234" w:type="dxa"/>
          </w:tcPr>
          <w:p w14:paraId="4E7913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</w:t>
            </w:r>
          </w:p>
        </w:tc>
        <w:tc>
          <w:tcPr>
            <w:tcW w:w="1234" w:type="dxa"/>
          </w:tcPr>
          <w:p w14:paraId="15F748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4AB581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180</w:t>
            </w:r>
          </w:p>
        </w:tc>
        <w:tc>
          <w:tcPr>
            <w:tcW w:w="1234" w:type="dxa"/>
          </w:tcPr>
          <w:p w14:paraId="3047C0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4BB8FA1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2,8</w:t>
            </w:r>
          </w:p>
        </w:tc>
      </w:tr>
      <w:tr w:rsidR="006F0136" w:rsidRPr="00D77020" w14:paraId="3BB02C21" w14:textId="77777777">
        <w:tc>
          <w:tcPr>
            <w:tcW w:w="1234" w:type="dxa"/>
          </w:tcPr>
          <w:p w14:paraId="7E1DA1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1B95A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RG-111-ж</w:t>
            </w:r>
          </w:p>
        </w:tc>
        <w:tc>
          <w:tcPr>
            <w:tcW w:w="1234" w:type="dxa"/>
          </w:tcPr>
          <w:p w14:paraId="4EC454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</w:t>
            </w:r>
          </w:p>
        </w:tc>
        <w:tc>
          <w:tcPr>
            <w:tcW w:w="1234" w:type="dxa"/>
          </w:tcPr>
          <w:p w14:paraId="5CED4D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16B156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180</w:t>
            </w:r>
          </w:p>
        </w:tc>
        <w:tc>
          <w:tcPr>
            <w:tcW w:w="1234" w:type="dxa"/>
          </w:tcPr>
          <w:p w14:paraId="2C6235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EB9745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2,4</w:t>
            </w:r>
          </w:p>
        </w:tc>
      </w:tr>
      <w:tr w:rsidR="006F0136" w:rsidRPr="00D77020" w14:paraId="3DEFBEB0" w14:textId="77777777">
        <w:tc>
          <w:tcPr>
            <w:tcW w:w="1234" w:type="dxa"/>
          </w:tcPr>
          <w:p w14:paraId="7099CC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74BD9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RG-111-з</w:t>
            </w:r>
          </w:p>
        </w:tc>
        <w:tc>
          <w:tcPr>
            <w:tcW w:w="1234" w:type="dxa"/>
          </w:tcPr>
          <w:p w14:paraId="13E06F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</w:t>
            </w:r>
          </w:p>
        </w:tc>
        <w:tc>
          <w:tcPr>
            <w:tcW w:w="1234" w:type="dxa"/>
          </w:tcPr>
          <w:p w14:paraId="24218F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36896A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180</w:t>
            </w:r>
          </w:p>
        </w:tc>
        <w:tc>
          <w:tcPr>
            <w:tcW w:w="1234" w:type="dxa"/>
          </w:tcPr>
          <w:p w14:paraId="50BAFE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0C9849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2,0</w:t>
            </w:r>
          </w:p>
        </w:tc>
      </w:tr>
      <w:tr w:rsidR="006F0136" w:rsidRPr="00D77020" w14:paraId="2B66692A" w14:textId="77777777">
        <w:tc>
          <w:tcPr>
            <w:tcW w:w="1234" w:type="dxa"/>
          </w:tcPr>
          <w:p w14:paraId="317344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2E093F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RG-111-и</w:t>
            </w:r>
          </w:p>
        </w:tc>
        <w:tc>
          <w:tcPr>
            <w:tcW w:w="1234" w:type="dxa"/>
          </w:tcPr>
          <w:p w14:paraId="33D488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</w:t>
            </w:r>
          </w:p>
        </w:tc>
        <w:tc>
          <w:tcPr>
            <w:tcW w:w="1234" w:type="dxa"/>
          </w:tcPr>
          <w:p w14:paraId="7B901E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62E53C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200</w:t>
            </w:r>
          </w:p>
        </w:tc>
        <w:tc>
          <w:tcPr>
            <w:tcW w:w="1234" w:type="dxa"/>
          </w:tcPr>
          <w:p w14:paraId="0F514C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3CFF5B8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6F74155E" w14:textId="77777777">
        <w:tc>
          <w:tcPr>
            <w:tcW w:w="1234" w:type="dxa"/>
          </w:tcPr>
          <w:p w14:paraId="12DD29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497CCB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RG-111-к</w:t>
            </w:r>
          </w:p>
        </w:tc>
        <w:tc>
          <w:tcPr>
            <w:tcW w:w="1234" w:type="dxa"/>
          </w:tcPr>
          <w:p w14:paraId="53A2C5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</w:t>
            </w:r>
          </w:p>
        </w:tc>
        <w:tc>
          <w:tcPr>
            <w:tcW w:w="1234" w:type="dxa"/>
          </w:tcPr>
          <w:p w14:paraId="26880C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4C5ADA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190</w:t>
            </w:r>
          </w:p>
        </w:tc>
        <w:tc>
          <w:tcPr>
            <w:tcW w:w="1234" w:type="dxa"/>
          </w:tcPr>
          <w:p w14:paraId="5478A8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33E1909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1,3</w:t>
            </w:r>
          </w:p>
        </w:tc>
      </w:tr>
      <w:tr w:rsidR="006F0136" w:rsidRPr="00D77020" w14:paraId="42AFF023" w14:textId="77777777">
        <w:tc>
          <w:tcPr>
            <w:tcW w:w="1234" w:type="dxa"/>
          </w:tcPr>
          <w:p w14:paraId="536499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55A1D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RG-111-л</w:t>
            </w:r>
          </w:p>
        </w:tc>
        <w:tc>
          <w:tcPr>
            <w:tcW w:w="1234" w:type="dxa"/>
          </w:tcPr>
          <w:p w14:paraId="7D25D6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</w:t>
            </w:r>
          </w:p>
        </w:tc>
        <w:tc>
          <w:tcPr>
            <w:tcW w:w="1234" w:type="dxa"/>
          </w:tcPr>
          <w:p w14:paraId="2F9452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683A7A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210</w:t>
            </w:r>
          </w:p>
        </w:tc>
        <w:tc>
          <w:tcPr>
            <w:tcW w:w="1234" w:type="dxa"/>
          </w:tcPr>
          <w:p w14:paraId="26818C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52F601C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4,5</w:t>
            </w:r>
          </w:p>
        </w:tc>
      </w:tr>
      <w:tr w:rsidR="006F0136" w:rsidRPr="00D77020" w14:paraId="460A7CE2" w14:textId="77777777">
        <w:tc>
          <w:tcPr>
            <w:tcW w:w="1234" w:type="dxa"/>
          </w:tcPr>
          <w:p w14:paraId="729C40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6F5C0F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RG-111-м</w:t>
            </w:r>
          </w:p>
        </w:tc>
        <w:tc>
          <w:tcPr>
            <w:tcW w:w="1234" w:type="dxa"/>
          </w:tcPr>
          <w:p w14:paraId="39CADA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</w:t>
            </w:r>
          </w:p>
        </w:tc>
        <w:tc>
          <w:tcPr>
            <w:tcW w:w="1234" w:type="dxa"/>
          </w:tcPr>
          <w:p w14:paraId="362920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62C301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190</w:t>
            </w:r>
          </w:p>
        </w:tc>
        <w:tc>
          <w:tcPr>
            <w:tcW w:w="1234" w:type="dxa"/>
          </w:tcPr>
          <w:p w14:paraId="6E2D12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2313D5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19,1</w:t>
            </w:r>
          </w:p>
        </w:tc>
      </w:tr>
      <w:tr w:rsidR="006F0136" w:rsidRPr="00D77020" w14:paraId="17D7E37C" w14:textId="77777777">
        <w:tc>
          <w:tcPr>
            <w:tcW w:w="1234" w:type="dxa"/>
          </w:tcPr>
          <w:p w14:paraId="1B65BA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28BEF5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RG-112-а</w:t>
            </w:r>
          </w:p>
        </w:tc>
        <w:tc>
          <w:tcPr>
            <w:tcW w:w="1234" w:type="dxa"/>
          </w:tcPr>
          <w:p w14:paraId="40EB45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112</w:t>
            </w:r>
          </w:p>
        </w:tc>
        <w:tc>
          <w:tcPr>
            <w:tcW w:w="1234" w:type="dxa"/>
          </w:tcPr>
          <w:p w14:paraId="1CCF6E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5CD971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200</w:t>
            </w:r>
          </w:p>
        </w:tc>
        <w:tc>
          <w:tcPr>
            <w:tcW w:w="1234" w:type="dxa"/>
          </w:tcPr>
          <w:p w14:paraId="1CEFB7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35D281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2,5</w:t>
            </w:r>
          </w:p>
        </w:tc>
      </w:tr>
      <w:tr w:rsidR="006F0136" w:rsidRPr="00D77020" w14:paraId="453A86A0" w14:textId="77777777">
        <w:tc>
          <w:tcPr>
            <w:tcW w:w="1234" w:type="dxa"/>
          </w:tcPr>
          <w:p w14:paraId="503EB9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115D73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RG-112-б</w:t>
            </w:r>
          </w:p>
        </w:tc>
        <w:tc>
          <w:tcPr>
            <w:tcW w:w="1234" w:type="dxa"/>
          </w:tcPr>
          <w:p w14:paraId="493159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112</w:t>
            </w:r>
          </w:p>
        </w:tc>
        <w:tc>
          <w:tcPr>
            <w:tcW w:w="1234" w:type="dxa"/>
          </w:tcPr>
          <w:p w14:paraId="055448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0D7970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190</w:t>
            </w:r>
          </w:p>
        </w:tc>
        <w:tc>
          <w:tcPr>
            <w:tcW w:w="1234" w:type="dxa"/>
          </w:tcPr>
          <w:p w14:paraId="06D280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49DCFD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4,6</w:t>
            </w:r>
          </w:p>
        </w:tc>
      </w:tr>
      <w:tr w:rsidR="006F0136" w:rsidRPr="00D77020" w14:paraId="5CAD2CE9" w14:textId="77777777">
        <w:tc>
          <w:tcPr>
            <w:tcW w:w="1234" w:type="dxa"/>
          </w:tcPr>
          <w:p w14:paraId="714B92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B2FB6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RG-112-д</w:t>
            </w:r>
          </w:p>
        </w:tc>
        <w:tc>
          <w:tcPr>
            <w:tcW w:w="1234" w:type="dxa"/>
          </w:tcPr>
          <w:p w14:paraId="707CE1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112</w:t>
            </w:r>
          </w:p>
        </w:tc>
        <w:tc>
          <w:tcPr>
            <w:tcW w:w="1234" w:type="dxa"/>
          </w:tcPr>
          <w:p w14:paraId="01DEF8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6201F4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200</w:t>
            </w:r>
          </w:p>
        </w:tc>
        <w:tc>
          <w:tcPr>
            <w:tcW w:w="1234" w:type="dxa"/>
          </w:tcPr>
          <w:p w14:paraId="000E75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5BF730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2,7</w:t>
            </w:r>
          </w:p>
        </w:tc>
      </w:tr>
      <w:tr w:rsidR="006F0136" w:rsidRPr="00D77020" w14:paraId="2D2B7DF3" w14:textId="77777777">
        <w:tc>
          <w:tcPr>
            <w:tcW w:w="1234" w:type="dxa"/>
          </w:tcPr>
          <w:p w14:paraId="7AA0CB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5B733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RG-112-ж</w:t>
            </w:r>
          </w:p>
        </w:tc>
        <w:tc>
          <w:tcPr>
            <w:tcW w:w="1234" w:type="dxa"/>
          </w:tcPr>
          <w:p w14:paraId="6033AF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112</w:t>
            </w:r>
          </w:p>
        </w:tc>
        <w:tc>
          <w:tcPr>
            <w:tcW w:w="1234" w:type="dxa"/>
          </w:tcPr>
          <w:p w14:paraId="39EC0C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2FA8CA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200</w:t>
            </w:r>
          </w:p>
        </w:tc>
        <w:tc>
          <w:tcPr>
            <w:tcW w:w="1234" w:type="dxa"/>
          </w:tcPr>
          <w:p w14:paraId="796EFE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234C30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10,0</w:t>
            </w:r>
          </w:p>
        </w:tc>
      </w:tr>
      <w:tr w:rsidR="006F0136" w:rsidRPr="00D77020" w14:paraId="77C9C675" w14:textId="77777777">
        <w:tc>
          <w:tcPr>
            <w:tcW w:w="1234" w:type="dxa"/>
          </w:tcPr>
          <w:p w14:paraId="788B9D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1F35A3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RG-112-л</w:t>
            </w:r>
          </w:p>
        </w:tc>
        <w:tc>
          <w:tcPr>
            <w:tcW w:w="1234" w:type="dxa"/>
          </w:tcPr>
          <w:p w14:paraId="67DAA7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112</w:t>
            </w:r>
          </w:p>
        </w:tc>
        <w:tc>
          <w:tcPr>
            <w:tcW w:w="1234" w:type="dxa"/>
          </w:tcPr>
          <w:p w14:paraId="4A6053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6C7F58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190</w:t>
            </w:r>
          </w:p>
        </w:tc>
        <w:tc>
          <w:tcPr>
            <w:tcW w:w="1234" w:type="dxa"/>
          </w:tcPr>
          <w:p w14:paraId="6C6683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3E1C83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32E6B8A1" w14:textId="77777777">
        <w:tc>
          <w:tcPr>
            <w:tcW w:w="1234" w:type="dxa"/>
          </w:tcPr>
          <w:p w14:paraId="12CF5B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7F09E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RG-112-н</w:t>
            </w:r>
          </w:p>
        </w:tc>
        <w:tc>
          <w:tcPr>
            <w:tcW w:w="1234" w:type="dxa"/>
          </w:tcPr>
          <w:p w14:paraId="250827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112</w:t>
            </w:r>
          </w:p>
        </w:tc>
        <w:tc>
          <w:tcPr>
            <w:tcW w:w="1234" w:type="dxa"/>
          </w:tcPr>
          <w:p w14:paraId="44E56E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30DC9A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210</w:t>
            </w:r>
          </w:p>
        </w:tc>
        <w:tc>
          <w:tcPr>
            <w:tcW w:w="1234" w:type="dxa"/>
          </w:tcPr>
          <w:p w14:paraId="1A1410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EC83D5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1,3</w:t>
            </w:r>
          </w:p>
        </w:tc>
      </w:tr>
      <w:tr w:rsidR="006F0136" w:rsidRPr="00D77020" w14:paraId="5EC19387" w14:textId="77777777">
        <w:tc>
          <w:tcPr>
            <w:tcW w:w="1234" w:type="dxa"/>
          </w:tcPr>
          <w:p w14:paraId="5845D9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AC505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RG-112-о</w:t>
            </w:r>
          </w:p>
        </w:tc>
        <w:tc>
          <w:tcPr>
            <w:tcW w:w="1234" w:type="dxa"/>
          </w:tcPr>
          <w:p w14:paraId="43627B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112</w:t>
            </w:r>
          </w:p>
        </w:tc>
        <w:tc>
          <w:tcPr>
            <w:tcW w:w="1234" w:type="dxa"/>
          </w:tcPr>
          <w:p w14:paraId="34339B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3AE9C9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200</w:t>
            </w:r>
          </w:p>
        </w:tc>
        <w:tc>
          <w:tcPr>
            <w:tcW w:w="1234" w:type="dxa"/>
          </w:tcPr>
          <w:p w14:paraId="35E5C2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A5CA20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7,0</w:t>
            </w:r>
          </w:p>
        </w:tc>
      </w:tr>
      <w:tr w:rsidR="006F0136" w:rsidRPr="00D77020" w14:paraId="1642047E" w14:textId="77777777">
        <w:tc>
          <w:tcPr>
            <w:tcW w:w="1234" w:type="dxa"/>
          </w:tcPr>
          <w:p w14:paraId="434594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F6B93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RG-113-а</w:t>
            </w:r>
          </w:p>
        </w:tc>
        <w:tc>
          <w:tcPr>
            <w:tcW w:w="1234" w:type="dxa"/>
          </w:tcPr>
          <w:p w14:paraId="3D0E68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113</w:t>
            </w:r>
          </w:p>
        </w:tc>
        <w:tc>
          <w:tcPr>
            <w:tcW w:w="1234" w:type="dxa"/>
          </w:tcPr>
          <w:p w14:paraId="6CDB8A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3D5E86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210</w:t>
            </w:r>
          </w:p>
        </w:tc>
        <w:tc>
          <w:tcPr>
            <w:tcW w:w="1234" w:type="dxa"/>
          </w:tcPr>
          <w:p w14:paraId="6E4AA5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9180</w:t>
            </w:r>
          </w:p>
        </w:tc>
        <w:tc>
          <w:tcPr>
            <w:tcW w:w="1234" w:type="dxa"/>
          </w:tcPr>
          <w:p w14:paraId="40ABB4C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4,5</w:t>
            </w:r>
          </w:p>
        </w:tc>
      </w:tr>
      <w:tr w:rsidR="006F0136" w:rsidRPr="00D77020" w14:paraId="15D676F3" w14:textId="77777777">
        <w:tc>
          <w:tcPr>
            <w:tcW w:w="1234" w:type="dxa"/>
          </w:tcPr>
          <w:p w14:paraId="7DB307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845D0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RG-114-а</w:t>
            </w:r>
          </w:p>
        </w:tc>
        <w:tc>
          <w:tcPr>
            <w:tcW w:w="1234" w:type="dxa"/>
          </w:tcPr>
          <w:p w14:paraId="094E08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114</w:t>
            </w:r>
          </w:p>
        </w:tc>
        <w:tc>
          <w:tcPr>
            <w:tcW w:w="1234" w:type="dxa"/>
          </w:tcPr>
          <w:p w14:paraId="1197F6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0DCFB8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74E864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253043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0,8</w:t>
            </w:r>
          </w:p>
        </w:tc>
      </w:tr>
      <w:tr w:rsidR="006F0136" w:rsidRPr="00D77020" w14:paraId="040BB53C" w14:textId="77777777">
        <w:tc>
          <w:tcPr>
            <w:tcW w:w="1234" w:type="dxa"/>
          </w:tcPr>
          <w:p w14:paraId="5F9DF3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49855B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RG-114-о</w:t>
            </w:r>
          </w:p>
        </w:tc>
        <w:tc>
          <w:tcPr>
            <w:tcW w:w="1234" w:type="dxa"/>
          </w:tcPr>
          <w:p w14:paraId="1C1A22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114</w:t>
            </w:r>
          </w:p>
        </w:tc>
        <w:tc>
          <w:tcPr>
            <w:tcW w:w="1234" w:type="dxa"/>
          </w:tcPr>
          <w:p w14:paraId="31BCE7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36F8BE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7FBDB4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91G0</w:t>
            </w:r>
          </w:p>
        </w:tc>
        <w:tc>
          <w:tcPr>
            <w:tcW w:w="1234" w:type="dxa"/>
          </w:tcPr>
          <w:p w14:paraId="2BC01C5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2,4</w:t>
            </w:r>
          </w:p>
        </w:tc>
      </w:tr>
      <w:tr w:rsidR="006F0136" w:rsidRPr="00D77020" w14:paraId="1AEEBA51" w14:textId="77777777">
        <w:tc>
          <w:tcPr>
            <w:tcW w:w="1234" w:type="dxa"/>
          </w:tcPr>
          <w:p w14:paraId="503475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797D3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RG-223-н</w:t>
            </w:r>
          </w:p>
        </w:tc>
        <w:tc>
          <w:tcPr>
            <w:tcW w:w="1234" w:type="dxa"/>
          </w:tcPr>
          <w:p w14:paraId="668764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223</w:t>
            </w:r>
          </w:p>
        </w:tc>
        <w:tc>
          <w:tcPr>
            <w:tcW w:w="1234" w:type="dxa"/>
          </w:tcPr>
          <w:p w14:paraId="732EE0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68674E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5E2F70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5CFE181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1,5</w:t>
            </w:r>
          </w:p>
        </w:tc>
      </w:tr>
      <w:tr w:rsidR="006F0136" w:rsidRPr="00D77020" w14:paraId="377B835C" w14:textId="77777777">
        <w:tc>
          <w:tcPr>
            <w:tcW w:w="1234" w:type="dxa"/>
          </w:tcPr>
          <w:p w14:paraId="536E83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1B1E9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RG-224-р</w:t>
            </w:r>
          </w:p>
        </w:tc>
        <w:tc>
          <w:tcPr>
            <w:tcW w:w="1234" w:type="dxa"/>
          </w:tcPr>
          <w:p w14:paraId="316878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224</w:t>
            </w:r>
          </w:p>
        </w:tc>
        <w:tc>
          <w:tcPr>
            <w:tcW w:w="1234" w:type="dxa"/>
          </w:tcPr>
          <w:p w14:paraId="0FE957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05D5DD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78A0F8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276ED5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1,4</w:t>
            </w:r>
          </w:p>
        </w:tc>
      </w:tr>
      <w:tr w:rsidR="006F0136" w:rsidRPr="00D77020" w14:paraId="13C8F29D" w14:textId="77777777">
        <w:tc>
          <w:tcPr>
            <w:tcW w:w="1234" w:type="dxa"/>
          </w:tcPr>
          <w:p w14:paraId="186B44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661F7D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RG-229-р</w:t>
            </w:r>
          </w:p>
        </w:tc>
        <w:tc>
          <w:tcPr>
            <w:tcW w:w="1234" w:type="dxa"/>
          </w:tcPr>
          <w:p w14:paraId="610DF2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229</w:t>
            </w:r>
          </w:p>
        </w:tc>
        <w:tc>
          <w:tcPr>
            <w:tcW w:w="1234" w:type="dxa"/>
          </w:tcPr>
          <w:p w14:paraId="6F0FC1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4A7E09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</w:t>
            </w:r>
          </w:p>
        </w:tc>
        <w:tc>
          <w:tcPr>
            <w:tcW w:w="1234" w:type="dxa"/>
          </w:tcPr>
          <w:p w14:paraId="604855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52153CC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1,1</w:t>
            </w:r>
          </w:p>
        </w:tc>
      </w:tr>
      <w:tr w:rsidR="006F0136" w:rsidRPr="00D77020" w14:paraId="284945F3" w14:textId="77777777">
        <w:tc>
          <w:tcPr>
            <w:tcW w:w="1234" w:type="dxa"/>
          </w:tcPr>
          <w:p w14:paraId="1F1028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49EDE0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RG-236-ш</w:t>
            </w:r>
          </w:p>
        </w:tc>
        <w:tc>
          <w:tcPr>
            <w:tcW w:w="1234" w:type="dxa"/>
          </w:tcPr>
          <w:p w14:paraId="45C6DA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236</w:t>
            </w:r>
          </w:p>
        </w:tc>
        <w:tc>
          <w:tcPr>
            <w:tcW w:w="1234" w:type="dxa"/>
          </w:tcPr>
          <w:p w14:paraId="78C9E4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ш</w:t>
            </w:r>
          </w:p>
        </w:tc>
        <w:tc>
          <w:tcPr>
            <w:tcW w:w="1234" w:type="dxa"/>
          </w:tcPr>
          <w:p w14:paraId="745F69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0B53D0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296BD14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3,4</w:t>
            </w:r>
          </w:p>
        </w:tc>
      </w:tr>
      <w:tr w:rsidR="006F0136" w:rsidRPr="00D77020" w14:paraId="22A8C5EC" w14:textId="77777777">
        <w:tc>
          <w:tcPr>
            <w:tcW w:w="1234" w:type="dxa"/>
          </w:tcPr>
          <w:p w14:paraId="1E0D3F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D5C96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RG-237-б</w:t>
            </w:r>
          </w:p>
        </w:tc>
        <w:tc>
          <w:tcPr>
            <w:tcW w:w="1234" w:type="dxa"/>
          </w:tcPr>
          <w:p w14:paraId="63F4E2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237</w:t>
            </w:r>
          </w:p>
        </w:tc>
        <w:tc>
          <w:tcPr>
            <w:tcW w:w="1234" w:type="dxa"/>
          </w:tcPr>
          <w:p w14:paraId="4498FC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3C0B80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203A80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7F4F5CD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8,3</w:t>
            </w:r>
          </w:p>
        </w:tc>
      </w:tr>
      <w:tr w:rsidR="006F0136" w:rsidRPr="00D77020" w14:paraId="6A7FEE63" w14:textId="77777777">
        <w:tc>
          <w:tcPr>
            <w:tcW w:w="1234" w:type="dxa"/>
          </w:tcPr>
          <w:p w14:paraId="3FBDBC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6CED16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RG-237-и</w:t>
            </w:r>
          </w:p>
        </w:tc>
        <w:tc>
          <w:tcPr>
            <w:tcW w:w="1234" w:type="dxa"/>
          </w:tcPr>
          <w:p w14:paraId="5E7CB9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237</w:t>
            </w:r>
          </w:p>
        </w:tc>
        <w:tc>
          <w:tcPr>
            <w:tcW w:w="1234" w:type="dxa"/>
          </w:tcPr>
          <w:p w14:paraId="71DA9D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6AD11B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730826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AB3458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3,2</w:t>
            </w:r>
          </w:p>
        </w:tc>
      </w:tr>
      <w:tr w:rsidR="006F0136" w:rsidRPr="00D77020" w14:paraId="649C628B" w14:textId="77777777">
        <w:tc>
          <w:tcPr>
            <w:tcW w:w="1234" w:type="dxa"/>
          </w:tcPr>
          <w:p w14:paraId="48E946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84A08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RG-237-у</w:t>
            </w:r>
          </w:p>
        </w:tc>
        <w:tc>
          <w:tcPr>
            <w:tcW w:w="1234" w:type="dxa"/>
          </w:tcPr>
          <w:p w14:paraId="0B3DE7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237</w:t>
            </w:r>
          </w:p>
        </w:tc>
        <w:tc>
          <w:tcPr>
            <w:tcW w:w="1234" w:type="dxa"/>
          </w:tcPr>
          <w:p w14:paraId="60EB71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у</w:t>
            </w:r>
          </w:p>
        </w:tc>
        <w:tc>
          <w:tcPr>
            <w:tcW w:w="1234" w:type="dxa"/>
          </w:tcPr>
          <w:p w14:paraId="437360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3C57F8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15EA9D2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1,0</w:t>
            </w:r>
          </w:p>
        </w:tc>
      </w:tr>
      <w:tr w:rsidR="006F0136" w:rsidRPr="00D77020" w14:paraId="0EF37DE7" w14:textId="77777777">
        <w:tc>
          <w:tcPr>
            <w:tcW w:w="1234" w:type="dxa"/>
          </w:tcPr>
          <w:p w14:paraId="5E7D6C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CADBE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RG-238-ф</w:t>
            </w:r>
          </w:p>
        </w:tc>
        <w:tc>
          <w:tcPr>
            <w:tcW w:w="1234" w:type="dxa"/>
          </w:tcPr>
          <w:p w14:paraId="0083F8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238</w:t>
            </w:r>
          </w:p>
        </w:tc>
        <w:tc>
          <w:tcPr>
            <w:tcW w:w="1234" w:type="dxa"/>
          </w:tcPr>
          <w:p w14:paraId="61CEE6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ф</w:t>
            </w:r>
          </w:p>
        </w:tc>
        <w:tc>
          <w:tcPr>
            <w:tcW w:w="1234" w:type="dxa"/>
          </w:tcPr>
          <w:p w14:paraId="5969F0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504250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B0E4ED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2,3</w:t>
            </w:r>
          </w:p>
        </w:tc>
      </w:tr>
      <w:tr w:rsidR="006F0136" w:rsidRPr="00D77020" w14:paraId="0A00229A" w14:textId="77777777">
        <w:tc>
          <w:tcPr>
            <w:tcW w:w="1234" w:type="dxa"/>
          </w:tcPr>
          <w:p w14:paraId="2E31BA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44D405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RG-238-ю</w:t>
            </w:r>
          </w:p>
        </w:tc>
        <w:tc>
          <w:tcPr>
            <w:tcW w:w="1234" w:type="dxa"/>
          </w:tcPr>
          <w:p w14:paraId="14F11E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238</w:t>
            </w:r>
          </w:p>
        </w:tc>
        <w:tc>
          <w:tcPr>
            <w:tcW w:w="1234" w:type="dxa"/>
          </w:tcPr>
          <w:p w14:paraId="013508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ю</w:t>
            </w:r>
          </w:p>
        </w:tc>
        <w:tc>
          <w:tcPr>
            <w:tcW w:w="1234" w:type="dxa"/>
          </w:tcPr>
          <w:p w14:paraId="6A8F7B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1D86BC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4EC583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7,7</w:t>
            </w:r>
          </w:p>
        </w:tc>
      </w:tr>
      <w:tr w:rsidR="006F0136" w:rsidRPr="00D77020" w14:paraId="427B43C6" w14:textId="77777777">
        <w:tc>
          <w:tcPr>
            <w:tcW w:w="1234" w:type="dxa"/>
          </w:tcPr>
          <w:p w14:paraId="423C16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163470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RG-255-б</w:t>
            </w:r>
          </w:p>
        </w:tc>
        <w:tc>
          <w:tcPr>
            <w:tcW w:w="1234" w:type="dxa"/>
          </w:tcPr>
          <w:p w14:paraId="74DCB8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255</w:t>
            </w:r>
          </w:p>
        </w:tc>
        <w:tc>
          <w:tcPr>
            <w:tcW w:w="1234" w:type="dxa"/>
          </w:tcPr>
          <w:p w14:paraId="52A834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1A0260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6844AA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2D521EF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3,9</w:t>
            </w:r>
          </w:p>
        </w:tc>
      </w:tr>
      <w:tr w:rsidR="006F0136" w:rsidRPr="00D77020" w14:paraId="598C8A91" w14:textId="77777777">
        <w:tc>
          <w:tcPr>
            <w:tcW w:w="1234" w:type="dxa"/>
          </w:tcPr>
          <w:p w14:paraId="0DE3CC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7269F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RG-255-д</w:t>
            </w:r>
          </w:p>
        </w:tc>
        <w:tc>
          <w:tcPr>
            <w:tcW w:w="1234" w:type="dxa"/>
          </w:tcPr>
          <w:p w14:paraId="1FBF28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255</w:t>
            </w:r>
          </w:p>
        </w:tc>
        <w:tc>
          <w:tcPr>
            <w:tcW w:w="1234" w:type="dxa"/>
          </w:tcPr>
          <w:p w14:paraId="037D27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735A47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698773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C6D561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17,8</w:t>
            </w:r>
          </w:p>
        </w:tc>
      </w:tr>
      <w:tr w:rsidR="006F0136" w:rsidRPr="00D77020" w14:paraId="664D4A8F" w14:textId="77777777">
        <w:tc>
          <w:tcPr>
            <w:tcW w:w="1234" w:type="dxa"/>
          </w:tcPr>
          <w:p w14:paraId="7FACD1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23E209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RG-256-г</w:t>
            </w:r>
          </w:p>
        </w:tc>
        <w:tc>
          <w:tcPr>
            <w:tcW w:w="1234" w:type="dxa"/>
          </w:tcPr>
          <w:p w14:paraId="31968F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256</w:t>
            </w:r>
          </w:p>
        </w:tc>
        <w:tc>
          <w:tcPr>
            <w:tcW w:w="1234" w:type="dxa"/>
          </w:tcPr>
          <w:p w14:paraId="781534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607CBF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2CCF88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0AFE0B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10,9</w:t>
            </w:r>
          </w:p>
        </w:tc>
      </w:tr>
      <w:tr w:rsidR="006F0136" w:rsidRPr="00D77020" w14:paraId="4C8632D6" w14:textId="77777777">
        <w:tc>
          <w:tcPr>
            <w:tcW w:w="1234" w:type="dxa"/>
          </w:tcPr>
          <w:p w14:paraId="3E324D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2AE65D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RG-256-з</w:t>
            </w:r>
          </w:p>
        </w:tc>
        <w:tc>
          <w:tcPr>
            <w:tcW w:w="1234" w:type="dxa"/>
          </w:tcPr>
          <w:p w14:paraId="62A147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256</w:t>
            </w:r>
          </w:p>
        </w:tc>
        <w:tc>
          <w:tcPr>
            <w:tcW w:w="1234" w:type="dxa"/>
          </w:tcPr>
          <w:p w14:paraId="60472E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25CF09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12B938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6C5C79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5,1</w:t>
            </w:r>
          </w:p>
        </w:tc>
      </w:tr>
      <w:tr w:rsidR="006F0136" w:rsidRPr="00D77020" w14:paraId="0740C580" w14:textId="77777777">
        <w:tc>
          <w:tcPr>
            <w:tcW w:w="1234" w:type="dxa"/>
          </w:tcPr>
          <w:p w14:paraId="53590C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1A4D75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RG-258-ж</w:t>
            </w:r>
          </w:p>
        </w:tc>
        <w:tc>
          <w:tcPr>
            <w:tcW w:w="1234" w:type="dxa"/>
          </w:tcPr>
          <w:p w14:paraId="28B21A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258</w:t>
            </w:r>
          </w:p>
        </w:tc>
        <w:tc>
          <w:tcPr>
            <w:tcW w:w="1234" w:type="dxa"/>
          </w:tcPr>
          <w:p w14:paraId="53B567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715B72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5C37C7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2FC61C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9,9</w:t>
            </w:r>
          </w:p>
        </w:tc>
      </w:tr>
      <w:tr w:rsidR="006F0136" w:rsidRPr="00D77020" w14:paraId="77FF0E38" w14:textId="77777777">
        <w:tc>
          <w:tcPr>
            <w:tcW w:w="1234" w:type="dxa"/>
          </w:tcPr>
          <w:p w14:paraId="5AE572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2F6D33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RG-261-т</w:t>
            </w:r>
          </w:p>
        </w:tc>
        <w:tc>
          <w:tcPr>
            <w:tcW w:w="1234" w:type="dxa"/>
          </w:tcPr>
          <w:p w14:paraId="0B4ABD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261</w:t>
            </w:r>
          </w:p>
        </w:tc>
        <w:tc>
          <w:tcPr>
            <w:tcW w:w="1234" w:type="dxa"/>
          </w:tcPr>
          <w:p w14:paraId="4D5889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58A665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0289F2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0135620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1,4</w:t>
            </w:r>
          </w:p>
        </w:tc>
      </w:tr>
      <w:tr w:rsidR="006F0136" w:rsidRPr="00D77020" w14:paraId="0425BA4D" w14:textId="77777777">
        <w:tc>
          <w:tcPr>
            <w:tcW w:w="1234" w:type="dxa"/>
          </w:tcPr>
          <w:p w14:paraId="0ED183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16ACF5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RG-261-у</w:t>
            </w:r>
          </w:p>
        </w:tc>
        <w:tc>
          <w:tcPr>
            <w:tcW w:w="1234" w:type="dxa"/>
          </w:tcPr>
          <w:p w14:paraId="045C7C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261</w:t>
            </w:r>
          </w:p>
        </w:tc>
        <w:tc>
          <w:tcPr>
            <w:tcW w:w="1234" w:type="dxa"/>
          </w:tcPr>
          <w:p w14:paraId="6B2E70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у</w:t>
            </w:r>
          </w:p>
        </w:tc>
        <w:tc>
          <w:tcPr>
            <w:tcW w:w="1234" w:type="dxa"/>
          </w:tcPr>
          <w:p w14:paraId="6F93D0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14B5E5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13EE00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2,1</w:t>
            </w:r>
          </w:p>
        </w:tc>
      </w:tr>
      <w:tr w:rsidR="006F0136" w:rsidRPr="00D77020" w14:paraId="12F238AC" w14:textId="77777777">
        <w:tc>
          <w:tcPr>
            <w:tcW w:w="1234" w:type="dxa"/>
          </w:tcPr>
          <w:p w14:paraId="3668C7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6CAF0E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RG-261-ш</w:t>
            </w:r>
          </w:p>
        </w:tc>
        <w:tc>
          <w:tcPr>
            <w:tcW w:w="1234" w:type="dxa"/>
          </w:tcPr>
          <w:p w14:paraId="12D2D5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261</w:t>
            </w:r>
          </w:p>
        </w:tc>
        <w:tc>
          <w:tcPr>
            <w:tcW w:w="1234" w:type="dxa"/>
          </w:tcPr>
          <w:p w14:paraId="3D49AA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ш</w:t>
            </w:r>
          </w:p>
        </w:tc>
        <w:tc>
          <w:tcPr>
            <w:tcW w:w="1234" w:type="dxa"/>
          </w:tcPr>
          <w:p w14:paraId="4E2345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3A3C20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2FBD79B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12,1</w:t>
            </w:r>
          </w:p>
        </w:tc>
      </w:tr>
      <w:tr w:rsidR="006F0136" w:rsidRPr="00D77020" w14:paraId="644DD7CB" w14:textId="77777777">
        <w:tc>
          <w:tcPr>
            <w:tcW w:w="1234" w:type="dxa"/>
          </w:tcPr>
          <w:p w14:paraId="7174C8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284BCB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RG-272-с</w:t>
            </w:r>
          </w:p>
        </w:tc>
        <w:tc>
          <w:tcPr>
            <w:tcW w:w="1234" w:type="dxa"/>
          </w:tcPr>
          <w:p w14:paraId="7ED1F8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272</w:t>
            </w:r>
          </w:p>
        </w:tc>
        <w:tc>
          <w:tcPr>
            <w:tcW w:w="1234" w:type="dxa"/>
          </w:tcPr>
          <w:p w14:paraId="58307C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572E50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26DDAE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1736DF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2,5</w:t>
            </w:r>
          </w:p>
        </w:tc>
      </w:tr>
      <w:tr w:rsidR="006F0136" w:rsidRPr="00D77020" w14:paraId="753E68A5" w14:textId="77777777">
        <w:tc>
          <w:tcPr>
            <w:tcW w:w="1234" w:type="dxa"/>
          </w:tcPr>
          <w:p w14:paraId="195C82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D10F1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RG-273-к</w:t>
            </w:r>
          </w:p>
        </w:tc>
        <w:tc>
          <w:tcPr>
            <w:tcW w:w="1234" w:type="dxa"/>
          </w:tcPr>
          <w:p w14:paraId="5E01BE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273</w:t>
            </w:r>
          </w:p>
        </w:tc>
        <w:tc>
          <w:tcPr>
            <w:tcW w:w="1234" w:type="dxa"/>
          </w:tcPr>
          <w:p w14:paraId="04012A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3BDB23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60EAB5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7369D5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1,0</w:t>
            </w:r>
          </w:p>
        </w:tc>
      </w:tr>
      <w:tr w:rsidR="006F0136" w:rsidRPr="00D77020" w14:paraId="20EBB4CD" w14:textId="77777777">
        <w:tc>
          <w:tcPr>
            <w:tcW w:w="1234" w:type="dxa"/>
          </w:tcPr>
          <w:p w14:paraId="764166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4608C6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RG-277-в</w:t>
            </w:r>
          </w:p>
        </w:tc>
        <w:tc>
          <w:tcPr>
            <w:tcW w:w="1234" w:type="dxa"/>
          </w:tcPr>
          <w:p w14:paraId="59BEB5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277</w:t>
            </w:r>
          </w:p>
        </w:tc>
        <w:tc>
          <w:tcPr>
            <w:tcW w:w="1234" w:type="dxa"/>
          </w:tcPr>
          <w:p w14:paraId="0436AD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40A994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44A797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6C62AF4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1,7</w:t>
            </w:r>
          </w:p>
        </w:tc>
      </w:tr>
      <w:tr w:rsidR="006F0136" w:rsidRPr="00D77020" w14:paraId="776D0331" w14:textId="77777777">
        <w:tc>
          <w:tcPr>
            <w:tcW w:w="1234" w:type="dxa"/>
          </w:tcPr>
          <w:p w14:paraId="0D83ED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19343C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RG-289-л</w:t>
            </w:r>
          </w:p>
        </w:tc>
        <w:tc>
          <w:tcPr>
            <w:tcW w:w="1234" w:type="dxa"/>
          </w:tcPr>
          <w:p w14:paraId="03F85E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289</w:t>
            </w:r>
          </w:p>
        </w:tc>
        <w:tc>
          <w:tcPr>
            <w:tcW w:w="1234" w:type="dxa"/>
          </w:tcPr>
          <w:p w14:paraId="6A59F2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17C5A1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13DA60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3BAD038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2197103B" w14:textId="77777777">
        <w:tc>
          <w:tcPr>
            <w:tcW w:w="1234" w:type="dxa"/>
          </w:tcPr>
          <w:p w14:paraId="2C2075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43540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RG-319-е</w:t>
            </w:r>
          </w:p>
        </w:tc>
        <w:tc>
          <w:tcPr>
            <w:tcW w:w="1234" w:type="dxa"/>
          </w:tcPr>
          <w:p w14:paraId="3A0268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319</w:t>
            </w:r>
          </w:p>
        </w:tc>
        <w:tc>
          <w:tcPr>
            <w:tcW w:w="1234" w:type="dxa"/>
          </w:tcPr>
          <w:p w14:paraId="097AA8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41ADB2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3FB808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22E9F0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15,2</w:t>
            </w:r>
          </w:p>
        </w:tc>
      </w:tr>
      <w:tr w:rsidR="006F0136" w:rsidRPr="00D77020" w14:paraId="40AE304C" w14:textId="77777777">
        <w:tc>
          <w:tcPr>
            <w:tcW w:w="1234" w:type="dxa"/>
          </w:tcPr>
          <w:p w14:paraId="3B566E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DDE6C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RG-319-ж</w:t>
            </w:r>
          </w:p>
        </w:tc>
        <w:tc>
          <w:tcPr>
            <w:tcW w:w="1234" w:type="dxa"/>
          </w:tcPr>
          <w:p w14:paraId="58EDBC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319</w:t>
            </w:r>
          </w:p>
        </w:tc>
        <w:tc>
          <w:tcPr>
            <w:tcW w:w="1234" w:type="dxa"/>
          </w:tcPr>
          <w:p w14:paraId="33546F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494587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0B7DF7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A7DA19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24,1</w:t>
            </w:r>
          </w:p>
        </w:tc>
      </w:tr>
      <w:tr w:rsidR="006F0136" w:rsidRPr="00D77020" w14:paraId="1C7FEAA6" w14:textId="77777777">
        <w:tc>
          <w:tcPr>
            <w:tcW w:w="1234" w:type="dxa"/>
          </w:tcPr>
          <w:p w14:paraId="757F9D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BD801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RG-319-з</w:t>
            </w:r>
          </w:p>
        </w:tc>
        <w:tc>
          <w:tcPr>
            <w:tcW w:w="1234" w:type="dxa"/>
          </w:tcPr>
          <w:p w14:paraId="68B89A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319</w:t>
            </w:r>
          </w:p>
        </w:tc>
        <w:tc>
          <w:tcPr>
            <w:tcW w:w="1234" w:type="dxa"/>
          </w:tcPr>
          <w:p w14:paraId="0CFB0C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161805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329C40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F5CF71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6,0</w:t>
            </w:r>
          </w:p>
        </w:tc>
      </w:tr>
      <w:tr w:rsidR="006F0136" w:rsidRPr="00D77020" w14:paraId="33625144" w14:textId="77777777">
        <w:tc>
          <w:tcPr>
            <w:tcW w:w="1234" w:type="dxa"/>
          </w:tcPr>
          <w:p w14:paraId="7259AC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2025</w:t>
            </w:r>
          </w:p>
        </w:tc>
        <w:tc>
          <w:tcPr>
            <w:tcW w:w="1234" w:type="dxa"/>
          </w:tcPr>
          <w:p w14:paraId="752C84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RG-319-и</w:t>
            </w:r>
          </w:p>
        </w:tc>
        <w:tc>
          <w:tcPr>
            <w:tcW w:w="1234" w:type="dxa"/>
          </w:tcPr>
          <w:p w14:paraId="47EF12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319</w:t>
            </w:r>
          </w:p>
        </w:tc>
        <w:tc>
          <w:tcPr>
            <w:tcW w:w="1234" w:type="dxa"/>
          </w:tcPr>
          <w:p w14:paraId="399EC5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1AF8A2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4F8ACB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AA1270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3,9</w:t>
            </w:r>
          </w:p>
        </w:tc>
      </w:tr>
      <w:tr w:rsidR="006F0136" w:rsidRPr="00D77020" w14:paraId="3CA7D16D" w14:textId="77777777">
        <w:tc>
          <w:tcPr>
            <w:tcW w:w="1234" w:type="dxa"/>
          </w:tcPr>
          <w:p w14:paraId="5DD479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B53FD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RG-320-г</w:t>
            </w:r>
          </w:p>
        </w:tc>
        <w:tc>
          <w:tcPr>
            <w:tcW w:w="1234" w:type="dxa"/>
          </w:tcPr>
          <w:p w14:paraId="2023DA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320</w:t>
            </w:r>
          </w:p>
        </w:tc>
        <w:tc>
          <w:tcPr>
            <w:tcW w:w="1234" w:type="dxa"/>
          </w:tcPr>
          <w:p w14:paraId="1A86DF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433CE8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12B4CE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D6DE99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9,6</w:t>
            </w:r>
          </w:p>
        </w:tc>
      </w:tr>
      <w:tr w:rsidR="006F0136" w:rsidRPr="00D77020" w14:paraId="65871BD1" w14:textId="77777777">
        <w:tc>
          <w:tcPr>
            <w:tcW w:w="1234" w:type="dxa"/>
          </w:tcPr>
          <w:p w14:paraId="0D1A0E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BADFE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RG-320-д</w:t>
            </w:r>
          </w:p>
        </w:tc>
        <w:tc>
          <w:tcPr>
            <w:tcW w:w="1234" w:type="dxa"/>
          </w:tcPr>
          <w:p w14:paraId="1D010B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320</w:t>
            </w:r>
          </w:p>
        </w:tc>
        <w:tc>
          <w:tcPr>
            <w:tcW w:w="1234" w:type="dxa"/>
          </w:tcPr>
          <w:p w14:paraId="4C1154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4FDAF2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45</w:t>
            </w:r>
          </w:p>
        </w:tc>
        <w:tc>
          <w:tcPr>
            <w:tcW w:w="1234" w:type="dxa"/>
          </w:tcPr>
          <w:p w14:paraId="1DA42F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EABF29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4,3</w:t>
            </w:r>
          </w:p>
        </w:tc>
      </w:tr>
      <w:tr w:rsidR="006F0136" w:rsidRPr="00D77020" w14:paraId="2FD6F632" w14:textId="77777777">
        <w:tc>
          <w:tcPr>
            <w:tcW w:w="1234" w:type="dxa"/>
          </w:tcPr>
          <w:p w14:paraId="0B4316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27B9F3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RG-326-г</w:t>
            </w:r>
          </w:p>
        </w:tc>
        <w:tc>
          <w:tcPr>
            <w:tcW w:w="1234" w:type="dxa"/>
          </w:tcPr>
          <w:p w14:paraId="23BBF2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326</w:t>
            </w:r>
          </w:p>
        </w:tc>
        <w:tc>
          <w:tcPr>
            <w:tcW w:w="1234" w:type="dxa"/>
          </w:tcPr>
          <w:p w14:paraId="7C583B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5FFCA5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190</w:t>
            </w:r>
          </w:p>
        </w:tc>
        <w:tc>
          <w:tcPr>
            <w:tcW w:w="1234" w:type="dxa"/>
          </w:tcPr>
          <w:p w14:paraId="7A57F7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BB5FDD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1,5</w:t>
            </w:r>
          </w:p>
        </w:tc>
      </w:tr>
      <w:tr w:rsidR="006F0136" w:rsidRPr="00D77020" w14:paraId="215C6E7A" w14:textId="77777777">
        <w:tc>
          <w:tcPr>
            <w:tcW w:w="1234" w:type="dxa"/>
          </w:tcPr>
          <w:p w14:paraId="64AFA9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420BCB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RG-326-д</w:t>
            </w:r>
          </w:p>
        </w:tc>
        <w:tc>
          <w:tcPr>
            <w:tcW w:w="1234" w:type="dxa"/>
          </w:tcPr>
          <w:p w14:paraId="5985F0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326</w:t>
            </w:r>
          </w:p>
        </w:tc>
        <w:tc>
          <w:tcPr>
            <w:tcW w:w="1234" w:type="dxa"/>
          </w:tcPr>
          <w:p w14:paraId="026FE0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18F77C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190</w:t>
            </w:r>
          </w:p>
        </w:tc>
        <w:tc>
          <w:tcPr>
            <w:tcW w:w="1234" w:type="dxa"/>
          </w:tcPr>
          <w:p w14:paraId="697510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B01DBD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6,7</w:t>
            </w:r>
          </w:p>
        </w:tc>
      </w:tr>
      <w:tr w:rsidR="006F0136" w:rsidRPr="00D77020" w14:paraId="05FB6C11" w14:textId="77777777">
        <w:tc>
          <w:tcPr>
            <w:tcW w:w="1234" w:type="dxa"/>
          </w:tcPr>
          <w:p w14:paraId="7206F2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F9F2E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RG-328-а</w:t>
            </w:r>
          </w:p>
        </w:tc>
        <w:tc>
          <w:tcPr>
            <w:tcW w:w="1234" w:type="dxa"/>
          </w:tcPr>
          <w:p w14:paraId="68D9CC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328</w:t>
            </w:r>
          </w:p>
        </w:tc>
        <w:tc>
          <w:tcPr>
            <w:tcW w:w="1234" w:type="dxa"/>
          </w:tcPr>
          <w:p w14:paraId="0687B7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1F9491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180</w:t>
            </w:r>
          </w:p>
        </w:tc>
        <w:tc>
          <w:tcPr>
            <w:tcW w:w="1234" w:type="dxa"/>
          </w:tcPr>
          <w:p w14:paraId="219B47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D14E75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1,6</w:t>
            </w:r>
          </w:p>
        </w:tc>
      </w:tr>
      <w:tr w:rsidR="006F0136" w:rsidRPr="00D77020" w14:paraId="46C32D92" w14:textId="77777777">
        <w:tc>
          <w:tcPr>
            <w:tcW w:w="1234" w:type="dxa"/>
          </w:tcPr>
          <w:p w14:paraId="196D86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19DCB3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RG-328-л</w:t>
            </w:r>
          </w:p>
        </w:tc>
        <w:tc>
          <w:tcPr>
            <w:tcW w:w="1234" w:type="dxa"/>
          </w:tcPr>
          <w:p w14:paraId="42EFF9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328</w:t>
            </w:r>
          </w:p>
        </w:tc>
        <w:tc>
          <w:tcPr>
            <w:tcW w:w="1234" w:type="dxa"/>
          </w:tcPr>
          <w:p w14:paraId="0B471C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4214A4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190</w:t>
            </w:r>
          </w:p>
        </w:tc>
        <w:tc>
          <w:tcPr>
            <w:tcW w:w="1234" w:type="dxa"/>
          </w:tcPr>
          <w:p w14:paraId="2CF346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BE762B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6,2</w:t>
            </w:r>
          </w:p>
        </w:tc>
      </w:tr>
      <w:tr w:rsidR="006F0136" w:rsidRPr="00D77020" w14:paraId="6B1B2209" w14:textId="77777777">
        <w:tc>
          <w:tcPr>
            <w:tcW w:w="1234" w:type="dxa"/>
          </w:tcPr>
          <w:p w14:paraId="48B816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935AC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RG-329-л</w:t>
            </w:r>
          </w:p>
        </w:tc>
        <w:tc>
          <w:tcPr>
            <w:tcW w:w="1234" w:type="dxa"/>
          </w:tcPr>
          <w:p w14:paraId="7B28AE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329</w:t>
            </w:r>
          </w:p>
        </w:tc>
        <w:tc>
          <w:tcPr>
            <w:tcW w:w="1234" w:type="dxa"/>
          </w:tcPr>
          <w:p w14:paraId="62B1CD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5A154D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190</w:t>
            </w:r>
          </w:p>
        </w:tc>
        <w:tc>
          <w:tcPr>
            <w:tcW w:w="1234" w:type="dxa"/>
          </w:tcPr>
          <w:p w14:paraId="7E4F2F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ED421A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11,1</w:t>
            </w:r>
          </w:p>
        </w:tc>
      </w:tr>
      <w:tr w:rsidR="006F0136" w:rsidRPr="00D77020" w14:paraId="71BDB8E2" w14:textId="77777777">
        <w:tc>
          <w:tcPr>
            <w:tcW w:w="1234" w:type="dxa"/>
          </w:tcPr>
          <w:p w14:paraId="0AF599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B0D87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RG-330-г</w:t>
            </w:r>
          </w:p>
        </w:tc>
        <w:tc>
          <w:tcPr>
            <w:tcW w:w="1234" w:type="dxa"/>
          </w:tcPr>
          <w:p w14:paraId="211443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330</w:t>
            </w:r>
          </w:p>
        </w:tc>
        <w:tc>
          <w:tcPr>
            <w:tcW w:w="1234" w:type="dxa"/>
          </w:tcPr>
          <w:p w14:paraId="217A8E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75BD96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180</w:t>
            </w:r>
          </w:p>
        </w:tc>
        <w:tc>
          <w:tcPr>
            <w:tcW w:w="1234" w:type="dxa"/>
          </w:tcPr>
          <w:p w14:paraId="054147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460698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1,8</w:t>
            </w:r>
          </w:p>
        </w:tc>
      </w:tr>
      <w:tr w:rsidR="006F0136" w:rsidRPr="00D77020" w14:paraId="669F1F07" w14:textId="77777777">
        <w:tc>
          <w:tcPr>
            <w:tcW w:w="1234" w:type="dxa"/>
          </w:tcPr>
          <w:p w14:paraId="166AA9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14F7F6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RG-332-е</w:t>
            </w:r>
          </w:p>
        </w:tc>
        <w:tc>
          <w:tcPr>
            <w:tcW w:w="1234" w:type="dxa"/>
          </w:tcPr>
          <w:p w14:paraId="07A7D4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332</w:t>
            </w:r>
          </w:p>
        </w:tc>
        <w:tc>
          <w:tcPr>
            <w:tcW w:w="1234" w:type="dxa"/>
          </w:tcPr>
          <w:p w14:paraId="4C92E2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3A09D1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190</w:t>
            </w:r>
          </w:p>
        </w:tc>
        <w:tc>
          <w:tcPr>
            <w:tcW w:w="1234" w:type="dxa"/>
          </w:tcPr>
          <w:p w14:paraId="25C46C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B82DE8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8,4</w:t>
            </w:r>
          </w:p>
        </w:tc>
      </w:tr>
      <w:tr w:rsidR="006F0136" w:rsidRPr="00D77020" w14:paraId="24CF890A" w14:textId="77777777">
        <w:tc>
          <w:tcPr>
            <w:tcW w:w="1234" w:type="dxa"/>
          </w:tcPr>
          <w:p w14:paraId="01764E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2BBA5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RG-99-б</w:t>
            </w:r>
          </w:p>
        </w:tc>
        <w:tc>
          <w:tcPr>
            <w:tcW w:w="1234" w:type="dxa"/>
          </w:tcPr>
          <w:p w14:paraId="63CD36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99</w:t>
            </w:r>
          </w:p>
        </w:tc>
        <w:tc>
          <w:tcPr>
            <w:tcW w:w="1234" w:type="dxa"/>
          </w:tcPr>
          <w:p w14:paraId="52A34B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5D9066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180</w:t>
            </w:r>
          </w:p>
        </w:tc>
        <w:tc>
          <w:tcPr>
            <w:tcW w:w="1234" w:type="dxa"/>
          </w:tcPr>
          <w:p w14:paraId="07B1F8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18CE23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16,4</w:t>
            </w:r>
          </w:p>
        </w:tc>
      </w:tr>
      <w:tr w:rsidR="006F0136" w:rsidRPr="00D77020" w14:paraId="6E86B232" w14:textId="77777777">
        <w:tc>
          <w:tcPr>
            <w:tcW w:w="1234" w:type="dxa"/>
          </w:tcPr>
          <w:p w14:paraId="48C900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62222D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RG-99-д</w:t>
            </w:r>
          </w:p>
        </w:tc>
        <w:tc>
          <w:tcPr>
            <w:tcW w:w="1234" w:type="dxa"/>
          </w:tcPr>
          <w:p w14:paraId="5437F0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99</w:t>
            </w:r>
          </w:p>
        </w:tc>
        <w:tc>
          <w:tcPr>
            <w:tcW w:w="1234" w:type="dxa"/>
          </w:tcPr>
          <w:p w14:paraId="011ABA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797783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180</w:t>
            </w:r>
          </w:p>
        </w:tc>
        <w:tc>
          <w:tcPr>
            <w:tcW w:w="1234" w:type="dxa"/>
          </w:tcPr>
          <w:p w14:paraId="78FD39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5955FB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21,6</w:t>
            </w:r>
          </w:p>
        </w:tc>
      </w:tr>
      <w:tr w:rsidR="006F0136" w:rsidRPr="00D77020" w14:paraId="552BB024" w14:textId="77777777">
        <w:tc>
          <w:tcPr>
            <w:tcW w:w="7404" w:type="dxa"/>
            <w:gridSpan w:val="6"/>
          </w:tcPr>
          <w:p w14:paraId="406F0E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7F8CBC9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443,8</w:t>
            </w:r>
          </w:p>
        </w:tc>
      </w:tr>
    </w:tbl>
    <w:p w14:paraId="0811336B" w14:textId="77777777" w:rsidR="006F0136" w:rsidRPr="00D77020" w:rsidRDefault="00D77020">
      <w:pPr>
        <w:rPr>
          <w:lang w:val="bg-BG"/>
        </w:rPr>
      </w:pPr>
      <w:r w:rsidRPr="00D77020">
        <w:rPr>
          <w:lang w:val="bg-BG"/>
        </w:rPr>
        <w:br w:type="page"/>
      </w:r>
    </w:p>
    <w:p w14:paraId="16EE3749" w14:textId="77777777" w:rsidR="006F0136" w:rsidRPr="00D77020" w:rsidRDefault="00D77020">
      <w:pPr>
        <w:pStyle w:val="Heading1"/>
        <w:rPr>
          <w:lang w:val="bg-BG"/>
        </w:rPr>
      </w:pPr>
      <w:bookmarkStart w:id="11" w:name="_Toc222837678"/>
      <w:r w:rsidRPr="00D77020">
        <w:rPr>
          <w:lang w:val="bg-BG"/>
        </w:rPr>
        <w:lastRenderedPageBreak/>
        <w:t xml:space="preserve">ДГС Земен - Обща площ: 248,2 </w:t>
      </w:r>
      <w:proofErr w:type="spellStart"/>
      <w:r w:rsidRPr="00D77020">
        <w:rPr>
          <w:lang w:val="bg-BG"/>
        </w:rPr>
        <w:t>хa</w:t>
      </w:r>
      <w:bookmarkEnd w:id="11"/>
      <w:proofErr w:type="spellEnd"/>
    </w:p>
    <w:p w14:paraId="4BCBB3D3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BG0001012 - Земен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0715D26A" w14:textId="77777777">
        <w:tc>
          <w:tcPr>
            <w:tcW w:w="1587" w:type="dxa"/>
          </w:tcPr>
          <w:p w14:paraId="60BE8A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08CEA3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7A6AA6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689396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010013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7AEB49F4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2F811B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1B01F4A4" w14:textId="77777777">
        <w:tc>
          <w:tcPr>
            <w:tcW w:w="1234" w:type="dxa"/>
          </w:tcPr>
          <w:p w14:paraId="6B35CE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A4696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HC-100-а</w:t>
            </w:r>
          </w:p>
        </w:tc>
        <w:tc>
          <w:tcPr>
            <w:tcW w:w="1234" w:type="dxa"/>
          </w:tcPr>
          <w:p w14:paraId="50F8E9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7811FC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6512A3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170752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0EE8FB6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9,3</w:t>
            </w:r>
          </w:p>
        </w:tc>
      </w:tr>
      <w:tr w:rsidR="006F0136" w:rsidRPr="00D77020" w14:paraId="6EC32E53" w14:textId="77777777">
        <w:tc>
          <w:tcPr>
            <w:tcW w:w="1234" w:type="dxa"/>
          </w:tcPr>
          <w:p w14:paraId="3512F6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39955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HC-105-м</w:t>
            </w:r>
          </w:p>
        </w:tc>
        <w:tc>
          <w:tcPr>
            <w:tcW w:w="1234" w:type="dxa"/>
          </w:tcPr>
          <w:p w14:paraId="1C6635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105</w:t>
            </w:r>
          </w:p>
        </w:tc>
        <w:tc>
          <w:tcPr>
            <w:tcW w:w="1234" w:type="dxa"/>
          </w:tcPr>
          <w:p w14:paraId="181E93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67FE9A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2D8567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71D0B52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3,9</w:t>
            </w:r>
          </w:p>
        </w:tc>
      </w:tr>
      <w:tr w:rsidR="006F0136" w:rsidRPr="00D77020" w14:paraId="15B5A489" w14:textId="77777777">
        <w:tc>
          <w:tcPr>
            <w:tcW w:w="1234" w:type="dxa"/>
          </w:tcPr>
          <w:p w14:paraId="50D522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B8C4A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HC-105-п</w:t>
            </w:r>
          </w:p>
        </w:tc>
        <w:tc>
          <w:tcPr>
            <w:tcW w:w="1234" w:type="dxa"/>
          </w:tcPr>
          <w:p w14:paraId="70018F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105</w:t>
            </w:r>
          </w:p>
        </w:tc>
        <w:tc>
          <w:tcPr>
            <w:tcW w:w="1234" w:type="dxa"/>
          </w:tcPr>
          <w:p w14:paraId="06E3F1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71C46F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17FA5F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7B375B4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2,2</w:t>
            </w:r>
          </w:p>
        </w:tc>
      </w:tr>
      <w:tr w:rsidR="006F0136" w:rsidRPr="00D77020" w14:paraId="4F81F6D8" w14:textId="77777777">
        <w:tc>
          <w:tcPr>
            <w:tcW w:w="1234" w:type="dxa"/>
          </w:tcPr>
          <w:p w14:paraId="7475EB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AD544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HC-105-у</w:t>
            </w:r>
          </w:p>
        </w:tc>
        <w:tc>
          <w:tcPr>
            <w:tcW w:w="1234" w:type="dxa"/>
          </w:tcPr>
          <w:p w14:paraId="12C24F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105</w:t>
            </w:r>
          </w:p>
        </w:tc>
        <w:tc>
          <w:tcPr>
            <w:tcW w:w="1234" w:type="dxa"/>
          </w:tcPr>
          <w:p w14:paraId="436C0B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у</w:t>
            </w:r>
          </w:p>
        </w:tc>
        <w:tc>
          <w:tcPr>
            <w:tcW w:w="1234" w:type="dxa"/>
          </w:tcPr>
          <w:p w14:paraId="2310E0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234" w:type="dxa"/>
          </w:tcPr>
          <w:p w14:paraId="598265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7A7AAE6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1C05CF44" w14:textId="77777777">
        <w:tc>
          <w:tcPr>
            <w:tcW w:w="1234" w:type="dxa"/>
          </w:tcPr>
          <w:p w14:paraId="47E78A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8B23B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HC-114-д</w:t>
            </w:r>
          </w:p>
        </w:tc>
        <w:tc>
          <w:tcPr>
            <w:tcW w:w="1234" w:type="dxa"/>
          </w:tcPr>
          <w:p w14:paraId="0890B5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114</w:t>
            </w:r>
          </w:p>
        </w:tc>
        <w:tc>
          <w:tcPr>
            <w:tcW w:w="1234" w:type="dxa"/>
          </w:tcPr>
          <w:p w14:paraId="328BC2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36B933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79EC4F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79A3CD3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15,1</w:t>
            </w:r>
          </w:p>
        </w:tc>
      </w:tr>
      <w:tr w:rsidR="006F0136" w:rsidRPr="00D77020" w14:paraId="6F6BB630" w14:textId="77777777">
        <w:tc>
          <w:tcPr>
            <w:tcW w:w="1234" w:type="dxa"/>
          </w:tcPr>
          <w:p w14:paraId="25ED34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8001E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HC-115-а</w:t>
            </w:r>
          </w:p>
        </w:tc>
        <w:tc>
          <w:tcPr>
            <w:tcW w:w="1234" w:type="dxa"/>
          </w:tcPr>
          <w:p w14:paraId="57B007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115</w:t>
            </w:r>
          </w:p>
        </w:tc>
        <w:tc>
          <w:tcPr>
            <w:tcW w:w="1234" w:type="dxa"/>
          </w:tcPr>
          <w:p w14:paraId="1716CE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60FFD7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51EE20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75267F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4,5</w:t>
            </w:r>
          </w:p>
        </w:tc>
      </w:tr>
      <w:tr w:rsidR="006F0136" w:rsidRPr="00D77020" w14:paraId="247D7A7F" w14:textId="77777777">
        <w:tc>
          <w:tcPr>
            <w:tcW w:w="1234" w:type="dxa"/>
          </w:tcPr>
          <w:p w14:paraId="12393D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8F977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HC-115-в</w:t>
            </w:r>
          </w:p>
        </w:tc>
        <w:tc>
          <w:tcPr>
            <w:tcW w:w="1234" w:type="dxa"/>
          </w:tcPr>
          <w:p w14:paraId="556EEE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115</w:t>
            </w:r>
          </w:p>
        </w:tc>
        <w:tc>
          <w:tcPr>
            <w:tcW w:w="1234" w:type="dxa"/>
          </w:tcPr>
          <w:p w14:paraId="1BD282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75EA08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2E54B7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031DACD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9,4</w:t>
            </w:r>
          </w:p>
        </w:tc>
      </w:tr>
      <w:tr w:rsidR="006F0136" w:rsidRPr="00D77020" w14:paraId="79CDA30E" w14:textId="77777777">
        <w:tc>
          <w:tcPr>
            <w:tcW w:w="1234" w:type="dxa"/>
          </w:tcPr>
          <w:p w14:paraId="7CD116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C5199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HC-116-ж</w:t>
            </w:r>
          </w:p>
        </w:tc>
        <w:tc>
          <w:tcPr>
            <w:tcW w:w="1234" w:type="dxa"/>
          </w:tcPr>
          <w:p w14:paraId="618299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116</w:t>
            </w:r>
          </w:p>
        </w:tc>
        <w:tc>
          <w:tcPr>
            <w:tcW w:w="1234" w:type="dxa"/>
          </w:tcPr>
          <w:p w14:paraId="6A545B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4149A5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41662C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7D4625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0,6</w:t>
            </w:r>
          </w:p>
        </w:tc>
      </w:tr>
      <w:tr w:rsidR="006F0136" w:rsidRPr="00D77020" w14:paraId="1E37C7D6" w14:textId="77777777">
        <w:tc>
          <w:tcPr>
            <w:tcW w:w="1234" w:type="dxa"/>
          </w:tcPr>
          <w:p w14:paraId="60F54F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DEADA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HC-116-з</w:t>
            </w:r>
          </w:p>
        </w:tc>
        <w:tc>
          <w:tcPr>
            <w:tcW w:w="1234" w:type="dxa"/>
          </w:tcPr>
          <w:p w14:paraId="75CD04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116</w:t>
            </w:r>
          </w:p>
        </w:tc>
        <w:tc>
          <w:tcPr>
            <w:tcW w:w="1234" w:type="dxa"/>
          </w:tcPr>
          <w:p w14:paraId="5536EA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36BC02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85</w:t>
            </w:r>
          </w:p>
        </w:tc>
        <w:tc>
          <w:tcPr>
            <w:tcW w:w="1234" w:type="dxa"/>
          </w:tcPr>
          <w:p w14:paraId="65BE95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B85270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14,1</w:t>
            </w:r>
          </w:p>
        </w:tc>
      </w:tr>
      <w:tr w:rsidR="006F0136" w:rsidRPr="00D77020" w14:paraId="02A317CC" w14:textId="77777777">
        <w:tc>
          <w:tcPr>
            <w:tcW w:w="1234" w:type="dxa"/>
          </w:tcPr>
          <w:p w14:paraId="5CFA13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0C5C0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HC-116-к</w:t>
            </w:r>
          </w:p>
        </w:tc>
        <w:tc>
          <w:tcPr>
            <w:tcW w:w="1234" w:type="dxa"/>
          </w:tcPr>
          <w:p w14:paraId="3D7A00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116</w:t>
            </w:r>
          </w:p>
        </w:tc>
        <w:tc>
          <w:tcPr>
            <w:tcW w:w="1234" w:type="dxa"/>
          </w:tcPr>
          <w:p w14:paraId="0C6875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1E6575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3554DF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400ED7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6,3</w:t>
            </w:r>
          </w:p>
        </w:tc>
      </w:tr>
      <w:tr w:rsidR="006F0136" w:rsidRPr="00D77020" w14:paraId="40391CFD" w14:textId="77777777">
        <w:tc>
          <w:tcPr>
            <w:tcW w:w="1234" w:type="dxa"/>
          </w:tcPr>
          <w:p w14:paraId="45D4A2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96F08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HC-117-д</w:t>
            </w:r>
          </w:p>
        </w:tc>
        <w:tc>
          <w:tcPr>
            <w:tcW w:w="1234" w:type="dxa"/>
          </w:tcPr>
          <w:p w14:paraId="03ACA2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117</w:t>
            </w:r>
          </w:p>
        </w:tc>
        <w:tc>
          <w:tcPr>
            <w:tcW w:w="1234" w:type="dxa"/>
          </w:tcPr>
          <w:p w14:paraId="10EA7C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0EAF76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234" w:type="dxa"/>
          </w:tcPr>
          <w:p w14:paraId="7C6404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2411215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0A0768C5" w14:textId="77777777">
        <w:tc>
          <w:tcPr>
            <w:tcW w:w="1234" w:type="dxa"/>
          </w:tcPr>
          <w:p w14:paraId="6A19DE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D7D28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HC-117-з1</w:t>
            </w:r>
          </w:p>
        </w:tc>
        <w:tc>
          <w:tcPr>
            <w:tcW w:w="1234" w:type="dxa"/>
          </w:tcPr>
          <w:p w14:paraId="4575D1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117</w:t>
            </w:r>
          </w:p>
        </w:tc>
        <w:tc>
          <w:tcPr>
            <w:tcW w:w="1234" w:type="dxa"/>
          </w:tcPr>
          <w:p w14:paraId="53F92B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з1</w:t>
            </w:r>
          </w:p>
        </w:tc>
        <w:tc>
          <w:tcPr>
            <w:tcW w:w="1234" w:type="dxa"/>
          </w:tcPr>
          <w:p w14:paraId="1916A2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147610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10578EA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4,0</w:t>
            </w:r>
          </w:p>
        </w:tc>
      </w:tr>
      <w:tr w:rsidR="006F0136" w:rsidRPr="00D77020" w14:paraId="382D7400" w14:textId="77777777">
        <w:tc>
          <w:tcPr>
            <w:tcW w:w="1234" w:type="dxa"/>
          </w:tcPr>
          <w:p w14:paraId="594AFC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CC47C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HC-117-и</w:t>
            </w:r>
          </w:p>
        </w:tc>
        <w:tc>
          <w:tcPr>
            <w:tcW w:w="1234" w:type="dxa"/>
          </w:tcPr>
          <w:p w14:paraId="08EB42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117</w:t>
            </w:r>
          </w:p>
        </w:tc>
        <w:tc>
          <w:tcPr>
            <w:tcW w:w="1234" w:type="dxa"/>
          </w:tcPr>
          <w:p w14:paraId="4456BC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4E8844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5CAC0E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4FC448E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360DB380" w14:textId="77777777">
        <w:tc>
          <w:tcPr>
            <w:tcW w:w="1234" w:type="dxa"/>
          </w:tcPr>
          <w:p w14:paraId="42C7F2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BB5A6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HC-117-н</w:t>
            </w:r>
          </w:p>
        </w:tc>
        <w:tc>
          <w:tcPr>
            <w:tcW w:w="1234" w:type="dxa"/>
          </w:tcPr>
          <w:p w14:paraId="52AFF3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117</w:t>
            </w:r>
          </w:p>
        </w:tc>
        <w:tc>
          <w:tcPr>
            <w:tcW w:w="1234" w:type="dxa"/>
          </w:tcPr>
          <w:p w14:paraId="432F7A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0F7EB2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0A88E7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4138AB3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6B731E14" w14:textId="77777777">
        <w:tc>
          <w:tcPr>
            <w:tcW w:w="1234" w:type="dxa"/>
          </w:tcPr>
          <w:p w14:paraId="46AC10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20BEB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HC-118-а</w:t>
            </w:r>
          </w:p>
        </w:tc>
        <w:tc>
          <w:tcPr>
            <w:tcW w:w="1234" w:type="dxa"/>
          </w:tcPr>
          <w:p w14:paraId="2E62AF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118</w:t>
            </w:r>
          </w:p>
        </w:tc>
        <w:tc>
          <w:tcPr>
            <w:tcW w:w="1234" w:type="dxa"/>
          </w:tcPr>
          <w:p w14:paraId="1AE474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4948D1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65</w:t>
            </w:r>
          </w:p>
        </w:tc>
        <w:tc>
          <w:tcPr>
            <w:tcW w:w="1234" w:type="dxa"/>
          </w:tcPr>
          <w:p w14:paraId="09A303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4DD47AA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10,5</w:t>
            </w:r>
          </w:p>
        </w:tc>
      </w:tr>
      <w:tr w:rsidR="006F0136" w:rsidRPr="00D77020" w14:paraId="53BBED03" w14:textId="77777777">
        <w:tc>
          <w:tcPr>
            <w:tcW w:w="1234" w:type="dxa"/>
          </w:tcPr>
          <w:p w14:paraId="3A55E0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B8AA7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HC-123-а</w:t>
            </w:r>
          </w:p>
        </w:tc>
        <w:tc>
          <w:tcPr>
            <w:tcW w:w="1234" w:type="dxa"/>
          </w:tcPr>
          <w:p w14:paraId="614285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123</w:t>
            </w:r>
          </w:p>
        </w:tc>
        <w:tc>
          <w:tcPr>
            <w:tcW w:w="1234" w:type="dxa"/>
          </w:tcPr>
          <w:p w14:paraId="5003AC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380681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6CA72B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6434AC1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1,0</w:t>
            </w:r>
          </w:p>
        </w:tc>
      </w:tr>
      <w:tr w:rsidR="006F0136" w:rsidRPr="00D77020" w14:paraId="095EE06F" w14:textId="77777777">
        <w:tc>
          <w:tcPr>
            <w:tcW w:w="1234" w:type="dxa"/>
          </w:tcPr>
          <w:p w14:paraId="6B807E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B7F22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HC-123-б</w:t>
            </w:r>
          </w:p>
        </w:tc>
        <w:tc>
          <w:tcPr>
            <w:tcW w:w="1234" w:type="dxa"/>
          </w:tcPr>
          <w:p w14:paraId="17688D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123</w:t>
            </w:r>
          </w:p>
        </w:tc>
        <w:tc>
          <w:tcPr>
            <w:tcW w:w="1234" w:type="dxa"/>
          </w:tcPr>
          <w:p w14:paraId="20F87B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77A3CB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65</w:t>
            </w:r>
          </w:p>
        </w:tc>
        <w:tc>
          <w:tcPr>
            <w:tcW w:w="1234" w:type="dxa"/>
          </w:tcPr>
          <w:p w14:paraId="61C4E0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58F6A68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7,6</w:t>
            </w:r>
          </w:p>
        </w:tc>
      </w:tr>
      <w:tr w:rsidR="006F0136" w:rsidRPr="00D77020" w14:paraId="5D41D68A" w14:textId="77777777">
        <w:tc>
          <w:tcPr>
            <w:tcW w:w="1234" w:type="dxa"/>
          </w:tcPr>
          <w:p w14:paraId="17D4CA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979E6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HC-123-б1</w:t>
            </w:r>
          </w:p>
        </w:tc>
        <w:tc>
          <w:tcPr>
            <w:tcW w:w="1234" w:type="dxa"/>
          </w:tcPr>
          <w:p w14:paraId="349349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123</w:t>
            </w:r>
          </w:p>
        </w:tc>
        <w:tc>
          <w:tcPr>
            <w:tcW w:w="1234" w:type="dxa"/>
          </w:tcPr>
          <w:p w14:paraId="116449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б1</w:t>
            </w:r>
          </w:p>
        </w:tc>
        <w:tc>
          <w:tcPr>
            <w:tcW w:w="1234" w:type="dxa"/>
          </w:tcPr>
          <w:p w14:paraId="4F6F74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01C683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37AC04D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3,0</w:t>
            </w:r>
          </w:p>
        </w:tc>
      </w:tr>
      <w:tr w:rsidR="006F0136" w:rsidRPr="00D77020" w14:paraId="5FE5EB0D" w14:textId="77777777">
        <w:tc>
          <w:tcPr>
            <w:tcW w:w="1234" w:type="dxa"/>
          </w:tcPr>
          <w:p w14:paraId="41D04C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F0D88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HC-124-з</w:t>
            </w:r>
          </w:p>
        </w:tc>
        <w:tc>
          <w:tcPr>
            <w:tcW w:w="1234" w:type="dxa"/>
          </w:tcPr>
          <w:p w14:paraId="752C7B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124</w:t>
            </w:r>
          </w:p>
        </w:tc>
        <w:tc>
          <w:tcPr>
            <w:tcW w:w="1234" w:type="dxa"/>
          </w:tcPr>
          <w:p w14:paraId="467AC2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6E91E0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6D5183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6B24052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11,1</w:t>
            </w:r>
          </w:p>
        </w:tc>
      </w:tr>
      <w:tr w:rsidR="006F0136" w:rsidRPr="00D77020" w14:paraId="45E925BB" w14:textId="77777777">
        <w:tc>
          <w:tcPr>
            <w:tcW w:w="1234" w:type="dxa"/>
          </w:tcPr>
          <w:p w14:paraId="12773B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33BE9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HC-124-и</w:t>
            </w:r>
          </w:p>
        </w:tc>
        <w:tc>
          <w:tcPr>
            <w:tcW w:w="1234" w:type="dxa"/>
          </w:tcPr>
          <w:p w14:paraId="2C6869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124</w:t>
            </w:r>
          </w:p>
        </w:tc>
        <w:tc>
          <w:tcPr>
            <w:tcW w:w="1234" w:type="dxa"/>
          </w:tcPr>
          <w:p w14:paraId="3C9D41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77DB9D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3F47F5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469E672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2,3</w:t>
            </w:r>
          </w:p>
        </w:tc>
      </w:tr>
      <w:tr w:rsidR="006F0136" w:rsidRPr="00D77020" w14:paraId="4B45D627" w14:textId="77777777">
        <w:tc>
          <w:tcPr>
            <w:tcW w:w="1234" w:type="dxa"/>
          </w:tcPr>
          <w:p w14:paraId="1C593E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6BF2D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HC-124-к</w:t>
            </w:r>
          </w:p>
        </w:tc>
        <w:tc>
          <w:tcPr>
            <w:tcW w:w="1234" w:type="dxa"/>
          </w:tcPr>
          <w:p w14:paraId="0F3439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124</w:t>
            </w:r>
          </w:p>
        </w:tc>
        <w:tc>
          <w:tcPr>
            <w:tcW w:w="1234" w:type="dxa"/>
          </w:tcPr>
          <w:p w14:paraId="617C0D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6F31A4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5E795F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7143A60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2,9</w:t>
            </w:r>
          </w:p>
        </w:tc>
      </w:tr>
      <w:tr w:rsidR="006F0136" w:rsidRPr="00D77020" w14:paraId="4A708528" w14:textId="77777777">
        <w:tc>
          <w:tcPr>
            <w:tcW w:w="1234" w:type="dxa"/>
          </w:tcPr>
          <w:p w14:paraId="51356E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9D1D1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HC-137-г</w:t>
            </w:r>
          </w:p>
        </w:tc>
        <w:tc>
          <w:tcPr>
            <w:tcW w:w="1234" w:type="dxa"/>
          </w:tcPr>
          <w:p w14:paraId="515F0B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132</w:t>
            </w:r>
          </w:p>
        </w:tc>
        <w:tc>
          <w:tcPr>
            <w:tcW w:w="1234" w:type="dxa"/>
          </w:tcPr>
          <w:p w14:paraId="463876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7F315D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23DBD9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40А0</w:t>
            </w:r>
          </w:p>
        </w:tc>
        <w:tc>
          <w:tcPr>
            <w:tcW w:w="1234" w:type="dxa"/>
          </w:tcPr>
          <w:p w14:paraId="442494E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10,8</w:t>
            </w:r>
          </w:p>
        </w:tc>
      </w:tr>
      <w:tr w:rsidR="006F0136" w:rsidRPr="00D77020" w14:paraId="28684F7F" w14:textId="77777777">
        <w:tc>
          <w:tcPr>
            <w:tcW w:w="1234" w:type="dxa"/>
          </w:tcPr>
          <w:p w14:paraId="59B12E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D4AAA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HC-135-ш</w:t>
            </w:r>
          </w:p>
        </w:tc>
        <w:tc>
          <w:tcPr>
            <w:tcW w:w="1234" w:type="dxa"/>
          </w:tcPr>
          <w:p w14:paraId="348178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135</w:t>
            </w:r>
          </w:p>
        </w:tc>
        <w:tc>
          <w:tcPr>
            <w:tcW w:w="1234" w:type="dxa"/>
          </w:tcPr>
          <w:p w14:paraId="65EEEF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ш</w:t>
            </w:r>
          </w:p>
        </w:tc>
        <w:tc>
          <w:tcPr>
            <w:tcW w:w="1234" w:type="dxa"/>
          </w:tcPr>
          <w:p w14:paraId="1A76B4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56F6AF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50BE1CE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5,1</w:t>
            </w:r>
          </w:p>
        </w:tc>
      </w:tr>
      <w:tr w:rsidR="006F0136" w:rsidRPr="00D77020" w14:paraId="558FDA0E" w14:textId="77777777">
        <w:tc>
          <w:tcPr>
            <w:tcW w:w="1234" w:type="dxa"/>
          </w:tcPr>
          <w:p w14:paraId="44BE72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94467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HC-136-в</w:t>
            </w:r>
          </w:p>
        </w:tc>
        <w:tc>
          <w:tcPr>
            <w:tcW w:w="1234" w:type="dxa"/>
          </w:tcPr>
          <w:p w14:paraId="30470F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136</w:t>
            </w:r>
          </w:p>
        </w:tc>
        <w:tc>
          <w:tcPr>
            <w:tcW w:w="1234" w:type="dxa"/>
          </w:tcPr>
          <w:p w14:paraId="311C47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24FC0D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749208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2151AE1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3,9</w:t>
            </w:r>
          </w:p>
        </w:tc>
      </w:tr>
      <w:tr w:rsidR="006F0136" w:rsidRPr="00D77020" w14:paraId="6EDA838A" w14:textId="77777777">
        <w:tc>
          <w:tcPr>
            <w:tcW w:w="1234" w:type="dxa"/>
          </w:tcPr>
          <w:p w14:paraId="0AAD2C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07F7D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HC-136-к</w:t>
            </w:r>
          </w:p>
        </w:tc>
        <w:tc>
          <w:tcPr>
            <w:tcW w:w="1234" w:type="dxa"/>
          </w:tcPr>
          <w:p w14:paraId="25FDCF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136</w:t>
            </w:r>
          </w:p>
        </w:tc>
        <w:tc>
          <w:tcPr>
            <w:tcW w:w="1234" w:type="dxa"/>
          </w:tcPr>
          <w:p w14:paraId="1510DF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435ABB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0ACE04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1C90821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77C7E62A" w14:textId="77777777">
        <w:tc>
          <w:tcPr>
            <w:tcW w:w="1234" w:type="dxa"/>
          </w:tcPr>
          <w:p w14:paraId="4FF53C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E15F5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HC-136-п</w:t>
            </w:r>
          </w:p>
        </w:tc>
        <w:tc>
          <w:tcPr>
            <w:tcW w:w="1234" w:type="dxa"/>
          </w:tcPr>
          <w:p w14:paraId="7B802E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136</w:t>
            </w:r>
          </w:p>
        </w:tc>
        <w:tc>
          <w:tcPr>
            <w:tcW w:w="1234" w:type="dxa"/>
          </w:tcPr>
          <w:p w14:paraId="7F7FB1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60CA58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4DBB3C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2311AA8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52CA379F" w14:textId="77777777">
        <w:tc>
          <w:tcPr>
            <w:tcW w:w="1234" w:type="dxa"/>
          </w:tcPr>
          <w:p w14:paraId="4AD5D3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81B80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HC-137-б</w:t>
            </w:r>
          </w:p>
        </w:tc>
        <w:tc>
          <w:tcPr>
            <w:tcW w:w="1234" w:type="dxa"/>
          </w:tcPr>
          <w:p w14:paraId="2210A7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137</w:t>
            </w:r>
          </w:p>
        </w:tc>
        <w:tc>
          <w:tcPr>
            <w:tcW w:w="1234" w:type="dxa"/>
          </w:tcPr>
          <w:p w14:paraId="73E81E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2ADDCD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1A2372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40А0</w:t>
            </w:r>
          </w:p>
        </w:tc>
        <w:tc>
          <w:tcPr>
            <w:tcW w:w="1234" w:type="dxa"/>
          </w:tcPr>
          <w:p w14:paraId="5CEEDE1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27,0</w:t>
            </w:r>
          </w:p>
        </w:tc>
      </w:tr>
      <w:tr w:rsidR="006F0136" w:rsidRPr="00D77020" w14:paraId="05D62148" w14:textId="77777777">
        <w:tc>
          <w:tcPr>
            <w:tcW w:w="1234" w:type="dxa"/>
          </w:tcPr>
          <w:p w14:paraId="32C4BB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067AC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HC-138-а</w:t>
            </w:r>
          </w:p>
        </w:tc>
        <w:tc>
          <w:tcPr>
            <w:tcW w:w="1234" w:type="dxa"/>
          </w:tcPr>
          <w:p w14:paraId="644CED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138</w:t>
            </w:r>
          </w:p>
        </w:tc>
        <w:tc>
          <w:tcPr>
            <w:tcW w:w="1234" w:type="dxa"/>
          </w:tcPr>
          <w:p w14:paraId="76475A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2A7020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2A924E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49DB86F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8,1</w:t>
            </w:r>
          </w:p>
        </w:tc>
      </w:tr>
      <w:tr w:rsidR="006F0136" w:rsidRPr="00D77020" w14:paraId="010EEBA2" w14:textId="77777777">
        <w:tc>
          <w:tcPr>
            <w:tcW w:w="1234" w:type="dxa"/>
          </w:tcPr>
          <w:p w14:paraId="02C76F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8065E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HC-152-ж1</w:t>
            </w:r>
          </w:p>
        </w:tc>
        <w:tc>
          <w:tcPr>
            <w:tcW w:w="1234" w:type="dxa"/>
          </w:tcPr>
          <w:p w14:paraId="6752FA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152</w:t>
            </w:r>
          </w:p>
        </w:tc>
        <w:tc>
          <w:tcPr>
            <w:tcW w:w="1234" w:type="dxa"/>
          </w:tcPr>
          <w:p w14:paraId="7563F9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ж1</w:t>
            </w:r>
          </w:p>
        </w:tc>
        <w:tc>
          <w:tcPr>
            <w:tcW w:w="1234" w:type="dxa"/>
          </w:tcPr>
          <w:p w14:paraId="175A0A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45</w:t>
            </w:r>
          </w:p>
        </w:tc>
        <w:tc>
          <w:tcPr>
            <w:tcW w:w="1234" w:type="dxa"/>
          </w:tcPr>
          <w:p w14:paraId="7452FA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2E6558D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41B77AC1" w14:textId="77777777">
        <w:tc>
          <w:tcPr>
            <w:tcW w:w="1234" w:type="dxa"/>
          </w:tcPr>
          <w:p w14:paraId="347255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135E4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HC-152-з1</w:t>
            </w:r>
          </w:p>
        </w:tc>
        <w:tc>
          <w:tcPr>
            <w:tcW w:w="1234" w:type="dxa"/>
          </w:tcPr>
          <w:p w14:paraId="2B8E2B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152</w:t>
            </w:r>
          </w:p>
        </w:tc>
        <w:tc>
          <w:tcPr>
            <w:tcW w:w="1234" w:type="dxa"/>
          </w:tcPr>
          <w:p w14:paraId="0829FA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з1</w:t>
            </w:r>
          </w:p>
        </w:tc>
        <w:tc>
          <w:tcPr>
            <w:tcW w:w="1234" w:type="dxa"/>
          </w:tcPr>
          <w:p w14:paraId="4D8892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45</w:t>
            </w:r>
          </w:p>
        </w:tc>
        <w:tc>
          <w:tcPr>
            <w:tcW w:w="1234" w:type="dxa"/>
          </w:tcPr>
          <w:p w14:paraId="0B6789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1E085BD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0,8</w:t>
            </w:r>
          </w:p>
        </w:tc>
      </w:tr>
      <w:tr w:rsidR="006F0136" w:rsidRPr="00D77020" w14:paraId="4BE990E8" w14:textId="77777777">
        <w:tc>
          <w:tcPr>
            <w:tcW w:w="1234" w:type="dxa"/>
          </w:tcPr>
          <w:p w14:paraId="36ED14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035A3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HC-153-р</w:t>
            </w:r>
          </w:p>
        </w:tc>
        <w:tc>
          <w:tcPr>
            <w:tcW w:w="1234" w:type="dxa"/>
          </w:tcPr>
          <w:p w14:paraId="64CA0E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153</w:t>
            </w:r>
          </w:p>
        </w:tc>
        <w:tc>
          <w:tcPr>
            <w:tcW w:w="1234" w:type="dxa"/>
          </w:tcPr>
          <w:p w14:paraId="369E99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7D807E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458409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56557E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3,0</w:t>
            </w:r>
          </w:p>
        </w:tc>
      </w:tr>
      <w:tr w:rsidR="006F0136" w:rsidRPr="00D77020" w14:paraId="58CBBA75" w14:textId="77777777">
        <w:tc>
          <w:tcPr>
            <w:tcW w:w="1234" w:type="dxa"/>
          </w:tcPr>
          <w:p w14:paraId="5A68EE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68F6C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HC-153-т</w:t>
            </w:r>
          </w:p>
        </w:tc>
        <w:tc>
          <w:tcPr>
            <w:tcW w:w="1234" w:type="dxa"/>
          </w:tcPr>
          <w:p w14:paraId="473F0D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153</w:t>
            </w:r>
          </w:p>
        </w:tc>
        <w:tc>
          <w:tcPr>
            <w:tcW w:w="1234" w:type="dxa"/>
          </w:tcPr>
          <w:p w14:paraId="59005B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7DB08C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790A37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17F97A0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0,1</w:t>
            </w:r>
          </w:p>
        </w:tc>
      </w:tr>
      <w:tr w:rsidR="006F0136" w:rsidRPr="00D77020" w14:paraId="6B771B08" w14:textId="77777777">
        <w:tc>
          <w:tcPr>
            <w:tcW w:w="1234" w:type="dxa"/>
          </w:tcPr>
          <w:p w14:paraId="1ABCF8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EA03E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HC-153-ц</w:t>
            </w:r>
          </w:p>
        </w:tc>
        <w:tc>
          <w:tcPr>
            <w:tcW w:w="1234" w:type="dxa"/>
          </w:tcPr>
          <w:p w14:paraId="4477C5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153</w:t>
            </w:r>
          </w:p>
        </w:tc>
        <w:tc>
          <w:tcPr>
            <w:tcW w:w="1234" w:type="dxa"/>
          </w:tcPr>
          <w:p w14:paraId="41E13D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ц</w:t>
            </w:r>
          </w:p>
        </w:tc>
        <w:tc>
          <w:tcPr>
            <w:tcW w:w="1234" w:type="dxa"/>
          </w:tcPr>
          <w:p w14:paraId="78F8D5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7D1C35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E4EAE0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16B1D470" w14:textId="77777777">
        <w:tc>
          <w:tcPr>
            <w:tcW w:w="1234" w:type="dxa"/>
          </w:tcPr>
          <w:p w14:paraId="5354EF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C78BD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HC-153-ш</w:t>
            </w:r>
          </w:p>
        </w:tc>
        <w:tc>
          <w:tcPr>
            <w:tcW w:w="1234" w:type="dxa"/>
          </w:tcPr>
          <w:p w14:paraId="3F15B5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153</w:t>
            </w:r>
          </w:p>
        </w:tc>
        <w:tc>
          <w:tcPr>
            <w:tcW w:w="1234" w:type="dxa"/>
          </w:tcPr>
          <w:p w14:paraId="3EEEC4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ш</w:t>
            </w:r>
          </w:p>
        </w:tc>
        <w:tc>
          <w:tcPr>
            <w:tcW w:w="1234" w:type="dxa"/>
          </w:tcPr>
          <w:p w14:paraId="68EA3F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7D85BE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EF6373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7DFA5015" w14:textId="77777777">
        <w:tc>
          <w:tcPr>
            <w:tcW w:w="1234" w:type="dxa"/>
          </w:tcPr>
          <w:p w14:paraId="3F2F85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D2C33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HC-154-у</w:t>
            </w:r>
          </w:p>
        </w:tc>
        <w:tc>
          <w:tcPr>
            <w:tcW w:w="1234" w:type="dxa"/>
          </w:tcPr>
          <w:p w14:paraId="43B635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154</w:t>
            </w:r>
          </w:p>
        </w:tc>
        <w:tc>
          <w:tcPr>
            <w:tcW w:w="1234" w:type="dxa"/>
          </w:tcPr>
          <w:p w14:paraId="40350B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у</w:t>
            </w:r>
          </w:p>
        </w:tc>
        <w:tc>
          <w:tcPr>
            <w:tcW w:w="1234" w:type="dxa"/>
          </w:tcPr>
          <w:p w14:paraId="4E0BEF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3AF60D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0C7EF7E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6D596F13" w14:textId="77777777">
        <w:tc>
          <w:tcPr>
            <w:tcW w:w="1234" w:type="dxa"/>
          </w:tcPr>
          <w:p w14:paraId="06DF21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91BC0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HC-155-в</w:t>
            </w:r>
          </w:p>
        </w:tc>
        <w:tc>
          <w:tcPr>
            <w:tcW w:w="1234" w:type="dxa"/>
          </w:tcPr>
          <w:p w14:paraId="78C78D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155</w:t>
            </w:r>
          </w:p>
        </w:tc>
        <w:tc>
          <w:tcPr>
            <w:tcW w:w="1234" w:type="dxa"/>
          </w:tcPr>
          <w:p w14:paraId="1A833E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37EE46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4B1F77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14A603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24,2</w:t>
            </w:r>
          </w:p>
        </w:tc>
      </w:tr>
      <w:tr w:rsidR="006F0136" w:rsidRPr="00D77020" w14:paraId="7F8D5A9C" w14:textId="77777777">
        <w:tc>
          <w:tcPr>
            <w:tcW w:w="1234" w:type="dxa"/>
          </w:tcPr>
          <w:p w14:paraId="1B0710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92348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HC-156-в</w:t>
            </w:r>
          </w:p>
        </w:tc>
        <w:tc>
          <w:tcPr>
            <w:tcW w:w="1234" w:type="dxa"/>
          </w:tcPr>
          <w:p w14:paraId="599C40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156</w:t>
            </w:r>
          </w:p>
        </w:tc>
        <w:tc>
          <w:tcPr>
            <w:tcW w:w="1234" w:type="dxa"/>
          </w:tcPr>
          <w:p w14:paraId="5A6430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50A9F2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22C3D9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E71D1E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1,8</w:t>
            </w:r>
          </w:p>
        </w:tc>
      </w:tr>
      <w:tr w:rsidR="006F0136" w:rsidRPr="00D77020" w14:paraId="7E79A235" w14:textId="77777777">
        <w:tc>
          <w:tcPr>
            <w:tcW w:w="1234" w:type="dxa"/>
          </w:tcPr>
          <w:p w14:paraId="6CDA03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2C5A7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HC-156-д</w:t>
            </w:r>
          </w:p>
        </w:tc>
        <w:tc>
          <w:tcPr>
            <w:tcW w:w="1234" w:type="dxa"/>
          </w:tcPr>
          <w:p w14:paraId="73BFB2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156</w:t>
            </w:r>
          </w:p>
        </w:tc>
        <w:tc>
          <w:tcPr>
            <w:tcW w:w="1234" w:type="dxa"/>
          </w:tcPr>
          <w:p w14:paraId="1C4214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2E0882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177BB1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7F5BC3F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2,1</w:t>
            </w:r>
          </w:p>
        </w:tc>
      </w:tr>
      <w:tr w:rsidR="006F0136" w:rsidRPr="00D77020" w14:paraId="5FB67DFD" w14:textId="77777777">
        <w:tc>
          <w:tcPr>
            <w:tcW w:w="1234" w:type="dxa"/>
          </w:tcPr>
          <w:p w14:paraId="1B50D6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74386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HC-156-п</w:t>
            </w:r>
          </w:p>
        </w:tc>
        <w:tc>
          <w:tcPr>
            <w:tcW w:w="1234" w:type="dxa"/>
          </w:tcPr>
          <w:p w14:paraId="447CC4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156</w:t>
            </w:r>
          </w:p>
        </w:tc>
        <w:tc>
          <w:tcPr>
            <w:tcW w:w="1234" w:type="dxa"/>
          </w:tcPr>
          <w:p w14:paraId="018864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688F4F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5CD7C1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5C345BE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9,3</w:t>
            </w:r>
          </w:p>
        </w:tc>
      </w:tr>
      <w:tr w:rsidR="006F0136" w:rsidRPr="00D77020" w14:paraId="5D1ECE7D" w14:textId="77777777">
        <w:tc>
          <w:tcPr>
            <w:tcW w:w="1234" w:type="dxa"/>
          </w:tcPr>
          <w:p w14:paraId="770C41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C312F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HC-158-т</w:t>
            </w:r>
          </w:p>
        </w:tc>
        <w:tc>
          <w:tcPr>
            <w:tcW w:w="1234" w:type="dxa"/>
          </w:tcPr>
          <w:p w14:paraId="760AC5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158</w:t>
            </w:r>
          </w:p>
        </w:tc>
        <w:tc>
          <w:tcPr>
            <w:tcW w:w="1234" w:type="dxa"/>
          </w:tcPr>
          <w:p w14:paraId="164DF2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476C9A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2C77BE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8E1E51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726AA3E3" w14:textId="77777777">
        <w:tc>
          <w:tcPr>
            <w:tcW w:w="1234" w:type="dxa"/>
          </w:tcPr>
          <w:p w14:paraId="01E48C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7EF8E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HC-165-л</w:t>
            </w:r>
          </w:p>
        </w:tc>
        <w:tc>
          <w:tcPr>
            <w:tcW w:w="1234" w:type="dxa"/>
          </w:tcPr>
          <w:p w14:paraId="7C3AA9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165</w:t>
            </w:r>
          </w:p>
        </w:tc>
        <w:tc>
          <w:tcPr>
            <w:tcW w:w="1234" w:type="dxa"/>
          </w:tcPr>
          <w:p w14:paraId="718884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1D5E9E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51E626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05503E1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4E53EDA8" w14:textId="77777777">
        <w:tc>
          <w:tcPr>
            <w:tcW w:w="1234" w:type="dxa"/>
          </w:tcPr>
          <w:p w14:paraId="001E29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034DF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HC-174-б</w:t>
            </w:r>
          </w:p>
        </w:tc>
        <w:tc>
          <w:tcPr>
            <w:tcW w:w="1234" w:type="dxa"/>
          </w:tcPr>
          <w:p w14:paraId="2776C9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174</w:t>
            </w:r>
          </w:p>
        </w:tc>
        <w:tc>
          <w:tcPr>
            <w:tcW w:w="1234" w:type="dxa"/>
          </w:tcPr>
          <w:p w14:paraId="13142B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07E3A8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43BBBA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13F58DF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37E458D5" w14:textId="77777777">
        <w:tc>
          <w:tcPr>
            <w:tcW w:w="1234" w:type="dxa"/>
          </w:tcPr>
          <w:p w14:paraId="04D137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94437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HC-174-г</w:t>
            </w:r>
          </w:p>
        </w:tc>
        <w:tc>
          <w:tcPr>
            <w:tcW w:w="1234" w:type="dxa"/>
          </w:tcPr>
          <w:p w14:paraId="7906AD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174</w:t>
            </w:r>
          </w:p>
        </w:tc>
        <w:tc>
          <w:tcPr>
            <w:tcW w:w="1234" w:type="dxa"/>
          </w:tcPr>
          <w:p w14:paraId="104422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20E95F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33FAE8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3BA4AF4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3D956620" w14:textId="77777777">
        <w:tc>
          <w:tcPr>
            <w:tcW w:w="1234" w:type="dxa"/>
          </w:tcPr>
          <w:p w14:paraId="4E30C5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01F90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HC-177-к</w:t>
            </w:r>
          </w:p>
        </w:tc>
        <w:tc>
          <w:tcPr>
            <w:tcW w:w="1234" w:type="dxa"/>
          </w:tcPr>
          <w:p w14:paraId="15EE9D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177</w:t>
            </w:r>
          </w:p>
        </w:tc>
        <w:tc>
          <w:tcPr>
            <w:tcW w:w="1234" w:type="dxa"/>
          </w:tcPr>
          <w:p w14:paraId="7E1864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08E039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1D0A0D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25AB743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1,8</w:t>
            </w:r>
          </w:p>
        </w:tc>
      </w:tr>
      <w:tr w:rsidR="006F0136" w:rsidRPr="00D77020" w14:paraId="3B117C16" w14:textId="77777777">
        <w:tc>
          <w:tcPr>
            <w:tcW w:w="1234" w:type="dxa"/>
          </w:tcPr>
          <w:p w14:paraId="277BA9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E2DDE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HC-48-г</w:t>
            </w:r>
          </w:p>
        </w:tc>
        <w:tc>
          <w:tcPr>
            <w:tcW w:w="1234" w:type="dxa"/>
          </w:tcPr>
          <w:p w14:paraId="50C0F4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48</w:t>
            </w:r>
          </w:p>
        </w:tc>
        <w:tc>
          <w:tcPr>
            <w:tcW w:w="1234" w:type="dxa"/>
          </w:tcPr>
          <w:p w14:paraId="156D4A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1CDA2D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7906C7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14166AF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0,8</w:t>
            </w:r>
          </w:p>
        </w:tc>
      </w:tr>
      <w:tr w:rsidR="006F0136" w:rsidRPr="00D77020" w14:paraId="0F4BACE9" w14:textId="77777777">
        <w:tc>
          <w:tcPr>
            <w:tcW w:w="1234" w:type="dxa"/>
          </w:tcPr>
          <w:p w14:paraId="28D23E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2020</w:t>
            </w:r>
          </w:p>
        </w:tc>
        <w:tc>
          <w:tcPr>
            <w:tcW w:w="1234" w:type="dxa"/>
          </w:tcPr>
          <w:p w14:paraId="24AE94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HC-88-в1</w:t>
            </w:r>
          </w:p>
        </w:tc>
        <w:tc>
          <w:tcPr>
            <w:tcW w:w="1234" w:type="dxa"/>
          </w:tcPr>
          <w:p w14:paraId="588201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88</w:t>
            </w:r>
          </w:p>
        </w:tc>
        <w:tc>
          <w:tcPr>
            <w:tcW w:w="1234" w:type="dxa"/>
          </w:tcPr>
          <w:p w14:paraId="0E8DEE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в1</w:t>
            </w:r>
          </w:p>
        </w:tc>
        <w:tc>
          <w:tcPr>
            <w:tcW w:w="1234" w:type="dxa"/>
          </w:tcPr>
          <w:p w14:paraId="76082F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330828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5B094FE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2,7</w:t>
            </w:r>
          </w:p>
        </w:tc>
      </w:tr>
      <w:tr w:rsidR="006F0136" w:rsidRPr="00D77020" w14:paraId="22298F43" w14:textId="77777777">
        <w:tc>
          <w:tcPr>
            <w:tcW w:w="1234" w:type="dxa"/>
          </w:tcPr>
          <w:p w14:paraId="653525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2ECD5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HC-88-м</w:t>
            </w:r>
          </w:p>
        </w:tc>
        <w:tc>
          <w:tcPr>
            <w:tcW w:w="1234" w:type="dxa"/>
          </w:tcPr>
          <w:p w14:paraId="12BED1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88</w:t>
            </w:r>
          </w:p>
        </w:tc>
        <w:tc>
          <w:tcPr>
            <w:tcW w:w="1234" w:type="dxa"/>
          </w:tcPr>
          <w:p w14:paraId="3D7B95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4910FB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2B7DA1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0DA8DCC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3,0</w:t>
            </w:r>
          </w:p>
        </w:tc>
      </w:tr>
      <w:tr w:rsidR="006F0136" w:rsidRPr="00D77020" w14:paraId="7239F27B" w14:textId="77777777">
        <w:tc>
          <w:tcPr>
            <w:tcW w:w="1234" w:type="dxa"/>
          </w:tcPr>
          <w:p w14:paraId="2F69CB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8A4E6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HC-88-ф</w:t>
            </w:r>
          </w:p>
        </w:tc>
        <w:tc>
          <w:tcPr>
            <w:tcW w:w="1234" w:type="dxa"/>
          </w:tcPr>
          <w:p w14:paraId="391B47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88</w:t>
            </w:r>
          </w:p>
        </w:tc>
        <w:tc>
          <w:tcPr>
            <w:tcW w:w="1234" w:type="dxa"/>
          </w:tcPr>
          <w:p w14:paraId="66923F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ф</w:t>
            </w:r>
          </w:p>
        </w:tc>
        <w:tc>
          <w:tcPr>
            <w:tcW w:w="1234" w:type="dxa"/>
          </w:tcPr>
          <w:p w14:paraId="1389E2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2BB821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51EC530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5,6</w:t>
            </w:r>
          </w:p>
        </w:tc>
      </w:tr>
      <w:tr w:rsidR="006F0136" w:rsidRPr="00D77020" w14:paraId="074B17E3" w14:textId="77777777">
        <w:tc>
          <w:tcPr>
            <w:tcW w:w="1234" w:type="dxa"/>
          </w:tcPr>
          <w:p w14:paraId="341848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2A9EA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HC-88-ц</w:t>
            </w:r>
          </w:p>
        </w:tc>
        <w:tc>
          <w:tcPr>
            <w:tcW w:w="1234" w:type="dxa"/>
          </w:tcPr>
          <w:p w14:paraId="6B8875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88</w:t>
            </w:r>
          </w:p>
        </w:tc>
        <w:tc>
          <w:tcPr>
            <w:tcW w:w="1234" w:type="dxa"/>
          </w:tcPr>
          <w:p w14:paraId="6D140E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ц</w:t>
            </w:r>
          </w:p>
        </w:tc>
        <w:tc>
          <w:tcPr>
            <w:tcW w:w="1234" w:type="dxa"/>
          </w:tcPr>
          <w:p w14:paraId="356ECD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76D236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798891B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6,6</w:t>
            </w:r>
          </w:p>
        </w:tc>
      </w:tr>
      <w:tr w:rsidR="006F0136" w:rsidRPr="00D77020" w14:paraId="0322B556" w14:textId="77777777">
        <w:tc>
          <w:tcPr>
            <w:tcW w:w="1234" w:type="dxa"/>
          </w:tcPr>
          <w:p w14:paraId="66E023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FBBDC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HC-89-б1</w:t>
            </w:r>
          </w:p>
        </w:tc>
        <w:tc>
          <w:tcPr>
            <w:tcW w:w="1234" w:type="dxa"/>
          </w:tcPr>
          <w:p w14:paraId="251159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89</w:t>
            </w:r>
          </w:p>
        </w:tc>
        <w:tc>
          <w:tcPr>
            <w:tcW w:w="1234" w:type="dxa"/>
          </w:tcPr>
          <w:p w14:paraId="2591CE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б1</w:t>
            </w:r>
          </w:p>
        </w:tc>
        <w:tc>
          <w:tcPr>
            <w:tcW w:w="1234" w:type="dxa"/>
          </w:tcPr>
          <w:p w14:paraId="65BBD1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7165F9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7022D3C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1,0</w:t>
            </w:r>
          </w:p>
        </w:tc>
      </w:tr>
      <w:tr w:rsidR="006F0136" w:rsidRPr="00D77020" w14:paraId="6BB033C7" w14:textId="77777777">
        <w:tc>
          <w:tcPr>
            <w:tcW w:w="1234" w:type="dxa"/>
          </w:tcPr>
          <w:p w14:paraId="659361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20EAE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HC-95-б</w:t>
            </w:r>
          </w:p>
        </w:tc>
        <w:tc>
          <w:tcPr>
            <w:tcW w:w="1234" w:type="dxa"/>
          </w:tcPr>
          <w:p w14:paraId="685121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</w:t>
            </w:r>
          </w:p>
        </w:tc>
        <w:tc>
          <w:tcPr>
            <w:tcW w:w="1234" w:type="dxa"/>
          </w:tcPr>
          <w:p w14:paraId="0B70E4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05084E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2AB172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747FF39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1,5</w:t>
            </w:r>
          </w:p>
        </w:tc>
      </w:tr>
      <w:tr w:rsidR="006F0136" w:rsidRPr="00D77020" w14:paraId="375D0D5C" w14:textId="77777777">
        <w:tc>
          <w:tcPr>
            <w:tcW w:w="1234" w:type="dxa"/>
          </w:tcPr>
          <w:p w14:paraId="61BF50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37A7E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HC-95-у</w:t>
            </w:r>
          </w:p>
        </w:tc>
        <w:tc>
          <w:tcPr>
            <w:tcW w:w="1234" w:type="dxa"/>
          </w:tcPr>
          <w:p w14:paraId="0D59FD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</w:t>
            </w:r>
          </w:p>
        </w:tc>
        <w:tc>
          <w:tcPr>
            <w:tcW w:w="1234" w:type="dxa"/>
          </w:tcPr>
          <w:p w14:paraId="506A64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у</w:t>
            </w:r>
          </w:p>
        </w:tc>
        <w:tc>
          <w:tcPr>
            <w:tcW w:w="1234" w:type="dxa"/>
          </w:tcPr>
          <w:p w14:paraId="1C9425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7A7208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03B7A5B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9,4</w:t>
            </w:r>
          </w:p>
        </w:tc>
      </w:tr>
      <w:tr w:rsidR="006F0136" w:rsidRPr="00D77020" w14:paraId="47EF606A" w14:textId="77777777">
        <w:tc>
          <w:tcPr>
            <w:tcW w:w="1234" w:type="dxa"/>
          </w:tcPr>
          <w:p w14:paraId="07D65E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602E3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HC-95-х</w:t>
            </w:r>
          </w:p>
        </w:tc>
        <w:tc>
          <w:tcPr>
            <w:tcW w:w="1234" w:type="dxa"/>
          </w:tcPr>
          <w:p w14:paraId="77DDEE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</w:t>
            </w:r>
          </w:p>
        </w:tc>
        <w:tc>
          <w:tcPr>
            <w:tcW w:w="1234" w:type="dxa"/>
          </w:tcPr>
          <w:p w14:paraId="181958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х</w:t>
            </w:r>
          </w:p>
        </w:tc>
        <w:tc>
          <w:tcPr>
            <w:tcW w:w="1234" w:type="dxa"/>
          </w:tcPr>
          <w:p w14:paraId="1F5208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291898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2FA42A1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2,9</w:t>
            </w:r>
          </w:p>
        </w:tc>
      </w:tr>
      <w:tr w:rsidR="006F0136" w:rsidRPr="00D77020" w14:paraId="11A03529" w14:textId="77777777">
        <w:tc>
          <w:tcPr>
            <w:tcW w:w="1234" w:type="dxa"/>
          </w:tcPr>
          <w:p w14:paraId="455294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C2560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HC-95-щ</w:t>
            </w:r>
          </w:p>
        </w:tc>
        <w:tc>
          <w:tcPr>
            <w:tcW w:w="1234" w:type="dxa"/>
          </w:tcPr>
          <w:p w14:paraId="1104A6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</w:t>
            </w:r>
          </w:p>
        </w:tc>
        <w:tc>
          <w:tcPr>
            <w:tcW w:w="1234" w:type="dxa"/>
          </w:tcPr>
          <w:p w14:paraId="7A7B7D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щ</w:t>
            </w:r>
          </w:p>
        </w:tc>
        <w:tc>
          <w:tcPr>
            <w:tcW w:w="1234" w:type="dxa"/>
          </w:tcPr>
          <w:p w14:paraId="6E79A1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4B33EC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22116D7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2A20CF83" w14:textId="77777777">
        <w:tc>
          <w:tcPr>
            <w:tcW w:w="1234" w:type="dxa"/>
          </w:tcPr>
          <w:p w14:paraId="4A2426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7EDCC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HC-97-а1</w:t>
            </w:r>
          </w:p>
        </w:tc>
        <w:tc>
          <w:tcPr>
            <w:tcW w:w="1234" w:type="dxa"/>
          </w:tcPr>
          <w:p w14:paraId="28BE3C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97</w:t>
            </w:r>
          </w:p>
        </w:tc>
        <w:tc>
          <w:tcPr>
            <w:tcW w:w="1234" w:type="dxa"/>
          </w:tcPr>
          <w:p w14:paraId="2510B6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а1</w:t>
            </w:r>
          </w:p>
        </w:tc>
        <w:tc>
          <w:tcPr>
            <w:tcW w:w="1234" w:type="dxa"/>
          </w:tcPr>
          <w:p w14:paraId="0D37FD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3815BB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4BF4E0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2,1</w:t>
            </w:r>
          </w:p>
        </w:tc>
      </w:tr>
      <w:tr w:rsidR="006F0136" w:rsidRPr="00D77020" w14:paraId="44A2C2E5" w14:textId="77777777">
        <w:tc>
          <w:tcPr>
            <w:tcW w:w="7404" w:type="dxa"/>
            <w:gridSpan w:val="6"/>
          </w:tcPr>
          <w:p w14:paraId="47C5A9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04F84CB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248,2</w:t>
            </w:r>
          </w:p>
        </w:tc>
      </w:tr>
    </w:tbl>
    <w:p w14:paraId="331BA58E" w14:textId="77777777" w:rsidR="006F0136" w:rsidRPr="00D77020" w:rsidRDefault="00D77020">
      <w:pPr>
        <w:rPr>
          <w:lang w:val="bg-BG"/>
        </w:rPr>
      </w:pPr>
      <w:r w:rsidRPr="00D77020">
        <w:rPr>
          <w:lang w:val="bg-BG"/>
        </w:rPr>
        <w:br w:type="page"/>
      </w:r>
    </w:p>
    <w:p w14:paraId="46AB14AC" w14:textId="77777777" w:rsidR="006F0136" w:rsidRPr="00D77020" w:rsidRDefault="00D77020">
      <w:pPr>
        <w:pStyle w:val="Heading1"/>
        <w:rPr>
          <w:lang w:val="bg-BG"/>
        </w:rPr>
      </w:pPr>
      <w:bookmarkStart w:id="12" w:name="_Toc222837679"/>
      <w:r w:rsidRPr="00D77020">
        <w:rPr>
          <w:lang w:val="bg-BG"/>
        </w:rPr>
        <w:lastRenderedPageBreak/>
        <w:t xml:space="preserve">ДГС Ихтиман - Обща площ: 120,3 </w:t>
      </w:r>
      <w:proofErr w:type="spellStart"/>
      <w:r w:rsidRPr="00D77020">
        <w:rPr>
          <w:lang w:val="bg-BG"/>
        </w:rPr>
        <w:t>хa</w:t>
      </w:r>
      <w:bookmarkEnd w:id="12"/>
      <w:proofErr w:type="spellEnd"/>
    </w:p>
    <w:p w14:paraId="2C44ED64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BG0000304 - Голак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6894880C" w14:textId="77777777">
        <w:tc>
          <w:tcPr>
            <w:tcW w:w="1587" w:type="dxa"/>
          </w:tcPr>
          <w:p w14:paraId="6B53E6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0CB225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296171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1A5BA6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491CBD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6E973771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3A36EF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1EBEB672" w14:textId="77777777">
        <w:tc>
          <w:tcPr>
            <w:tcW w:w="1234" w:type="dxa"/>
          </w:tcPr>
          <w:p w14:paraId="25341E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5B928F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RL-294-м</w:t>
            </w:r>
          </w:p>
        </w:tc>
        <w:tc>
          <w:tcPr>
            <w:tcW w:w="1234" w:type="dxa"/>
          </w:tcPr>
          <w:p w14:paraId="209297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1294</w:t>
            </w:r>
          </w:p>
        </w:tc>
        <w:tc>
          <w:tcPr>
            <w:tcW w:w="1234" w:type="dxa"/>
          </w:tcPr>
          <w:p w14:paraId="32CC37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5F8606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33B8D6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55043DA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1,8</w:t>
            </w:r>
          </w:p>
        </w:tc>
      </w:tr>
      <w:tr w:rsidR="006F0136" w:rsidRPr="00D77020" w14:paraId="117A0F21" w14:textId="77777777">
        <w:tc>
          <w:tcPr>
            <w:tcW w:w="7404" w:type="dxa"/>
            <w:gridSpan w:val="6"/>
          </w:tcPr>
          <w:p w14:paraId="1569E7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1ADFA99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1,8</w:t>
            </w:r>
          </w:p>
        </w:tc>
      </w:tr>
    </w:tbl>
    <w:p w14:paraId="12A30F7A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BG0000636 - Ниска Рила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4214D786" w14:textId="77777777">
        <w:tc>
          <w:tcPr>
            <w:tcW w:w="1587" w:type="dxa"/>
          </w:tcPr>
          <w:p w14:paraId="14956E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43B9FA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50C915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4D4E34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4C43A2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59BA0955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5104D9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7E896AFB" w14:textId="77777777">
        <w:tc>
          <w:tcPr>
            <w:tcW w:w="1234" w:type="dxa"/>
          </w:tcPr>
          <w:p w14:paraId="349D15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09578F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RL-36-а</w:t>
            </w:r>
          </w:p>
        </w:tc>
        <w:tc>
          <w:tcPr>
            <w:tcW w:w="1234" w:type="dxa"/>
          </w:tcPr>
          <w:p w14:paraId="7F38A3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1036</w:t>
            </w:r>
          </w:p>
        </w:tc>
        <w:tc>
          <w:tcPr>
            <w:tcW w:w="1234" w:type="dxa"/>
          </w:tcPr>
          <w:p w14:paraId="3AE464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66E6B8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3C40EA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17AC94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0,1</w:t>
            </w:r>
          </w:p>
        </w:tc>
      </w:tr>
      <w:tr w:rsidR="006F0136" w:rsidRPr="00D77020" w14:paraId="19363A70" w14:textId="77777777">
        <w:tc>
          <w:tcPr>
            <w:tcW w:w="1234" w:type="dxa"/>
          </w:tcPr>
          <w:p w14:paraId="78DA21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634367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RL-128-в</w:t>
            </w:r>
          </w:p>
        </w:tc>
        <w:tc>
          <w:tcPr>
            <w:tcW w:w="1234" w:type="dxa"/>
          </w:tcPr>
          <w:p w14:paraId="2BD6BD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1128</w:t>
            </w:r>
          </w:p>
        </w:tc>
        <w:tc>
          <w:tcPr>
            <w:tcW w:w="1234" w:type="dxa"/>
          </w:tcPr>
          <w:p w14:paraId="68303F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1E130B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5BBE30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91BA</w:t>
            </w:r>
          </w:p>
        </w:tc>
        <w:tc>
          <w:tcPr>
            <w:tcW w:w="1234" w:type="dxa"/>
          </w:tcPr>
          <w:p w14:paraId="2A5BA78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0,8</w:t>
            </w:r>
          </w:p>
        </w:tc>
      </w:tr>
      <w:tr w:rsidR="006F0136" w:rsidRPr="00D77020" w14:paraId="174842FF" w14:textId="77777777">
        <w:tc>
          <w:tcPr>
            <w:tcW w:w="1234" w:type="dxa"/>
          </w:tcPr>
          <w:p w14:paraId="506C99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713A60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RL-128-к</w:t>
            </w:r>
          </w:p>
        </w:tc>
        <w:tc>
          <w:tcPr>
            <w:tcW w:w="1234" w:type="dxa"/>
          </w:tcPr>
          <w:p w14:paraId="678391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1128</w:t>
            </w:r>
          </w:p>
        </w:tc>
        <w:tc>
          <w:tcPr>
            <w:tcW w:w="1234" w:type="dxa"/>
          </w:tcPr>
          <w:p w14:paraId="3D8090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0824F8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0D66FC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42E2F11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0,9</w:t>
            </w:r>
          </w:p>
        </w:tc>
      </w:tr>
      <w:tr w:rsidR="006F0136" w:rsidRPr="00D77020" w14:paraId="258E579C" w14:textId="77777777">
        <w:tc>
          <w:tcPr>
            <w:tcW w:w="1234" w:type="dxa"/>
          </w:tcPr>
          <w:p w14:paraId="4A3EEE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6B460C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RL-146-ж</w:t>
            </w:r>
          </w:p>
        </w:tc>
        <w:tc>
          <w:tcPr>
            <w:tcW w:w="1234" w:type="dxa"/>
          </w:tcPr>
          <w:p w14:paraId="7963E7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1146</w:t>
            </w:r>
          </w:p>
        </w:tc>
        <w:tc>
          <w:tcPr>
            <w:tcW w:w="1234" w:type="dxa"/>
          </w:tcPr>
          <w:p w14:paraId="08C3A3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5465C8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5FC098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91BA</w:t>
            </w:r>
          </w:p>
        </w:tc>
        <w:tc>
          <w:tcPr>
            <w:tcW w:w="1234" w:type="dxa"/>
          </w:tcPr>
          <w:p w14:paraId="7A979DD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2,3</w:t>
            </w:r>
          </w:p>
        </w:tc>
      </w:tr>
      <w:tr w:rsidR="006F0136" w:rsidRPr="00D77020" w14:paraId="5DE0BBAE" w14:textId="77777777">
        <w:tc>
          <w:tcPr>
            <w:tcW w:w="1234" w:type="dxa"/>
          </w:tcPr>
          <w:p w14:paraId="60C3B8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4F9305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RL-146-к</w:t>
            </w:r>
          </w:p>
        </w:tc>
        <w:tc>
          <w:tcPr>
            <w:tcW w:w="1234" w:type="dxa"/>
          </w:tcPr>
          <w:p w14:paraId="565711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1146</w:t>
            </w:r>
          </w:p>
        </w:tc>
        <w:tc>
          <w:tcPr>
            <w:tcW w:w="1234" w:type="dxa"/>
          </w:tcPr>
          <w:p w14:paraId="654F71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33BA45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0C1A77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91BA</w:t>
            </w:r>
          </w:p>
        </w:tc>
        <w:tc>
          <w:tcPr>
            <w:tcW w:w="1234" w:type="dxa"/>
          </w:tcPr>
          <w:p w14:paraId="6E5C16B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2,4</w:t>
            </w:r>
          </w:p>
        </w:tc>
      </w:tr>
      <w:tr w:rsidR="006F0136" w:rsidRPr="00D77020" w14:paraId="7A4EDFEF" w14:textId="77777777">
        <w:tc>
          <w:tcPr>
            <w:tcW w:w="1234" w:type="dxa"/>
          </w:tcPr>
          <w:p w14:paraId="118CE1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64B1A7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RL-147-а</w:t>
            </w:r>
          </w:p>
        </w:tc>
        <w:tc>
          <w:tcPr>
            <w:tcW w:w="1234" w:type="dxa"/>
          </w:tcPr>
          <w:p w14:paraId="0E63B4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1147</w:t>
            </w:r>
          </w:p>
        </w:tc>
        <w:tc>
          <w:tcPr>
            <w:tcW w:w="1234" w:type="dxa"/>
          </w:tcPr>
          <w:p w14:paraId="22053E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3E39C2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48F60A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1F620A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1,7</w:t>
            </w:r>
          </w:p>
        </w:tc>
      </w:tr>
      <w:tr w:rsidR="006F0136" w:rsidRPr="00D77020" w14:paraId="63175D97" w14:textId="77777777">
        <w:tc>
          <w:tcPr>
            <w:tcW w:w="1234" w:type="dxa"/>
          </w:tcPr>
          <w:p w14:paraId="3EF1C2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5BAE01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RL-147-в</w:t>
            </w:r>
          </w:p>
        </w:tc>
        <w:tc>
          <w:tcPr>
            <w:tcW w:w="1234" w:type="dxa"/>
          </w:tcPr>
          <w:p w14:paraId="3D75CB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1147</w:t>
            </w:r>
          </w:p>
        </w:tc>
        <w:tc>
          <w:tcPr>
            <w:tcW w:w="1234" w:type="dxa"/>
          </w:tcPr>
          <w:p w14:paraId="6B0C10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48F3A1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457681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6E4B8AC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1,5</w:t>
            </w:r>
          </w:p>
        </w:tc>
      </w:tr>
      <w:tr w:rsidR="006F0136" w:rsidRPr="00D77020" w14:paraId="7E5E20CB" w14:textId="77777777">
        <w:tc>
          <w:tcPr>
            <w:tcW w:w="1234" w:type="dxa"/>
          </w:tcPr>
          <w:p w14:paraId="126E42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2AF417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RL-147-н</w:t>
            </w:r>
          </w:p>
        </w:tc>
        <w:tc>
          <w:tcPr>
            <w:tcW w:w="1234" w:type="dxa"/>
          </w:tcPr>
          <w:p w14:paraId="713CAB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1147</w:t>
            </w:r>
          </w:p>
        </w:tc>
        <w:tc>
          <w:tcPr>
            <w:tcW w:w="1234" w:type="dxa"/>
          </w:tcPr>
          <w:p w14:paraId="3F8FFA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11870C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04F864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91BA</w:t>
            </w:r>
          </w:p>
        </w:tc>
        <w:tc>
          <w:tcPr>
            <w:tcW w:w="1234" w:type="dxa"/>
          </w:tcPr>
          <w:p w14:paraId="482995A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2,2</w:t>
            </w:r>
          </w:p>
        </w:tc>
      </w:tr>
      <w:tr w:rsidR="006F0136" w:rsidRPr="00D77020" w14:paraId="05A1013C" w14:textId="77777777">
        <w:tc>
          <w:tcPr>
            <w:tcW w:w="1234" w:type="dxa"/>
          </w:tcPr>
          <w:p w14:paraId="7C1D0D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01A537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RL-149-в</w:t>
            </w:r>
          </w:p>
        </w:tc>
        <w:tc>
          <w:tcPr>
            <w:tcW w:w="1234" w:type="dxa"/>
          </w:tcPr>
          <w:p w14:paraId="3A5F22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1149</w:t>
            </w:r>
          </w:p>
        </w:tc>
        <w:tc>
          <w:tcPr>
            <w:tcW w:w="1234" w:type="dxa"/>
          </w:tcPr>
          <w:p w14:paraId="6ECE1D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7460CB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406BB2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7EB1CA0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0,8</w:t>
            </w:r>
          </w:p>
        </w:tc>
      </w:tr>
      <w:tr w:rsidR="006F0136" w:rsidRPr="00D77020" w14:paraId="1096ED86" w14:textId="77777777">
        <w:tc>
          <w:tcPr>
            <w:tcW w:w="7404" w:type="dxa"/>
            <w:gridSpan w:val="6"/>
          </w:tcPr>
          <w:p w14:paraId="0CB90A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31CFEBD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12,7</w:t>
            </w:r>
          </w:p>
        </w:tc>
      </w:tr>
    </w:tbl>
    <w:p w14:paraId="0922E86D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BG0001039 - Попинци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750F30F8" w14:textId="77777777">
        <w:tc>
          <w:tcPr>
            <w:tcW w:w="1587" w:type="dxa"/>
          </w:tcPr>
          <w:p w14:paraId="1B3B60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4FF7FC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77A545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1A56D3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0FEF20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63D05422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4A3883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6E31DD7A" w14:textId="77777777">
        <w:tc>
          <w:tcPr>
            <w:tcW w:w="1234" w:type="dxa"/>
          </w:tcPr>
          <w:p w14:paraId="62D67F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59DF55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RH-271-ж</w:t>
            </w:r>
          </w:p>
        </w:tc>
        <w:tc>
          <w:tcPr>
            <w:tcW w:w="1234" w:type="dxa"/>
          </w:tcPr>
          <w:p w14:paraId="67EFC5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271</w:t>
            </w:r>
          </w:p>
        </w:tc>
        <w:tc>
          <w:tcPr>
            <w:tcW w:w="1234" w:type="dxa"/>
          </w:tcPr>
          <w:p w14:paraId="74833F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6A3A4E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59D35E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1CD9E4F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7,5</w:t>
            </w:r>
          </w:p>
        </w:tc>
      </w:tr>
      <w:tr w:rsidR="006F0136" w:rsidRPr="00D77020" w14:paraId="5786A6C5" w14:textId="77777777">
        <w:tc>
          <w:tcPr>
            <w:tcW w:w="1234" w:type="dxa"/>
          </w:tcPr>
          <w:p w14:paraId="0A0A73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4E0E26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RH-273-а</w:t>
            </w:r>
          </w:p>
        </w:tc>
        <w:tc>
          <w:tcPr>
            <w:tcW w:w="1234" w:type="dxa"/>
          </w:tcPr>
          <w:p w14:paraId="0FE55A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273</w:t>
            </w:r>
          </w:p>
        </w:tc>
        <w:tc>
          <w:tcPr>
            <w:tcW w:w="1234" w:type="dxa"/>
          </w:tcPr>
          <w:p w14:paraId="6CC503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5D15B8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254DDA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36B1A15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1,4</w:t>
            </w:r>
          </w:p>
        </w:tc>
      </w:tr>
      <w:tr w:rsidR="006F0136" w:rsidRPr="00D77020" w14:paraId="35F8541B" w14:textId="77777777">
        <w:tc>
          <w:tcPr>
            <w:tcW w:w="1234" w:type="dxa"/>
          </w:tcPr>
          <w:p w14:paraId="63B8C7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42CC73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RH-274-в1</w:t>
            </w:r>
          </w:p>
        </w:tc>
        <w:tc>
          <w:tcPr>
            <w:tcW w:w="1234" w:type="dxa"/>
          </w:tcPr>
          <w:p w14:paraId="3870D7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274</w:t>
            </w:r>
          </w:p>
        </w:tc>
        <w:tc>
          <w:tcPr>
            <w:tcW w:w="1234" w:type="dxa"/>
          </w:tcPr>
          <w:p w14:paraId="5C0335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в1</w:t>
            </w:r>
          </w:p>
        </w:tc>
        <w:tc>
          <w:tcPr>
            <w:tcW w:w="1234" w:type="dxa"/>
          </w:tcPr>
          <w:p w14:paraId="022454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46C614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38126D4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5,4</w:t>
            </w:r>
          </w:p>
        </w:tc>
      </w:tr>
      <w:tr w:rsidR="006F0136" w:rsidRPr="00D77020" w14:paraId="0F6205B6" w14:textId="77777777">
        <w:tc>
          <w:tcPr>
            <w:tcW w:w="1234" w:type="dxa"/>
          </w:tcPr>
          <w:p w14:paraId="12BF52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50CF7E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RH-274-ц</w:t>
            </w:r>
          </w:p>
        </w:tc>
        <w:tc>
          <w:tcPr>
            <w:tcW w:w="1234" w:type="dxa"/>
          </w:tcPr>
          <w:p w14:paraId="4340A7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274</w:t>
            </w:r>
          </w:p>
        </w:tc>
        <w:tc>
          <w:tcPr>
            <w:tcW w:w="1234" w:type="dxa"/>
          </w:tcPr>
          <w:p w14:paraId="22757D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ц</w:t>
            </w:r>
          </w:p>
        </w:tc>
        <w:tc>
          <w:tcPr>
            <w:tcW w:w="1234" w:type="dxa"/>
          </w:tcPr>
          <w:p w14:paraId="10583B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23F22C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1CA209E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4,3</w:t>
            </w:r>
          </w:p>
        </w:tc>
      </w:tr>
      <w:tr w:rsidR="006F0136" w:rsidRPr="00D77020" w14:paraId="0954366A" w14:textId="77777777">
        <w:tc>
          <w:tcPr>
            <w:tcW w:w="1234" w:type="dxa"/>
          </w:tcPr>
          <w:p w14:paraId="3E81CC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147F78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RH-275-к</w:t>
            </w:r>
          </w:p>
        </w:tc>
        <w:tc>
          <w:tcPr>
            <w:tcW w:w="1234" w:type="dxa"/>
          </w:tcPr>
          <w:p w14:paraId="79371C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275</w:t>
            </w:r>
          </w:p>
        </w:tc>
        <w:tc>
          <w:tcPr>
            <w:tcW w:w="1234" w:type="dxa"/>
          </w:tcPr>
          <w:p w14:paraId="523B34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445EB0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7F995D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39B2542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0,1</w:t>
            </w:r>
          </w:p>
        </w:tc>
      </w:tr>
      <w:tr w:rsidR="006F0136" w:rsidRPr="00D77020" w14:paraId="7E724620" w14:textId="77777777">
        <w:tc>
          <w:tcPr>
            <w:tcW w:w="1234" w:type="dxa"/>
          </w:tcPr>
          <w:p w14:paraId="7EB841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7DC2E4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RH-275-о</w:t>
            </w:r>
          </w:p>
        </w:tc>
        <w:tc>
          <w:tcPr>
            <w:tcW w:w="1234" w:type="dxa"/>
          </w:tcPr>
          <w:p w14:paraId="38BCEF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275</w:t>
            </w:r>
          </w:p>
        </w:tc>
        <w:tc>
          <w:tcPr>
            <w:tcW w:w="1234" w:type="dxa"/>
          </w:tcPr>
          <w:p w14:paraId="433FF4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07A610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08D239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03E4E00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3,3</w:t>
            </w:r>
          </w:p>
        </w:tc>
      </w:tr>
      <w:tr w:rsidR="006F0136" w:rsidRPr="00D77020" w14:paraId="07DBD29F" w14:textId="77777777">
        <w:tc>
          <w:tcPr>
            <w:tcW w:w="1234" w:type="dxa"/>
          </w:tcPr>
          <w:p w14:paraId="00F929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71BC87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RH-275-ф</w:t>
            </w:r>
          </w:p>
        </w:tc>
        <w:tc>
          <w:tcPr>
            <w:tcW w:w="1234" w:type="dxa"/>
          </w:tcPr>
          <w:p w14:paraId="68B675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275</w:t>
            </w:r>
          </w:p>
        </w:tc>
        <w:tc>
          <w:tcPr>
            <w:tcW w:w="1234" w:type="dxa"/>
          </w:tcPr>
          <w:p w14:paraId="3AD1E0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ф</w:t>
            </w:r>
          </w:p>
        </w:tc>
        <w:tc>
          <w:tcPr>
            <w:tcW w:w="1234" w:type="dxa"/>
          </w:tcPr>
          <w:p w14:paraId="208D8E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7194D9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7667D17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1,0</w:t>
            </w:r>
          </w:p>
        </w:tc>
      </w:tr>
      <w:tr w:rsidR="006F0136" w:rsidRPr="00D77020" w14:paraId="1C9F8F40" w14:textId="77777777">
        <w:tc>
          <w:tcPr>
            <w:tcW w:w="1234" w:type="dxa"/>
          </w:tcPr>
          <w:p w14:paraId="172BD2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072961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RH-276-б</w:t>
            </w:r>
          </w:p>
        </w:tc>
        <w:tc>
          <w:tcPr>
            <w:tcW w:w="1234" w:type="dxa"/>
          </w:tcPr>
          <w:p w14:paraId="5985D5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276</w:t>
            </w:r>
          </w:p>
        </w:tc>
        <w:tc>
          <w:tcPr>
            <w:tcW w:w="1234" w:type="dxa"/>
          </w:tcPr>
          <w:p w14:paraId="7E5ABC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79F3C4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17D699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1EC8E90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5,4</w:t>
            </w:r>
          </w:p>
        </w:tc>
      </w:tr>
      <w:tr w:rsidR="006F0136" w:rsidRPr="00D77020" w14:paraId="012F27C6" w14:textId="77777777">
        <w:tc>
          <w:tcPr>
            <w:tcW w:w="1234" w:type="dxa"/>
          </w:tcPr>
          <w:p w14:paraId="304753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3B5974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RH-276-л</w:t>
            </w:r>
          </w:p>
        </w:tc>
        <w:tc>
          <w:tcPr>
            <w:tcW w:w="1234" w:type="dxa"/>
          </w:tcPr>
          <w:p w14:paraId="71E04A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276</w:t>
            </w:r>
          </w:p>
        </w:tc>
        <w:tc>
          <w:tcPr>
            <w:tcW w:w="1234" w:type="dxa"/>
          </w:tcPr>
          <w:p w14:paraId="448B9B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3AC782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12EE3C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589FAFF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1,0</w:t>
            </w:r>
          </w:p>
        </w:tc>
      </w:tr>
      <w:tr w:rsidR="006F0136" w:rsidRPr="00D77020" w14:paraId="02E675FA" w14:textId="77777777">
        <w:tc>
          <w:tcPr>
            <w:tcW w:w="1234" w:type="dxa"/>
          </w:tcPr>
          <w:p w14:paraId="091586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19D610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RH-276-о</w:t>
            </w:r>
          </w:p>
        </w:tc>
        <w:tc>
          <w:tcPr>
            <w:tcW w:w="1234" w:type="dxa"/>
          </w:tcPr>
          <w:p w14:paraId="443789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276</w:t>
            </w:r>
          </w:p>
        </w:tc>
        <w:tc>
          <w:tcPr>
            <w:tcW w:w="1234" w:type="dxa"/>
          </w:tcPr>
          <w:p w14:paraId="21AB21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3D26E4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181C87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1980F29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5,9</w:t>
            </w:r>
          </w:p>
        </w:tc>
      </w:tr>
      <w:tr w:rsidR="006F0136" w:rsidRPr="00D77020" w14:paraId="2CE79CC4" w14:textId="77777777">
        <w:tc>
          <w:tcPr>
            <w:tcW w:w="1234" w:type="dxa"/>
          </w:tcPr>
          <w:p w14:paraId="5E48AE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25562E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RH-276-ф</w:t>
            </w:r>
          </w:p>
        </w:tc>
        <w:tc>
          <w:tcPr>
            <w:tcW w:w="1234" w:type="dxa"/>
          </w:tcPr>
          <w:p w14:paraId="765534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276</w:t>
            </w:r>
          </w:p>
        </w:tc>
        <w:tc>
          <w:tcPr>
            <w:tcW w:w="1234" w:type="dxa"/>
          </w:tcPr>
          <w:p w14:paraId="3DBB44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ф</w:t>
            </w:r>
          </w:p>
        </w:tc>
        <w:tc>
          <w:tcPr>
            <w:tcW w:w="1234" w:type="dxa"/>
          </w:tcPr>
          <w:p w14:paraId="544736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4AFB3F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23CA8F4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2,0</w:t>
            </w:r>
          </w:p>
        </w:tc>
      </w:tr>
      <w:tr w:rsidR="006F0136" w:rsidRPr="00D77020" w14:paraId="46B0013A" w14:textId="77777777">
        <w:tc>
          <w:tcPr>
            <w:tcW w:w="1234" w:type="dxa"/>
          </w:tcPr>
          <w:p w14:paraId="4C75DC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609337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RH-281-а</w:t>
            </w:r>
          </w:p>
        </w:tc>
        <w:tc>
          <w:tcPr>
            <w:tcW w:w="1234" w:type="dxa"/>
          </w:tcPr>
          <w:p w14:paraId="0ACB86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281</w:t>
            </w:r>
          </w:p>
        </w:tc>
        <w:tc>
          <w:tcPr>
            <w:tcW w:w="1234" w:type="dxa"/>
          </w:tcPr>
          <w:p w14:paraId="3CE7F5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29BA22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64D8C3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6ABF446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4,8</w:t>
            </w:r>
          </w:p>
        </w:tc>
      </w:tr>
      <w:tr w:rsidR="006F0136" w:rsidRPr="00D77020" w14:paraId="63DF97FA" w14:textId="77777777">
        <w:tc>
          <w:tcPr>
            <w:tcW w:w="1234" w:type="dxa"/>
          </w:tcPr>
          <w:p w14:paraId="692BF7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56CE0B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RH-281-б1</w:t>
            </w:r>
          </w:p>
        </w:tc>
        <w:tc>
          <w:tcPr>
            <w:tcW w:w="1234" w:type="dxa"/>
          </w:tcPr>
          <w:p w14:paraId="39AB58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281</w:t>
            </w:r>
          </w:p>
        </w:tc>
        <w:tc>
          <w:tcPr>
            <w:tcW w:w="1234" w:type="dxa"/>
          </w:tcPr>
          <w:p w14:paraId="7D7436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б1</w:t>
            </w:r>
          </w:p>
        </w:tc>
        <w:tc>
          <w:tcPr>
            <w:tcW w:w="1234" w:type="dxa"/>
          </w:tcPr>
          <w:p w14:paraId="6E4DBD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375E2B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32C8FEB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0,9</w:t>
            </w:r>
          </w:p>
        </w:tc>
      </w:tr>
      <w:tr w:rsidR="006F0136" w:rsidRPr="00D77020" w14:paraId="33AC63FB" w14:textId="77777777">
        <w:tc>
          <w:tcPr>
            <w:tcW w:w="7404" w:type="dxa"/>
            <w:gridSpan w:val="6"/>
          </w:tcPr>
          <w:p w14:paraId="13D63D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1CF665C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43,0</w:t>
            </w:r>
          </w:p>
        </w:tc>
      </w:tr>
    </w:tbl>
    <w:p w14:paraId="77846D58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BG0001389 - Средна гора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75CE1EB2" w14:textId="77777777">
        <w:tc>
          <w:tcPr>
            <w:tcW w:w="1587" w:type="dxa"/>
          </w:tcPr>
          <w:p w14:paraId="2E63CF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4609A4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7AFE1F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021563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098A2E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152D9CB0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11E0BD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2B906850" w14:textId="77777777">
        <w:tc>
          <w:tcPr>
            <w:tcW w:w="1234" w:type="dxa"/>
          </w:tcPr>
          <w:p w14:paraId="7F7C7C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65CC96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RH-195-а</w:t>
            </w:r>
          </w:p>
        </w:tc>
        <w:tc>
          <w:tcPr>
            <w:tcW w:w="1234" w:type="dxa"/>
          </w:tcPr>
          <w:p w14:paraId="74B742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195</w:t>
            </w:r>
          </w:p>
        </w:tc>
        <w:tc>
          <w:tcPr>
            <w:tcW w:w="1234" w:type="dxa"/>
          </w:tcPr>
          <w:p w14:paraId="3575C4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0210A8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540E4F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440FC1F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2,6</w:t>
            </w:r>
          </w:p>
        </w:tc>
      </w:tr>
      <w:tr w:rsidR="006F0136" w:rsidRPr="00D77020" w14:paraId="2E0D6285" w14:textId="77777777">
        <w:tc>
          <w:tcPr>
            <w:tcW w:w="1234" w:type="dxa"/>
          </w:tcPr>
          <w:p w14:paraId="5DFE81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07ADA8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RH-198-а</w:t>
            </w:r>
          </w:p>
        </w:tc>
        <w:tc>
          <w:tcPr>
            <w:tcW w:w="1234" w:type="dxa"/>
          </w:tcPr>
          <w:p w14:paraId="2C36A4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198</w:t>
            </w:r>
          </w:p>
        </w:tc>
        <w:tc>
          <w:tcPr>
            <w:tcW w:w="1234" w:type="dxa"/>
          </w:tcPr>
          <w:p w14:paraId="47576D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0014FC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4032F3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7DA13F7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16,2</w:t>
            </w:r>
          </w:p>
        </w:tc>
      </w:tr>
      <w:tr w:rsidR="006F0136" w:rsidRPr="00D77020" w14:paraId="08AD979A" w14:textId="77777777">
        <w:tc>
          <w:tcPr>
            <w:tcW w:w="1234" w:type="dxa"/>
          </w:tcPr>
          <w:p w14:paraId="528966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7C2E22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RH-232-к</w:t>
            </w:r>
          </w:p>
        </w:tc>
        <w:tc>
          <w:tcPr>
            <w:tcW w:w="1234" w:type="dxa"/>
          </w:tcPr>
          <w:p w14:paraId="10F623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232</w:t>
            </w:r>
          </w:p>
        </w:tc>
        <w:tc>
          <w:tcPr>
            <w:tcW w:w="1234" w:type="dxa"/>
          </w:tcPr>
          <w:p w14:paraId="4DCD92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626F34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5F42C6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1FC5F75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8,4</w:t>
            </w:r>
          </w:p>
        </w:tc>
      </w:tr>
      <w:tr w:rsidR="006F0136" w:rsidRPr="00D77020" w14:paraId="4431A756" w14:textId="77777777">
        <w:tc>
          <w:tcPr>
            <w:tcW w:w="1234" w:type="dxa"/>
          </w:tcPr>
          <w:p w14:paraId="069D92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661415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RH-300-е</w:t>
            </w:r>
          </w:p>
        </w:tc>
        <w:tc>
          <w:tcPr>
            <w:tcW w:w="1234" w:type="dxa"/>
          </w:tcPr>
          <w:p w14:paraId="2B9A5C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300</w:t>
            </w:r>
          </w:p>
        </w:tc>
        <w:tc>
          <w:tcPr>
            <w:tcW w:w="1234" w:type="dxa"/>
          </w:tcPr>
          <w:p w14:paraId="5BDC4D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2D8F88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767E03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B5AC48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4,5</w:t>
            </w:r>
          </w:p>
        </w:tc>
      </w:tr>
      <w:tr w:rsidR="006F0136" w:rsidRPr="00D77020" w14:paraId="21E8CA39" w14:textId="77777777">
        <w:tc>
          <w:tcPr>
            <w:tcW w:w="1234" w:type="dxa"/>
          </w:tcPr>
          <w:p w14:paraId="3FED6E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12B8D4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RH-300-и</w:t>
            </w:r>
          </w:p>
        </w:tc>
        <w:tc>
          <w:tcPr>
            <w:tcW w:w="1234" w:type="dxa"/>
          </w:tcPr>
          <w:p w14:paraId="57ABC2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300</w:t>
            </w:r>
          </w:p>
        </w:tc>
        <w:tc>
          <w:tcPr>
            <w:tcW w:w="1234" w:type="dxa"/>
          </w:tcPr>
          <w:p w14:paraId="735EED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1BCFEB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129B79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18F4F7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1,9</w:t>
            </w:r>
          </w:p>
        </w:tc>
      </w:tr>
      <w:tr w:rsidR="006F0136" w:rsidRPr="00D77020" w14:paraId="2DA909A7" w14:textId="77777777">
        <w:tc>
          <w:tcPr>
            <w:tcW w:w="1234" w:type="dxa"/>
          </w:tcPr>
          <w:p w14:paraId="7AA2AA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4D74AA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RH-300-к</w:t>
            </w:r>
          </w:p>
        </w:tc>
        <w:tc>
          <w:tcPr>
            <w:tcW w:w="1234" w:type="dxa"/>
          </w:tcPr>
          <w:p w14:paraId="0FCD19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300</w:t>
            </w:r>
          </w:p>
        </w:tc>
        <w:tc>
          <w:tcPr>
            <w:tcW w:w="1234" w:type="dxa"/>
          </w:tcPr>
          <w:p w14:paraId="4A5F50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45A016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299ED5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4D75722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5,8</w:t>
            </w:r>
          </w:p>
        </w:tc>
      </w:tr>
      <w:tr w:rsidR="006F0136" w:rsidRPr="00D77020" w14:paraId="0571FC96" w14:textId="77777777">
        <w:tc>
          <w:tcPr>
            <w:tcW w:w="1234" w:type="dxa"/>
          </w:tcPr>
          <w:p w14:paraId="48E40A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6F63AD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RH-307-е</w:t>
            </w:r>
          </w:p>
        </w:tc>
        <w:tc>
          <w:tcPr>
            <w:tcW w:w="1234" w:type="dxa"/>
          </w:tcPr>
          <w:p w14:paraId="5DF995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307</w:t>
            </w:r>
          </w:p>
        </w:tc>
        <w:tc>
          <w:tcPr>
            <w:tcW w:w="1234" w:type="dxa"/>
          </w:tcPr>
          <w:p w14:paraId="4AFADD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14FD32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508CE8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48BFE99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3,9</w:t>
            </w:r>
          </w:p>
        </w:tc>
      </w:tr>
      <w:tr w:rsidR="006F0136" w:rsidRPr="00D77020" w14:paraId="28B0527C" w14:textId="77777777">
        <w:tc>
          <w:tcPr>
            <w:tcW w:w="1234" w:type="dxa"/>
          </w:tcPr>
          <w:p w14:paraId="00F3C4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22B63F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RH-311-д</w:t>
            </w:r>
          </w:p>
        </w:tc>
        <w:tc>
          <w:tcPr>
            <w:tcW w:w="1234" w:type="dxa"/>
          </w:tcPr>
          <w:p w14:paraId="44A77F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311</w:t>
            </w:r>
          </w:p>
        </w:tc>
        <w:tc>
          <w:tcPr>
            <w:tcW w:w="1234" w:type="dxa"/>
          </w:tcPr>
          <w:p w14:paraId="68DFF4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72ACB9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674876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1E8527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19,5</w:t>
            </w:r>
          </w:p>
        </w:tc>
      </w:tr>
      <w:tr w:rsidR="006F0136" w:rsidRPr="00D77020" w14:paraId="7F865086" w14:textId="77777777">
        <w:tc>
          <w:tcPr>
            <w:tcW w:w="7404" w:type="dxa"/>
            <w:gridSpan w:val="6"/>
          </w:tcPr>
          <w:p w14:paraId="0F591B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688CE05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62,8</w:t>
            </w:r>
          </w:p>
        </w:tc>
      </w:tr>
    </w:tbl>
    <w:p w14:paraId="5ECC215C" w14:textId="77777777" w:rsidR="006F0136" w:rsidRPr="00D77020" w:rsidRDefault="00D77020">
      <w:pPr>
        <w:rPr>
          <w:lang w:val="bg-BG"/>
        </w:rPr>
      </w:pPr>
      <w:r w:rsidRPr="00D77020">
        <w:rPr>
          <w:lang w:val="bg-BG"/>
        </w:rPr>
        <w:br w:type="page"/>
      </w:r>
    </w:p>
    <w:p w14:paraId="5828A9DA" w14:textId="77777777" w:rsidR="006F0136" w:rsidRPr="00D77020" w:rsidRDefault="00D77020">
      <w:pPr>
        <w:pStyle w:val="Heading1"/>
        <w:rPr>
          <w:lang w:val="bg-BG"/>
        </w:rPr>
      </w:pPr>
      <w:bookmarkStart w:id="13" w:name="_Toc222837680"/>
      <w:r w:rsidRPr="00D77020">
        <w:rPr>
          <w:lang w:val="bg-BG"/>
        </w:rPr>
        <w:lastRenderedPageBreak/>
        <w:t xml:space="preserve">ДГС Катунци - Обща площ: 1230,6 </w:t>
      </w:r>
      <w:proofErr w:type="spellStart"/>
      <w:r w:rsidRPr="00D77020">
        <w:rPr>
          <w:lang w:val="bg-BG"/>
        </w:rPr>
        <w:t>хa</w:t>
      </w:r>
      <w:bookmarkEnd w:id="13"/>
      <w:proofErr w:type="spellEnd"/>
    </w:p>
    <w:p w14:paraId="2B08EB76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 xml:space="preserve">Зона Натура 2000: BG0001028 - Среден Пирин - </w:t>
      </w:r>
      <w:proofErr w:type="spellStart"/>
      <w:r w:rsidRPr="00D77020">
        <w:rPr>
          <w:lang w:val="bg-BG"/>
        </w:rPr>
        <w:t>Алиботуш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7"/>
        <w:gridCol w:w="1406"/>
        <w:gridCol w:w="1081"/>
        <w:gridCol w:w="1201"/>
        <w:gridCol w:w="1135"/>
        <w:gridCol w:w="1135"/>
        <w:gridCol w:w="1325"/>
      </w:tblGrid>
      <w:tr w:rsidR="006F0136" w:rsidRPr="00D77020" w14:paraId="356CE402" w14:textId="77777777">
        <w:tc>
          <w:tcPr>
            <w:tcW w:w="1587" w:type="dxa"/>
          </w:tcPr>
          <w:p w14:paraId="103DCA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2D8DCE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3445C9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7454FB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7B3032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03107623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2990DC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399F0AEA" w14:textId="77777777">
        <w:tc>
          <w:tcPr>
            <w:tcW w:w="1234" w:type="dxa"/>
          </w:tcPr>
          <w:p w14:paraId="2D73F1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3F90E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BK-101-г</w:t>
            </w:r>
          </w:p>
        </w:tc>
        <w:tc>
          <w:tcPr>
            <w:tcW w:w="1234" w:type="dxa"/>
          </w:tcPr>
          <w:p w14:paraId="14AEA1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101</w:t>
            </w:r>
          </w:p>
        </w:tc>
        <w:tc>
          <w:tcPr>
            <w:tcW w:w="1234" w:type="dxa"/>
          </w:tcPr>
          <w:p w14:paraId="0A723F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5BEB0C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635CBD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7EF7D1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11,9</w:t>
            </w:r>
          </w:p>
        </w:tc>
      </w:tr>
      <w:tr w:rsidR="006F0136" w:rsidRPr="00D77020" w14:paraId="4A517E82" w14:textId="77777777">
        <w:tc>
          <w:tcPr>
            <w:tcW w:w="1234" w:type="dxa"/>
          </w:tcPr>
          <w:p w14:paraId="25727C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430CD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BK-102-г</w:t>
            </w:r>
          </w:p>
        </w:tc>
        <w:tc>
          <w:tcPr>
            <w:tcW w:w="1234" w:type="dxa"/>
          </w:tcPr>
          <w:p w14:paraId="4F58A7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102</w:t>
            </w:r>
          </w:p>
        </w:tc>
        <w:tc>
          <w:tcPr>
            <w:tcW w:w="1234" w:type="dxa"/>
          </w:tcPr>
          <w:p w14:paraId="171C18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2BF240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07A64D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200F8B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2001FFE2" w14:textId="77777777">
        <w:tc>
          <w:tcPr>
            <w:tcW w:w="1234" w:type="dxa"/>
          </w:tcPr>
          <w:p w14:paraId="336F23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9BB9D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BK-104-б</w:t>
            </w:r>
          </w:p>
        </w:tc>
        <w:tc>
          <w:tcPr>
            <w:tcW w:w="1234" w:type="dxa"/>
          </w:tcPr>
          <w:p w14:paraId="3DA355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104</w:t>
            </w:r>
          </w:p>
        </w:tc>
        <w:tc>
          <w:tcPr>
            <w:tcW w:w="1234" w:type="dxa"/>
          </w:tcPr>
          <w:p w14:paraId="3E1562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556ED5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17FCD0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8E68ED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089B2718" w14:textId="77777777">
        <w:tc>
          <w:tcPr>
            <w:tcW w:w="1234" w:type="dxa"/>
          </w:tcPr>
          <w:p w14:paraId="07C242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2844B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BK-104-е</w:t>
            </w:r>
          </w:p>
        </w:tc>
        <w:tc>
          <w:tcPr>
            <w:tcW w:w="1234" w:type="dxa"/>
          </w:tcPr>
          <w:p w14:paraId="6842DC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104</w:t>
            </w:r>
          </w:p>
        </w:tc>
        <w:tc>
          <w:tcPr>
            <w:tcW w:w="1234" w:type="dxa"/>
          </w:tcPr>
          <w:p w14:paraId="6812C8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33A6F0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267474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CA387B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42841633" w14:textId="77777777">
        <w:tc>
          <w:tcPr>
            <w:tcW w:w="1234" w:type="dxa"/>
          </w:tcPr>
          <w:p w14:paraId="433777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1F00A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BK-104-ж</w:t>
            </w:r>
          </w:p>
        </w:tc>
        <w:tc>
          <w:tcPr>
            <w:tcW w:w="1234" w:type="dxa"/>
          </w:tcPr>
          <w:p w14:paraId="30C8B4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104</w:t>
            </w:r>
          </w:p>
        </w:tc>
        <w:tc>
          <w:tcPr>
            <w:tcW w:w="1234" w:type="dxa"/>
          </w:tcPr>
          <w:p w14:paraId="1EC8E0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1B5519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2AD311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E634CB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58E6B959" w14:textId="77777777">
        <w:tc>
          <w:tcPr>
            <w:tcW w:w="1234" w:type="dxa"/>
          </w:tcPr>
          <w:p w14:paraId="605482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50E69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BK-105-а</w:t>
            </w:r>
          </w:p>
        </w:tc>
        <w:tc>
          <w:tcPr>
            <w:tcW w:w="1234" w:type="dxa"/>
          </w:tcPr>
          <w:p w14:paraId="350508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105</w:t>
            </w:r>
          </w:p>
        </w:tc>
        <w:tc>
          <w:tcPr>
            <w:tcW w:w="1234" w:type="dxa"/>
          </w:tcPr>
          <w:p w14:paraId="1D1EE8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45D799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7B27FC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81E992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8,9</w:t>
            </w:r>
          </w:p>
        </w:tc>
      </w:tr>
      <w:tr w:rsidR="006F0136" w:rsidRPr="00D77020" w14:paraId="311D4515" w14:textId="77777777">
        <w:tc>
          <w:tcPr>
            <w:tcW w:w="1234" w:type="dxa"/>
          </w:tcPr>
          <w:p w14:paraId="266164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147FC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BK-105-б</w:t>
            </w:r>
          </w:p>
        </w:tc>
        <w:tc>
          <w:tcPr>
            <w:tcW w:w="1234" w:type="dxa"/>
          </w:tcPr>
          <w:p w14:paraId="41B244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105</w:t>
            </w:r>
          </w:p>
        </w:tc>
        <w:tc>
          <w:tcPr>
            <w:tcW w:w="1234" w:type="dxa"/>
          </w:tcPr>
          <w:p w14:paraId="6EE9E2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1DA008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1F74CF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F46905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12,0</w:t>
            </w:r>
          </w:p>
        </w:tc>
      </w:tr>
      <w:tr w:rsidR="006F0136" w:rsidRPr="00D77020" w14:paraId="369C5892" w14:textId="77777777">
        <w:tc>
          <w:tcPr>
            <w:tcW w:w="1234" w:type="dxa"/>
          </w:tcPr>
          <w:p w14:paraId="4AF015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780B4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BK-106-е</w:t>
            </w:r>
          </w:p>
        </w:tc>
        <w:tc>
          <w:tcPr>
            <w:tcW w:w="1234" w:type="dxa"/>
          </w:tcPr>
          <w:p w14:paraId="1F8971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106</w:t>
            </w:r>
          </w:p>
        </w:tc>
        <w:tc>
          <w:tcPr>
            <w:tcW w:w="1234" w:type="dxa"/>
          </w:tcPr>
          <w:p w14:paraId="76CD8C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468DC3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479FE2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BC52EA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5,6</w:t>
            </w:r>
          </w:p>
        </w:tc>
      </w:tr>
      <w:tr w:rsidR="006F0136" w:rsidRPr="00D77020" w14:paraId="1D3D54D7" w14:textId="77777777">
        <w:tc>
          <w:tcPr>
            <w:tcW w:w="1234" w:type="dxa"/>
          </w:tcPr>
          <w:p w14:paraId="26FEBB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57D03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BK-108-к</w:t>
            </w:r>
          </w:p>
        </w:tc>
        <w:tc>
          <w:tcPr>
            <w:tcW w:w="1234" w:type="dxa"/>
          </w:tcPr>
          <w:p w14:paraId="780629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108</w:t>
            </w:r>
          </w:p>
        </w:tc>
        <w:tc>
          <w:tcPr>
            <w:tcW w:w="1234" w:type="dxa"/>
          </w:tcPr>
          <w:p w14:paraId="1F6B6A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76E2AB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70CB4A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42038CC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5,6</w:t>
            </w:r>
          </w:p>
        </w:tc>
      </w:tr>
      <w:tr w:rsidR="006F0136" w:rsidRPr="00D77020" w14:paraId="552F7179" w14:textId="77777777">
        <w:tc>
          <w:tcPr>
            <w:tcW w:w="1234" w:type="dxa"/>
          </w:tcPr>
          <w:p w14:paraId="54EC70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DAC96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BK-109-в</w:t>
            </w:r>
          </w:p>
        </w:tc>
        <w:tc>
          <w:tcPr>
            <w:tcW w:w="1234" w:type="dxa"/>
          </w:tcPr>
          <w:p w14:paraId="31245E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109</w:t>
            </w:r>
          </w:p>
        </w:tc>
        <w:tc>
          <w:tcPr>
            <w:tcW w:w="1234" w:type="dxa"/>
          </w:tcPr>
          <w:p w14:paraId="5B3F84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2ECCF8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087499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7C33401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12,6</w:t>
            </w:r>
          </w:p>
        </w:tc>
      </w:tr>
      <w:tr w:rsidR="006F0136" w:rsidRPr="00D77020" w14:paraId="01BE0431" w14:textId="77777777">
        <w:tc>
          <w:tcPr>
            <w:tcW w:w="1234" w:type="dxa"/>
          </w:tcPr>
          <w:p w14:paraId="182120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9DC23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BK-110-б</w:t>
            </w:r>
          </w:p>
        </w:tc>
        <w:tc>
          <w:tcPr>
            <w:tcW w:w="1234" w:type="dxa"/>
          </w:tcPr>
          <w:p w14:paraId="1D481E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72D786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515D0C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79B074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017BB43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6,4</w:t>
            </w:r>
          </w:p>
        </w:tc>
      </w:tr>
      <w:tr w:rsidR="006F0136" w:rsidRPr="00D77020" w14:paraId="33A4A86E" w14:textId="77777777">
        <w:tc>
          <w:tcPr>
            <w:tcW w:w="1234" w:type="dxa"/>
          </w:tcPr>
          <w:p w14:paraId="71B38D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04BAB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BK-110-з</w:t>
            </w:r>
          </w:p>
        </w:tc>
        <w:tc>
          <w:tcPr>
            <w:tcW w:w="1234" w:type="dxa"/>
          </w:tcPr>
          <w:p w14:paraId="41F60C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175A7C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0569C7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200</w:t>
            </w:r>
          </w:p>
        </w:tc>
        <w:tc>
          <w:tcPr>
            <w:tcW w:w="1234" w:type="dxa"/>
          </w:tcPr>
          <w:p w14:paraId="4621F5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1FE1C73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3,2</w:t>
            </w:r>
          </w:p>
        </w:tc>
      </w:tr>
      <w:tr w:rsidR="006F0136" w:rsidRPr="00D77020" w14:paraId="3C346E92" w14:textId="77777777">
        <w:tc>
          <w:tcPr>
            <w:tcW w:w="1234" w:type="dxa"/>
          </w:tcPr>
          <w:p w14:paraId="4EDE4B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10F72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BK-110-и</w:t>
            </w:r>
          </w:p>
        </w:tc>
        <w:tc>
          <w:tcPr>
            <w:tcW w:w="1234" w:type="dxa"/>
          </w:tcPr>
          <w:p w14:paraId="089C46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6E3907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1CF275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1C929E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91BA</w:t>
            </w:r>
          </w:p>
        </w:tc>
        <w:tc>
          <w:tcPr>
            <w:tcW w:w="1234" w:type="dxa"/>
          </w:tcPr>
          <w:p w14:paraId="3FD07C1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3,7</w:t>
            </w:r>
          </w:p>
        </w:tc>
      </w:tr>
      <w:tr w:rsidR="006F0136" w:rsidRPr="00D77020" w14:paraId="49EC8E64" w14:textId="77777777">
        <w:tc>
          <w:tcPr>
            <w:tcW w:w="1234" w:type="dxa"/>
          </w:tcPr>
          <w:p w14:paraId="42829B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783FF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BK-111-г</w:t>
            </w:r>
          </w:p>
        </w:tc>
        <w:tc>
          <w:tcPr>
            <w:tcW w:w="1234" w:type="dxa"/>
          </w:tcPr>
          <w:p w14:paraId="0DDC2C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</w:t>
            </w:r>
          </w:p>
        </w:tc>
        <w:tc>
          <w:tcPr>
            <w:tcW w:w="1234" w:type="dxa"/>
          </w:tcPr>
          <w:p w14:paraId="529E4C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1DFC6D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200</w:t>
            </w:r>
          </w:p>
        </w:tc>
        <w:tc>
          <w:tcPr>
            <w:tcW w:w="1234" w:type="dxa"/>
          </w:tcPr>
          <w:p w14:paraId="77EEE3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229BB14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5,8</w:t>
            </w:r>
          </w:p>
        </w:tc>
      </w:tr>
      <w:tr w:rsidR="006F0136" w:rsidRPr="00D77020" w14:paraId="437F2EDA" w14:textId="77777777">
        <w:tc>
          <w:tcPr>
            <w:tcW w:w="1234" w:type="dxa"/>
          </w:tcPr>
          <w:p w14:paraId="131F62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612AF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BK-111-д</w:t>
            </w:r>
          </w:p>
        </w:tc>
        <w:tc>
          <w:tcPr>
            <w:tcW w:w="1234" w:type="dxa"/>
          </w:tcPr>
          <w:p w14:paraId="05F5DD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</w:t>
            </w:r>
          </w:p>
        </w:tc>
        <w:tc>
          <w:tcPr>
            <w:tcW w:w="1234" w:type="dxa"/>
          </w:tcPr>
          <w:p w14:paraId="444886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2D5464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1994F5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91BA</w:t>
            </w:r>
          </w:p>
        </w:tc>
        <w:tc>
          <w:tcPr>
            <w:tcW w:w="1234" w:type="dxa"/>
          </w:tcPr>
          <w:p w14:paraId="02A9B48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1,6</w:t>
            </w:r>
          </w:p>
        </w:tc>
      </w:tr>
      <w:tr w:rsidR="006F0136" w:rsidRPr="00D77020" w14:paraId="6A847010" w14:textId="77777777">
        <w:tc>
          <w:tcPr>
            <w:tcW w:w="1234" w:type="dxa"/>
          </w:tcPr>
          <w:p w14:paraId="013547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406BB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BK-113-а</w:t>
            </w:r>
          </w:p>
        </w:tc>
        <w:tc>
          <w:tcPr>
            <w:tcW w:w="1234" w:type="dxa"/>
          </w:tcPr>
          <w:p w14:paraId="414E17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113</w:t>
            </w:r>
          </w:p>
        </w:tc>
        <w:tc>
          <w:tcPr>
            <w:tcW w:w="1234" w:type="dxa"/>
          </w:tcPr>
          <w:p w14:paraId="6BFAC4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0E5858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6E5641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7E0A419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2,0</w:t>
            </w:r>
          </w:p>
        </w:tc>
      </w:tr>
      <w:tr w:rsidR="006F0136" w:rsidRPr="00D77020" w14:paraId="1106A4EE" w14:textId="77777777">
        <w:tc>
          <w:tcPr>
            <w:tcW w:w="1234" w:type="dxa"/>
          </w:tcPr>
          <w:p w14:paraId="75CC07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F3682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BK-113-е</w:t>
            </w:r>
          </w:p>
        </w:tc>
        <w:tc>
          <w:tcPr>
            <w:tcW w:w="1234" w:type="dxa"/>
          </w:tcPr>
          <w:p w14:paraId="594C10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113</w:t>
            </w:r>
          </w:p>
        </w:tc>
        <w:tc>
          <w:tcPr>
            <w:tcW w:w="1234" w:type="dxa"/>
          </w:tcPr>
          <w:p w14:paraId="560FE0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3A3275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3CE3A1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03C3FE7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8,9</w:t>
            </w:r>
          </w:p>
        </w:tc>
      </w:tr>
      <w:tr w:rsidR="006F0136" w:rsidRPr="00D77020" w14:paraId="6681DC3F" w14:textId="77777777">
        <w:tc>
          <w:tcPr>
            <w:tcW w:w="1234" w:type="dxa"/>
          </w:tcPr>
          <w:p w14:paraId="46F1F5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B6B0F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BK-115-б</w:t>
            </w:r>
          </w:p>
        </w:tc>
        <w:tc>
          <w:tcPr>
            <w:tcW w:w="1234" w:type="dxa"/>
          </w:tcPr>
          <w:p w14:paraId="653A60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115</w:t>
            </w:r>
          </w:p>
        </w:tc>
        <w:tc>
          <w:tcPr>
            <w:tcW w:w="1234" w:type="dxa"/>
          </w:tcPr>
          <w:p w14:paraId="0BA21F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659C74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3E1E41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29C4306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1,0</w:t>
            </w:r>
          </w:p>
        </w:tc>
      </w:tr>
      <w:tr w:rsidR="006F0136" w:rsidRPr="00D77020" w14:paraId="37F1CB00" w14:textId="77777777">
        <w:tc>
          <w:tcPr>
            <w:tcW w:w="1234" w:type="dxa"/>
          </w:tcPr>
          <w:p w14:paraId="1EEB4E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425E6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BK-115-г</w:t>
            </w:r>
          </w:p>
        </w:tc>
        <w:tc>
          <w:tcPr>
            <w:tcW w:w="1234" w:type="dxa"/>
          </w:tcPr>
          <w:p w14:paraId="7D0DB8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115</w:t>
            </w:r>
          </w:p>
        </w:tc>
        <w:tc>
          <w:tcPr>
            <w:tcW w:w="1234" w:type="dxa"/>
          </w:tcPr>
          <w:p w14:paraId="126EFC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46E8FC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732E07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47E504B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1,6</w:t>
            </w:r>
          </w:p>
        </w:tc>
      </w:tr>
      <w:tr w:rsidR="006F0136" w:rsidRPr="00D77020" w14:paraId="285E0BBB" w14:textId="77777777">
        <w:tc>
          <w:tcPr>
            <w:tcW w:w="1234" w:type="dxa"/>
          </w:tcPr>
          <w:p w14:paraId="52058A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9A03A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BK-116-а</w:t>
            </w:r>
          </w:p>
        </w:tc>
        <w:tc>
          <w:tcPr>
            <w:tcW w:w="1234" w:type="dxa"/>
          </w:tcPr>
          <w:p w14:paraId="52F047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116</w:t>
            </w:r>
          </w:p>
        </w:tc>
        <w:tc>
          <w:tcPr>
            <w:tcW w:w="1234" w:type="dxa"/>
          </w:tcPr>
          <w:p w14:paraId="66F659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13C3E7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5D9E6C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21C547B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1,4</w:t>
            </w:r>
          </w:p>
        </w:tc>
      </w:tr>
      <w:tr w:rsidR="006F0136" w:rsidRPr="00D77020" w14:paraId="15E2C5C6" w14:textId="77777777">
        <w:tc>
          <w:tcPr>
            <w:tcW w:w="1234" w:type="dxa"/>
          </w:tcPr>
          <w:p w14:paraId="3AF4D8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E190E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BK-116-г</w:t>
            </w:r>
          </w:p>
        </w:tc>
        <w:tc>
          <w:tcPr>
            <w:tcW w:w="1234" w:type="dxa"/>
          </w:tcPr>
          <w:p w14:paraId="025BA7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116</w:t>
            </w:r>
          </w:p>
        </w:tc>
        <w:tc>
          <w:tcPr>
            <w:tcW w:w="1234" w:type="dxa"/>
          </w:tcPr>
          <w:p w14:paraId="114303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52F6A7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5B7AF4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1700D47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7,9</w:t>
            </w:r>
          </w:p>
        </w:tc>
      </w:tr>
      <w:tr w:rsidR="006F0136" w:rsidRPr="00D77020" w14:paraId="5B5E78C3" w14:textId="77777777">
        <w:tc>
          <w:tcPr>
            <w:tcW w:w="1234" w:type="dxa"/>
          </w:tcPr>
          <w:p w14:paraId="37CA04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C2674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BK-117-а</w:t>
            </w:r>
          </w:p>
        </w:tc>
        <w:tc>
          <w:tcPr>
            <w:tcW w:w="1234" w:type="dxa"/>
          </w:tcPr>
          <w:p w14:paraId="4A4798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117</w:t>
            </w:r>
          </w:p>
        </w:tc>
        <w:tc>
          <w:tcPr>
            <w:tcW w:w="1234" w:type="dxa"/>
          </w:tcPr>
          <w:p w14:paraId="37BD64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77D03F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0B32FB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3DF42C9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2,4</w:t>
            </w:r>
          </w:p>
        </w:tc>
      </w:tr>
      <w:tr w:rsidR="006F0136" w:rsidRPr="00D77020" w14:paraId="3D4E7987" w14:textId="77777777">
        <w:tc>
          <w:tcPr>
            <w:tcW w:w="1234" w:type="dxa"/>
          </w:tcPr>
          <w:p w14:paraId="524BB2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D1059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BK-117-в</w:t>
            </w:r>
          </w:p>
        </w:tc>
        <w:tc>
          <w:tcPr>
            <w:tcW w:w="1234" w:type="dxa"/>
          </w:tcPr>
          <w:p w14:paraId="3739DD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117</w:t>
            </w:r>
          </w:p>
        </w:tc>
        <w:tc>
          <w:tcPr>
            <w:tcW w:w="1234" w:type="dxa"/>
          </w:tcPr>
          <w:p w14:paraId="4202B6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7D1FD5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495C74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7AE1A39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11,0</w:t>
            </w:r>
          </w:p>
        </w:tc>
      </w:tr>
      <w:tr w:rsidR="006F0136" w:rsidRPr="00D77020" w14:paraId="44AAD5C4" w14:textId="77777777">
        <w:tc>
          <w:tcPr>
            <w:tcW w:w="1234" w:type="dxa"/>
          </w:tcPr>
          <w:p w14:paraId="069912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96A65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BK-117-г</w:t>
            </w:r>
          </w:p>
        </w:tc>
        <w:tc>
          <w:tcPr>
            <w:tcW w:w="1234" w:type="dxa"/>
          </w:tcPr>
          <w:p w14:paraId="41CF24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117</w:t>
            </w:r>
          </w:p>
        </w:tc>
        <w:tc>
          <w:tcPr>
            <w:tcW w:w="1234" w:type="dxa"/>
          </w:tcPr>
          <w:p w14:paraId="42BD54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7460E5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443E64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289DB16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6,0</w:t>
            </w:r>
          </w:p>
        </w:tc>
      </w:tr>
      <w:tr w:rsidR="006F0136" w:rsidRPr="00D77020" w14:paraId="236FE550" w14:textId="77777777">
        <w:tc>
          <w:tcPr>
            <w:tcW w:w="1234" w:type="dxa"/>
          </w:tcPr>
          <w:p w14:paraId="68D79F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31D9F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BK-118-б</w:t>
            </w:r>
          </w:p>
        </w:tc>
        <w:tc>
          <w:tcPr>
            <w:tcW w:w="1234" w:type="dxa"/>
          </w:tcPr>
          <w:p w14:paraId="127FE1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118</w:t>
            </w:r>
          </w:p>
        </w:tc>
        <w:tc>
          <w:tcPr>
            <w:tcW w:w="1234" w:type="dxa"/>
          </w:tcPr>
          <w:p w14:paraId="4F0D45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4B351D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4FB807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2138F5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0D693B2A" w14:textId="77777777">
        <w:tc>
          <w:tcPr>
            <w:tcW w:w="1234" w:type="dxa"/>
          </w:tcPr>
          <w:p w14:paraId="16BCF1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98C61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BK-118-з</w:t>
            </w:r>
          </w:p>
        </w:tc>
        <w:tc>
          <w:tcPr>
            <w:tcW w:w="1234" w:type="dxa"/>
          </w:tcPr>
          <w:p w14:paraId="497708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118</w:t>
            </w:r>
          </w:p>
        </w:tc>
        <w:tc>
          <w:tcPr>
            <w:tcW w:w="1234" w:type="dxa"/>
          </w:tcPr>
          <w:p w14:paraId="769A7E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1FFAFF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7B2207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392AFA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8,4</w:t>
            </w:r>
          </w:p>
        </w:tc>
      </w:tr>
      <w:tr w:rsidR="006F0136" w:rsidRPr="00D77020" w14:paraId="2F3FF365" w14:textId="77777777">
        <w:tc>
          <w:tcPr>
            <w:tcW w:w="1234" w:type="dxa"/>
          </w:tcPr>
          <w:p w14:paraId="190F75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10E2A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BK-120-г</w:t>
            </w:r>
          </w:p>
        </w:tc>
        <w:tc>
          <w:tcPr>
            <w:tcW w:w="1234" w:type="dxa"/>
          </w:tcPr>
          <w:p w14:paraId="177474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69AC44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10C6DE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3847B7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3266DD2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4,1</w:t>
            </w:r>
          </w:p>
        </w:tc>
      </w:tr>
      <w:tr w:rsidR="006F0136" w:rsidRPr="00D77020" w14:paraId="335F4E3F" w14:textId="77777777">
        <w:tc>
          <w:tcPr>
            <w:tcW w:w="1234" w:type="dxa"/>
          </w:tcPr>
          <w:p w14:paraId="436940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7E34E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BK-121-б</w:t>
            </w:r>
          </w:p>
        </w:tc>
        <w:tc>
          <w:tcPr>
            <w:tcW w:w="1234" w:type="dxa"/>
          </w:tcPr>
          <w:p w14:paraId="265A42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121</w:t>
            </w:r>
          </w:p>
        </w:tc>
        <w:tc>
          <w:tcPr>
            <w:tcW w:w="1234" w:type="dxa"/>
          </w:tcPr>
          <w:p w14:paraId="6FC1E5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7C9030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42A96B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88F7A9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9,1</w:t>
            </w:r>
          </w:p>
        </w:tc>
      </w:tr>
      <w:tr w:rsidR="006F0136" w:rsidRPr="00D77020" w14:paraId="7CADB8D0" w14:textId="77777777">
        <w:tc>
          <w:tcPr>
            <w:tcW w:w="1234" w:type="dxa"/>
          </w:tcPr>
          <w:p w14:paraId="6A499A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4C1DB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BK-123-г</w:t>
            </w:r>
          </w:p>
        </w:tc>
        <w:tc>
          <w:tcPr>
            <w:tcW w:w="1234" w:type="dxa"/>
          </w:tcPr>
          <w:p w14:paraId="3C11F9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123</w:t>
            </w:r>
          </w:p>
        </w:tc>
        <w:tc>
          <w:tcPr>
            <w:tcW w:w="1234" w:type="dxa"/>
          </w:tcPr>
          <w:p w14:paraId="18A39F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58180F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2E0570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1C0CE0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6,3</w:t>
            </w:r>
          </w:p>
        </w:tc>
      </w:tr>
      <w:tr w:rsidR="006F0136" w:rsidRPr="00D77020" w14:paraId="0A2743EE" w14:textId="77777777">
        <w:tc>
          <w:tcPr>
            <w:tcW w:w="1234" w:type="dxa"/>
          </w:tcPr>
          <w:p w14:paraId="2F97F9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44E59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BK-124-г</w:t>
            </w:r>
          </w:p>
        </w:tc>
        <w:tc>
          <w:tcPr>
            <w:tcW w:w="1234" w:type="dxa"/>
          </w:tcPr>
          <w:p w14:paraId="7CCDD4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124</w:t>
            </w:r>
          </w:p>
        </w:tc>
        <w:tc>
          <w:tcPr>
            <w:tcW w:w="1234" w:type="dxa"/>
          </w:tcPr>
          <w:p w14:paraId="7F5E3C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5D52E3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4FF061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3D0BE7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3F196206" w14:textId="77777777">
        <w:tc>
          <w:tcPr>
            <w:tcW w:w="1234" w:type="dxa"/>
          </w:tcPr>
          <w:p w14:paraId="1F65C8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EC96B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BK-124-д</w:t>
            </w:r>
          </w:p>
        </w:tc>
        <w:tc>
          <w:tcPr>
            <w:tcW w:w="1234" w:type="dxa"/>
          </w:tcPr>
          <w:p w14:paraId="301EC2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124</w:t>
            </w:r>
          </w:p>
        </w:tc>
        <w:tc>
          <w:tcPr>
            <w:tcW w:w="1234" w:type="dxa"/>
          </w:tcPr>
          <w:p w14:paraId="272309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062529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5AC6ED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C9C9C0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394F4547" w14:textId="77777777">
        <w:tc>
          <w:tcPr>
            <w:tcW w:w="1234" w:type="dxa"/>
          </w:tcPr>
          <w:p w14:paraId="4BD258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F9DA5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BK-124-е</w:t>
            </w:r>
          </w:p>
        </w:tc>
        <w:tc>
          <w:tcPr>
            <w:tcW w:w="1234" w:type="dxa"/>
          </w:tcPr>
          <w:p w14:paraId="3DF40F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124</w:t>
            </w:r>
          </w:p>
        </w:tc>
        <w:tc>
          <w:tcPr>
            <w:tcW w:w="1234" w:type="dxa"/>
          </w:tcPr>
          <w:p w14:paraId="5711F1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6677D3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1E0400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A909FC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6,8</w:t>
            </w:r>
          </w:p>
        </w:tc>
      </w:tr>
      <w:tr w:rsidR="006F0136" w:rsidRPr="00D77020" w14:paraId="7157619C" w14:textId="77777777">
        <w:tc>
          <w:tcPr>
            <w:tcW w:w="1234" w:type="dxa"/>
          </w:tcPr>
          <w:p w14:paraId="31218B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EEE14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BK-125-е</w:t>
            </w:r>
          </w:p>
        </w:tc>
        <w:tc>
          <w:tcPr>
            <w:tcW w:w="1234" w:type="dxa"/>
          </w:tcPr>
          <w:p w14:paraId="3E855A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125</w:t>
            </w:r>
          </w:p>
        </w:tc>
        <w:tc>
          <w:tcPr>
            <w:tcW w:w="1234" w:type="dxa"/>
          </w:tcPr>
          <w:p w14:paraId="1CF81C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755E81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45A78F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843EFE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1,1</w:t>
            </w:r>
          </w:p>
        </w:tc>
      </w:tr>
      <w:tr w:rsidR="006F0136" w:rsidRPr="00D77020" w14:paraId="5A3900EC" w14:textId="77777777">
        <w:tc>
          <w:tcPr>
            <w:tcW w:w="1234" w:type="dxa"/>
          </w:tcPr>
          <w:p w14:paraId="40487E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831A1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BK-125-ж</w:t>
            </w:r>
          </w:p>
        </w:tc>
        <w:tc>
          <w:tcPr>
            <w:tcW w:w="1234" w:type="dxa"/>
          </w:tcPr>
          <w:p w14:paraId="631DAF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125</w:t>
            </w:r>
          </w:p>
        </w:tc>
        <w:tc>
          <w:tcPr>
            <w:tcW w:w="1234" w:type="dxa"/>
          </w:tcPr>
          <w:p w14:paraId="04D366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3D10A9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433ABB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F3E75C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2,0</w:t>
            </w:r>
          </w:p>
        </w:tc>
      </w:tr>
      <w:tr w:rsidR="006F0136" w:rsidRPr="00D77020" w14:paraId="16198A4B" w14:textId="77777777">
        <w:tc>
          <w:tcPr>
            <w:tcW w:w="1234" w:type="dxa"/>
          </w:tcPr>
          <w:p w14:paraId="57E54F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3210B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BK-127-в</w:t>
            </w:r>
          </w:p>
        </w:tc>
        <w:tc>
          <w:tcPr>
            <w:tcW w:w="1234" w:type="dxa"/>
          </w:tcPr>
          <w:p w14:paraId="75B2D5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127</w:t>
            </w:r>
          </w:p>
        </w:tc>
        <w:tc>
          <w:tcPr>
            <w:tcW w:w="1234" w:type="dxa"/>
          </w:tcPr>
          <w:p w14:paraId="68BA79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54DD82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50EE15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8B4407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13,8</w:t>
            </w:r>
          </w:p>
        </w:tc>
      </w:tr>
      <w:tr w:rsidR="006F0136" w:rsidRPr="00D77020" w14:paraId="013FF8AB" w14:textId="77777777">
        <w:tc>
          <w:tcPr>
            <w:tcW w:w="1234" w:type="dxa"/>
          </w:tcPr>
          <w:p w14:paraId="6CDB25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E2D35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BK-129-о</w:t>
            </w:r>
          </w:p>
        </w:tc>
        <w:tc>
          <w:tcPr>
            <w:tcW w:w="1234" w:type="dxa"/>
          </w:tcPr>
          <w:p w14:paraId="175996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129</w:t>
            </w:r>
          </w:p>
        </w:tc>
        <w:tc>
          <w:tcPr>
            <w:tcW w:w="1234" w:type="dxa"/>
          </w:tcPr>
          <w:p w14:paraId="62E533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0DE5FB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4AEE71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87BD24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23,4</w:t>
            </w:r>
          </w:p>
        </w:tc>
      </w:tr>
      <w:tr w:rsidR="006F0136" w:rsidRPr="00D77020" w14:paraId="14CD7E80" w14:textId="77777777">
        <w:tc>
          <w:tcPr>
            <w:tcW w:w="1234" w:type="dxa"/>
          </w:tcPr>
          <w:p w14:paraId="0E3375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71DCD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BK-144-г</w:t>
            </w:r>
          </w:p>
        </w:tc>
        <w:tc>
          <w:tcPr>
            <w:tcW w:w="1234" w:type="dxa"/>
          </w:tcPr>
          <w:p w14:paraId="7D7326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144</w:t>
            </w:r>
          </w:p>
        </w:tc>
        <w:tc>
          <w:tcPr>
            <w:tcW w:w="1234" w:type="dxa"/>
          </w:tcPr>
          <w:p w14:paraId="45A193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629DA4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54B8E7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49C8CA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4,5</w:t>
            </w:r>
          </w:p>
        </w:tc>
      </w:tr>
      <w:tr w:rsidR="006F0136" w:rsidRPr="00D77020" w14:paraId="6C8D04C2" w14:textId="77777777">
        <w:tc>
          <w:tcPr>
            <w:tcW w:w="1234" w:type="dxa"/>
          </w:tcPr>
          <w:p w14:paraId="2A7AAA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EDB6F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BK-145-а</w:t>
            </w:r>
          </w:p>
        </w:tc>
        <w:tc>
          <w:tcPr>
            <w:tcW w:w="1234" w:type="dxa"/>
          </w:tcPr>
          <w:p w14:paraId="035F97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145</w:t>
            </w:r>
          </w:p>
        </w:tc>
        <w:tc>
          <w:tcPr>
            <w:tcW w:w="1234" w:type="dxa"/>
          </w:tcPr>
          <w:p w14:paraId="053499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4DE496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556060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D6F93F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13,1</w:t>
            </w:r>
          </w:p>
        </w:tc>
      </w:tr>
      <w:tr w:rsidR="006F0136" w:rsidRPr="00D77020" w14:paraId="75BD2F37" w14:textId="77777777">
        <w:tc>
          <w:tcPr>
            <w:tcW w:w="1234" w:type="dxa"/>
          </w:tcPr>
          <w:p w14:paraId="78FC7A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90727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BK-145-б</w:t>
            </w:r>
          </w:p>
        </w:tc>
        <w:tc>
          <w:tcPr>
            <w:tcW w:w="1234" w:type="dxa"/>
          </w:tcPr>
          <w:p w14:paraId="72751A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145</w:t>
            </w:r>
          </w:p>
        </w:tc>
        <w:tc>
          <w:tcPr>
            <w:tcW w:w="1234" w:type="dxa"/>
          </w:tcPr>
          <w:p w14:paraId="118637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64FDC1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75F28D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753E653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5,7</w:t>
            </w:r>
          </w:p>
        </w:tc>
      </w:tr>
      <w:tr w:rsidR="006F0136" w:rsidRPr="00D77020" w14:paraId="517BC2EE" w14:textId="77777777">
        <w:tc>
          <w:tcPr>
            <w:tcW w:w="1234" w:type="dxa"/>
          </w:tcPr>
          <w:p w14:paraId="75C93B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3EF2F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BK-145-в</w:t>
            </w:r>
          </w:p>
        </w:tc>
        <w:tc>
          <w:tcPr>
            <w:tcW w:w="1234" w:type="dxa"/>
          </w:tcPr>
          <w:p w14:paraId="4A0B41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145</w:t>
            </w:r>
          </w:p>
        </w:tc>
        <w:tc>
          <w:tcPr>
            <w:tcW w:w="1234" w:type="dxa"/>
          </w:tcPr>
          <w:p w14:paraId="2CEAB7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4394E2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41C8F2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50F92B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10,5</w:t>
            </w:r>
          </w:p>
        </w:tc>
      </w:tr>
      <w:tr w:rsidR="006F0136" w:rsidRPr="00D77020" w14:paraId="56BE9B91" w14:textId="77777777">
        <w:tc>
          <w:tcPr>
            <w:tcW w:w="1234" w:type="dxa"/>
          </w:tcPr>
          <w:p w14:paraId="13F1FF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5E39F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BK-153-в</w:t>
            </w:r>
          </w:p>
        </w:tc>
        <w:tc>
          <w:tcPr>
            <w:tcW w:w="1234" w:type="dxa"/>
          </w:tcPr>
          <w:p w14:paraId="486DAE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153</w:t>
            </w:r>
          </w:p>
        </w:tc>
        <w:tc>
          <w:tcPr>
            <w:tcW w:w="1234" w:type="dxa"/>
          </w:tcPr>
          <w:p w14:paraId="32CF5E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58635C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76DF1C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6860703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15,2</w:t>
            </w:r>
          </w:p>
        </w:tc>
      </w:tr>
      <w:tr w:rsidR="006F0136" w:rsidRPr="00D77020" w14:paraId="73816028" w14:textId="77777777">
        <w:tc>
          <w:tcPr>
            <w:tcW w:w="1234" w:type="dxa"/>
          </w:tcPr>
          <w:p w14:paraId="6962E7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25769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BK-153-г</w:t>
            </w:r>
          </w:p>
        </w:tc>
        <w:tc>
          <w:tcPr>
            <w:tcW w:w="1234" w:type="dxa"/>
          </w:tcPr>
          <w:p w14:paraId="3E818F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153</w:t>
            </w:r>
          </w:p>
        </w:tc>
        <w:tc>
          <w:tcPr>
            <w:tcW w:w="1234" w:type="dxa"/>
          </w:tcPr>
          <w:p w14:paraId="0B7367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6566C0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31E160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2E36485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9,3</w:t>
            </w:r>
          </w:p>
        </w:tc>
      </w:tr>
      <w:tr w:rsidR="006F0136" w:rsidRPr="00D77020" w14:paraId="07922149" w14:textId="77777777">
        <w:tc>
          <w:tcPr>
            <w:tcW w:w="1234" w:type="dxa"/>
          </w:tcPr>
          <w:p w14:paraId="4552CD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4AB21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BK-161-г</w:t>
            </w:r>
          </w:p>
        </w:tc>
        <w:tc>
          <w:tcPr>
            <w:tcW w:w="1234" w:type="dxa"/>
          </w:tcPr>
          <w:p w14:paraId="042A55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161</w:t>
            </w:r>
          </w:p>
        </w:tc>
        <w:tc>
          <w:tcPr>
            <w:tcW w:w="1234" w:type="dxa"/>
          </w:tcPr>
          <w:p w14:paraId="671757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057AD1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53C0E5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A29258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5,8</w:t>
            </w:r>
          </w:p>
        </w:tc>
      </w:tr>
      <w:tr w:rsidR="006F0136" w:rsidRPr="00D77020" w14:paraId="2D84E2C6" w14:textId="77777777">
        <w:tc>
          <w:tcPr>
            <w:tcW w:w="1234" w:type="dxa"/>
          </w:tcPr>
          <w:p w14:paraId="0C13B4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B0266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BK-169-г</w:t>
            </w:r>
          </w:p>
        </w:tc>
        <w:tc>
          <w:tcPr>
            <w:tcW w:w="1234" w:type="dxa"/>
          </w:tcPr>
          <w:p w14:paraId="56252D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169</w:t>
            </w:r>
          </w:p>
        </w:tc>
        <w:tc>
          <w:tcPr>
            <w:tcW w:w="1234" w:type="dxa"/>
          </w:tcPr>
          <w:p w14:paraId="6B515D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2B82AA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4EE44F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27CE399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5,7</w:t>
            </w:r>
          </w:p>
        </w:tc>
      </w:tr>
      <w:tr w:rsidR="006F0136" w:rsidRPr="00D77020" w14:paraId="2FE2A462" w14:textId="77777777">
        <w:tc>
          <w:tcPr>
            <w:tcW w:w="1234" w:type="dxa"/>
          </w:tcPr>
          <w:p w14:paraId="5DFC9C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F0300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BK-186-е</w:t>
            </w:r>
          </w:p>
        </w:tc>
        <w:tc>
          <w:tcPr>
            <w:tcW w:w="1234" w:type="dxa"/>
          </w:tcPr>
          <w:p w14:paraId="712FFE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186</w:t>
            </w:r>
          </w:p>
        </w:tc>
        <w:tc>
          <w:tcPr>
            <w:tcW w:w="1234" w:type="dxa"/>
          </w:tcPr>
          <w:p w14:paraId="594A88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1B7377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37B321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6E1ED51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6,4</w:t>
            </w:r>
          </w:p>
        </w:tc>
      </w:tr>
      <w:tr w:rsidR="006F0136" w:rsidRPr="00D77020" w14:paraId="44C191C1" w14:textId="77777777">
        <w:tc>
          <w:tcPr>
            <w:tcW w:w="1234" w:type="dxa"/>
          </w:tcPr>
          <w:p w14:paraId="24C91E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2020</w:t>
            </w:r>
          </w:p>
        </w:tc>
        <w:tc>
          <w:tcPr>
            <w:tcW w:w="1234" w:type="dxa"/>
          </w:tcPr>
          <w:p w14:paraId="529DC8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BK-195-е</w:t>
            </w:r>
          </w:p>
        </w:tc>
        <w:tc>
          <w:tcPr>
            <w:tcW w:w="1234" w:type="dxa"/>
          </w:tcPr>
          <w:p w14:paraId="0A150E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195</w:t>
            </w:r>
          </w:p>
        </w:tc>
        <w:tc>
          <w:tcPr>
            <w:tcW w:w="1234" w:type="dxa"/>
          </w:tcPr>
          <w:p w14:paraId="64D1D9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6187E7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35C455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810BA2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3,2</w:t>
            </w:r>
          </w:p>
        </w:tc>
      </w:tr>
      <w:tr w:rsidR="006F0136" w:rsidRPr="00D77020" w14:paraId="10FFB8A7" w14:textId="77777777">
        <w:tc>
          <w:tcPr>
            <w:tcW w:w="1234" w:type="dxa"/>
          </w:tcPr>
          <w:p w14:paraId="510166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DB562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BK-195-з</w:t>
            </w:r>
          </w:p>
        </w:tc>
        <w:tc>
          <w:tcPr>
            <w:tcW w:w="1234" w:type="dxa"/>
          </w:tcPr>
          <w:p w14:paraId="7292CD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195</w:t>
            </w:r>
          </w:p>
        </w:tc>
        <w:tc>
          <w:tcPr>
            <w:tcW w:w="1234" w:type="dxa"/>
          </w:tcPr>
          <w:p w14:paraId="04D937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1C32A0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5D419C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930678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3,0</w:t>
            </w:r>
          </w:p>
        </w:tc>
      </w:tr>
      <w:tr w:rsidR="006F0136" w:rsidRPr="00D77020" w14:paraId="588DE080" w14:textId="77777777">
        <w:tc>
          <w:tcPr>
            <w:tcW w:w="1234" w:type="dxa"/>
          </w:tcPr>
          <w:p w14:paraId="3D5B8A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BE2F4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BK-196-в</w:t>
            </w:r>
          </w:p>
        </w:tc>
        <w:tc>
          <w:tcPr>
            <w:tcW w:w="1234" w:type="dxa"/>
          </w:tcPr>
          <w:p w14:paraId="4CB93F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196</w:t>
            </w:r>
          </w:p>
        </w:tc>
        <w:tc>
          <w:tcPr>
            <w:tcW w:w="1234" w:type="dxa"/>
          </w:tcPr>
          <w:p w14:paraId="79D3AA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483240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4AEFB4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68EC9E9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3,2</w:t>
            </w:r>
          </w:p>
        </w:tc>
      </w:tr>
      <w:tr w:rsidR="006F0136" w:rsidRPr="00D77020" w14:paraId="0EFCD629" w14:textId="77777777">
        <w:tc>
          <w:tcPr>
            <w:tcW w:w="1234" w:type="dxa"/>
          </w:tcPr>
          <w:p w14:paraId="55EA64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C2A89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BK-201-д</w:t>
            </w:r>
          </w:p>
        </w:tc>
        <w:tc>
          <w:tcPr>
            <w:tcW w:w="1234" w:type="dxa"/>
          </w:tcPr>
          <w:p w14:paraId="26E443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</w:t>
            </w:r>
          </w:p>
        </w:tc>
        <w:tc>
          <w:tcPr>
            <w:tcW w:w="1234" w:type="dxa"/>
          </w:tcPr>
          <w:p w14:paraId="1DF783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3B86F4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435A28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4E1A17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797F61F5" w14:textId="77777777">
        <w:tc>
          <w:tcPr>
            <w:tcW w:w="1234" w:type="dxa"/>
          </w:tcPr>
          <w:p w14:paraId="14B09A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62C44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BK-201-е</w:t>
            </w:r>
          </w:p>
        </w:tc>
        <w:tc>
          <w:tcPr>
            <w:tcW w:w="1234" w:type="dxa"/>
          </w:tcPr>
          <w:p w14:paraId="7B53BE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</w:t>
            </w:r>
          </w:p>
        </w:tc>
        <w:tc>
          <w:tcPr>
            <w:tcW w:w="1234" w:type="dxa"/>
          </w:tcPr>
          <w:p w14:paraId="56B18F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74D016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6E07D7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DDA446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13,7</w:t>
            </w:r>
          </w:p>
        </w:tc>
      </w:tr>
      <w:tr w:rsidR="006F0136" w:rsidRPr="00D77020" w14:paraId="6469AB85" w14:textId="77777777">
        <w:tc>
          <w:tcPr>
            <w:tcW w:w="1234" w:type="dxa"/>
          </w:tcPr>
          <w:p w14:paraId="26DDF0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B6D0C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BK-202-а</w:t>
            </w:r>
          </w:p>
        </w:tc>
        <w:tc>
          <w:tcPr>
            <w:tcW w:w="1234" w:type="dxa"/>
          </w:tcPr>
          <w:p w14:paraId="11948E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</w:t>
            </w:r>
          </w:p>
        </w:tc>
        <w:tc>
          <w:tcPr>
            <w:tcW w:w="1234" w:type="dxa"/>
          </w:tcPr>
          <w:p w14:paraId="0B1E23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1E3CC5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1C7BE2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79AB04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5FEBBC2F" w14:textId="77777777">
        <w:tc>
          <w:tcPr>
            <w:tcW w:w="1234" w:type="dxa"/>
          </w:tcPr>
          <w:p w14:paraId="44E606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79BE4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BK-203-б</w:t>
            </w:r>
          </w:p>
        </w:tc>
        <w:tc>
          <w:tcPr>
            <w:tcW w:w="1234" w:type="dxa"/>
          </w:tcPr>
          <w:p w14:paraId="42A3B7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203</w:t>
            </w:r>
          </w:p>
        </w:tc>
        <w:tc>
          <w:tcPr>
            <w:tcW w:w="1234" w:type="dxa"/>
          </w:tcPr>
          <w:p w14:paraId="1DB9E4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7F894C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51505C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2FF1C4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3,0</w:t>
            </w:r>
          </w:p>
        </w:tc>
      </w:tr>
      <w:tr w:rsidR="006F0136" w:rsidRPr="00D77020" w14:paraId="725B7E0F" w14:textId="77777777">
        <w:tc>
          <w:tcPr>
            <w:tcW w:w="1234" w:type="dxa"/>
          </w:tcPr>
          <w:p w14:paraId="719F37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41B87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BK-203-в</w:t>
            </w:r>
          </w:p>
        </w:tc>
        <w:tc>
          <w:tcPr>
            <w:tcW w:w="1234" w:type="dxa"/>
          </w:tcPr>
          <w:p w14:paraId="2F2C49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203</w:t>
            </w:r>
          </w:p>
        </w:tc>
        <w:tc>
          <w:tcPr>
            <w:tcW w:w="1234" w:type="dxa"/>
          </w:tcPr>
          <w:p w14:paraId="5100F1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2C41BD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710E8F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6A77C6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6,6</w:t>
            </w:r>
          </w:p>
        </w:tc>
      </w:tr>
      <w:tr w:rsidR="006F0136" w:rsidRPr="00D77020" w14:paraId="07F58808" w14:textId="77777777">
        <w:tc>
          <w:tcPr>
            <w:tcW w:w="1234" w:type="dxa"/>
          </w:tcPr>
          <w:p w14:paraId="3B000A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B8F41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BK-209-а</w:t>
            </w:r>
          </w:p>
        </w:tc>
        <w:tc>
          <w:tcPr>
            <w:tcW w:w="1234" w:type="dxa"/>
          </w:tcPr>
          <w:p w14:paraId="11DE6F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209</w:t>
            </w:r>
          </w:p>
        </w:tc>
        <w:tc>
          <w:tcPr>
            <w:tcW w:w="1234" w:type="dxa"/>
          </w:tcPr>
          <w:p w14:paraId="1D601F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0BA960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7BDCEE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65C3147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11,2</w:t>
            </w:r>
          </w:p>
        </w:tc>
      </w:tr>
      <w:tr w:rsidR="006F0136" w:rsidRPr="00D77020" w14:paraId="4BE0731A" w14:textId="77777777">
        <w:tc>
          <w:tcPr>
            <w:tcW w:w="1234" w:type="dxa"/>
          </w:tcPr>
          <w:p w14:paraId="71704A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BD7FE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BK-209-б</w:t>
            </w:r>
          </w:p>
        </w:tc>
        <w:tc>
          <w:tcPr>
            <w:tcW w:w="1234" w:type="dxa"/>
          </w:tcPr>
          <w:p w14:paraId="2850DE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209</w:t>
            </w:r>
          </w:p>
        </w:tc>
        <w:tc>
          <w:tcPr>
            <w:tcW w:w="1234" w:type="dxa"/>
          </w:tcPr>
          <w:p w14:paraId="416657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0E4710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574E52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2B2AE9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6,3</w:t>
            </w:r>
          </w:p>
        </w:tc>
      </w:tr>
      <w:tr w:rsidR="006F0136" w:rsidRPr="00D77020" w14:paraId="4817E37A" w14:textId="77777777">
        <w:tc>
          <w:tcPr>
            <w:tcW w:w="1234" w:type="dxa"/>
          </w:tcPr>
          <w:p w14:paraId="7CAC98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46B90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BK-209-г</w:t>
            </w:r>
          </w:p>
        </w:tc>
        <w:tc>
          <w:tcPr>
            <w:tcW w:w="1234" w:type="dxa"/>
          </w:tcPr>
          <w:p w14:paraId="2D8EA2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209</w:t>
            </w:r>
          </w:p>
        </w:tc>
        <w:tc>
          <w:tcPr>
            <w:tcW w:w="1234" w:type="dxa"/>
          </w:tcPr>
          <w:p w14:paraId="53F4F4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776444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5C942D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BA51B5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3,9</w:t>
            </w:r>
          </w:p>
        </w:tc>
      </w:tr>
      <w:tr w:rsidR="006F0136" w:rsidRPr="00D77020" w14:paraId="2FCD8128" w14:textId="77777777">
        <w:tc>
          <w:tcPr>
            <w:tcW w:w="1234" w:type="dxa"/>
          </w:tcPr>
          <w:p w14:paraId="577EA2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030BB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BK-21-к</w:t>
            </w:r>
          </w:p>
        </w:tc>
        <w:tc>
          <w:tcPr>
            <w:tcW w:w="1234" w:type="dxa"/>
          </w:tcPr>
          <w:p w14:paraId="588D31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</w:t>
            </w:r>
          </w:p>
        </w:tc>
        <w:tc>
          <w:tcPr>
            <w:tcW w:w="1234" w:type="dxa"/>
          </w:tcPr>
          <w:p w14:paraId="3BA8BA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5318D8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7B3CCA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91BA</w:t>
            </w:r>
          </w:p>
        </w:tc>
        <w:tc>
          <w:tcPr>
            <w:tcW w:w="1234" w:type="dxa"/>
          </w:tcPr>
          <w:p w14:paraId="6624E0B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57A0952D" w14:textId="77777777">
        <w:tc>
          <w:tcPr>
            <w:tcW w:w="1234" w:type="dxa"/>
          </w:tcPr>
          <w:p w14:paraId="79E0A9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AD783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BK-21-л</w:t>
            </w:r>
          </w:p>
        </w:tc>
        <w:tc>
          <w:tcPr>
            <w:tcW w:w="1234" w:type="dxa"/>
          </w:tcPr>
          <w:p w14:paraId="78DC26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</w:t>
            </w:r>
          </w:p>
        </w:tc>
        <w:tc>
          <w:tcPr>
            <w:tcW w:w="1234" w:type="dxa"/>
          </w:tcPr>
          <w:p w14:paraId="30C5AE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2AC3EF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39BCE9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F63EDA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2,0</w:t>
            </w:r>
          </w:p>
        </w:tc>
      </w:tr>
      <w:tr w:rsidR="006F0136" w:rsidRPr="00D77020" w14:paraId="6B196BF6" w14:textId="77777777">
        <w:tc>
          <w:tcPr>
            <w:tcW w:w="1234" w:type="dxa"/>
          </w:tcPr>
          <w:p w14:paraId="4687CF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31F92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BK-210-а</w:t>
            </w:r>
          </w:p>
        </w:tc>
        <w:tc>
          <w:tcPr>
            <w:tcW w:w="1234" w:type="dxa"/>
          </w:tcPr>
          <w:p w14:paraId="4D3E2B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210</w:t>
            </w:r>
          </w:p>
        </w:tc>
        <w:tc>
          <w:tcPr>
            <w:tcW w:w="1234" w:type="dxa"/>
          </w:tcPr>
          <w:p w14:paraId="651CD4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1E1A76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7845F7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F264B0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2,3</w:t>
            </w:r>
          </w:p>
        </w:tc>
      </w:tr>
      <w:tr w:rsidR="006F0136" w:rsidRPr="00D77020" w14:paraId="034D8CC4" w14:textId="77777777">
        <w:tc>
          <w:tcPr>
            <w:tcW w:w="1234" w:type="dxa"/>
          </w:tcPr>
          <w:p w14:paraId="494FB8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263E5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BK-210-д</w:t>
            </w:r>
          </w:p>
        </w:tc>
        <w:tc>
          <w:tcPr>
            <w:tcW w:w="1234" w:type="dxa"/>
          </w:tcPr>
          <w:p w14:paraId="1D74A5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210</w:t>
            </w:r>
          </w:p>
        </w:tc>
        <w:tc>
          <w:tcPr>
            <w:tcW w:w="1234" w:type="dxa"/>
          </w:tcPr>
          <w:p w14:paraId="1EFEBF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2DFDBA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79EC60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C37CA0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11,7</w:t>
            </w:r>
          </w:p>
        </w:tc>
      </w:tr>
      <w:tr w:rsidR="006F0136" w:rsidRPr="00D77020" w14:paraId="5A07E796" w14:textId="77777777">
        <w:tc>
          <w:tcPr>
            <w:tcW w:w="1234" w:type="dxa"/>
          </w:tcPr>
          <w:p w14:paraId="511DED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420DD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BK-210-е</w:t>
            </w:r>
          </w:p>
        </w:tc>
        <w:tc>
          <w:tcPr>
            <w:tcW w:w="1234" w:type="dxa"/>
          </w:tcPr>
          <w:p w14:paraId="7BDD3A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210</w:t>
            </w:r>
          </w:p>
        </w:tc>
        <w:tc>
          <w:tcPr>
            <w:tcW w:w="1234" w:type="dxa"/>
          </w:tcPr>
          <w:p w14:paraId="712109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1B6C55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262788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59F443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3,1</w:t>
            </w:r>
          </w:p>
        </w:tc>
      </w:tr>
      <w:tr w:rsidR="006F0136" w:rsidRPr="00D77020" w14:paraId="2A9E2A37" w14:textId="77777777">
        <w:tc>
          <w:tcPr>
            <w:tcW w:w="1234" w:type="dxa"/>
          </w:tcPr>
          <w:p w14:paraId="7C4C52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714AF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BK-211-б</w:t>
            </w:r>
          </w:p>
        </w:tc>
        <w:tc>
          <w:tcPr>
            <w:tcW w:w="1234" w:type="dxa"/>
          </w:tcPr>
          <w:p w14:paraId="0FA8FD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211</w:t>
            </w:r>
          </w:p>
        </w:tc>
        <w:tc>
          <w:tcPr>
            <w:tcW w:w="1234" w:type="dxa"/>
          </w:tcPr>
          <w:p w14:paraId="610485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057133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62C989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8AC073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4,1</w:t>
            </w:r>
          </w:p>
        </w:tc>
      </w:tr>
      <w:tr w:rsidR="006F0136" w:rsidRPr="00D77020" w14:paraId="3D4B672C" w14:textId="77777777">
        <w:tc>
          <w:tcPr>
            <w:tcW w:w="1234" w:type="dxa"/>
          </w:tcPr>
          <w:p w14:paraId="10C65A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481DE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BK-224-а1</w:t>
            </w:r>
          </w:p>
        </w:tc>
        <w:tc>
          <w:tcPr>
            <w:tcW w:w="1234" w:type="dxa"/>
          </w:tcPr>
          <w:p w14:paraId="253598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224</w:t>
            </w:r>
          </w:p>
        </w:tc>
        <w:tc>
          <w:tcPr>
            <w:tcW w:w="1234" w:type="dxa"/>
          </w:tcPr>
          <w:p w14:paraId="1418ED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а1</w:t>
            </w:r>
          </w:p>
        </w:tc>
        <w:tc>
          <w:tcPr>
            <w:tcW w:w="1234" w:type="dxa"/>
          </w:tcPr>
          <w:p w14:paraId="1B6C2D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2014E5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CC2EEA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2,2</w:t>
            </w:r>
          </w:p>
        </w:tc>
      </w:tr>
      <w:tr w:rsidR="006F0136" w:rsidRPr="00D77020" w14:paraId="5B223DD9" w14:textId="77777777">
        <w:tc>
          <w:tcPr>
            <w:tcW w:w="1234" w:type="dxa"/>
          </w:tcPr>
          <w:p w14:paraId="10C1D4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6F9AB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BK-234-а</w:t>
            </w:r>
          </w:p>
        </w:tc>
        <w:tc>
          <w:tcPr>
            <w:tcW w:w="1234" w:type="dxa"/>
          </w:tcPr>
          <w:p w14:paraId="63248E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234</w:t>
            </w:r>
          </w:p>
        </w:tc>
        <w:tc>
          <w:tcPr>
            <w:tcW w:w="1234" w:type="dxa"/>
          </w:tcPr>
          <w:p w14:paraId="0C68AC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26B573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1A26F6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63DAC77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8,5</w:t>
            </w:r>
          </w:p>
        </w:tc>
      </w:tr>
      <w:tr w:rsidR="006F0136" w:rsidRPr="00D77020" w14:paraId="50BC5599" w14:textId="77777777">
        <w:tc>
          <w:tcPr>
            <w:tcW w:w="1234" w:type="dxa"/>
          </w:tcPr>
          <w:p w14:paraId="4BAB9B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16921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BK-234-д</w:t>
            </w:r>
          </w:p>
        </w:tc>
        <w:tc>
          <w:tcPr>
            <w:tcW w:w="1234" w:type="dxa"/>
          </w:tcPr>
          <w:p w14:paraId="093D30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234</w:t>
            </w:r>
          </w:p>
        </w:tc>
        <w:tc>
          <w:tcPr>
            <w:tcW w:w="1234" w:type="dxa"/>
          </w:tcPr>
          <w:p w14:paraId="0B7E66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0B2E2A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052890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0029700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4,9</w:t>
            </w:r>
          </w:p>
        </w:tc>
      </w:tr>
      <w:tr w:rsidR="006F0136" w:rsidRPr="00D77020" w14:paraId="2B28C58E" w14:textId="77777777">
        <w:tc>
          <w:tcPr>
            <w:tcW w:w="1234" w:type="dxa"/>
          </w:tcPr>
          <w:p w14:paraId="642CB5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231A1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BK-238-л</w:t>
            </w:r>
          </w:p>
        </w:tc>
        <w:tc>
          <w:tcPr>
            <w:tcW w:w="1234" w:type="dxa"/>
          </w:tcPr>
          <w:p w14:paraId="650128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238</w:t>
            </w:r>
          </w:p>
        </w:tc>
        <w:tc>
          <w:tcPr>
            <w:tcW w:w="1234" w:type="dxa"/>
          </w:tcPr>
          <w:p w14:paraId="786DE3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2AB945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20BB68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0B782F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5,7</w:t>
            </w:r>
          </w:p>
        </w:tc>
      </w:tr>
      <w:tr w:rsidR="006F0136" w:rsidRPr="00D77020" w14:paraId="4DC4CC8A" w14:textId="77777777">
        <w:tc>
          <w:tcPr>
            <w:tcW w:w="1234" w:type="dxa"/>
          </w:tcPr>
          <w:p w14:paraId="562FA1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C504E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BK-246-г</w:t>
            </w:r>
          </w:p>
        </w:tc>
        <w:tc>
          <w:tcPr>
            <w:tcW w:w="1234" w:type="dxa"/>
          </w:tcPr>
          <w:p w14:paraId="2FE538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246</w:t>
            </w:r>
          </w:p>
        </w:tc>
        <w:tc>
          <w:tcPr>
            <w:tcW w:w="1234" w:type="dxa"/>
          </w:tcPr>
          <w:p w14:paraId="07ACC1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09959B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4B81AF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947423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6,7</w:t>
            </w:r>
          </w:p>
        </w:tc>
      </w:tr>
      <w:tr w:rsidR="006F0136" w:rsidRPr="00D77020" w14:paraId="10D0FBDE" w14:textId="77777777">
        <w:tc>
          <w:tcPr>
            <w:tcW w:w="1234" w:type="dxa"/>
          </w:tcPr>
          <w:p w14:paraId="11E7B4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10B5C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BK-246-з</w:t>
            </w:r>
          </w:p>
        </w:tc>
        <w:tc>
          <w:tcPr>
            <w:tcW w:w="1234" w:type="dxa"/>
          </w:tcPr>
          <w:p w14:paraId="2BE05D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246</w:t>
            </w:r>
          </w:p>
        </w:tc>
        <w:tc>
          <w:tcPr>
            <w:tcW w:w="1234" w:type="dxa"/>
          </w:tcPr>
          <w:p w14:paraId="5982D4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0B2602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4C4522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353CC4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3,5</w:t>
            </w:r>
          </w:p>
        </w:tc>
      </w:tr>
      <w:tr w:rsidR="006F0136" w:rsidRPr="00D77020" w14:paraId="3C342E06" w14:textId="77777777">
        <w:tc>
          <w:tcPr>
            <w:tcW w:w="1234" w:type="dxa"/>
          </w:tcPr>
          <w:p w14:paraId="3C5B23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F800D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BK-246-л</w:t>
            </w:r>
          </w:p>
        </w:tc>
        <w:tc>
          <w:tcPr>
            <w:tcW w:w="1234" w:type="dxa"/>
          </w:tcPr>
          <w:p w14:paraId="3E9B85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246</w:t>
            </w:r>
          </w:p>
        </w:tc>
        <w:tc>
          <w:tcPr>
            <w:tcW w:w="1234" w:type="dxa"/>
          </w:tcPr>
          <w:p w14:paraId="6F60D6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7119CA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0573B3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2BF33D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8,0</w:t>
            </w:r>
          </w:p>
        </w:tc>
      </w:tr>
      <w:tr w:rsidR="006F0136" w:rsidRPr="00D77020" w14:paraId="5878331F" w14:textId="77777777">
        <w:tc>
          <w:tcPr>
            <w:tcW w:w="1234" w:type="dxa"/>
          </w:tcPr>
          <w:p w14:paraId="38D666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4190A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BK-246-м</w:t>
            </w:r>
          </w:p>
        </w:tc>
        <w:tc>
          <w:tcPr>
            <w:tcW w:w="1234" w:type="dxa"/>
          </w:tcPr>
          <w:p w14:paraId="1FC436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246</w:t>
            </w:r>
          </w:p>
        </w:tc>
        <w:tc>
          <w:tcPr>
            <w:tcW w:w="1234" w:type="dxa"/>
          </w:tcPr>
          <w:p w14:paraId="457E06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0ED451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02497B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8127DF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9,0</w:t>
            </w:r>
          </w:p>
        </w:tc>
      </w:tr>
      <w:tr w:rsidR="006F0136" w:rsidRPr="00D77020" w14:paraId="60C59561" w14:textId="77777777">
        <w:tc>
          <w:tcPr>
            <w:tcW w:w="1234" w:type="dxa"/>
          </w:tcPr>
          <w:p w14:paraId="164DFF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94D10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BK-246-о</w:t>
            </w:r>
          </w:p>
        </w:tc>
        <w:tc>
          <w:tcPr>
            <w:tcW w:w="1234" w:type="dxa"/>
          </w:tcPr>
          <w:p w14:paraId="2C83B9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246</w:t>
            </w:r>
          </w:p>
        </w:tc>
        <w:tc>
          <w:tcPr>
            <w:tcW w:w="1234" w:type="dxa"/>
          </w:tcPr>
          <w:p w14:paraId="545DC8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2CD0E0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643170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7B1F30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5,9</w:t>
            </w:r>
          </w:p>
        </w:tc>
      </w:tr>
      <w:tr w:rsidR="006F0136" w:rsidRPr="00D77020" w14:paraId="41A3C23A" w14:textId="77777777">
        <w:tc>
          <w:tcPr>
            <w:tcW w:w="1234" w:type="dxa"/>
          </w:tcPr>
          <w:p w14:paraId="1700A6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F0AA9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BK-247-а</w:t>
            </w:r>
          </w:p>
        </w:tc>
        <w:tc>
          <w:tcPr>
            <w:tcW w:w="1234" w:type="dxa"/>
          </w:tcPr>
          <w:p w14:paraId="270487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247</w:t>
            </w:r>
          </w:p>
        </w:tc>
        <w:tc>
          <w:tcPr>
            <w:tcW w:w="1234" w:type="dxa"/>
          </w:tcPr>
          <w:p w14:paraId="73E07D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0649B2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545FED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F21757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1,5</w:t>
            </w:r>
          </w:p>
        </w:tc>
      </w:tr>
      <w:tr w:rsidR="006F0136" w:rsidRPr="00D77020" w14:paraId="6A31E90C" w14:textId="77777777">
        <w:tc>
          <w:tcPr>
            <w:tcW w:w="1234" w:type="dxa"/>
          </w:tcPr>
          <w:p w14:paraId="425EF1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F7211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BK-247-д</w:t>
            </w:r>
          </w:p>
        </w:tc>
        <w:tc>
          <w:tcPr>
            <w:tcW w:w="1234" w:type="dxa"/>
          </w:tcPr>
          <w:p w14:paraId="66095C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247</w:t>
            </w:r>
          </w:p>
        </w:tc>
        <w:tc>
          <w:tcPr>
            <w:tcW w:w="1234" w:type="dxa"/>
          </w:tcPr>
          <w:p w14:paraId="1031C8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60EB60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40D63A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58E2BC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8,9</w:t>
            </w:r>
          </w:p>
        </w:tc>
      </w:tr>
      <w:tr w:rsidR="006F0136" w:rsidRPr="00D77020" w14:paraId="66FF094B" w14:textId="77777777">
        <w:tc>
          <w:tcPr>
            <w:tcW w:w="1234" w:type="dxa"/>
          </w:tcPr>
          <w:p w14:paraId="17C672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321F1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BK-248-а</w:t>
            </w:r>
          </w:p>
        </w:tc>
        <w:tc>
          <w:tcPr>
            <w:tcW w:w="1234" w:type="dxa"/>
          </w:tcPr>
          <w:p w14:paraId="3837FD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248</w:t>
            </w:r>
          </w:p>
        </w:tc>
        <w:tc>
          <w:tcPr>
            <w:tcW w:w="1234" w:type="dxa"/>
          </w:tcPr>
          <w:p w14:paraId="5709B5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2A920D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4023FA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F42212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4,8</w:t>
            </w:r>
          </w:p>
        </w:tc>
      </w:tr>
      <w:tr w:rsidR="006F0136" w:rsidRPr="00D77020" w14:paraId="492178D4" w14:textId="77777777">
        <w:tc>
          <w:tcPr>
            <w:tcW w:w="1234" w:type="dxa"/>
          </w:tcPr>
          <w:p w14:paraId="611475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8EEDD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BK-249-е</w:t>
            </w:r>
          </w:p>
        </w:tc>
        <w:tc>
          <w:tcPr>
            <w:tcW w:w="1234" w:type="dxa"/>
          </w:tcPr>
          <w:p w14:paraId="2EBBBA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249</w:t>
            </w:r>
          </w:p>
        </w:tc>
        <w:tc>
          <w:tcPr>
            <w:tcW w:w="1234" w:type="dxa"/>
          </w:tcPr>
          <w:p w14:paraId="7300BC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7E5E60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059A39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08A1FAD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8,5</w:t>
            </w:r>
          </w:p>
        </w:tc>
      </w:tr>
      <w:tr w:rsidR="006F0136" w:rsidRPr="00D77020" w14:paraId="523BEFE8" w14:textId="77777777">
        <w:tc>
          <w:tcPr>
            <w:tcW w:w="1234" w:type="dxa"/>
          </w:tcPr>
          <w:p w14:paraId="24252B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10714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BK-249-з</w:t>
            </w:r>
          </w:p>
        </w:tc>
        <w:tc>
          <w:tcPr>
            <w:tcW w:w="1234" w:type="dxa"/>
          </w:tcPr>
          <w:p w14:paraId="47AF42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249</w:t>
            </w:r>
          </w:p>
        </w:tc>
        <w:tc>
          <w:tcPr>
            <w:tcW w:w="1234" w:type="dxa"/>
          </w:tcPr>
          <w:p w14:paraId="298C67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0A6A03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20075D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55A5BC7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6,8</w:t>
            </w:r>
          </w:p>
        </w:tc>
      </w:tr>
      <w:tr w:rsidR="006F0136" w:rsidRPr="00D77020" w14:paraId="0ACB1ADF" w14:textId="77777777">
        <w:tc>
          <w:tcPr>
            <w:tcW w:w="1234" w:type="dxa"/>
          </w:tcPr>
          <w:p w14:paraId="606F66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CBB56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BK-250-в</w:t>
            </w:r>
          </w:p>
        </w:tc>
        <w:tc>
          <w:tcPr>
            <w:tcW w:w="1234" w:type="dxa"/>
          </w:tcPr>
          <w:p w14:paraId="29EA84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250</w:t>
            </w:r>
          </w:p>
        </w:tc>
        <w:tc>
          <w:tcPr>
            <w:tcW w:w="1234" w:type="dxa"/>
          </w:tcPr>
          <w:p w14:paraId="24F32C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1FFBAB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14F355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636AE5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8,2</w:t>
            </w:r>
          </w:p>
        </w:tc>
      </w:tr>
      <w:tr w:rsidR="006F0136" w:rsidRPr="00D77020" w14:paraId="0AC5035B" w14:textId="77777777">
        <w:tc>
          <w:tcPr>
            <w:tcW w:w="1234" w:type="dxa"/>
          </w:tcPr>
          <w:p w14:paraId="2CD299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65C8D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BK-250-д</w:t>
            </w:r>
          </w:p>
        </w:tc>
        <w:tc>
          <w:tcPr>
            <w:tcW w:w="1234" w:type="dxa"/>
          </w:tcPr>
          <w:p w14:paraId="47A5BE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250</w:t>
            </w:r>
          </w:p>
        </w:tc>
        <w:tc>
          <w:tcPr>
            <w:tcW w:w="1234" w:type="dxa"/>
          </w:tcPr>
          <w:p w14:paraId="3C90EE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1F2532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711967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69D474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28,3</w:t>
            </w:r>
          </w:p>
        </w:tc>
      </w:tr>
      <w:tr w:rsidR="006F0136" w:rsidRPr="00D77020" w14:paraId="25E637B8" w14:textId="77777777">
        <w:tc>
          <w:tcPr>
            <w:tcW w:w="1234" w:type="dxa"/>
          </w:tcPr>
          <w:p w14:paraId="431E7E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3E0D5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BK-251-б</w:t>
            </w:r>
          </w:p>
        </w:tc>
        <w:tc>
          <w:tcPr>
            <w:tcW w:w="1234" w:type="dxa"/>
          </w:tcPr>
          <w:p w14:paraId="636A59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251</w:t>
            </w:r>
          </w:p>
        </w:tc>
        <w:tc>
          <w:tcPr>
            <w:tcW w:w="1234" w:type="dxa"/>
          </w:tcPr>
          <w:p w14:paraId="020994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449A4D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6E9083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920443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10,7</w:t>
            </w:r>
          </w:p>
        </w:tc>
      </w:tr>
      <w:tr w:rsidR="006F0136" w:rsidRPr="00D77020" w14:paraId="7F641091" w14:textId="77777777">
        <w:tc>
          <w:tcPr>
            <w:tcW w:w="1234" w:type="dxa"/>
          </w:tcPr>
          <w:p w14:paraId="0BF44E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67D41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BK-251-д</w:t>
            </w:r>
          </w:p>
        </w:tc>
        <w:tc>
          <w:tcPr>
            <w:tcW w:w="1234" w:type="dxa"/>
          </w:tcPr>
          <w:p w14:paraId="7E3F6A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251</w:t>
            </w:r>
          </w:p>
        </w:tc>
        <w:tc>
          <w:tcPr>
            <w:tcW w:w="1234" w:type="dxa"/>
          </w:tcPr>
          <w:p w14:paraId="61ECA6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4EBC37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25B44E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1122CEC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4,2</w:t>
            </w:r>
          </w:p>
        </w:tc>
      </w:tr>
      <w:tr w:rsidR="006F0136" w:rsidRPr="00D77020" w14:paraId="4F6B285F" w14:textId="77777777">
        <w:tc>
          <w:tcPr>
            <w:tcW w:w="1234" w:type="dxa"/>
          </w:tcPr>
          <w:p w14:paraId="3CDC8E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44725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BK-251-и</w:t>
            </w:r>
          </w:p>
        </w:tc>
        <w:tc>
          <w:tcPr>
            <w:tcW w:w="1234" w:type="dxa"/>
          </w:tcPr>
          <w:p w14:paraId="6881C7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251</w:t>
            </w:r>
          </w:p>
        </w:tc>
        <w:tc>
          <w:tcPr>
            <w:tcW w:w="1234" w:type="dxa"/>
          </w:tcPr>
          <w:p w14:paraId="55D2EC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17D94B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0634EE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37A8525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2,7</w:t>
            </w:r>
          </w:p>
        </w:tc>
      </w:tr>
      <w:tr w:rsidR="006F0136" w:rsidRPr="00D77020" w14:paraId="548F2074" w14:textId="77777777">
        <w:tc>
          <w:tcPr>
            <w:tcW w:w="1234" w:type="dxa"/>
          </w:tcPr>
          <w:p w14:paraId="5CF8A5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9FC47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BK-251-к</w:t>
            </w:r>
          </w:p>
        </w:tc>
        <w:tc>
          <w:tcPr>
            <w:tcW w:w="1234" w:type="dxa"/>
          </w:tcPr>
          <w:p w14:paraId="6E5246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251</w:t>
            </w:r>
          </w:p>
        </w:tc>
        <w:tc>
          <w:tcPr>
            <w:tcW w:w="1234" w:type="dxa"/>
          </w:tcPr>
          <w:p w14:paraId="656FA7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077715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7E8B65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4D2583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2,6</w:t>
            </w:r>
          </w:p>
        </w:tc>
      </w:tr>
      <w:tr w:rsidR="006F0136" w:rsidRPr="00D77020" w14:paraId="633A7EE3" w14:textId="77777777">
        <w:tc>
          <w:tcPr>
            <w:tcW w:w="1234" w:type="dxa"/>
          </w:tcPr>
          <w:p w14:paraId="11DCE0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193D6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BK-252-е</w:t>
            </w:r>
          </w:p>
        </w:tc>
        <w:tc>
          <w:tcPr>
            <w:tcW w:w="1234" w:type="dxa"/>
          </w:tcPr>
          <w:p w14:paraId="7F9827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252</w:t>
            </w:r>
          </w:p>
        </w:tc>
        <w:tc>
          <w:tcPr>
            <w:tcW w:w="1234" w:type="dxa"/>
          </w:tcPr>
          <w:p w14:paraId="0B387B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10D5D7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76C1B5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006CA67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1,4</w:t>
            </w:r>
          </w:p>
        </w:tc>
      </w:tr>
      <w:tr w:rsidR="006F0136" w:rsidRPr="00D77020" w14:paraId="113C50E9" w14:textId="77777777">
        <w:tc>
          <w:tcPr>
            <w:tcW w:w="1234" w:type="dxa"/>
          </w:tcPr>
          <w:p w14:paraId="5622C6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F3905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BK-254-д</w:t>
            </w:r>
          </w:p>
        </w:tc>
        <w:tc>
          <w:tcPr>
            <w:tcW w:w="1234" w:type="dxa"/>
          </w:tcPr>
          <w:p w14:paraId="199873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254</w:t>
            </w:r>
          </w:p>
        </w:tc>
        <w:tc>
          <w:tcPr>
            <w:tcW w:w="1234" w:type="dxa"/>
          </w:tcPr>
          <w:p w14:paraId="089BB8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58F947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6E2F12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EDFF81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7,7</w:t>
            </w:r>
          </w:p>
        </w:tc>
      </w:tr>
      <w:tr w:rsidR="006F0136" w:rsidRPr="00D77020" w14:paraId="505902A5" w14:textId="77777777">
        <w:tc>
          <w:tcPr>
            <w:tcW w:w="1234" w:type="dxa"/>
          </w:tcPr>
          <w:p w14:paraId="51F8BE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EC36F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BK-256-а</w:t>
            </w:r>
          </w:p>
        </w:tc>
        <w:tc>
          <w:tcPr>
            <w:tcW w:w="1234" w:type="dxa"/>
          </w:tcPr>
          <w:p w14:paraId="3AA637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256</w:t>
            </w:r>
          </w:p>
        </w:tc>
        <w:tc>
          <w:tcPr>
            <w:tcW w:w="1234" w:type="dxa"/>
          </w:tcPr>
          <w:p w14:paraId="15B057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292639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3A66B9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1ED1C0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3,7</w:t>
            </w:r>
          </w:p>
        </w:tc>
      </w:tr>
      <w:tr w:rsidR="006F0136" w:rsidRPr="00D77020" w14:paraId="5651C8CB" w14:textId="77777777">
        <w:tc>
          <w:tcPr>
            <w:tcW w:w="1234" w:type="dxa"/>
          </w:tcPr>
          <w:p w14:paraId="01C766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9B178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BK-257-в</w:t>
            </w:r>
          </w:p>
        </w:tc>
        <w:tc>
          <w:tcPr>
            <w:tcW w:w="1234" w:type="dxa"/>
          </w:tcPr>
          <w:p w14:paraId="08735C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257</w:t>
            </w:r>
          </w:p>
        </w:tc>
        <w:tc>
          <w:tcPr>
            <w:tcW w:w="1234" w:type="dxa"/>
          </w:tcPr>
          <w:p w14:paraId="4CC12A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297D87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4FCACF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29341D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9,6</w:t>
            </w:r>
          </w:p>
        </w:tc>
      </w:tr>
      <w:tr w:rsidR="006F0136" w:rsidRPr="00D77020" w14:paraId="06A014C4" w14:textId="77777777">
        <w:tc>
          <w:tcPr>
            <w:tcW w:w="1234" w:type="dxa"/>
          </w:tcPr>
          <w:p w14:paraId="1A90FE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79247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BK-257-г</w:t>
            </w:r>
          </w:p>
        </w:tc>
        <w:tc>
          <w:tcPr>
            <w:tcW w:w="1234" w:type="dxa"/>
          </w:tcPr>
          <w:p w14:paraId="51C0CC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257</w:t>
            </w:r>
          </w:p>
        </w:tc>
        <w:tc>
          <w:tcPr>
            <w:tcW w:w="1234" w:type="dxa"/>
          </w:tcPr>
          <w:p w14:paraId="6C69BE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2FC0CD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12A2B3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6C31F9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0,8</w:t>
            </w:r>
          </w:p>
        </w:tc>
      </w:tr>
      <w:tr w:rsidR="006F0136" w:rsidRPr="00D77020" w14:paraId="7A68A2A5" w14:textId="77777777">
        <w:tc>
          <w:tcPr>
            <w:tcW w:w="1234" w:type="dxa"/>
          </w:tcPr>
          <w:p w14:paraId="464951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5B78C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BK-258-а</w:t>
            </w:r>
          </w:p>
        </w:tc>
        <w:tc>
          <w:tcPr>
            <w:tcW w:w="1234" w:type="dxa"/>
          </w:tcPr>
          <w:p w14:paraId="6D990B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258</w:t>
            </w:r>
          </w:p>
        </w:tc>
        <w:tc>
          <w:tcPr>
            <w:tcW w:w="1234" w:type="dxa"/>
          </w:tcPr>
          <w:p w14:paraId="23625D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0FB4FC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2D3A41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F01FD8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3,4</w:t>
            </w:r>
          </w:p>
        </w:tc>
      </w:tr>
      <w:tr w:rsidR="006F0136" w:rsidRPr="00D77020" w14:paraId="0A48CD24" w14:textId="77777777">
        <w:tc>
          <w:tcPr>
            <w:tcW w:w="1234" w:type="dxa"/>
          </w:tcPr>
          <w:p w14:paraId="1B349C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C6052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BK-260-а</w:t>
            </w:r>
          </w:p>
        </w:tc>
        <w:tc>
          <w:tcPr>
            <w:tcW w:w="1234" w:type="dxa"/>
          </w:tcPr>
          <w:p w14:paraId="265B8E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260</w:t>
            </w:r>
          </w:p>
        </w:tc>
        <w:tc>
          <w:tcPr>
            <w:tcW w:w="1234" w:type="dxa"/>
          </w:tcPr>
          <w:p w14:paraId="2180E8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6964FE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628BDE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ADD63C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1,6</w:t>
            </w:r>
          </w:p>
        </w:tc>
      </w:tr>
      <w:tr w:rsidR="006F0136" w:rsidRPr="00D77020" w14:paraId="106D5E36" w14:textId="77777777">
        <w:tc>
          <w:tcPr>
            <w:tcW w:w="1234" w:type="dxa"/>
          </w:tcPr>
          <w:p w14:paraId="25F292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5E664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BK-261-п</w:t>
            </w:r>
          </w:p>
        </w:tc>
        <w:tc>
          <w:tcPr>
            <w:tcW w:w="1234" w:type="dxa"/>
          </w:tcPr>
          <w:p w14:paraId="52B738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261</w:t>
            </w:r>
          </w:p>
        </w:tc>
        <w:tc>
          <w:tcPr>
            <w:tcW w:w="1234" w:type="dxa"/>
          </w:tcPr>
          <w:p w14:paraId="59F275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459686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3AB9DD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770E0D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10,3</w:t>
            </w:r>
          </w:p>
        </w:tc>
      </w:tr>
      <w:tr w:rsidR="006F0136" w:rsidRPr="00D77020" w14:paraId="275F459D" w14:textId="77777777">
        <w:tc>
          <w:tcPr>
            <w:tcW w:w="1234" w:type="dxa"/>
          </w:tcPr>
          <w:p w14:paraId="4EC3FE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00780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BK-265-в</w:t>
            </w:r>
          </w:p>
        </w:tc>
        <w:tc>
          <w:tcPr>
            <w:tcW w:w="1234" w:type="dxa"/>
          </w:tcPr>
          <w:p w14:paraId="4ACF9B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265</w:t>
            </w:r>
          </w:p>
        </w:tc>
        <w:tc>
          <w:tcPr>
            <w:tcW w:w="1234" w:type="dxa"/>
          </w:tcPr>
          <w:p w14:paraId="197FC5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55C362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43A090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1D36F3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12,0</w:t>
            </w:r>
          </w:p>
        </w:tc>
      </w:tr>
      <w:tr w:rsidR="006F0136" w:rsidRPr="00D77020" w14:paraId="690EB392" w14:textId="77777777">
        <w:tc>
          <w:tcPr>
            <w:tcW w:w="1234" w:type="dxa"/>
          </w:tcPr>
          <w:p w14:paraId="0CFE52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3A95D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BK-266-в</w:t>
            </w:r>
          </w:p>
        </w:tc>
        <w:tc>
          <w:tcPr>
            <w:tcW w:w="1234" w:type="dxa"/>
          </w:tcPr>
          <w:p w14:paraId="6374AA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266</w:t>
            </w:r>
          </w:p>
        </w:tc>
        <w:tc>
          <w:tcPr>
            <w:tcW w:w="1234" w:type="dxa"/>
          </w:tcPr>
          <w:p w14:paraId="0DAD8C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55E266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698220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014625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16,1</w:t>
            </w:r>
          </w:p>
        </w:tc>
      </w:tr>
      <w:tr w:rsidR="006F0136" w:rsidRPr="00D77020" w14:paraId="3890D6BD" w14:textId="77777777">
        <w:tc>
          <w:tcPr>
            <w:tcW w:w="1234" w:type="dxa"/>
          </w:tcPr>
          <w:p w14:paraId="740BD8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5893E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BK-266-г</w:t>
            </w:r>
          </w:p>
        </w:tc>
        <w:tc>
          <w:tcPr>
            <w:tcW w:w="1234" w:type="dxa"/>
          </w:tcPr>
          <w:p w14:paraId="7D3C76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266</w:t>
            </w:r>
          </w:p>
        </w:tc>
        <w:tc>
          <w:tcPr>
            <w:tcW w:w="1234" w:type="dxa"/>
          </w:tcPr>
          <w:p w14:paraId="138AAB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49D08D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60CF67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FBF4A4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6,2</w:t>
            </w:r>
          </w:p>
        </w:tc>
      </w:tr>
      <w:tr w:rsidR="006F0136" w:rsidRPr="00D77020" w14:paraId="16C7E270" w14:textId="77777777">
        <w:tc>
          <w:tcPr>
            <w:tcW w:w="1234" w:type="dxa"/>
          </w:tcPr>
          <w:p w14:paraId="278AE7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6EB86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BK-268-д</w:t>
            </w:r>
          </w:p>
        </w:tc>
        <w:tc>
          <w:tcPr>
            <w:tcW w:w="1234" w:type="dxa"/>
          </w:tcPr>
          <w:p w14:paraId="64A047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268</w:t>
            </w:r>
          </w:p>
        </w:tc>
        <w:tc>
          <w:tcPr>
            <w:tcW w:w="1234" w:type="dxa"/>
          </w:tcPr>
          <w:p w14:paraId="73DC88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6E78F7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31CBA4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C83C92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8,8</w:t>
            </w:r>
          </w:p>
        </w:tc>
      </w:tr>
      <w:tr w:rsidR="006F0136" w:rsidRPr="00D77020" w14:paraId="130805D5" w14:textId="77777777">
        <w:tc>
          <w:tcPr>
            <w:tcW w:w="1234" w:type="dxa"/>
          </w:tcPr>
          <w:p w14:paraId="0D46A8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2020</w:t>
            </w:r>
          </w:p>
        </w:tc>
        <w:tc>
          <w:tcPr>
            <w:tcW w:w="1234" w:type="dxa"/>
          </w:tcPr>
          <w:p w14:paraId="6AB8FB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BK-278-а</w:t>
            </w:r>
          </w:p>
        </w:tc>
        <w:tc>
          <w:tcPr>
            <w:tcW w:w="1234" w:type="dxa"/>
          </w:tcPr>
          <w:p w14:paraId="559063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278</w:t>
            </w:r>
          </w:p>
        </w:tc>
        <w:tc>
          <w:tcPr>
            <w:tcW w:w="1234" w:type="dxa"/>
          </w:tcPr>
          <w:p w14:paraId="1F396B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78ED13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39FF97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D52F83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24,0</w:t>
            </w:r>
          </w:p>
        </w:tc>
      </w:tr>
      <w:tr w:rsidR="006F0136" w:rsidRPr="00D77020" w14:paraId="28457F6C" w14:textId="77777777">
        <w:tc>
          <w:tcPr>
            <w:tcW w:w="1234" w:type="dxa"/>
          </w:tcPr>
          <w:p w14:paraId="35D47F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4241B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BK-279-а</w:t>
            </w:r>
          </w:p>
        </w:tc>
        <w:tc>
          <w:tcPr>
            <w:tcW w:w="1234" w:type="dxa"/>
          </w:tcPr>
          <w:p w14:paraId="684344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279</w:t>
            </w:r>
          </w:p>
        </w:tc>
        <w:tc>
          <w:tcPr>
            <w:tcW w:w="1234" w:type="dxa"/>
          </w:tcPr>
          <w:p w14:paraId="77A00C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52120B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19502D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3F0645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4,0</w:t>
            </w:r>
          </w:p>
        </w:tc>
      </w:tr>
      <w:tr w:rsidR="006F0136" w:rsidRPr="00D77020" w14:paraId="5DD3AC06" w14:textId="77777777">
        <w:tc>
          <w:tcPr>
            <w:tcW w:w="1234" w:type="dxa"/>
          </w:tcPr>
          <w:p w14:paraId="0D361F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06B5B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BK-279-в</w:t>
            </w:r>
          </w:p>
        </w:tc>
        <w:tc>
          <w:tcPr>
            <w:tcW w:w="1234" w:type="dxa"/>
          </w:tcPr>
          <w:p w14:paraId="61B1EE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279</w:t>
            </w:r>
          </w:p>
        </w:tc>
        <w:tc>
          <w:tcPr>
            <w:tcW w:w="1234" w:type="dxa"/>
          </w:tcPr>
          <w:p w14:paraId="02243E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437F1F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7EE197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F6C039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18,4</w:t>
            </w:r>
          </w:p>
        </w:tc>
      </w:tr>
      <w:tr w:rsidR="006F0136" w:rsidRPr="00D77020" w14:paraId="669EEB96" w14:textId="77777777">
        <w:tc>
          <w:tcPr>
            <w:tcW w:w="1234" w:type="dxa"/>
          </w:tcPr>
          <w:p w14:paraId="1C7B44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FEDEF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BK-280-д</w:t>
            </w:r>
          </w:p>
        </w:tc>
        <w:tc>
          <w:tcPr>
            <w:tcW w:w="1234" w:type="dxa"/>
          </w:tcPr>
          <w:p w14:paraId="260FA0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280</w:t>
            </w:r>
          </w:p>
        </w:tc>
        <w:tc>
          <w:tcPr>
            <w:tcW w:w="1234" w:type="dxa"/>
          </w:tcPr>
          <w:p w14:paraId="407DD5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367056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0EAA28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0E5454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10,6</w:t>
            </w:r>
          </w:p>
        </w:tc>
      </w:tr>
      <w:tr w:rsidR="006F0136" w:rsidRPr="00D77020" w14:paraId="0673FA83" w14:textId="77777777">
        <w:tc>
          <w:tcPr>
            <w:tcW w:w="1234" w:type="dxa"/>
          </w:tcPr>
          <w:p w14:paraId="79C0C7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3C311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BK-286-г</w:t>
            </w:r>
          </w:p>
        </w:tc>
        <w:tc>
          <w:tcPr>
            <w:tcW w:w="1234" w:type="dxa"/>
          </w:tcPr>
          <w:p w14:paraId="1D95DB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286</w:t>
            </w:r>
          </w:p>
        </w:tc>
        <w:tc>
          <w:tcPr>
            <w:tcW w:w="1234" w:type="dxa"/>
          </w:tcPr>
          <w:p w14:paraId="19172B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28FE8E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48A700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49BA2D9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2,3</w:t>
            </w:r>
          </w:p>
        </w:tc>
      </w:tr>
      <w:tr w:rsidR="006F0136" w:rsidRPr="00D77020" w14:paraId="3AEFD154" w14:textId="77777777">
        <w:tc>
          <w:tcPr>
            <w:tcW w:w="1234" w:type="dxa"/>
          </w:tcPr>
          <w:p w14:paraId="2A5E22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85870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BK-298-е</w:t>
            </w:r>
          </w:p>
        </w:tc>
        <w:tc>
          <w:tcPr>
            <w:tcW w:w="1234" w:type="dxa"/>
          </w:tcPr>
          <w:p w14:paraId="73F3B7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298</w:t>
            </w:r>
          </w:p>
        </w:tc>
        <w:tc>
          <w:tcPr>
            <w:tcW w:w="1234" w:type="dxa"/>
          </w:tcPr>
          <w:p w14:paraId="67C48A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79FACA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2529D8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515B699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2,2</w:t>
            </w:r>
          </w:p>
        </w:tc>
      </w:tr>
      <w:tr w:rsidR="006F0136" w:rsidRPr="00D77020" w14:paraId="21E1CC07" w14:textId="77777777">
        <w:tc>
          <w:tcPr>
            <w:tcW w:w="1234" w:type="dxa"/>
          </w:tcPr>
          <w:p w14:paraId="1D3E51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AD591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BK-318-в</w:t>
            </w:r>
          </w:p>
        </w:tc>
        <w:tc>
          <w:tcPr>
            <w:tcW w:w="1234" w:type="dxa"/>
          </w:tcPr>
          <w:p w14:paraId="6E4155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318</w:t>
            </w:r>
          </w:p>
        </w:tc>
        <w:tc>
          <w:tcPr>
            <w:tcW w:w="1234" w:type="dxa"/>
          </w:tcPr>
          <w:p w14:paraId="5B6CE7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7BEF74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2C4640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1E22389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2,5</w:t>
            </w:r>
          </w:p>
        </w:tc>
      </w:tr>
      <w:tr w:rsidR="006F0136" w:rsidRPr="00D77020" w14:paraId="230D69BC" w14:textId="77777777">
        <w:tc>
          <w:tcPr>
            <w:tcW w:w="1234" w:type="dxa"/>
          </w:tcPr>
          <w:p w14:paraId="6E5CF3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F0394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BK-318-е</w:t>
            </w:r>
          </w:p>
        </w:tc>
        <w:tc>
          <w:tcPr>
            <w:tcW w:w="1234" w:type="dxa"/>
          </w:tcPr>
          <w:p w14:paraId="475F87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318</w:t>
            </w:r>
          </w:p>
        </w:tc>
        <w:tc>
          <w:tcPr>
            <w:tcW w:w="1234" w:type="dxa"/>
          </w:tcPr>
          <w:p w14:paraId="36CC10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4D9858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689AD7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1754960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1,5</w:t>
            </w:r>
          </w:p>
        </w:tc>
      </w:tr>
      <w:tr w:rsidR="006F0136" w:rsidRPr="00D77020" w14:paraId="14EB2EDA" w14:textId="77777777">
        <w:tc>
          <w:tcPr>
            <w:tcW w:w="1234" w:type="dxa"/>
          </w:tcPr>
          <w:p w14:paraId="549E12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F2C7A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BK-320-б</w:t>
            </w:r>
          </w:p>
        </w:tc>
        <w:tc>
          <w:tcPr>
            <w:tcW w:w="1234" w:type="dxa"/>
          </w:tcPr>
          <w:p w14:paraId="786284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320</w:t>
            </w:r>
          </w:p>
        </w:tc>
        <w:tc>
          <w:tcPr>
            <w:tcW w:w="1234" w:type="dxa"/>
          </w:tcPr>
          <w:p w14:paraId="768C17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777875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633F70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13CC051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12,4</w:t>
            </w:r>
          </w:p>
        </w:tc>
      </w:tr>
      <w:tr w:rsidR="006F0136" w:rsidRPr="00D77020" w14:paraId="4939E5FA" w14:textId="77777777">
        <w:tc>
          <w:tcPr>
            <w:tcW w:w="1234" w:type="dxa"/>
          </w:tcPr>
          <w:p w14:paraId="1D7114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6219C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BK-322-а</w:t>
            </w:r>
          </w:p>
        </w:tc>
        <w:tc>
          <w:tcPr>
            <w:tcW w:w="1234" w:type="dxa"/>
          </w:tcPr>
          <w:p w14:paraId="228E48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322</w:t>
            </w:r>
          </w:p>
        </w:tc>
        <w:tc>
          <w:tcPr>
            <w:tcW w:w="1234" w:type="dxa"/>
          </w:tcPr>
          <w:p w14:paraId="478321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0CB256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30BCD6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57894C1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1,9</w:t>
            </w:r>
          </w:p>
        </w:tc>
      </w:tr>
      <w:tr w:rsidR="006F0136" w:rsidRPr="00D77020" w14:paraId="1B355131" w14:textId="77777777">
        <w:tc>
          <w:tcPr>
            <w:tcW w:w="1234" w:type="dxa"/>
          </w:tcPr>
          <w:p w14:paraId="4D3881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BD8C1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BK-322-б</w:t>
            </w:r>
          </w:p>
        </w:tc>
        <w:tc>
          <w:tcPr>
            <w:tcW w:w="1234" w:type="dxa"/>
          </w:tcPr>
          <w:p w14:paraId="158FF3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322</w:t>
            </w:r>
          </w:p>
        </w:tc>
        <w:tc>
          <w:tcPr>
            <w:tcW w:w="1234" w:type="dxa"/>
          </w:tcPr>
          <w:p w14:paraId="4E776C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5682D7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748EA0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1EA7821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0,8</w:t>
            </w:r>
          </w:p>
        </w:tc>
      </w:tr>
      <w:tr w:rsidR="006F0136" w:rsidRPr="00D77020" w14:paraId="496B73A0" w14:textId="77777777">
        <w:tc>
          <w:tcPr>
            <w:tcW w:w="1234" w:type="dxa"/>
          </w:tcPr>
          <w:p w14:paraId="677893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7B2FF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BK-323-ж</w:t>
            </w:r>
          </w:p>
        </w:tc>
        <w:tc>
          <w:tcPr>
            <w:tcW w:w="1234" w:type="dxa"/>
          </w:tcPr>
          <w:p w14:paraId="48EEE6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323</w:t>
            </w:r>
          </w:p>
        </w:tc>
        <w:tc>
          <w:tcPr>
            <w:tcW w:w="1234" w:type="dxa"/>
          </w:tcPr>
          <w:p w14:paraId="100885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320117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6EE146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34CEEA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12,4</w:t>
            </w:r>
          </w:p>
        </w:tc>
      </w:tr>
      <w:tr w:rsidR="006F0136" w:rsidRPr="00D77020" w14:paraId="2A8EC85C" w14:textId="77777777">
        <w:tc>
          <w:tcPr>
            <w:tcW w:w="1234" w:type="dxa"/>
          </w:tcPr>
          <w:p w14:paraId="3A3F92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3E3F6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BK-323-и</w:t>
            </w:r>
          </w:p>
        </w:tc>
        <w:tc>
          <w:tcPr>
            <w:tcW w:w="1234" w:type="dxa"/>
          </w:tcPr>
          <w:p w14:paraId="4B61D6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323</w:t>
            </w:r>
          </w:p>
        </w:tc>
        <w:tc>
          <w:tcPr>
            <w:tcW w:w="1234" w:type="dxa"/>
          </w:tcPr>
          <w:p w14:paraId="0361D3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5AFC22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15CA47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C1C08E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2,6</w:t>
            </w:r>
          </w:p>
        </w:tc>
      </w:tr>
      <w:tr w:rsidR="006F0136" w:rsidRPr="00D77020" w14:paraId="756AAB12" w14:textId="77777777">
        <w:tc>
          <w:tcPr>
            <w:tcW w:w="1234" w:type="dxa"/>
          </w:tcPr>
          <w:p w14:paraId="42A932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00765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BK-324-з</w:t>
            </w:r>
          </w:p>
        </w:tc>
        <w:tc>
          <w:tcPr>
            <w:tcW w:w="1234" w:type="dxa"/>
          </w:tcPr>
          <w:p w14:paraId="66D005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324</w:t>
            </w:r>
          </w:p>
        </w:tc>
        <w:tc>
          <w:tcPr>
            <w:tcW w:w="1234" w:type="dxa"/>
          </w:tcPr>
          <w:p w14:paraId="556DF9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76FDEC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0679D9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BA5DF0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5,1</w:t>
            </w:r>
          </w:p>
        </w:tc>
      </w:tr>
      <w:tr w:rsidR="006F0136" w:rsidRPr="00D77020" w14:paraId="2436DEE6" w14:textId="77777777">
        <w:tc>
          <w:tcPr>
            <w:tcW w:w="1234" w:type="dxa"/>
          </w:tcPr>
          <w:p w14:paraId="1831B7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66B64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BK-327-у</w:t>
            </w:r>
          </w:p>
        </w:tc>
        <w:tc>
          <w:tcPr>
            <w:tcW w:w="1234" w:type="dxa"/>
          </w:tcPr>
          <w:p w14:paraId="20F216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327</w:t>
            </w:r>
          </w:p>
        </w:tc>
        <w:tc>
          <w:tcPr>
            <w:tcW w:w="1234" w:type="dxa"/>
          </w:tcPr>
          <w:p w14:paraId="025768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у</w:t>
            </w:r>
          </w:p>
        </w:tc>
        <w:tc>
          <w:tcPr>
            <w:tcW w:w="1234" w:type="dxa"/>
          </w:tcPr>
          <w:p w14:paraId="6E4EE6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63DD99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755089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6,0</w:t>
            </w:r>
          </w:p>
        </w:tc>
      </w:tr>
      <w:tr w:rsidR="006F0136" w:rsidRPr="00D77020" w14:paraId="67B90FFD" w14:textId="77777777">
        <w:tc>
          <w:tcPr>
            <w:tcW w:w="1234" w:type="dxa"/>
          </w:tcPr>
          <w:p w14:paraId="6811DB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02ADE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BK-332-а</w:t>
            </w:r>
          </w:p>
        </w:tc>
        <w:tc>
          <w:tcPr>
            <w:tcW w:w="1234" w:type="dxa"/>
          </w:tcPr>
          <w:p w14:paraId="57B824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332</w:t>
            </w:r>
          </w:p>
        </w:tc>
        <w:tc>
          <w:tcPr>
            <w:tcW w:w="1234" w:type="dxa"/>
          </w:tcPr>
          <w:p w14:paraId="4E59AD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617353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2051FB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43B084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8,8</w:t>
            </w:r>
          </w:p>
        </w:tc>
      </w:tr>
      <w:tr w:rsidR="006F0136" w:rsidRPr="00D77020" w14:paraId="43F06AC6" w14:textId="77777777">
        <w:tc>
          <w:tcPr>
            <w:tcW w:w="1234" w:type="dxa"/>
          </w:tcPr>
          <w:p w14:paraId="41A73D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7E92A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BK-332-о</w:t>
            </w:r>
          </w:p>
        </w:tc>
        <w:tc>
          <w:tcPr>
            <w:tcW w:w="1234" w:type="dxa"/>
          </w:tcPr>
          <w:p w14:paraId="56FEB0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332</w:t>
            </w:r>
          </w:p>
        </w:tc>
        <w:tc>
          <w:tcPr>
            <w:tcW w:w="1234" w:type="dxa"/>
          </w:tcPr>
          <w:p w14:paraId="03B2DF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002949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4B05A4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2856E9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6,8</w:t>
            </w:r>
          </w:p>
        </w:tc>
      </w:tr>
      <w:tr w:rsidR="006F0136" w:rsidRPr="00D77020" w14:paraId="4F5B7027" w14:textId="77777777">
        <w:tc>
          <w:tcPr>
            <w:tcW w:w="1234" w:type="dxa"/>
          </w:tcPr>
          <w:p w14:paraId="793D18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7E3C5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BK-333-з</w:t>
            </w:r>
          </w:p>
        </w:tc>
        <w:tc>
          <w:tcPr>
            <w:tcW w:w="1234" w:type="dxa"/>
          </w:tcPr>
          <w:p w14:paraId="3813BF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333</w:t>
            </w:r>
          </w:p>
        </w:tc>
        <w:tc>
          <w:tcPr>
            <w:tcW w:w="1234" w:type="dxa"/>
          </w:tcPr>
          <w:p w14:paraId="689B37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25B12F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1989FD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DDBABD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6,4</w:t>
            </w:r>
          </w:p>
        </w:tc>
      </w:tr>
      <w:tr w:rsidR="006F0136" w:rsidRPr="00D77020" w14:paraId="0AF0AD4B" w14:textId="77777777">
        <w:tc>
          <w:tcPr>
            <w:tcW w:w="1234" w:type="dxa"/>
          </w:tcPr>
          <w:p w14:paraId="01EA72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A315C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BK-35-в</w:t>
            </w:r>
          </w:p>
        </w:tc>
        <w:tc>
          <w:tcPr>
            <w:tcW w:w="1234" w:type="dxa"/>
          </w:tcPr>
          <w:p w14:paraId="72AB26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</w:t>
            </w:r>
          </w:p>
        </w:tc>
        <w:tc>
          <w:tcPr>
            <w:tcW w:w="1234" w:type="dxa"/>
          </w:tcPr>
          <w:p w14:paraId="2AF518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17C6FF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4836FE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00D8744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5,8</w:t>
            </w:r>
          </w:p>
        </w:tc>
      </w:tr>
      <w:tr w:rsidR="006F0136" w:rsidRPr="00D77020" w14:paraId="5116F6D8" w14:textId="77777777">
        <w:tc>
          <w:tcPr>
            <w:tcW w:w="1234" w:type="dxa"/>
          </w:tcPr>
          <w:p w14:paraId="4E34DB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CCC3D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BK-354-г</w:t>
            </w:r>
          </w:p>
        </w:tc>
        <w:tc>
          <w:tcPr>
            <w:tcW w:w="1234" w:type="dxa"/>
          </w:tcPr>
          <w:p w14:paraId="22518A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354</w:t>
            </w:r>
          </w:p>
        </w:tc>
        <w:tc>
          <w:tcPr>
            <w:tcW w:w="1234" w:type="dxa"/>
          </w:tcPr>
          <w:p w14:paraId="2D4111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345A2C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65</w:t>
            </w:r>
          </w:p>
        </w:tc>
        <w:tc>
          <w:tcPr>
            <w:tcW w:w="1234" w:type="dxa"/>
          </w:tcPr>
          <w:p w14:paraId="0260B4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52F661E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2,8</w:t>
            </w:r>
          </w:p>
        </w:tc>
      </w:tr>
      <w:tr w:rsidR="006F0136" w:rsidRPr="00D77020" w14:paraId="6FF0C165" w14:textId="77777777">
        <w:tc>
          <w:tcPr>
            <w:tcW w:w="1234" w:type="dxa"/>
          </w:tcPr>
          <w:p w14:paraId="7908AD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CE4FF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BK-360-и</w:t>
            </w:r>
          </w:p>
        </w:tc>
        <w:tc>
          <w:tcPr>
            <w:tcW w:w="1234" w:type="dxa"/>
          </w:tcPr>
          <w:p w14:paraId="5819A2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360</w:t>
            </w:r>
          </w:p>
        </w:tc>
        <w:tc>
          <w:tcPr>
            <w:tcW w:w="1234" w:type="dxa"/>
          </w:tcPr>
          <w:p w14:paraId="6A87E0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79BD62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716B34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8BAC3A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2,9</w:t>
            </w:r>
          </w:p>
        </w:tc>
      </w:tr>
      <w:tr w:rsidR="006F0136" w:rsidRPr="00D77020" w14:paraId="72682115" w14:textId="77777777">
        <w:tc>
          <w:tcPr>
            <w:tcW w:w="1234" w:type="dxa"/>
          </w:tcPr>
          <w:p w14:paraId="023836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19C35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BK-360-м</w:t>
            </w:r>
          </w:p>
        </w:tc>
        <w:tc>
          <w:tcPr>
            <w:tcW w:w="1234" w:type="dxa"/>
          </w:tcPr>
          <w:p w14:paraId="20C37B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360</w:t>
            </w:r>
          </w:p>
        </w:tc>
        <w:tc>
          <w:tcPr>
            <w:tcW w:w="1234" w:type="dxa"/>
          </w:tcPr>
          <w:p w14:paraId="066B65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611AE8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605E53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DB636F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12,4</w:t>
            </w:r>
          </w:p>
        </w:tc>
      </w:tr>
      <w:tr w:rsidR="006F0136" w:rsidRPr="00D77020" w14:paraId="09D452CE" w14:textId="77777777">
        <w:tc>
          <w:tcPr>
            <w:tcW w:w="1234" w:type="dxa"/>
          </w:tcPr>
          <w:p w14:paraId="1FCA24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8D515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BK-360-р</w:t>
            </w:r>
          </w:p>
        </w:tc>
        <w:tc>
          <w:tcPr>
            <w:tcW w:w="1234" w:type="dxa"/>
          </w:tcPr>
          <w:p w14:paraId="1195A5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360</w:t>
            </w:r>
          </w:p>
        </w:tc>
        <w:tc>
          <w:tcPr>
            <w:tcW w:w="1234" w:type="dxa"/>
          </w:tcPr>
          <w:p w14:paraId="34F0BE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12D837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0BDDA6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138C46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2,4</w:t>
            </w:r>
          </w:p>
        </w:tc>
      </w:tr>
      <w:tr w:rsidR="006F0136" w:rsidRPr="00D77020" w14:paraId="539DC2DB" w14:textId="77777777">
        <w:tc>
          <w:tcPr>
            <w:tcW w:w="1234" w:type="dxa"/>
          </w:tcPr>
          <w:p w14:paraId="31796E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A807C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BK-360-х</w:t>
            </w:r>
          </w:p>
        </w:tc>
        <w:tc>
          <w:tcPr>
            <w:tcW w:w="1234" w:type="dxa"/>
          </w:tcPr>
          <w:p w14:paraId="4E251F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360</w:t>
            </w:r>
          </w:p>
        </w:tc>
        <w:tc>
          <w:tcPr>
            <w:tcW w:w="1234" w:type="dxa"/>
          </w:tcPr>
          <w:p w14:paraId="0140C9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х</w:t>
            </w:r>
          </w:p>
        </w:tc>
        <w:tc>
          <w:tcPr>
            <w:tcW w:w="1234" w:type="dxa"/>
          </w:tcPr>
          <w:p w14:paraId="2D743E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5F8D1B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373FC2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1,7</w:t>
            </w:r>
          </w:p>
        </w:tc>
      </w:tr>
      <w:tr w:rsidR="006F0136" w:rsidRPr="00D77020" w14:paraId="3A0DC772" w14:textId="77777777">
        <w:tc>
          <w:tcPr>
            <w:tcW w:w="1234" w:type="dxa"/>
          </w:tcPr>
          <w:p w14:paraId="66491F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E3B16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BK-360-ч</w:t>
            </w:r>
          </w:p>
        </w:tc>
        <w:tc>
          <w:tcPr>
            <w:tcW w:w="1234" w:type="dxa"/>
          </w:tcPr>
          <w:p w14:paraId="5BDE79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360</w:t>
            </w:r>
          </w:p>
        </w:tc>
        <w:tc>
          <w:tcPr>
            <w:tcW w:w="1234" w:type="dxa"/>
          </w:tcPr>
          <w:p w14:paraId="00DA55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ч</w:t>
            </w:r>
          </w:p>
        </w:tc>
        <w:tc>
          <w:tcPr>
            <w:tcW w:w="1234" w:type="dxa"/>
          </w:tcPr>
          <w:p w14:paraId="531135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565088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6A898DB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56E18353" w14:textId="77777777">
        <w:tc>
          <w:tcPr>
            <w:tcW w:w="1234" w:type="dxa"/>
          </w:tcPr>
          <w:p w14:paraId="3DA93B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068FE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BK-360-щ</w:t>
            </w:r>
          </w:p>
        </w:tc>
        <w:tc>
          <w:tcPr>
            <w:tcW w:w="1234" w:type="dxa"/>
          </w:tcPr>
          <w:p w14:paraId="76FAF6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360</w:t>
            </w:r>
          </w:p>
        </w:tc>
        <w:tc>
          <w:tcPr>
            <w:tcW w:w="1234" w:type="dxa"/>
          </w:tcPr>
          <w:p w14:paraId="14D3BB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щ</w:t>
            </w:r>
          </w:p>
        </w:tc>
        <w:tc>
          <w:tcPr>
            <w:tcW w:w="1234" w:type="dxa"/>
          </w:tcPr>
          <w:p w14:paraId="19BEAF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4362FC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76DB5B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0,9</w:t>
            </w:r>
          </w:p>
        </w:tc>
      </w:tr>
      <w:tr w:rsidR="006F0136" w:rsidRPr="00D77020" w14:paraId="69D12A66" w14:textId="77777777">
        <w:tc>
          <w:tcPr>
            <w:tcW w:w="1234" w:type="dxa"/>
          </w:tcPr>
          <w:p w14:paraId="2477F0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84F67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BK-361-ж</w:t>
            </w:r>
          </w:p>
        </w:tc>
        <w:tc>
          <w:tcPr>
            <w:tcW w:w="1234" w:type="dxa"/>
          </w:tcPr>
          <w:p w14:paraId="093AEF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361</w:t>
            </w:r>
          </w:p>
        </w:tc>
        <w:tc>
          <w:tcPr>
            <w:tcW w:w="1234" w:type="dxa"/>
          </w:tcPr>
          <w:p w14:paraId="350D9A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65E67E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567F9E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78FF00D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2,2</w:t>
            </w:r>
          </w:p>
        </w:tc>
      </w:tr>
      <w:tr w:rsidR="006F0136" w:rsidRPr="00D77020" w14:paraId="6730541B" w14:textId="77777777">
        <w:tc>
          <w:tcPr>
            <w:tcW w:w="1234" w:type="dxa"/>
          </w:tcPr>
          <w:p w14:paraId="18547E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C8C4A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BK-363-г</w:t>
            </w:r>
          </w:p>
        </w:tc>
        <w:tc>
          <w:tcPr>
            <w:tcW w:w="1234" w:type="dxa"/>
          </w:tcPr>
          <w:p w14:paraId="2D0E20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363</w:t>
            </w:r>
          </w:p>
        </w:tc>
        <w:tc>
          <w:tcPr>
            <w:tcW w:w="1234" w:type="dxa"/>
          </w:tcPr>
          <w:p w14:paraId="11F0E1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611717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4DEBDA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6C3277F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5,6</w:t>
            </w:r>
          </w:p>
        </w:tc>
      </w:tr>
      <w:tr w:rsidR="006F0136" w:rsidRPr="00D77020" w14:paraId="439713AB" w14:textId="77777777">
        <w:tc>
          <w:tcPr>
            <w:tcW w:w="1234" w:type="dxa"/>
          </w:tcPr>
          <w:p w14:paraId="44177D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444F4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BK-376-м</w:t>
            </w:r>
          </w:p>
        </w:tc>
        <w:tc>
          <w:tcPr>
            <w:tcW w:w="1234" w:type="dxa"/>
          </w:tcPr>
          <w:p w14:paraId="7453BC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376</w:t>
            </w:r>
          </w:p>
        </w:tc>
        <w:tc>
          <w:tcPr>
            <w:tcW w:w="1234" w:type="dxa"/>
          </w:tcPr>
          <w:p w14:paraId="4B7A92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38567F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6952FC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FA0B6F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4C27CA55" w14:textId="77777777">
        <w:tc>
          <w:tcPr>
            <w:tcW w:w="1234" w:type="dxa"/>
          </w:tcPr>
          <w:p w14:paraId="15DA51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387A8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BK-38-а</w:t>
            </w:r>
          </w:p>
        </w:tc>
        <w:tc>
          <w:tcPr>
            <w:tcW w:w="1234" w:type="dxa"/>
          </w:tcPr>
          <w:p w14:paraId="366791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</w:t>
            </w:r>
          </w:p>
        </w:tc>
        <w:tc>
          <w:tcPr>
            <w:tcW w:w="1234" w:type="dxa"/>
          </w:tcPr>
          <w:p w14:paraId="3E54A7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50BB0F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335285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7FD2919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1,1</w:t>
            </w:r>
          </w:p>
        </w:tc>
      </w:tr>
      <w:tr w:rsidR="006F0136" w:rsidRPr="00D77020" w14:paraId="46952046" w14:textId="77777777">
        <w:tc>
          <w:tcPr>
            <w:tcW w:w="1234" w:type="dxa"/>
          </w:tcPr>
          <w:p w14:paraId="2D8A0A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3C39D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BK-382-а</w:t>
            </w:r>
          </w:p>
        </w:tc>
        <w:tc>
          <w:tcPr>
            <w:tcW w:w="1234" w:type="dxa"/>
          </w:tcPr>
          <w:p w14:paraId="22871F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382</w:t>
            </w:r>
          </w:p>
        </w:tc>
        <w:tc>
          <w:tcPr>
            <w:tcW w:w="1234" w:type="dxa"/>
          </w:tcPr>
          <w:p w14:paraId="34C967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2D929E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6CE08B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7D4476F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1,5</w:t>
            </w:r>
          </w:p>
        </w:tc>
      </w:tr>
      <w:tr w:rsidR="006F0136" w:rsidRPr="00D77020" w14:paraId="66600873" w14:textId="77777777">
        <w:tc>
          <w:tcPr>
            <w:tcW w:w="1234" w:type="dxa"/>
          </w:tcPr>
          <w:p w14:paraId="6203F3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CB369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BK-383-в</w:t>
            </w:r>
          </w:p>
        </w:tc>
        <w:tc>
          <w:tcPr>
            <w:tcW w:w="1234" w:type="dxa"/>
          </w:tcPr>
          <w:p w14:paraId="19E06F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383</w:t>
            </w:r>
          </w:p>
        </w:tc>
        <w:tc>
          <w:tcPr>
            <w:tcW w:w="1234" w:type="dxa"/>
          </w:tcPr>
          <w:p w14:paraId="52302F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1D88EC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28F10C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9260</w:t>
            </w:r>
          </w:p>
        </w:tc>
        <w:tc>
          <w:tcPr>
            <w:tcW w:w="1234" w:type="dxa"/>
          </w:tcPr>
          <w:p w14:paraId="4266373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17,4</w:t>
            </w:r>
          </w:p>
        </w:tc>
      </w:tr>
      <w:tr w:rsidR="006F0136" w:rsidRPr="00D77020" w14:paraId="5FEFA749" w14:textId="77777777">
        <w:tc>
          <w:tcPr>
            <w:tcW w:w="1234" w:type="dxa"/>
          </w:tcPr>
          <w:p w14:paraId="0D30FF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BCEE4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BK-385-а</w:t>
            </w:r>
          </w:p>
        </w:tc>
        <w:tc>
          <w:tcPr>
            <w:tcW w:w="1234" w:type="dxa"/>
          </w:tcPr>
          <w:p w14:paraId="3B1EE8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385</w:t>
            </w:r>
          </w:p>
        </w:tc>
        <w:tc>
          <w:tcPr>
            <w:tcW w:w="1234" w:type="dxa"/>
          </w:tcPr>
          <w:p w14:paraId="2BD865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27B57D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788A19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9260</w:t>
            </w:r>
          </w:p>
        </w:tc>
        <w:tc>
          <w:tcPr>
            <w:tcW w:w="1234" w:type="dxa"/>
          </w:tcPr>
          <w:p w14:paraId="6507310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2,5</w:t>
            </w:r>
          </w:p>
        </w:tc>
      </w:tr>
      <w:tr w:rsidR="006F0136" w:rsidRPr="00D77020" w14:paraId="14747C6E" w14:textId="77777777">
        <w:tc>
          <w:tcPr>
            <w:tcW w:w="1234" w:type="dxa"/>
          </w:tcPr>
          <w:p w14:paraId="07F197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A3AC2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BK-39-м</w:t>
            </w:r>
          </w:p>
        </w:tc>
        <w:tc>
          <w:tcPr>
            <w:tcW w:w="1234" w:type="dxa"/>
          </w:tcPr>
          <w:p w14:paraId="1B3257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39</w:t>
            </w:r>
          </w:p>
        </w:tc>
        <w:tc>
          <w:tcPr>
            <w:tcW w:w="1234" w:type="dxa"/>
          </w:tcPr>
          <w:p w14:paraId="754111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5C46DF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25F884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9F3439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5,0</w:t>
            </w:r>
          </w:p>
        </w:tc>
      </w:tr>
      <w:tr w:rsidR="006F0136" w:rsidRPr="00D77020" w14:paraId="04602F51" w14:textId="77777777">
        <w:tc>
          <w:tcPr>
            <w:tcW w:w="1234" w:type="dxa"/>
          </w:tcPr>
          <w:p w14:paraId="53D63E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D28E4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BK-40-д</w:t>
            </w:r>
          </w:p>
        </w:tc>
        <w:tc>
          <w:tcPr>
            <w:tcW w:w="1234" w:type="dxa"/>
          </w:tcPr>
          <w:p w14:paraId="04C1DD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234" w:type="dxa"/>
          </w:tcPr>
          <w:p w14:paraId="1C54BD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79E763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3CD7F2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38C9C9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5,5</w:t>
            </w:r>
          </w:p>
        </w:tc>
      </w:tr>
      <w:tr w:rsidR="006F0136" w:rsidRPr="00D77020" w14:paraId="42C68532" w14:textId="77777777">
        <w:tc>
          <w:tcPr>
            <w:tcW w:w="1234" w:type="dxa"/>
          </w:tcPr>
          <w:p w14:paraId="7903DD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453EA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BK-40-к</w:t>
            </w:r>
          </w:p>
        </w:tc>
        <w:tc>
          <w:tcPr>
            <w:tcW w:w="1234" w:type="dxa"/>
          </w:tcPr>
          <w:p w14:paraId="424714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234" w:type="dxa"/>
          </w:tcPr>
          <w:p w14:paraId="3BE643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0BB68E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7573C1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4CEF62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1,0</w:t>
            </w:r>
          </w:p>
        </w:tc>
      </w:tr>
      <w:tr w:rsidR="006F0136" w:rsidRPr="00D77020" w14:paraId="7B6A1E68" w14:textId="77777777">
        <w:tc>
          <w:tcPr>
            <w:tcW w:w="1234" w:type="dxa"/>
          </w:tcPr>
          <w:p w14:paraId="54F0A4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ED865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BK-405-р</w:t>
            </w:r>
          </w:p>
        </w:tc>
        <w:tc>
          <w:tcPr>
            <w:tcW w:w="1234" w:type="dxa"/>
          </w:tcPr>
          <w:p w14:paraId="3EB382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405</w:t>
            </w:r>
          </w:p>
        </w:tc>
        <w:tc>
          <w:tcPr>
            <w:tcW w:w="1234" w:type="dxa"/>
          </w:tcPr>
          <w:p w14:paraId="07A843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5D37D7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42626C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54F94F7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4,2</w:t>
            </w:r>
          </w:p>
        </w:tc>
      </w:tr>
      <w:tr w:rsidR="006F0136" w:rsidRPr="00D77020" w14:paraId="2059CE76" w14:textId="77777777">
        <w:tc>
          <w:tcPr>
            <w:tcW w:w="1234" w:type="dxa"/>
          </w:tcPr>
          <w:p w14:paraId="311D72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1D153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BK-41-е</w:t>
            </w:r>
          </w:p>
        </w:tc>
        <w:tc>
          <w:tcPr>
            <w:tcW w:w="1234" w:type="dxa"/>
          </w:tcPr>
          <w:p w14:paraId="66892E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41</w:t>
            </w:r>
          </w:p>
        </w:tc>
        <w:tc>
          <w:tcPr>
            <w:tcW w:w="1234" w:type="dxa"/>
          </w:tcPr>
          <w:p w14:paraId="37D259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1BB047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54AE47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D09143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9,3</w:t>
            </w:r>
          </w:p>
        </w:tc>
      </w:tr>
      <w:tr w:rsidR="006F0136" w:rsidRPr="00D77020" w14:paraId="20EE1A2D" w14:textId="77777777">
        <w:tc>
          <w:tcPr>
            <w:tcW w:w="1234" w:type="dxa"/>
          </w:tcPr>
          <w:p w14:paraId="305253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14A8B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BK-41-з</w:t>
            </w:r>
          </w:p>
        </w:tc>
        <w:tc>
          <w:tcPr>
            <w:tcW w:w="1234" w:type="dxa"/>
          </w:tcPr>
          <w:p w14:paraId="03D56C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41</w:t>
            </w:r>
          </w:p>
        </w:tc>
        <w:tc>
          <w:tcPr>
            <w:tcW w:w="1234" w:type="dxa"/>
          </w:tcPr>
          <w:p w14:paraId="2DC0ED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5D6C0D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15460C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B49FFF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10,6</w:t>
            </w:r>
          </w:p>
        </w:tc>
      </w:tr>
      <w:tr w:rsidR="006F0136" w:rsidRPr="00D77020" w14:paraId="0090DDAB" w14:textId="77777777">
        <w:tc>
          <w:tcPr>
            <w:tcW w:w="1234" w:type="dxa"/>
          </w:tcPr>
          <w:p w14:paraId="696EE9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F043D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BK-418-д</w:t>
            </w:r>
          </w:p>
        </w:tc>
        <w:tc>
          <w:tcPr>
            <w:tcW w:w="1234" w:type="dxa"/>
          </w:tcPr>
          <w:p w14:paraId="40B30E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418</w:t>
            </w:r>
          </w:p>
        </w:tc>
        <w:tc>
          <w:tcPr>
            <w:tcW w:w="1234" w:type="dxa"/>
          </w:tcPr>
          <w:p w14:paraId="3031A6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7BC6FA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1B7FF3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92C0</w:t>
            </w:r>
          </w:p>
        </w:tc>
        <w:tc>
          <w:tcPr>
            <w:tcW w:w="1234" w:type="dxa"/>
          </w:tcPr>
          <w:p w14:paraId="169F83D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1,6</w:t>
            </w:r>
          </w:p>
        </w:tc>
      </w:tr>
      <w:tr w:rsidR="006F0136" w:rsidRPr="00D77020" w14:paraId="4EF2DFCC" w14:textId="77777777">
        <w:tc>
          <w:tcPr>
            <w:tcW w:w="1234" w:type="dxa"/>
          </w:tcPr>
          <w:p w14:paraId="50949C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042AB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BK-424-д</w:t>
            </w:r>
          </w:p>
        </w:tc>
        <w:tc>
          <w:tcPr>
            <w:tcW w:w="1234" w:type="dxa"/>
          </w:tcPr>
          <w:p w14:paraId="48BAAD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424</w:t>
            </w:r>
          </w:p>
        </w:tc>
        <w:tc>
          <w:tcPr>
            <w:tcW w:w="1234" w:type="dxa"/>
          </w:tcPr>
          <w:p w14:paraId="3CA5FE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471D51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4ABEB3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1106DA5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10,8</w:t>
            </w:r>
          </w:p>
        </w:tc>
      </w:tr>
      <w:tr w:rsidR="006F0136" w:rsidRPr="00D77020" w14:paraId="2A626D87" w14:textId="77777777">
        <w:tc>
          <w:tcPr>
            <w:tcW w:w="1234" w:type="dxa"/>
          </w:tcPr>
          <w:p w14:paraId="568064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6A363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BK-432-а</w:t>
            </w:r>
          </w:p>
        </w:tc>
        <w:tc>
          <w:tcPr>
            <w:tcW w:w="1234" w:type="dxa"/>
          </w:tcPr>
          <w:p w14:paraId="153365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432</w:t>
            </w:r>
          </w:p>
        </w:tc>
        <w:tc>
          <w:tcPr>
            <w:tcW w:w="1234" w:type="dxa"/>
          </w:tcPr>
          <w:p w14:paraId="6FCF52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7F9F66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212D51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62AD38A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6,6</w:t>
            </w:r>
          </w:p>
        </w:tc>
      </w:tr>
      <w:tr w:rsidR="006F0136" w:rsidRPr="00D77020" w14:paraId="68DDE458" w14:textId="77777777">
        <w:tc>
          <w:tcPr>
            <w:tcW w:w="1234" w:type="dxa"/>
          </w:tcPr>
          <w:p w14:paraId="1D10A3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2535B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BK-443-а</w:t>
            </w:r>
          </w:p>
        </w:tc>
        <w:tc>
          <w:tcPr>
            <w:tcW w:w="1234" w:type="dxa"/>
          </w:tcPr>
          <w:p w14:paraId="72DC30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443</w:t>
            </w:r>
          </w:p>
        </w:tc>
        <w:tc>
          <w:tcPr>
            <w:tcW w:w="1234" w:type="dxa"/>
          </w:tcPr>
          <w:p w14:paraId="044AB4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40F0BB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65</w:t>
            </w:r>
          </w:p>
        </w:tc>
        <w:tc>
          <w:tcPr>
            <w:tcW w:w="1234" w:type="dxa"/>
          </w:tcPr>
          <w:p w14:paraId="6E678A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152FE12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14EEFC16" w14:textId="77777777">
        <w:tc>
          <w:tcPr>
            <w:tcW w:w="1234" w:type="dxa"/>
          </w:tcPr>
          <w:p w14:paraId="238DE6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5DEF0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BK-443-г</w:t>
            </w:r>
          </w:p>
        </w:tc>
        <w:tc>
          <w:tcPr>
            <w:tcW w:w="1234" w:type="dxa"/>
          </w:tcPr>
          <w:p w14:paraId="24B294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443</w:t>
            </w:r>
          </w:p>
        </w:tc>
        <w:tc>
          <w:tcPr>
            <w:tcW w:w="1234" w:type="dxa"/>
          </w:tcPr>
          <w:p w14:paraId="71EB31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66CA79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009DF1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463FB42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267B0EF2" w14:textId="77777777">
        <w:tc>
          <w:tcPr>
            <w:tcW w:w="1234" w:type="dxa"/>
          </w:tcPr>
          <w:p w14:paraId="2F4994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4D6FC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BK-45-в</w:t>
            </w:r>
          </w:p>
        </w:tc>
        <w:tc>
          <w:tcPr>
            <w:tcW w:w="1234" w:type="dxa"/>
          </w:tcPr>
          <w:p w14:paraId="36A11C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45</w:t>
            </w:r>
          </w:p>
        </w:tc>
        <w:tc>
          <w:tcPr>
            <w:tcW w:w="1234" w:type="dxa"/>
          </w:tcPr>
          <w:p w14:paraId="5DD8ED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662316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6B2A15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88EB9C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9,2</w:t>
            </w:r>
          </w:p>
        </w:tc>
      </w:tr>
      <w:tr w:rsidR="006F0136" w:rsidRPr="00D77020" w14:paraId="2F27C476" w14:textId="77777777">
        <w:tc>
          <w:tcPr>
            <w:tcW w:w="1234" w:type="dxa"/>
          </w:tcPr>
          <w:p w14:paraId="59F91E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5048A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BK-45-л</w:t>
            </w:r>
          </w:p>
        </w:tc>
        <w:tc>
          <w:tcPr>
            <w:tcW w:w="1234" w:type="dxa"/>
          </w:tcPr>
          <w:p w14:paraId="5A3522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45</w:t>
            </w:r>
          </w:p>
        </w:tc>
        <w:tc>
          <w:tcPr>
            <w:tcW w:w="1234" w:type="dxa"/>
          </w:tcPr>
          <w:p w14:paraId="43667B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4DA714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1DCF12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C0DF97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9,0</w:t>
            </w:r>
          </w:p>
        </w:tc>
      </w:tr>
      <w:tr w:rsidR="006F0136" w:rsidRPr="00D77020" w14:paraId="1A7E11A6" w14:textId="77777777">
        <w:tc>
          <w:tcPr>
            <w:tcW w:w="1234" w:type="dxa"/>
          </w:tcPr>
          <w:p w14:paraId="23A8BD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B705C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BK-452-д</w:t>
            </w:r>
          </w:p>
        </w:tc>
        <w:tc>
          <w:tcPr>
            <w:tcW w:w="1234" w:type="dxa"/>
          </w:tcPr>
          <w:p w14:paraId="409A3D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452</w:t>
            </w:r>
          </w:p>
        </w:tc>
        <w:tc>
          <w:tcPr>
            <w:tcW w:w="1234" w:type="dxa"/>
          </w:tcPr>
          <w:p w14:paraId="782B84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388915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7DF969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92C0</w:t>
            </w:r>
          </w:p>
        </w:tc>
        <w:tc>
          <w:tcPr>
            <w:tcW w:w="1234" w:type="dxa"/>
          </w:tcPr>
          <w:p w14:paraId="644086B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0,6</w:t>
            </w:r>
          </w:p>
        </w:tc>
      </w:tr>
      <w:tr w:rsidR="006F0136" w:rsidRPr="00D77020" w14:paraId="14FA9555" w14:textId="77777777">
        <w:tc>
          <w:tcPr>
            <w:tcW w:w="1234" w:type="dxa"/>
          </w:tcPr>
          <w:p w14:paraId="7177D2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CE60A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BK-454-е</w:t>
            </w:r>
          </w:p>
        </w:tc>
        <w:tc>
          <w:tcPr>
            <w:tcW w:w="1234" w:type="dxa"/>
          </w:tcPr>
          <w:p w14:paraId="403D15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454</w:t>
            </w:r>
          </w:p>
        </w:tc>
        <w:tc>
          <w:tcPr>
            <w:tcW w:w="1234" w:type="dxa"/>
          </w:tcPr>
          <w:p w14:paraId="026B40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679C02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671A20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7062AFA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7,1</w:t>
            </w:r>
          </w:p>
        </w:tc>
      </w:tr>
      <w:tr w:rsidR="006F0136" w:rsidRPr="00D77020" w14:paraId="761065FE" w14:textId="77777777">
        <w:tc>
          <w:tcPr>
            <w:tcW w:w="1234" w:type="dxa"/>
          </w:tcPr>
          <w:p w14:paraId="6C3F9F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FE008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BK-457-б</w:t>
            </w:r>
          </w:p>
        </w:tc>
        <w:tc>
          <w:tcPr>
            <w:tcW w:w="1234" w:type="dxa"/>
          </w:tcPr>
          <w:p w14:paraId="30C247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457</w:t>
            </w:r>
          </w:p>
        </w:tc>
        <w:tc>
          <w:tcPr>
            <w:tcW w:w="1234" w:type="dxa"/>
          </w:tcPr>
          <w:p w14:paraId="283D11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49C3F1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7D1928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493AF68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23,2</w:t>
            </w:r>
          </w:p>
        </w:tc>
      </w:tr>
      <w:tr w:rsidR="006F0136" w:rsidRPr="00D77020" w14:paraId="3E09128C" w14:textId="77777777">
        <w:tc>
          <w:tcPr>
            <w:tcW w:w="1234" w:type="dxa"/>
          </w:tcPr>
          <w:p w14:paraId="6E25B0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2020</w:t>
            </w:r>
          </w:p>
        </w:tc>
        <w:tc>
          <w:tcPr>
            <w:tcW w:w="1234" w:type="dxa"/>
          </w:tcPr>
          <w:p w14:paraId="36DE75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BK-46-з</w:t>
            </w:r>
          </w:p>
        </w:tc>
        <w:tc>
          <w:tcPr>
            <w:tcW w:w="1234" w:type="dxa"/>
          </w:tcPr>
          <w:p w14:paraId="0F45E6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46</w:t>
            </w:r>
          </w:p>
        </w:tc>
        <w:tc>
          <w:tcPr>
            <w:tcW w:w="1234" w:type="dxa"/>
          </w:tcPr>
          <w:p w14:paraId="07BA07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06BA5E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36CCC4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8A2865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3,6</w:t>
            </w:r>
          </w:p>
        </w:tc>
      </w:tr>
      <w:tr w:rsidR="006F0136" w:rsidRPr="00D77020" w14:paraId="724D7CAB" w14:textId="77777777">
        <w:tc>
          <w:tcPr>
            <w:tcW w:w="1234" w:type="dxa"/>
          </w:tcPr>
          <w:p w14:paraId="7D1955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FE89A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BK-46-и</w:t>
            </w:r>
          </w:p>
        </w:tc>
        <w:tc>
          <w:tcPr>
            <w:tcW w:w="1234" w:type="dxa"/>
          </w:tcPr>
          <w:p w14:paraId="298EF0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46</w:t>
            </w:r>
          </w:p>
        </w:tc>
        <w:tc>
          <w:tcPr>
            <w:tcW w:w="1234" w:type="dxa"/>
          </w:tcPr>
          <w:p w14:paraId="6BA173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2BDAA3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7DB926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30A042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6,1</w:t>
            </w:r>
          </w:p>
        </w:tc>
      </w:tr>
      <w:tr w:rsidR="006F0136" w:rsidRPr="00D77020" w14:paraId="1B4D7D1B" w14:textId="77777777">
        <w:tc>
          <w:tcPr>
            <w:tcW w:w="1234" w:type="dxa"/>
          </w:tcPr>
          <w:p w14:paraId="21B490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71F0D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BK-46-о</w:t>
            </w:r>
          </w:p>
        </w:tc>
        <w:tc>
          <w:tcPr>
            <w:tcW w:w="1234" w:type="dxa"/>
          </w:tcPr>
          <w:p w14:paraId="6D5D3F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46</w:t>
            </w:r>
          </w:p>
        </w:tc>
        <w:tc>
          <w:tcPr>
            <w:tcW w:w="1234" w:type="dxa"/>
          </w:tcPr>
          <w:p w14:paraId="2D4BAA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4ACC94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25748F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3C4431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1,0</w:t>
            </w:r>
          </w:p>
        </w:tc>
      </w:tr>
      <w:tr w:rsidR="006F0136" w:rsidRPr="00D77020" w14:paraId="36445265" w14:textId="77777777">
        <w:tc>
          <w:tcPr>
            <w:tcW w:w="1234" w:type="dxa"/>
          </w:tcPr>
          <w:p w14:paraId="06C522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3C714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BK-460-а</w:t>
            </w:r>
          </w:p>
        </w:tc>
        <w:tc>
          <w:tcPr>
            <w:tcW w:w="1234" w:type="dxa"/>
          </w:tcPr>
          <w:p w14:paraId="1761CF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460</w:t>
            </w:r>
          </w:p>
        </w:tc>
        <w:tc>
          <w:tcPr>
            <w:tcW w:w="1234" w:type="dxa"/>
          </w:tcPr>
          <w:p w14:paraId="1E6A9D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7B1DF2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46ED79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F69BB5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4,5</w:t>
            </w:r>
          </w:p>
        </w:tc>
      </w:tr>
      <w:tr w:rsidR="006F0136" w:rsidRPr="00D77020" w14:paraId="7AF3DA08" w14:textId="77777777">
        <w:tc>
          <w:tcPr>
            <w:tcW w:w="1234" w:type="dxa"/>
          </w:tcPr>
          <w:p w14:paraId="7619AE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2390B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BK-460-б</w:t>
            </w:r>
          </w:p>
        </w:tc>
        <w:tc>
          <w:tcPr>
            <w:tcW w:w="1234" w:type="dxa"/>
          </w:tcPr>
          <w:p w14:paraId="7170FD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460</w:t>
            </w:r>
          </w:p>
        </w:tc>
        <w:tc>
          <w:tcPr>
            <w:tcW w:w="1234" w:type="dxa"/>
          </w:tcPr>
          <w:p w14:paraId="16B23A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4E6DD9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67412D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A6E0CF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13,2</w:t>
            </w:r>
          </w:p>
        </w:tc>
      </w:tr>
      <w:tr w:rsidR="006F0136" w:rsidRPr="00D77020" w14:paraId="70C6AC12" w14:textId="77777777">
        <w:tc>
          <w:tcPr>
            <w:tcW w:w="1234" w:type="dxa"/>
          </w:tcPr>
          <w:p w14:paraId="78006C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35327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BK-464-а</w:t>
            </w:r>
          </w:p>
        </w:tc>
        <w:tc>
          <w:tcPr>
            <w:tcW w:w="1234" w:type="dxa"/>
          </w:tcPr>
          <w:p w14:paraId="6831D8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464</w:t>
            </w:r>
          </w:p>
        </w:tc>
        <w:tc>
          <w:tcPr>
            <w:tcW w:w="1234" w:type="dxa"/>
          </w:tcPr>
          <w:p w14:paraId="5B59B3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1B3BF9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66E16A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0B1D1B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3,6</w:t>
            </w:r>
          </w:p>
        </w:tc>
      </w:tr>
      <w:tr w:rsidR="006F0136" w:rsidRPr="00D77020" w14:paraId="7E5513E9" w14:textId="77777777">
        <w:tc>
          <w:tcPr>
            <w:tcW w:w="1234" w:type="dxa"/>
          </w:tcPr>
          <w:p w14:paraId="10C42C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0DA85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BK-466-а</w:t>
            </w:r>
          </w:p>
        </w:tc>
        <w:tc>
          <w:tcPr>
            <w:tcW w:w="1234" w:type="dxa"/>
          </w:tcPr>
          <w:p w14:paraId="6A3D81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466</w:t>
            </w:r>
          </w:p>
        </w:tc>
        <w:tc>
          <w:tcPr>
            <w:tcW w:w="1234" w:type="dxa"/>
          </w:tcPr>
          <w:p w14:paraId="54ABB7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5ABAF0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50B231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F27362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0,8</w:t>
            </w:r>
          </w:p>
        </w:tc>
      </w:tr>
      <w:tr w:rsidR="006F0136" w:rsidRPr="00D77020" w14:paraId="18DDDBD4" w14:textId="77777777">
        <w:tc>
          <w:tcPr>
            <w:tcW w:w="1234" w:type="dxa"/>
          </w:tcPr>
          <w:p w14:paraId="20E9D6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5C81C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BK-475-а</w:t>
            </w:r>
          </w:p>
        </w:tc>
        <w:tc>
          <w:tcPr>
            <w:tcW w:w="1234" w:type="dxa"/>
          </w:tcPr>
          <w:p w14:paraId="28EC19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475</w:t>
            </w:r>
          </w:p>
        </w:tc>
        <w:tc>
          <w:tcPr>
            <w:tcW w:w="1234" w:type="dxa"/>
          </w:tcPr>
          <w:p w14:paraId="0488B8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0C16E3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65317C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6849F3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4,7</w:t>
            </w:r>
          </w:p>
        </w:tc>
      </w:tr>
      <w:tr w:rsidR="006F0136" w:rsidRPr="00D77020" w14:paraId="5742810C" w14:textId="77777777">
        <w:tc>
          <w:tcPr>
            <w:tcW w:w="1234" w:type="dxa"/>
          </w:tcPr>
          <w:p w14:paraId="124700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8E62A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BK-475-б</w:t>
            </w:r>
          </w:p>
        </w:tc>
        <w:tc>
          <w:tcPr>
            <w:tcW w:w="1234" w:type="dxa"/>
          </w:tcPr>
          <w:p w14:paraId="410229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475</w:t>
            </w:r>
          </w:p>
        </w:tc>
        <w:tc>
          <w:tcPr>
            <w:tcW w:w="1234" w:type="dxa"/>
          </w:tcPr>
          <w:p w14:paraId="0AF30D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296532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2A4F98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A9BD4E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1,6</w:t>
            </w:r>
          </w:p>
        </w:tc>
      </w:tr>
      <w:tr w:rsidR="006F0136" w:rsidRPr="00D77020" w14:paraId="3FF4446B" w14:textId="77777777">
        <w:tc>
          <w:tcPr>
            <w:tcW w:w="1234" w:type="dxa"/>
          </w:tcPr>
          <w:p w14:paraId="2D5D83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798EC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BK-476-г</w:t>
            </w:r>
          </w:p>
        </w:tc>
        <w:tc>
          <w:tcPr>
            <w:tcW w:w="1234" w:type="dxa"/>
          </w:tcPr>
          <w:p w14:paraId="40A3EF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476</w:t>
            </w:r>
          </w:p>
        </w:tc>
        <w:tc>
          <w:tcPr>
            <w:tcW w:w="1234" w:type="dxa"/>
          </w:tcPr>
          <w:p w14:paraId="6C3875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4D0342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11170D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C6669C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5,6</w:t>
            </w:r>
          </w:p>
        </w:tc>
      </w:tr>
      <w:tr w:rsidR="006F0136" w:rsidRPr="00D77020" w14:paraId="50CB327C" w14:textId="77777777">
        <w:tc>
          <w:tcPr>
            <w:tcW w:w="1234" w:type="dxa"/>
          </w:tcPr>
          <w:p w14:paraId="18F189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5440B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BK-476-ж</w:t>
            </w:r>
          </w:p>
        </w:tc>
        <w:tc>
          <w:tcPr>
            <w:tcW w:w="1234" w:type="dxa"/>
          </w:tcPr>
          <w:p w14:paraId="1E8984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476</w:t>
            </w:r>
          </w:p>
        </w:tc>
        <w:tc>
          <w:tcPr>
            <w:tcW w:w="1234" w:type="dxa"/>
          </w:tcPr>
          <w:p w14:paraId="1CABCA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0583B7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291772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390459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2,3</w:t>
            </w:r>
          </w:p>
        </w:tc>
      </w:tr>
      <w:tr w:rsidR="006F0136" w:rsidRPr="00D77020" w14:paraId="19F2F957" w14:textId="77777777">
        <w:tc>
          <w:tcPr>
            <w:tcW w:w="1234" w:type="dxa"/>
          </w:tcPr>
          <w:p w14:paraId="1E5C9D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21166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BK-48-б</w:t>
            </w:r>
          </w:p>
        </w:tc>
        <w:tc>
          <w:tcPr>
            <w:tcW w:w="1234" w:type="dxa"/>
          </w:tcPr>
          <w:p w14:paraId="508C69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48</w:t>
            </w:r>
          </w:p>
        </w:tc>
        <w:tc>
          <w:tcPr>
            <w:tcW w:w="1234" w:type="dxa"/>
          </w:tcPr>
          <w:p w14:paraId="35B5AC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15A3C6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180</w:t>
            </w:r>
          </w:p>
        </w:tc>
        <w:tc>
          <w:tcPr>
            <w:tcW w:w="1234" w:type="dxa"/>
          </w:tcPr>
          <w:p w14:paraId="470424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4F72FD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1,5</w:t>
            </w:r>
          </w:p>
        </w:tc>
      </w:tr>
      <w:tr w:rsidR="006F0136" w:rsidRPr="00D77020" w14:paraId="2A10C26F" w14:textId="77777777">
        <w:tc>
          <w:tcPr>
            <w:tcW w:w="1234" w:type="dxa"/>
          </w:tcPr>
          <w:p w14:paraId="195434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E7C7C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BK-483-в</w:t>
            </w:r>
          </w:p>
        </w:tc>
        <w:tc>
          <w:tcPr>
            <w:tcW w:w="1234" w:type="dxa"/>
          </w:tcPr>
          <w:p w14:paraId="18C1AE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483</w:t>
            </w:r>
          </w:p>
        </w:tc>
        <w:tc>
          <w:tcPr>
            <w:tcW w:w="1234" w:type="dxa"/>
          </w:tcPr>
          <w:p w14:paraId="594935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6896C5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7B2369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18A5C20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9,4</w:t>
            </w:r>
          </w:p>
        </w:tc>
      </w:tr>
      <w:tr w:rsidR="006F0136" w:rsidRPr="00D77020" w14:paraId="4F68D43C" w14:textId="77777777">
        <w:tc>
          <w:tcPr>
            <w:tcW w:w="1234" w:type="dxa"/>
          </w:tcPr>
          <w:p w14:paraId="5FFFF1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8EFA2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BK-484-а</w:t>
            </w:r>
          </w:p>
        </w:tc>
        <w:tc>
          <w:tcPr>
            <w:tcW w:w="1234" w:type="dxa"/>
          </w:tcPr>
          <w:p w14:paraId="1C3242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484</w:t>
            </w:r>
          </w:p>
        </w:tc>
        <w:tc>
          <w:tcPr>
            <w:tcW w:w="1234" w:type="dxa"/>
          </w:tcPr>
          <w:p w14:paraId="4F1DFE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4CC738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11E0CC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7807698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2398B016" w14:textId="77777777">
        <w:tc>
          <w:tcPr>
            <w:tcW w:w="1234" w:type="dxa"/>
          </w:tcPr>
          <w:p w14:paraId="03A2DA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9A2CF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BK-484-б</w:t>
            </w:r>
          </w:p>
        </w:tc>
        <w:tc>
          <w:tcPr>
            <w:tcW w:w="1234" w:type="dxa"/>
          </w:tcPr>
          <w:p w14:paraId="1610B8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484</w:t>
            </w:r>
          </w:p>
        </w:tc>
        <w:tc>
          <w:tcPr>
            <w:tcW w:w="1234" w:type="dxa"/>
          </w:tcPr>
          <w:p w14:paraId="1A86DA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427ABD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79D2D0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2791E8B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8,1</w:t>
            </w:r>
          </w:p>
        </w:tc>
      </w:tr>
      <w:tr w:rsidR="006F0136" w:rsidRPr="00D77020" w14:paraId="093259D7" w14:textId="77777777">
        <w:tc>
          <w:tcPr>
            <w:tcW w:w="1234" w:type="dxa"/>
          </w:tcPr>
          <w:p w14:paraId="33A7F1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CD6FD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BK-485-а</w:t>
            </w:r>
          </w:p>
        </w:tc>
        <w:tc>
          <w:tcPr>
            <w:tcW w:w="1234" w:type="dxa"/>
          </w:tcPr>
          <w:p w14:paraId="6EC9D9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485</w:t>
            </w:r>
          </w:p>
        </w:tc>
        <w:tc>
          <w:tcPr>
            <w:tcW w:w="1234" w:type="dxa"/>
          </w:tcPr>
          <w:p w14:paraId="50B53D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53F9C2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2FA724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A1D181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12,9</w:t>
            </w:r>
          </w:p>
        </w:tc>
      </w:tr>
      <w:tr w:rsidR="006F0136" w:rsidRPr="00D77020" w14:paraId="3AD27228" w14:textId="77777777">
        <w:tc>
          <w:tcPr>
            <w:tcW w:w="1234" w:type="dxa"/>
          </w:tcPr>
          <w:p w14:paraId="6BAD50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2E38B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BK-485-ж</w:t>
            </w:r>
          </w:p>
        </w:tc>
        <w:tc>
          <w:tcPr>
            <w:tcW w:w="1234" w:type="dxa"/>
          </w:tcPr>
          <w:p w14:paraId="1E5E78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485</w:t>
            </w:r>
          </w:p>
        </w:tc>
        <w:tc>
          <w:tcPr>
            <w:tcW w:w="1234" w:type="dxa"/>
          </w:tcPr>
          <w:p w14:paraId="293B70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685229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33046B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B9F56D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8,3</w:t>
            </w:r>
          </w:p>
        </w:tc>
      </w:tr>
      <w:tr w:rsidR="006F0136" w:rsidRPr="00D77020" w14:paraId="1F65320D" w14:textId="77777777">
        <w:tc>
          <w:tcPr>
            <w:tcW w:w="1234" w:type="dxa"/>
          </w:tcPr>
          <w:p w14:paraId="367247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9299F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BK-485-з</w:t>
            </w:r>
          </w:p>
        </w:tc>
        <w:tc>
          <w:tcPr>
            <w:tcW w:w="1234" w:type="dxa"/>
          </w:tcPr>
          <w:p w14:paraId="2CD983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485</w:t>
            </w:r>
          </w:p>
        </w:tc>
        <w:tc>
          <w:tcPr>
            <w:tcW w:w="1234" w:type="dxa"/>
          </w:tcPr>
          <w:p w14:paraId="2F88BD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2BC914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5C36AD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8B1FDD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1,1</w:t>
            </w:r>
          </w:p>
        </w:tc>
      </w:tr>
      <w:tr w:rsidR="006F0136" w:rsidRPr="00D77020" w14:paraId="39EB4780" w14:textId="77777777">
        <w:tc>
          <w:tcPr>
            <w:tcW w:w="1234" w:type="dxa"/>
          </w:tcPr>
          <w:p w14:paraId="083DCE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62CA8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BK-486-в</w:t>
            </w:r>
          </w:p>
        </w:tc>
        <w:tc>
          <w:tcPr>
            <w:tcW w:w="1234" w:type="dxa"/>
          </w:tcPr>
          <w:p w14:paraId="3A58FC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486</w:t>
            </w:r>
          </w:p>
        </w:tc>
        <w:tc>
          <w:tcPr>
            <w:tcW w:w="1234" w:type="dxa"/>
          </w:tcPr>
          <w:p w14:paraId="02D090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163E22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68C1AB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8D120F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8,5</w:t>
            </w:r>
          </w:p>
        </w:tc>
      </w:tr>
      <w:tr w:rsidR="006F0136" w:rsidRPr="00D77020" w14:paraId="04301666" w14:textId="77777777">
        <w:tc>
          <w:tcPr>
            <w:tcW w:w="1234" w:type="dxa"/>
          </w:tcPr>
          <w:p w14:paraId="1222DF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ED8AD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BK-486-з</w:t>
            </w:r>
          </w:p>
        </w:tc>
        <w:tc>
          <w:tcPr>
            <w:tcW w:w="1234" w:type="dxa"/>
          </w:tcPr>
          <w:p w14:paraId="399211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486</w:t>
            </w:r>
          </w:p>
        </w:tc>
        <w:tc>
          <w:tcPr>
            <w:tcW w:w="1234" w:type="dxa"/>
          </w:tcPr>
          <w:p w14:paraId="33C5D4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476FC6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260CCB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3F1F42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2,9</w:t>
            </w:r>
          </w:p>
        </w:tc>
      </w:tr>
      <w:tr w:rsidR="006F0136" w:rsidRPr="00D77020" w14:paraId="1FE4DB38" w14:textId="77777777">
        <w:tc>
          <w:tcPr>
            <w:tcW w:w="1234" w:type="dxa"/>
          </w:tcPr>
          <w:p w14:paraId="43D7EA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D4061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BK-50-п</w:t>
            </w:r>
          </w:p>
        </w:tc>
        <w:tc>
          <w:tcPr>
            <w:tcW w:w="1234" w:type="dxa"/>
          </w:tcPr>
          <w:p w14:paraId="39E07D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743B14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197D29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71A5CB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0783DB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0,8</w:t>
            </w:r>
          </w:p>
        </w:tc>
      </w:tr>
      <w:tr w:rsidR="006F0136" w:rsidRPr="00D77020" w14:paraId="36F23743" w14:textId="77777777">
        <w:tc>
          <w:tcPr>
            <w:tcW w:w="1234" w:type="dxa"/>
          </w:tcPr>
          <w:p w14:paraId="29BAB4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AA12C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BK-506-в</w:t>
            </w:r>
          </w:p>
        </w:tc>
        <w:tc>
          <w:tcPr>
            <w:tcW w:w="1234" w:type="dxa"/>
          </w:tcPr>
          <w:p w14:paraId="142DD8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506</w:t>
            </w:r>
          </w:p>
        </w:tc>
        <w:tc>
          <w:tcPr>
            <w:tcW w:w="1234" w:type="dxa"/>
          </w:tcPr>
          <w:p w14:paraId="3DD120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1ACF1C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167BBD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42B94A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2,7</w:t>
            </w:r>
          </w:p>
        </w:tc>
      </w:tr>
      <w:tr w:rsidR="006F0136" w:rsidRPr="00D77020" w14:paraId="658F24F2" w14:textId="77777777">
        <w:tc>
          <w:tcPr>
            <w:tcW w:w="1234" w:type="dxa"/>
          </w:tcPr>
          <w:p w14:paraId="053EDD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7C29C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BK-506-ж</w:t>
            </w:r>
          </w:p>
        </w:tc>
        <w:tc>
          <w:tcPr>
            <w:tcW w:w="1234" w:type="dxa"/>
          </w:tcPr>
          <w:p w14:paraId="5FF53A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506</w:t>
            </w:r>
          </w:p>
        </w:tc>
        <w:tc>
          <w:tcPr>
            <w:tcW w:w="1234" w:type="dxa"/>
          </w:tcPr>
          <w:p w14:paraId="5DD252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68C0AB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428A57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054F02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4,4</w:t>
            </w:r>
          </w:p>
        </w:tc>
      </w:tr>
      <w:tr w:rsidR="006F0136" w:rsidRPr="00D77020" w14:paraId="7FAE7452" w14:textId="77777777">
        <w:tc>
          <w:tcPr>
            <w:tcW w:w="1234" w:type="dxa"/>
          </w:tcPr>
          <w:p w14:paraId="3F894B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10F3F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BK-508-г</w:t>
            </w:r>
          </w:p>
        </w:tc>
        <w:tc>
          <w:tcPr>
            <w:tcW w:w="1234" w:type="dxa"/>
          </w:tcPr>
          <w:p w14:paraId="10F87F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508</w:t>
            </w:r>
          </w:p>
        </w:tc>
        <w:tc>
          <w:tcPr>
            <w:tcW w:w="1234" w:type="dxa"/>
          </w:tcPr>
          <w:p w14:paraId="284290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1CB617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10B4D4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43BA82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5,9</w:t>
            </w:r>
          </w:p>
        </w:tc>
      </w:tr>
      <w:tr w:rsidR="006F0136" w:rsidRPr="00D77020" w14:paraId="0F169FB4" w14:textId="77777777">
        <w:tc>
          <w:tcPr>
            <w:tcW w:w="1234" w:type="dxa"/>
          </w:tcPr>
          <w:p w14:paraId="62B168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B0964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BK-508-д</w:t>
            </w:r>
          </w:p>
        </w:tc>
        <w:tc>
          <w:tcPr>
            <w:tcW w:w="1234" w:type="dxa"/>
          </w:tcPr>
          <w:p w14:paraId="425311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508</w:t>
            </w:r>
          </w:p>
        </w:tc>
        <w:tc>
          <w:tcPr>
            <w:tcW w:w="1234" w:type="dxa"/>
          </w:tcPr>
          <w:p w14:paraId="07C293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4E9491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34ACC2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2B9DB1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14,9</w:t>
            </w:r>
          </w:p>
        </w:tc>
      </w:tr>
      <w:tr w:rsidR="006F0136" w:rsidRPr="00D77020" w14:paraId="2F04564D" w14:textId="77777777">
        <w:tc>
          <w:tcPr>
            <w:tcW w:w="1234" w:type="dxa"/>
          </w:tcPr>
          <w:p w14:paraId="71F985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C8423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BK-508-е</w:t>
            </w:r>
          </w:p>
        </w:tc>
        <w:tc>
          <w:tcPr>
            <w:tcW w:w="1234" w:type="dxa"/>
          </w:tcPr>
          <w:p w14:paraId="4463D2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508</w:t>
            </w:r>
          </w:p>
        </w:tc>
        <w:tc>
          <w:tcPr>
            <w:tcW w:w="1234" w:type="dxa"/>
          </w:tcPr>
          <w:p w14:paraId="449545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2D9480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351165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77718E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3,5</w:t>
            </w:r>
          </w:p>
        </w:tc>
      </w:tr>
      <w:tr w:rsidR="006F0136" w:rsidRPr="00D77020" w14:paraId="78657E8A" w14:textId="77777777">
        <w:tc>
          <w:tcPr>
            <w:tcW w:w="1234" w:type="dxa"/>
          </w:tcPr>
          <w:p w14:paraId="546F9A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89706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BK-509-б</w:t>
            </w:r>
          </w:p>
        </w:tc>
        <w:tc>
          <w:tcPr>
            <w:tcW w:w="1234" w:type="dxa"/>
          </w:tcPr>
          <w:p w14:paraId="34D31B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509</w:t>
            </w:r>
          </w:p>
        </w:tc>
        <w:tc>
          <w:tcPr>
            <w:tcW w:w="1234" w:type="dxa"/>
          </w:tcPr>
          <w:p w14:paraId="21C912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39C4B3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4A2977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33CDC75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10,1</w:t>
            </w:r>
          </w:p>
        </w:tc>
      </w:tr>
      <w:tr w:rsidR="006F0136" w:rsidRPr="00D77020" w14:paraId="1950E29F" w14:textId="77777777">
        <w:tc>
          <w:tcPr>
            <w:tcW w:w="1234" w:type="dxa"/>
          </w:tcPr>
          <w:p w14:paraId="68B472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DA65B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BK-509-в</w:t>
            </w:r>
          </w:p>
        </w:tc>
        <w:tc>
          <w:tcPr>
            <w:tcW w:w="1234" w:type="dxa"/>
          </w:tcPr>
          <w:p w14:paraId="2213FC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509</w:t>
            </w:r>
          </w:p>
        </w:tc>
        <w:tc>
          <w:tcPr>
            <w:tcW w:w="1234" w:type="dxa"/>
          </w:tcPr>
          <w:p w14:paraId="73C8D7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7AF71F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757F41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E0BE4A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6,0</w:t>
            </w:r>
          </w:p>
        </w:tc>
      </w:tr>
      <w:tr w:rsidR="006F0136" w:rsidRPr="00D77020" w14:paraId="531A9B3B" w14:textId="77777777">
        <w:tc>
          <w:tcPr>
            <w:tcW w:w="1234" w:type="dxa"/>
          </w:tcPr>
          <w:p w14:paraId="4F12A7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9AF08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BK-509-г</w:t>
            </w:r>
          </w:p>
        </w:tc>
        <w:tc>
          <w:tcPr>
            <w:tcW w:w="1234" w:type="dxa"/>
          </w:tcPr>
          <w:p w14:paraId="6AD683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509</w:t>
            </w:r>
          </w:p>
        </w:tc>
        <w:tc>
          <w:tcPr>
            <w:tcW w:w="1234" w:type="dxa"/>
          </w:tcPr>
          <w:p w14:paraId="42870A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51AF50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4DA497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E580DE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2,9</w:t>
            </w:r>
          </w:p>
        </w:tc>
      </w:tr>
      <w:tr w:rsidR="006F0136" w:rsidRPr="00D77020" w14:paraId="3631A995" w14:textId="77777777">
        <w:tc>
          <w:tcPr>
            <w:tcW w:w="1234" w:type="dxa"/>
          </w:tcPr>
          <w:p w14:paraId="3EC1FC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2FBD5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BK-510-к</w:t>
            </w:r>
          </w:p>
        </w:tc>
        <w:tc>
          <w:tcPr>
            <w:tcW w:w="1234" w:type="dxa"/>
          </w:tcPr>
          <w:p w14:paraId="0246EF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510</w:t>
            </w:r>
          </w:p>
        </w:tc>
        <w:tc>
          <w:tcPr>
            <w:tcW w:w="1234" w:type="dxa"/>
          </w:tcPr>
          <w:p w14:paraId="765FA2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4DE6F2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2FF81D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C975F5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2,1</w:t>
            </w:r>
          </w:p>
        </w:tc>
      </w:tr>
      <w:tr w:rsidR="006F0136" w:rsidRPr="00D77020" w14:paraId="6252ACF9" w14:textId="77777777">
        <w:tc>
          <w:tcPr>
            <w:tcW w:w="1234" w:type="dxa"/>
          </w:tcPr>
          <w:p w14:paraId="2A4381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AC0C4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BK-510-с</w:t>
            </w:r>
          </w:p>
        </w:tc>
        <w:tc>
          <w:tcPr>
            <w:tcW w:w="1234" w:type="dxa"/>
          </w:tcPr>
          <w:p w14:paraId="503C01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510</w:t>
            </w:r>
          </w:p>
        </w:tc>
        <w:tc>
          <w:tcPr>
            <w:tcW w:w="1234" w:type="dxa"/>
          </w:tcPr>
          <w:p w14:paraId="29129A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49B9B0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73BD33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C77FDD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9,8</w:t>
            </w:r>
          </w:p>
        </w:tc>
      </w:tr>
      <w:tr w:rsidR="006F0136" w:rsidRPr="00D77020" w14:paraId="0B11E256" w14:textId="77777777">
        <w:tc>
          <w:tcPr>
            <w:tcW w:w="1234" w:type="dxa"/>
          </w:tcPr>
          <w:p w14:paraId="18C2B4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08C0B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BK-510-у</w:t>
            </w:r>
          </w:p>
        </w:tc>
        <w:tc>
          <w:tcPr>
            <w:tcW w:w="1234" w:type="dxa"/>
          </w:tcPr>
          <w:p w14:paraId="179294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510</w:t>
            </w:r>
          </w:p>
        </w:tc>
        <w:tc>
          <w:tcPr>
            <w:tcW w:w="1234" w:type="dxa"/>
          </w:tcPr>
          <w:p w14:paraId="6D4871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у</w:t>
            </w:r>
          </w:p>
        </w:tc>
        <w:tc>
          <w:tcPr>
            <w:tcW w:w="1234" w:type="dxa"/>
          </w:tcPr>
          <w:p w14:paraId="0F2404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73C3D5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AD150B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2,5</w:t>
            </w:r>
          </w:p>
        </w:tc>
      </w:tr>
      <w:tr w:rsidR="006F0136" w:rsidRPr="00D77020" w14:paraId="7F78FF28" w14:textId="77777777">
        <w:tc>
          <w:tcPr>
            <w:tcW w:w="1234" w:type="dxa"/>
          </w:tcPr>
          <w:p w14:paraId="4824A1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05A8E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BK-514-б</w:t>
            </w:r>
          </w:p>
        </w:tc>
        <w:tc>
          <w:tcPr>
            <w:tcW w:w="1234" w:type="dxa"/>
          </w:tcPr>
          <w:p w14:paraId="6D1A01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514</w:t>
            </w:r>
          </w:p>
        </w:tc>
        <w:tc>
          <w:tcPr>
            <w:tcW w:w="1234" w:type="dxa"/>
          </w:tcPr>
          <w:p w14:paraId="19B176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481983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</w:t>
            </w:r>
          </w:p>
        </w:tc>
        <w:tc>
          <w:tcPr>
            <w:tcW w:w="1234" w:type="dxa"/>
          </w:tcPr>
          <w:p w14:paraId="15E307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191550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3,2</w:t>
            </w:r>
          </w:p>
        </w:tc>
      </w:tr>
      <w:tr w:rsidR="006F0136" w:rsidRPr="00D77020" w14:paraId="6141B4EA" w14:textId="77777777">
        <w:tc>
          <w:tcPr>
            <w:tcW w:w="1234" w:type="dxa"/>
          </w:tcPr>
          <w:p w14:paraId="5FE192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BB095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BK-514-в</w:t>
            </w:r>
          </w:p>
        </w:tc>
        <w:tc>
          <w:tcPr>
            <w:tcW w:w="1234" w:type="dxa"/>
          </w:tcPr>
          <w:p w14:paraId="70752C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514</w:t>
            </w:r>
          </w:p>
        </w:tc>
        <w:tc>
          <w:tcPr>
            <w:tcW w:w="1234" w:type="dxa"/>
          </w:tcPr>
          <w:p w14:paraId="5A2984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05BF10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0DE6EE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F59C0A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1,4</w:t>
            </w:r>
          </w:p>
        </w:tc>
      </w:tr>
      <w:tr w:rsidR="006F0136" w:rsidRPr="00D77020" w14:paraId="3CFAD25F" w14:textId="77777777">
        <w:tc>
          <w:tcPr>
            <w:tcW w:w="1234" w:type="dxa"/>
          </w:tcPr>
          <w:p w14:paraId="30C66F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7BC73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BK-514-д</w:t>
            </w:r>
          </w:p>
        </w:tc>
        <w:tc>
          <w:tcPr>
            <w:tcW w:w="1234" w:type="dxa"/>
          </w:tcPr>
          <w:p w14:paraId="23ABAA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514</w:t>
            </w:r>
          </w:p>
        </w:tc>
        <w:tc>
          <w:tcPr>
            <w:tcW w:w="1234" w:type="dxa"/>
          </w:tcPr>
          <w:p w14:paraId="0BAB27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400627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471B4E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7DA84F6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15,0</w:t>
            </w:r>
          </w:p>
        </w:tc>
      </w:tr>
      <w:tr w:rsidR="006F0136" w:rsidRPr="00D77020" w14:paraId="2238773E" w14:textId="77777777">
        <w:tc>
          <w:tcPr>
            <w:tcW w:w="1234" w:type="dxa"/>
          </w:tcPr>
          <w:p w14:paraId="7D6569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69E1D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BK-517-ж</w:t>
            </w:r>
          </w:p>
        </w:tc>
        <w:tc>
          <w:tcPr>
            <w:tcW w:w="1234" w:type="dxa"/>
          </w:tcPr>
          <w:p w14:paraId="6AEA97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517</w:t>
            </w:r>
          </w:p>
        </w:tc>
        <w:tc>
          <w:tcPr>
            <w:tcW w:w="1234" w:type="dxa"/>
          </w:tcPr>
          <w:p w14:paraId="44CA47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1F14B1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77E414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3F3275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8,3</w:t>
            </w:r>
          </w:p>
        </w:tc>
      </w:tr>
      <w:tr w:rsidR="006F0136" w:rsidRPr="00D77020" w14:paraId="162322C6" w14:textId="77777777">
        <w:tc>
          <w:tcPr>
            <w:tcW w:w="1234" w:type="dxa"/>
          </w:tcPr>
          <w:p w14:paraId="6B4342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E4A57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BK-517-з</w:t>
            </w:r>
          </w:p>
        </w:tc>
        <w:tc>
          <w:tcPr>
            <w:tcW w:w="1234" w:type="dxa"/>
          </w:tcPr>
          <w:p w14:paraId="54F95A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517</w:t>
            </w:r>
          </w:p>
        </w:tc>
        <w:tc>
          <w:tcPr>
            <w:tcW w:w="1234" w:type="dxa"/>
          </w:tcPr>
          <w:p w14:paraId="7D1A21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6E710D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0215A9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426234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7F0206A2" w14:textId="77777777">
        <w:tc>
          <w:tcPr>
            <w:tcW w:w="1234" w:type="dxa"/>
          </w:tcPr>
          <w:p w14:paraId="5CF9CC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61C1B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BK-518-п</w:t>
            </w:r>
          </w:p>
        </w:tc>
        <w:tc>
          <w:tcPr>
            <w:tcW w:w="1234" w:type="dxa"/>
          </w:tcPr>
          <w:p w14:paraId="2F6ABA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518</w:t>
            </w:r>
          </w:p>
        </w:tc>
        <w:tc>
          <w:tcPr>
            <w:tcW w:w="1234" w:type="dxa"/>
          </w:tcPr>
          <w:p w14:paraId="2C71BD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2280AE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3DA893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073B0A2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4,9</w:t>
            </w:r>
          </w:p>
        </w:tc>
      </w:tr>
      <w:tr w:rsidR="006F0136" w:rsidRPr="00D77020" w14:paraId="36B9C804" w14:textId="77777777">
        <w:tc>
          <w:tcPr>
            <w:tcW w:w="1234" w:type="dxa"/>
          </w:tcPr>
          <w:p w14:paraId="0BC56E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01D17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BK-518-р</w:t>
            </w:r>
          </w:p>
        </w:tc>
        <w:tc>
          <w:tcPr>
            <w:tcW w:w="1234" w:type="dxa"/>
          </w:tcPr>
          <w:p w14:paraId="672C12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518</w:t>
            </w:r>
          </w:p>
        </w:tc>
        <w:tc>
          <w:tcPr>
            <w:tcW w:w="1234" w:type="dxa"/>
          </w:tcPr>
          <w:p w14:paraId="20D925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458BE4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22BEFB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3BF8E1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16,8</w:t>
            </w:r>
          </w:p>
        </w:tc>
      </w:tr>
      <w:tr w:rsidR="006F0136" w:rsidRPr="00D77020" w14:paraId="5332AB3F" w14:textId="77777777">
        <w:tc>
          <w:tcPr>
            <w:tcW w:w="1234" w:type="dxa"/>
          </w:tcPr>
          <w:p w14:paraId="103B10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5034F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BK-519-б</w:t>
            </w:r>
          </w:p>
        </w:tc>
        <w:tc>
          <w:tcPr>
            <w:tcW w:w="1234" w:type="dxa"/>
          </w:tcPr>
          <w:p w14:paraId="2B1CDA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519</w:t>
            </w:r>
          </w:p>
        </w:tc>
        <w:tc>
          <w:tcPr>
            <w:tcW w:w="1234" w:type="dxa"/>
          </w:tcPr>
          <w:p w14:paraId="0D08CF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261BD3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1492F9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65784D1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11,7</w:t>
            </w:r>
          </w:p>
        </w:tc>
      </w:tr>
      <w:tr w:rsidR="006F0136" w:rsidRPr="00D77020" w14:paraId="65AB1183" w14:textId="77777777">
        <w:tc>
          <w:tcPr>
            <w:tcW w:w="1234" w:type="dxa"/>
          </w:tcPr>
          <w:p w14:paraId="59E070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2502A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BK-519-в</w:t>
            </w:r>
          </w:p>
        </w:tc>
        <w:tc>
          <w:tcPr>
            <w:tcW w:w="1234" w:type="dxa"/>
          </w:tcPr>
          <w:p w14:paraId="287059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519</w:t>
            </w:r>
          </w:p>
        </w:tc>
        <w:tc>
          <w:tcPr>
            <w:tcW w:w="1234" w:type="dxa"/>
          </w:tcPr>
          <w:p w14:paraId="792FBF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37C2B2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4354BC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4D049C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11,9</w:t>
            </w:r>
          </w:p>
        </w:tc>
      </w:tr>
      <w:tr w:rsidR="006F0136" w:rsidRPr="00D77020" w14:paraId="108538EC" w14:textId="77777777">
        <w:tc>
          <w:tcPr>
            <w:tcW w:w="1234" w:type="dxa"/>
          </w:tcPr>
          <w:p w14:paraId="6ECBAD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6CFAC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BK-52-ж</w:t>
            </w:r>
          </w:p>
        </w:tc>
        <w:tc>
          <w:tcPr>
            <w:tcW w:w="1234" w:type="dxa"/>
          </w:tcPr>
          <w:p w14:paraId="38218B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</w:t>
            </w:r>
          </w:p>
        </w:tc>
        <w:tc>
          <w:tcPr>
            <w:tcW w:w="1234" w:type="dxa"/>
          </w:tcPr>
          <w:p w14:paraId="79FBF3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51BD88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6F3803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2F15CE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3,7</w:t>
            </w:r>
          </w:p>
        </w:tc>
      </w:tr>
      <w:tr w:rsidR="006F0136" w:rsidRPr="00D77020" w14:paraId="580AE22A" w14:textId="77777777">
        <w:tc>
          <w:tcPr>
            <w:tcW w:w="1234" w:type="dxa"/>
          </w:tcPr>
          <w:p w14:paraId="61E582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CB983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BK-52-з</w:t>
            </w:r>
          </w:p>
        </w:tc>
        <w:tc>
          <w:tcPr>
            <w:tcW w:w="1234" w:type="dxa"/>
          </w:tcPr>
          <w:p w14:paraId="33F5F0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</w:t>
            </w:r>
          </w:p>
        </w:tc>
        <w:tc>
          <w:tcPr>
            <w:tcW w:w="1234" w:type="dxa"/>
          </w:tcPr>
          <w:p w14:paraId="7D082C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3DAA64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4CEE86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59E616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2,7</w:t>
            </w:r>
          </w:p>
        </w:tc>
      </w:tr>
      <w:tr w:rsidR="006F0136" w:rsidRPr="00D77020" w14:paraId="11DDB79D" w14:textId="77777777">
        <w:tc>
          <w:tcPr>
            <w:tcW w:w="1234" w:type="dxa"/>
          </w:tcPr>
          <w:p w14:paraId="34933E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FE2B4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BK-524-м</w:t>
            </w:r>
          </w:p>
        </w:tc>
        <w:tc>
          <w:tcPr>
            <w:tcW w:w="1234" w:type="dxa"/>
          </w:tcPr>
          <w:p w14:paraId="0720B8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524</w:t>
            </w:r>
          </w:p>
        </w:tc>
        <w:tc>
          <w:tcPr>
            <w:tcW w:w="1234" w:type="dxa"/>
          </w:tcPr>
          <w:p w14:paraId="0D5B5E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054C32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573535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F4C016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2,0</w:t>
            </w:r>
          </w:p>
        </w:tc>
      </w:tr>
      <w:tr w:rsidR="006F0136" w:rsidRPr="00D77020" w14:paraId="29692800" w14:textId="77777777">
        <w:tc>
          <w:tcPr>
            <w:tcW w:w="1234" w:type="dxa"/>
          </w:tcPr>
          <w:p w14:paraId="01D9BF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99662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BK-527-з</w:t>
            </w:r>
          </w:p>
        </w:tc>
        <w:tc>
          <w:tcPr>
            <w:tcW w:w="1234" w:type="dxa"/>
          </w:tcPr>
          <w:p w14:paraId="395E35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527</w:t>
            </w:r>
          </w:p>
        </w:tc>
        <w:tc>
          <w:tcPr>
            <w:tcW w:w="1234" w:type="dxa"/>
          </w:tcPr>
          <w:p w14:paraId="6E2731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709C67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3B3735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FFFF50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2B7501F8" w14:textId="77777777">
        <w:tc>
          <w:tcPr>
            <w:tcW w:w="1234" w:type="dxa"/>
          </w:tcPr>
          <w:p w14:paraId="423062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54E84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BK-529-м</w:t>
            </w:r>
          </w:p>
        </w:tc>
        <w:tc>
          <w:tcPr>
            <w:tcW w:w="1234" w:type="dxa"/>
          </w:tcPr>
          <w:p w14:paraId="404FE4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529</w:t>
            </w:r>
          </w:p>
        </w:tc>
        <w:tc>
          <w:tcPr>
            <w:tcW w:w="1234" w:type="dxa"/>
          </w:tcPr>
          <w:p w14:paraId="53F07F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4C5D77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38BA15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5E0C86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2,5</w:t>
            </w:r>
          </w:p>
        </w:tc>
      </w:tr>
      <w:tr w:rsidR="006F0136" w:rsidRPr="00D77020" w14:paraId="05045BDA" w14:textId="77777777">
        <w:tc>
          <w:tcPr>
            <w:tcW w:w="1234" w:type="dxa"/>
          </w:tcPr>
          <w:p w14:paraId="42D945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457F1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BK-53-г</w:t>
            </w:r>
          </w:p>
        </w:tc>
        <w:tc>
          <w:tcPr>
            <w:tcW w:w="1234" w:type="dxa"/>
          </w:tcPr>
          <w:p w14:paraId="5CD15F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53</w:t>
            </w:r>
          </w:p>
        </w:tc>
        <w:tc>
          <w:tcPr>
            <w:tcW w:w="1234" w:type="dxa"/>
          </w:tcPr>
          <w:p w14:paraId="673A6E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47BC0F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14A19A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6A2F7A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1,6</w:t>
            </w:r>
          </w:p>
        </w:tc>
      </w:tr>
      <w:tr w:rsidR="006F0136" w:rsidRPr="00D77020" w14:paraId="3A3B8436" w14:textId="77777777">
        <w:tc>
          <w:tcPr>
            <w:tcW w:w="1234" w:type="dxa"/>
          </w:tcPr>
          <w:p w14:paraId="13446F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3866D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BK-53-и</w:t>
            </w:r>
          </w:p>
        </w:tc>
        <w:tc>
          <w:tcPr>
            <w:tcW w:w="1234" w:type="dxa"/>
          </w:tcPr>
          <w:p w14:paraId="171B0D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53</w:t>
            </w:r>
          </w:p>
        </w:tc>
        <w:tc>
          <w:tcPr>
            <w:tcW w:w="1234" w:type="dxa"/>
          </w:tcPr>
          <w:p w14:paraId="03E726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55AB49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2723A4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D6802A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0,9</w:t>
            </w:r>
          </w:p>
        </w:tc>
      </w:tr>
      <w:tr w:rsidR="006F0136" w:rsidRPr="00D77020" w14:paraId="4849639C" w14:textId="77777777">
        <w:tc>
          <w:tcPr>
            <w:tcW w:w="1234" w:type="dxa"/>
          </w:tcPr>
          <w:p w14:paraId="184BCB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ECBF7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BK-54-г</w:t>
            </w:r>
          </w:p>
        </w:tc>
        <w:tc>
          <w:tcPr>
            <w:tcW w:w="1234" w:type="dxa"/>
          </w:tcPr>
          <w:p w14:paraId="61F2F8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54</w:t>
            </w:r>
          </w:p>
        </w:tc>
        <w:tc>
          <w:tcPr>
            <w:tcW w:w="1234" w:type="dxa"/>
          </w:tcPr>
          <w:p w14:paraId="4136B8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6B59A0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6870E0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D68CB3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47F7D39E" w14:textId="77777777">
        <w:tc>
          <w:tcPr>
            <w:tcW w:w="1234" w:type="dxa"/>
          </w:tcPr>
          <w:p w14:paraId="427F34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2020</w:t>
            </w:r>
          </w:p>
        </w:tc>
        <w:tc>
          <w:tcPr>
            <w:tcW w:w="1234" w:type="dxa"/>
          </w:tcPr>
          <w:p w14:paraId="251F7A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BK-57-б</w:t>
            </w:r>
          </w:p>
        </w:tc>
        <w:tc>
          <w:tcPr>
            <w:tcW w:w="1234" w:type="dxa"/>
          </w:tcPr>
          <w:p w14:paraId="43A42A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57</w:t>
            </w:r>
          </w:p>
        </w:tc>
        <w:tc>
          <w:tcPr>
            <w:tcW w:w="1234" w:type="dxa"/>
          </w:tcPr>
          <w:p w14:paraId="0C06F4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01DE22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41E304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3D42D52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12,8</w:t>
            </w:r>
          </w:p>
        </w:tc>
      </w:tr>
      <w:tr w:rsidR="006F0136" w:rsidRPr="00D77020" w14:paraId="57CAFFDE" w14:textId="77777777">
        <w:tc>
          <w:tcPr>
            <w:tcW w:w="1234" w:type="dxa"/>
          </w:tcPr>
          <w:p w14:paraId="097E32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97003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BK-57-д</w:t>
            </w:r>
          </w:p>
        </w:tc>
        <w:tc>
          <w:tcPr>
            <w:tcW w:w="1234" w:type="dxa"/>
          </w:tcPr>
          <w:p w14:paraId="69541F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57</w:t>
            </w:r>
          </w:p>
        </w:tc>
        <w:tc>
          <w:tcPr>
            <w:tcW w:w="1234" w:type="dxa"/>
          </w:tcPr>
          <w:p w14:paraId="5B39E7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5765EB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7BF580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1459E5A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2,3</w:t>
            </w:r>
          </w:p>
        </w:tc>
      </w:tr>
      <w:tr w:rsidR="006F0136" w:rsidRPr="00D77020" w14:paraId="0CADFB9C" w14:textId="77777777">
        <w:tc>
          <w:tcPr>
            <w:tcW w:w="1234" w:type="dxa"/>
          </w:tcPr>
          <w:p w14:paraId="21C6D2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37AAD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BK-58-и</w:t>
            </w:r>
          </w:p>
        </w:tc>
        <w:tc>
          <w:tcPr>
            <w:tcW w:w="1234" w:type="dxa"/>
          </w:tcPr>
          <w:p w14:paraId="7454FE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58</w:t>
            </w:r>
          </w:p>
        </w:tc>
        <w:tc>
          <w:tcPr>
            <w:tcW w:w="1234" w:type="dxa"/>
          </w:tcPr>
          <w:p w14:paraId="7BB988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17AD2C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698209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9270</w:t>
            </w:r>
          </w:p>
        </w:tc>
        <w:tc>
          <w:tcPr>
            <w:tcW w:w="1234" w:type="dxa"/>
          </w:tcPr>
          <w:p w14:paraId="3CBF29A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3,4</w:t>
            </w:r>
          </w:p>
        </w:tc>
      </w:tr>
      <w:tr w:rsidR="006F0136" w:rsidRPr="00D77020" w14:paraId="316D73F4" w14:textId="77777777">
        <w:tc>
          <w:tcPr>
            <w:tcW w:w="1234" w:type="dxa"/>
          </w:tcPr>
          <w:p w14:paraId="099A40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DAA3F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BK-59-и</w:t>
            </w:r>
          </w:p>
        </w:tc>
        <w:tc>
          <w:tcPr>
            <w:tcW w:w="1234" w:type="dxa"/>
          </w:tcPr>
          <w:p w14:paraId="073FD9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59</w:t>
            </w:r>
          </w:p>
        </w:tc>
        <w:tc>
          <w:tcPr>
            <w:tcW w:w="1234" w:type="dxa"/>
          </w:tcPr>
          <w:p w14:paraId="378944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2811B8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4AE1B5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FF2D1F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2,3</w:t>
            </w:r>
          </w:p>
        </w:tc>
      </w:tr>
      <w:tr w:rsidR="006F0136" w:rsidRPr="00D77020" w14:paraId="4192FC29" w14:textId="77777777">
        <w:tc>
          <w:tcPr>
            <w:tcW w:w="1234" w:type="dxa"/>
          </w:tcPr>
          <w:p w14:paraId="4F062A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A8E39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BK-59-к</w:t>
            </w:r>
          </w:p>
        </w:tc>
        <w:tc>
          <w:tcPr>
            <w:tcW w:w="1234" w:type="dxa"/>
          </w:tcPr>
          <w:p w14:paraId="7D5016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59</w:t>
            </w:r>
          </w:p>
        </w:tc>
        <w:tc>
          <w:tcPr>
            <w:tcW w:w="1234" w:type="dxa"/>
          </w:tcPr>
          <w:p w14:paraId="046AE7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143996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004B9D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FF2682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3,0</w:t>
            </w:r>
          </w:p>
        </w:tc>
      </w:tr>
      <w:tr w:rsidR="006F0136" w:rsidRPr="00D77020" w14:paraId="732881C9" w14:textId="77777777">
        <w:tc>
          <w:tcPr>
            <w:tcW w:w="1234" w:type="dxa"/>
          </w:tcPr>
          <w:p w14:paraId="3EE07E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55435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BK-60-е</w:t>
            </w:r>
          </w:p>
        </w:tc>
        <w:tc>
          <w:tcPr>
            <w:tcW w:w="1234" w:type="dxa"/>
          </w:tcPr>
          <w:p w14:paraId="4A9CC8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7BD22F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4969E0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7DCA8C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E8A1A8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1B6BD8E4" w14:textId="77777777">
        <w:tc>
          <w:tcPr>
            <w:tcW w:w="1234" w:type="dxa"/>
          </w:tcPr>
          <w:p w14:paraId="7407E6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E252D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BK-62-е</w:t>
            </w:r>
          </w:p>
        </w:tc>
        <w:tc>
          <w:tcPr>
            <w:tcW w:w="1234" w:type="dxa"/>
          </w:tcPr>
          <w:p w14:paraId="235EE0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62</w:t>
            </w:r>
          </w:p>
        </w:tc>
        <w:tc>
          <w:tcPr>
            <w:tcW w:w="1234" w:type="dxa"/>
          </w:tcPr>
          <w:p w14:paraId="09C5D9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0642F0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511B32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B72BA9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9,0</w:t>
            </w:r>
          </w:p>
        </w:tc>
      </w:tr>
      <w:tr w:rsidR="006F0136" w:rsidRPr="00D77020" w14:paraId="38CCB718" w14:textId="77777777">
        <w:tc>
          <w:tcPr>
            <w:tcW w:w="1234" w:type="dxa"/>
          </w:tcPr>
          <w:p w14:paraId="136C6D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1B5B7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BK-62-и</w:t>
            </w:r>
          </w:p>
        </w:tc>
        <w:tc>
          <w:tcPr>
            <w:tcW w:w="1234" w:type="dxa"/>
          </w:tcPr>
          <w:p w14:paraId="73588A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62</w:t>
            </w:r>
          </w:p>
        </w:tc>
        <w:tc>
          <w:tcPr>
            <w:tcW w:w="1234" w:type="dxa"/>
          </w:tcPr>
          <w:p w14:paraId="26B74A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60A5CA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534B4A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A88AFC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2,8</w:t>
            </w:r>
          </w:p>
        </w:tc>
      </w:tr>
      <w:tr w:rsidR="006F0136" w:rsidRPr="00D77020" w14:paraId="698E4B21" w14:textId="77777777">
        <w:tc>
          <w:tcPr>
            <w:tcW w:w="1234" w:type="dxa"/>
          </w:tcPr>
          <w:p w14:paraId="2098DD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38873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BK-62-р</w:t>
            </w:r>
          </w:p>
        </w:tc>
        <w:tc>
          <w:tcPr>
            <w:tcW w:w="1234" w:type="dxa"/>
          </w:tcPr>
          <w:p w14:paraId="44C49B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62</w:t>
            </w:r>
          </w:p>
        </w:tc>
        <w:tc>
          <w:tcPr>
            <w:tcW w:w="1234" w:type="dxa"/>
          </w:tcPr>
          <w:p w14:paraId="459D6D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4373CC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4C8089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A354B1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2,2</w:t>
            </w:r>
          </w:p>
        </w:tc>
      </w:tr>
      <w:tr w:rsidR="006F0136" w:rsidRPr="00D77020" w14:paraId="30E1D919" w14:textId="77777777">
        <w:tc>
          <w:tcPr>
            <w:tcW w:w="1234" w:type="dxa"/>
          </w:tcPr>
          <w:p w14:paraId="12E51D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AA618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BK-65-б</w:t>
            </w:r>
          </w:p>
        </w:tc>
        <w:tc>
          <w:tcPr>
            <w:tcW w:w="1234" w:type="dxa"/>
          </w:tcPr>
          <w:p w14:paraId="510B26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65</w:t>
            </w:r>
          </w:p>
        </w:tc>
        <w:tc>
          <w:tcPr>
            <w:tcW w:w="1234" w:type="dxa"/>
          </w:tcPr>
          <w:p w14:paraId="33C5C4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4500F5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50C9E5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C87CD7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0535FF86" w14:textId="77777777">
        <w:tc>
          <w:tcPr>
            <w:tcW w:w="1234" w:type="dxa"/>
          </w:tcPr>
          <w:p w14:paraId="635254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88434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BK-68-з</w:t>
            </w:r>
          </w:p>
        </w:tc>
        <w:tc>
          <w:tcPr>
            <w:tcW w:w="1234" w:type="dxa"/>
          </w:tcPr>
          <w:p w14:paraId="32D048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68</w:t>
            </w:r>
          </w:p>
        </w:tc>
        <w:tc>
          <w:tcPr>
            <w:tcW w:w="1234" w:type="dxa"/>
          </w:tcPr>
          <w:p w14:paraId="7B6BDC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73FDA5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64C8B2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268B00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2,9</w:t>
            </w:r>
          </w:p>
        </w:tc>
      </w:tr>
      <w:tr w:rsidR="006F0136" w:rsidRPr="00D77020" w14:paraId="20575064" w14:textId="77777777">
        <w:tc>
          <w:tcPr>
            <w:tcW w:w="1234" w:type="dxa"/>
          </w:tcPr>
          <w:p w14:paraId="039858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67F66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BK-68-и</w:t>
            </w:r>
          </w:p>
        </w:tc>
        <w:tc>
          <w:tcPr>
            <w:tcW w:w="1234" w:type="dxa"/>
          </w:tcPr>
          <w:p w14:paraId="609717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68</w:t>
            </w:r>
          </w:p>
        </w:tc>
        <w:tc>
          <w:tcPr>
            <w:tcW w:w="1234" w:type="dxa"/>
          </w:tcPr>
          <w:p w14:paraId="1F5FCF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39A785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6ABBC4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05BE46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1,8</w:t>
            </w:r>
          </w:p>
        </w:tc>
      </w:tr>
      <w:tr w:rsidR="006F0136" w:rsidRPr="00D77020" w14:paraId="2E48503C" w14:textId="77777777">
        <w:tc>
          <w:tcPr>
            <w:tcW w:w="1234" w:type="dxa"/>
          </w:tcPr>
          <w:p w14:paraId="50B3CC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CBABD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BK-71-г</w:t>
            </w:r>
          </w:p>
        </w:tc>
        <w:tc>
          <w:tcPr>
            <w:tcW w:w="1234" w:type="dxa"/>
          </w:tcPr>
          <w:p w14:paraId="43058D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71</w:t>
            </w:r>
          </w:p>
        </w:tc>
        <w:tc>
          <w:tcPr>
            <w:tcW w:w="1234" w:type="dxa"/>
          </w:tcPr>
          <w:p w14:paraId="47002D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6CCECC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548C3C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305BD9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2,4</w:t>
            </w:r>
          </w:p>
        </w:tc>
      </w:tr>
      <w:tr w:rsidR="006F0136" w:rsidRPr="00D77020" w14:paraId="3D4CDE76" w14:textId="77777777">
        <w:tc>
          <w:tcPr>
            <w:tcW w:w="1234" w:type="dxa"/>
          </w:tcPr>
          <w:p w14:paraId="273ACE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61515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BK-71-д</w:t>
            </w:r>
          </w:p>
        </w:tc>
        <w:tc>
          <w:tcPr>
            <w:tcW w:w="1234" w:type="dxa"/>
          </w:tcPr>
          <w:p w14:paraId="41D69B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71</w:t>
            </w:r>
          </w:p>
        </w:tc>
        <w:tc>
          <w:tcPr>
            <w:tcW w:w="1234" w:type="dxa"/>
          </w:tcPr>
          <w:p w14:paraId="611376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42A502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4F5ED0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364639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7,4</w:t>
            </w:r>
          </w:p>
        </w:tc>
      </w:tr>
      <w:tr w:rsidR="006F0136" w:rsidRPr="00D77020" w14:paraId="6E206C01" w14:textId="77777777">
        <w:tc>
          <w:tcPr>
            <w:tcW w:w="1234" w:type="dxa"/>
          </w:tcPr>
          <w:p w14:paraId="48FF29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FE670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BK-72-б</w:t>
            </w:r>
          </w:p>
        </w:tc>
        <w:tc>
          <w:tcPr>
            <w:tcW w:w="1234" w:type="dxa"/>
          </w:tcPr>
          <w:p w14:paraId="4675E5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72</w:t>
            </w:r>
          </w:p>
        </w:tc>
        <w:tc>
          <w:tcPr>
            <w:tcW w:w="1234" w:type="dxa"/>
          </w:tcPr>
          <w:p w14:paraId="33F79F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3D9C3F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</w:t>
            </w:r>
          </w:p>
        </w:tc>
        <w:tc>
          <w:tcPr>
            <w:tcW w:w="1234" w:type="dxa"/>
          </w:tcPr>
          <w:p w14:paraId="2E3D3D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E5A6D4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3,5</w:t>
            </w:r>
          </w:p>
        </w:tc>
      </w:tr>
      <w:tr w:rsidR="006F0136" w:rsidRPr="00D77020" w14:paraId="0AD70F34" w14:textId="77777777">
        <w:tc>
          <w:tcPr>
            <w:tcW w:w="1234" w:type="dxa"/>
          </w:tcPr>
          <w:p w14:paraId="6CDC49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9F851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BK-76-е</w:t>
            </w:r>
          </w:p>
        </w:tc>
        <w:tc>
          <w:tcPr>
            <w:tcW w:w="1234" w:type="dxa"/>
          </w:tcPr>
          <w:p w14:paraId="2669E2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76</w:t>
            </w:r>
          </w:p>
        </w:tc>
        <w:tc>
          <w:tcPr>
            <w:tcW w:w="1234" w:type="dxa"/>
          </w:tcPr>
          <w:p w14:paraId="471F76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1D012C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</w:t>
            </w:r>
          </w:p>
        </w:tc>
        <w:tc>
          <w:tcPr>
            <w:tcW w:w="1234" w:type="dxa"/>
          </w:tcPr>
          <w:p w14:paraId="510908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28E5EC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7,1</w:t>
            </w:r>
          </w:p>
        </w:tc>
      </w:tr>
      <w:tr w:rsidR="006F0136" w:rsidRPr="00D77020" w14:paraId="42A40868" w14:textId="77777777">
        <w:tc>
          <w:tcPr>
            <w:tcW w:w="1234" w:type="dxa"/>
          </w:tcPr>
          <w:p w14:paraId="776EEA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52BC0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BK-78-к</w:t>
            </w:r>
          </w:p>
        </w:tc>
        <w:tc>
          <w:tcPr>
            <w:tcW w:w="1234" w:type="dxa"/>
          </w:tcPr>
          <w:p w14:paraId="2A833B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78</w:t>
            </w:r>
          </w:p>
        </w:tc>
        <w:tc>
          <w:tcPr>
            <w:tcW w:w="1234" w:type="dxa"/>
          </w:tcPr>
          <w:p w14:paraId="078F30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1B3B57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4E8955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059BBCB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6,8</w:t>
            </w:r>
          </w:p>
        </w:tc>
      </w:tr>
      <w:tr w:rsidR="006F0136" w:rsidRPr="00D77020" w14:paraId="22C7AB60" w14:textId="77777777">
        <w:tc>
          <w:tcPr>
            <w:tcW w:w="1234" w:type="dxa"/>
          </w:tcPr>
          <w:p w14:paraId="29E359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1F2DC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BK-79-и</w:t>
            </w:r>
          </w:p>
        </w:tc>
        <w:tc>
          <w:tcPr>
            <w:tcW w:w="1234" w:type="dxa"/>
          </w:tcPr>
          <w:p w14:paraId="2D12E6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79</w:t>
            </w:r>
          </w:p>
        </w:tc>
        <w:tc>
          <w:tcPr>
            <w:tcW w:w="1234" w:type="dxa"/>
          </w:tcPr>
          <w:p w14:paraId="492B9F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298687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2907E5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F030AF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11,6</w:t>
            </w:r>
          </w:p>
        </w:tc>
      </w:tr>
      <w:tr w:rsidR="006F0136" w:rsidRPr="00D77020" w14:paraId="7DDA0BCB" w14:textId="77777777">
        <w:tc>
          <w:tcPr>
            <w:tcW w:w="1234" w:type="dxa"/>
          </w:tcPr>
          <w:p w14:paraId="610643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86A16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BK-85-к</w:t>
            </w:r>
          </w:p>
        </w:tc>
        <w:tc>
          <w:tcPr>
            <w:tcW w:w="1234" w:type="dxa"/>
          </w:tcPr>
          <w:p w14:paraId="28E08B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85</w:t>
            </w:r>
          </w:p>
        </w:tc>
        <w:tc>
          <w:tcPr>
            <w:tcW w:w="1234" w:type="dxa"/>
          </w:tcPr>
          <w:p w14:paraId="4949AD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2AA120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025A68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6157BC2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1,0</w:t>
            </w:r>
          </w:p>
        </w:tc>
      </w:tr>
      <w:tr w:rsidR="006F0136" w:rsidRPr="00D77020" w14:paraId="10CD7E08" w14:textId="77777777">
        <w:tc>
          <w:tcPr>
            <w:tcW w:w="1234" w:type="dxa"/>
          </w:tcPr>
          <w:p w14:paraId="310363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A110A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BK-94-и</w:t>
            </w:r>
          </w:p>
        </w:tc>
        <w:tc>
          <w:tcPr>
            <w:tcW w:w="1234" w:type="dxa"/>
          </w:tcPr>
          <w:p w14:paraId="2AD443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</w:t>
            </w:r>
          </w:p>
        </w:tc>
        <w:tc>
          <w:tcPr>
            <w:tcW w:w="1234" w:type="dxa"/>
          </w:tcPr>
          <w:p w14:paraId="2C24E0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1DC042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73B5A6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1AC19DC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5,6</w:t>
            </w:r>
          </w:p>
        </w:tc>
      </w:tr>
      <w:tr w:rsidR="006F0136" w:rsidRPr="00D77020" w14:paraId="5D025639" w14:textId="77777777">
        <w:tc>
          <w:tcPr>
            <w:tcW w:w="1234" w:type="dxa"/>
          </w:tcPr>
          <w:p w14:paraId="3668C3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C3374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BK-98-а</w:t>
            </w:r>
          </w:p>
        </w:tc>
        <w:tc>
          <w:tcPr>
            <w:tcW w:w="1234" w:type="dxa"/>
          </w:tcPr>
          <w:p w14:paraId="0D0A8B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98</w:t>
            </w:r>
          </w:p>
        </w:tc>
        <w:tc>
          <w:tcPr>
            <w:tcW w:w="1234" w:type="dxa"/>
          </w:tcPr>
          <w:p w14:paraId="6891D9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3E4D79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3D4BD7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18DEE7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15,3</w:t>
            </w:r>
          </w:p>
        </w:tc>
      </w:tr>
      <w:tr w:rsidR="006F0136" w:rsidRPr="00D77020" w14:paraId="2D9189F8" w14:textId="77777777">
        <w:tc>
          <w:tcPr>
            <w:tcW w:w="7404" w:type="dxa"/>
            <w:gridSpan w:val="6"/>
          </w:tcPr>
          <w:p w14:paraId="3DB2A0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08BF4A4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1230,6</w:t>
            </w:r>
          </w:p>
        </w:tc>
      </w:tr>
    </w:tbl>
    <w:p w14:paraId="4366B274" w14:textId="77777777" w:rsidR="006F0136" w:rsidRPr="00D77020" w:rsidRDefault="00D77020">
      <w:pPr>
        <w:rPr>
          <w:lang w:val="bg-BG"/>
        </w:rPr>
      </w:pPr>
      <w:r w:rsidRPr="00D77020">
        <w:rPr>
          <w:lang w:val="bg-BG"/>
        </w:rPr>
        <w:br w:type="page"/>
      </w:r>
    </w:p>
    <w:p w14:paraId="55D8F14B" w14:textId="7B5CDF07" w:rsidR="006F0136" w:rsidRPr="00D77020" w:rsidRDefault="00D77020">
      <w:pPr>
        <w:pStyle w:val="Heading1"/>
        <w:rPr>
          <w:lang w:val="bg-BG"/>
        </w:rPr>
      </w:pPr>
      <w:bookmarkStart w:id="14" w:name="_Toc222837681"/>
      <w:r w:rsidRPr="00D77020">
        <w:rPr>
          <w:lang w:val="bg-BG"/>
        </w:rPr>
        <w:lastRenderedPageBreak/>
        <w:t>ДГС Кресна - Обща площ: 6</w:t>
      </w:r>
      <w:r w:rsidR="006D0FA3">
        <w:rPr>
          <w:lang w:val="bg-BG"/>
        </w:rPr>
        <w:t>30</w:t>
      </w:r>
      <w:r w:rsidRPr="00D77020">
        <w:rPr>
          <w:lang w:val="bg-BG"/>
        </w:rPr>
        <w:t>,</w:t>
      </w:r>
      <w:r w:rsidR="006D0FA3">
        <w:rPr>
          <w:lang w:val="bg-BG"/>
        </w:rPr>
        <w:t>9</w:t>
      </w:r>
      <w:r w:rsidRPr="00D77020">
        <w:rPr>
          <w:lang w:val="bg-BG"/>
        </w:rPr>
        <w:t xml:space="preserve"> </w:t>
      </w:r>
      <w:proofErr w:type="spellStart"/>
      <w:r w:rsidRPr="00D77020">
        <w:rPr>
          <w:lang w:val="bg-BG"/>
        </w:rPr>
        <w:t>хa</w:t>
      </w:r>
      <w:bookmarkEnd w:id="14"/>
      <w:proofErr w:type="spellEnd"/>
    </w:p>
    <w:p w14:paraId="7EADAC53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BG0000366 - Кресна - Илинденци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49424405" w14:textId="77777777" w:rsidTr="006D0FA3">
        <w:tc>
          <w:tcPr>
            <w:tcW w:w="1352" w:type="dxa"/>
          </w:tcPr>
          <w:p w14:paraId="67B8E3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413" w:type="dxa"/>
          </w:tcPr>
          <w:p w14:paraId="3AFA20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085" w:type="dxa"/>
          </w:tcPr>
          <w:p w14:paraId="28AF16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02" w:type="dxa"/>
          </w:tcPr>
          <w:p w14:paraId="5FF8A9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137" w:type="dxa"/>
          </w:tcPr>
          <w:p w14:paraId="6181C5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138" w:type="dxa"/>
          </w:tcPr>
          <w:p w14:paraId="4A727F62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303" w:type="dxa"/>
          </w:tcPr>
          <w:p w14:paraId="258DBA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4A472ECE" w14:textId="77777777" w:rsidTr="006D0FA3">
        <w:tc>
          <w:tcPr>
            <w:tcW w:w="1352" w:type="dxa"/>
          </w:tcPr>
          <w:p w14:paraId="0E385F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23BCB8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BL-100-а</w:t>
            </w:r>
          </w:p>
        </w:tc>
        <w:tc>
          <w:tcPr>
            <w:tcW w:w="1085" w:type="dxa"/>
          </w:tcPr>
          <w:p w14:paraId="1A003D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02" w:type="dxa"/>
          </w:tcPr>
          <w:p w14:paraId="164180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137" w:type="dxa"/>
          </w:tcPr>
          <w:p w14:paraId="69F50C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138" w:type="dxa"/>
          </w:tcPr>
          <w:p w14:paraId="78F835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303" w:type="dxa"/>
          </w:tcPr>
          <w:p w14:paraId="653C02E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19,5</w:t>
            </w:r>
          </w:p>
        </w:tc>
      </w:tr>
      <w:tr w:rsidR="006F0136" w:rsidRPr="00D77020" w14:paraId="73C17A22" w14:textId="77777777" w:rsidTr="006D0FA3">
        <w:tc>
          <w:tcPr>
            <w:tcW w:w="1352" w:type="dxa"/>
          </w:tcPr>
          <w:p w14:paraId="27DB70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286852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BL-101-д</w:t>
            </w:r>
          </w:p>
        </w:tc>
        <w:tc>
          <w:tcPr>
            <w:tcW w:w="1085" w:type="dxa"/>
          </w:tcPr>
          <w:p w14:paraId="452107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101</w:t>
            </w:r>
          </w:p>
        </w:tc>
        <w:tc>
          <w:tcPr>
            <w:tcW w:w="1202" w:type="dxa"/>
          </w:tcPr>
          <w:p w14:paraId="1F2E80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137" w:type="dxa"/>
          </w:tcPr>
          <w:p w14:paraId="561140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138" w:type="dxa"/>
          </w:tcPr>
          <w:p w14:paraId="6EF56E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303" w:type="dxa"/>
          </w:tcPr>
          <w:p w14:paraId="5898AA1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20,5</w:t>
            </w:r>
          </w:p>
        </w:tc>
      </w:tr>
      <w:tr w:rsidR="006F0136" w:rsidRPr="00D77020" w14:paraId="7B4797BD" w14:textId="77777777" w:rsidTr="006D0FA3">
        <w:tc>
          <w:tcPr>
            <w:tcW w:w="1352" w:type="dxa"/>
          </w:tcPr>
          <w:p w14:paraId="1D8001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52C75A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BL-103-ж</w:t>
            </w:r>
          </w:p>
        </w:tc>
        <w:tc>
          <w:tcPr>
            <w:tcW w:w="1085" w:type="dxa"/>
          </w:tcPr>
          <w:p w14:paraId="44F364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103</w:t>
            </w:r>
          </w:p>
        </w:tc>
        <w:tc>
          <w:tcPr>
            <w:tcW w:w="1202" w:type="dxa"/>
          </w:tcPr>
          <w:p w14:paraId="48676A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137" w:type="dxa"/>
          </w:tcPr>
          <w:p w14:paraId="428086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138" w:type="dxa"/>
          </w:tcPr>
          <w:p w14:paraId="57B718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303" w:type="dxa"/>
          </w:tcPr>
          <w:p w14:paraId="2635DC0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15,6</w:t>
            </w:r>
          </w:p>
        </w:tc>
      </w:tr>
      <w:tr w:rsidR="006D0FA3" w:rsidRPr="00D77020" w14:paraId="4F0E43B1" w14:textId="77777777" w:rsidTr="006D0FA3">
        <w:tc>
          <w:tcPr>
            <w:tcW w:w="1352" w:type="dxa"/>
          </w:tcPr>
          <w:p w14:paraId="10D75131" w14:textId="26A78E9B" w:rsidR="006D0FA3" w:rsidRPr="00D77020" w:rsidRDefault="006D0FA3" w:rsidP="006D0FA3">
            <w:pPr>
              <w:rPr>
                <w:lang w:val="bg-BG"/>
              </w:rPr>
            </w:pPr>
            <w:r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2F527E59" w14:textId="5F98A950" w:rsidR="006D0FA3" w:rsidRPr="00D77020" w:rsidRDefault="006D0FA3" w:rsidP="006D0FA3">
            <w:pPr>
              <w:rPr>
                <w:lang w:val="bg-BG"/>
              </w:rPr>
            </w:pPr>
            <w:r w:rsidRPr="006D0FA3">
              <w:rPr>
                <w:lang w:val="bg-BG"/>
              </w:rPr>
              <w:t>BL-</w:t>
            </w:r>
            <w:r>
              <w:rPr>
                <w:lang w:val="bg-BG"/>
              </w:rPr>
              <w:t>12-б</w:t>
            </w:r>
          </w:p>
        </w:tc>
        <w:tc>
          <w:tcPr>
            <w:tcW w:w="1085" w:type="dxa"/>
          </w:tcPr>
          <w:p w14:paraId="0AC5E2FE" w14:textId="0104B747" w:rsidR="006D0FA3" w:rsidRPr="00D77020" w:rsidRDefault="006D0FA3" w:rsidP="006D0FA3">
            <w:pPr>
              <w:rPr>
                <w:lang w:val="bg-BG"/>
              </w:rPr>
            </w:pPr>
            <w:r>
              <w:rPr>
                <w:lang w:val="bg-BG"/>
              </w:rPr>
              <w:t>12</w:t>
            </w:r>
          </w:p>
        </w:tc>
        <w:tc>
          <w:tcPr>
            <w:tcW w:w="1202" w:type="dxa"/>
          </w:tcPr>
          <w:p w14:paraId="64A1E8C3" w14:textId="1234F02A" w:rsidR="006D0FA3" w:rsidRPr="00F92DD7" w:rsidRDefault="00F92DD7" w:rsidP="006D0FA3">
            <w:pPr>
              <w:rPr>
                <w:lang w:val="bg-BG"/>
              </w:rPr>
            </w:pPr>
            <w:r>
              <w:rPr>
                <w:lang w:val="bg-BG"/>
              </w:rPr>
              <w:t>б</w:t>
            </w:r>
          </w:p>
        </w:tc>
        <w:tc>
          <w:tcPr>
            <w:tcW w:w="1137" w:type="dxa"/>
          </w:tcPr>
          <w:p w14:paraId="326B6D69" w14:textId="02AB5DA7" w:rsidR="006D0FA3" w:rsidRPr="00D77020" w:rsidRDefault="006D0FA3" w:rsidP="006D0FA3">
            <w:pPr>
              <w:rPr>
                <w:lang w:val="bg-BG"/>
              </w:rPr>
            </w:pPr>
            <w:r>
              <w:rPr>
                <w:lang w:val="bg-BG"/>
              </w:rPr>
              <w:t>50</w:t>
            </w:r>
          </w:p>
        </w:tc>
        <w:tc>
          <w:tcPr>
            <w:tcW w:w="1138" w:type="dxa"/>
          </w:tcPr>
          <w:p w14:paraId="5E51368D" w14:textId="75BA71B3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303" w:type="dxa"/>
          </w:tcPr>
          <w:p w14:paraId="6CA69E28" w14:textId="3DC43516" w:rsidR="006D0FA3" w:rsidRPr="00D77020" w:rsidRDefault="006D0FA3" w:rsidP="006D0FA3">
            <w:pPr>
              <w:jc w:val="right"/>
              <w:rPr>
                <w:lang w:val="bg-BG"/>
              </w:rPr>
            </w:pPr>
            <w:r>
              <w:rPr>
                <w:lang w:val="bg-BG"/>
              </w:rPr>
              <w:t>14,5</w:t>
            </w:r>
          </w:p>
        </w:tc>
      </w:tr>
      <w:tr w:rsidR="006D0FA3" w:rsidRPr="00D77020" w14:paraId="1179C86E" w14:textId="77777777" w:rsidTr="006D0FA3">
        <w:tc>
          <w:tcPr>
            <w:tcW w:w="1352" w:type="dxa"/>
          </w:tcPr>
          <w:p w14:paraId="049536A2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6B5D99D3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BL-13-а</w:t>
            </w:r>
          </w:p>
        </w:tc>
        <w:tc>
          <w:tcPr>
            <w:tcW w:w="1085" w:type="dxa"/>
          </w:tcPr>
          <w:p w14:paraId="00E31D9B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13</w:t>
            </w:r>
          </w:p>
        </w:tc>
        <w:tc>
          <w:tcPr>
            <w:tcW w:w="1202" w:type="dxa"/>
          </w:tcPr>
          <w:p w14:paraId="23F370CB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137" w:type="dxa"/>
          </w:tcPr>
          <w:p w14:paraId="4D3AD90A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138" w:type="dxa"/>
          </w:tcPr>
          <w:p w14:paraId="65A529F0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9560</w:t>
            </w:r>
          </w:p>
        </w:tc>
        <w:tc>
          <w:tcPr>
            <w:tcW w:w="1303" w:type="dxa"/>
          </w:tcPr>
          <w:p w14:paraId="0C46C17E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4,3</w:t>
            </w:r>
          </w:p>
        </w:tc>
      </w:tr>
      <w:tr w:rsidR="006D0FA3" w:rsidRPr="00D77020" w14:paraId="6F364CEC" w14:textId="77777777" w:rsidTr="006D0FA3">
        <w:tc>
          <w:tcPr>
            <w:tcW w:w="1352" w:type="dxa"/>
          </w:tcPr>
          <w:p w14:paraId="080AECA5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262530C3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BL-13-б</w:t>
            </w:r>
          </w:p>
        </w:tc>
        <w:tc>
          <w:tcPr>
            <w:tcW w:w="1085" w:type="dxa"/>
          </w:tcPr>
          <w:p w14:paraId="7BCC72DE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13</w:t>
            </w:r>
          </w:p>
        </w:tc>
        <w:tc>
          <w:tcPr>
            <w:tcW w:w="1202" w:type="dxa"/>
          </w:tcPr>
          <w:p w14:paraId="6D5F9A2B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137" w:type="dxa"/>
          </w:tcPr>
          <w:p w14:paraId="07AA56A4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138" w:type="dxa"/>
          </w:tcPr>
          <w:p w14:paraId="2CCA7E29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9560</w:t>
            </w:r>
          </w:p>
        </w:tc>
        <w:tc>
          <w:tcPr>
            <w:tcW w:w="1303" w:type="dxa"/>
          </w:tcPr>
          <w:p w14:paraId="6F56C7A7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21,5</w:t>
            </w:r>
          </w:p>
        </w:tc>
      </w:tr>
      <w:tr w:rsidR="006D0FA3" w:rsidRPr="00D77020" w14:paraId="2D4CE85F" w14:textId="77777777" w:rsidTr="006D0FA3">
        <w:tc>
          <w:tcPr>
            <w:tcW w:w="1352" w:type="dxa"/>
          </w:tcPr>
          <w:p w14:paraId="1131F24C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44290B20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BL-133-г</w:t>
            </w:r>
          </w:p>
        </w:tc>
        <w:tc>
          <w:tcPr>
            <w:tcW w:w="1085" w:type="dxa"/>
          </w:tcPr>
          <w:p w14:paraId="759CA955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133</w:t>
            </w:r>
          </w:p>
        </w:tc>
        <w:tc>
          <w:tcPr>
            <w:tcW w:w="1202" w:type="dxa"/>
          </w:tcPr>
          <w:p w14:paraId="16191280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137" w:type="dxa"/>
          </w:tcPr>
          <w:p w14:paraId="5AE76C46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138" w:type="dxa"/>
          </w:tcPr>
          <w:p w14:paraId="7B31A6F9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303" w:type="dxa"/>
          </w:tcPr>
          <w:p w14:paraId="3ADF8DBA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4,3</w:t>
            </w:r>
          </w:p>
        </w:tc>
      </w:tr>
      <w:tr w:rsidR="006D0FA3" w:rsidRPr="00D77020" w14:paraId="4B853459" w14:textId="77777777" w:rsidTr="006D0FA3">
        <w:tc>
          <w:tcPr>
            <w:tcW w:w="1352" w:type="dxa"/>
          </w:tcPr>
          <w:p w14:paraId="7A7B4925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66B1F8F7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BL-147-а</w:t>
            </w:r>
          </w:p>
        </w:tc>
        <w:tc>
          <w:tcPr>
            <w:tcW w:w="1085" w:type="dxa"/>
          </w:tcPr>
          <w:p w14:paraId="54A9048E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147</w:t>
            </w:r>
          </w:p>
        </w:tc>
        <w:tc>
          <w:tcPr>
            <w:tcW w:w="1202" w:type="dxa"/>
          </w:tcPr>
          <w:p w14:paraId="732099D8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137" w:type="dxa"/>
          </w:tcPr>
          <w:p w14:paraId="44BAE0A4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35</w:t>
            </w:r>
          </w:p>
        </w:tc>
        <w:tc>
          <w:tcPr>
            <w:tcW w:w="1138" w:type="dxa"/>
          </w:tcPr>
          <w:p w14:paraId="5048C014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03" w:type="dxa"/>
          </w:tcPr>
          <w:p w14:paraId="11FDAA91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18,6</w:t>
            </w:r>
          </w:p>
        </w:tc>
      </w:tr>
      <w:tr w:rsidR="006D0FA3" w:rsidRPr="00D77020" w14:paraId="185039A2" w14:textId="77777777" w:rsidTr="006D0FA3">
        <w:tc>
          <w:tcPr>
            <w:tcW w:w="1352" w:type="dxa"/>
          </w:tcPr>
          <w:p w14:paraId="50361299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4574505F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BL-199-д</w:t>
            </w:r>
          </w:p>
        </w:tc>
        <w:tc>
          <w:tcPr>
            <w:tcW w:w="1085" w:type="dxa"/>
          </w:tcPr>
          <w:p w14:paraId="1A3C2FB8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199</w:t>
            </w:r>
          </w:p>
        </w:tc>
        <w:tc>
          <w:tcPr>
            <w:tcW w:w="1202" w:type="dxa"/>
          </w:tcPr>
          <w:p w14:paraId="11FF6C34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137" w:type="dxa"/>
          </w:tcPr>
          <w:p w14:paraId="0EE6CFE0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138" w:type="dxa"/>
          </w:tcPr>
          <w:p w14:paraId="47C174B4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303" w:type="dxa"/>
          </w:tcPr>
          <w:p w14:paraId="63A6FD4C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12,4</w:t>
            </w:r>
          </w:p>
        </w:tc>
      </w:tr>
      <w:tr w:rsidR="006D0FA3" w:rsidRPr="00D77020" w14:paraId="00C7A6DE" w14:textId="77777777" w:rsidTr="006D0FA3">
        <w:tc>
          <w:tcPr>
            <w:tcW w:w="1352" w:type="dxa"/>
          </w:tcPr>
          <w:p w14:paraId="58BFBA57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4E5C882D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BL-211-м</w:t>
            </w:r>
          </w:p>
        </w:tc>
        <w:tc>
          <w:tcPr>
            <w:tcW w:w="1085" w:type="dxa"/>
          </w:tcPr>
          <w:p w14:paraId="4EE107C1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211</w:t>
            </w:r>
          </w:p>
        </w:tc>
        <w:tc>
          <w:tcPr>
            <w:tcW w:w="1202" w:type="dxa"/>
          </w:tcPr>
          <w:p w14:paraId="29F3560D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137" w:type="dxa"/>
          </w:tcPr>
          <w:p w14:paraId="7738E984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138" w:type="dxa"/>
          </w:tcPr>
          <w:p w14:paraId="5D636104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303" w:type="dxa"/>
          </w:tcPr>
          <w:p w14:paraId="488DBE3B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D0FA3" w:rsidRPr="00D77020" w14:paraId="0A0BEB33" w14:textId="77777777" w:rsidTr="006D0FA3">
        <w:tc>
          <w:tcPr>
            <w:tcW w:w="1352" w:type="dxa"/>
          </w:tcPr>
          <w:p w14:paraId="0659466E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29EF8AC8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BL-314-б</w:t>
            </w:r>
          </w:p>
        </w:tc>
        <w:tc>
          <w:tcPr>
            <w:tcW w:w="1085" w:type="dxa"/>
          </w:tcPr>
          <w:p w14:paraId="65ABEF0E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314</w:t>
            </w:r>
          </w:p>
        </w:tc>
        <w:tc>
          <w:tcPr>
            <w:tcW w:w="1202" w:type="dxa"/>
          </w:tcPr>
          <w:p w14:paraId="0FFEE92F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137" w:type="dxa"/>
          </w:tcPr>
          <w:p w14:paraId="414459E2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138" w:type="dxa"/>
          </w:tcPr>
          <w:p w14:paraId="76391A93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92C0</w:t>
            </w:r>
          </w:p>
        </w:tc>
        <w:tc>
          <w:tcPr>
            <w:tcW w:w="1303" w:type="dxa"/>
          </w:tcPr>
          <w:p w14:paraId="07BD73B0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1,0</w:t>
            </w:r>
          </w:p>
        </w:tc>
      </w:tr>
      <w:tr w:rsidR="006D0FA3" w:rsidRPr="00D77020" w14:paraId="55EBA3CD" w14:textId="77777777" w:rsidTr="006D0FA3">
        <w:tc>
          <w:tcPr>
            <w:tcW w:w="1352" w:type="dxa"/>
          </w:tcPr>
          <w:p w14:paraId="064AC937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7E15F39B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BL-316-б</w:t>
            </w:r>
          </w:p>
        </w:tc>
        <w:tc>
          <w:tcPr>
            <w:tcW w:w="1085" w:type="dxa"/>
          </w:tcPr>
          <w:p w14:paraId="2B2F7D17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316</w:t>
            </w:r>
          </w:p>
        </w:tc>
        <w:tc>
          <w:tcPr>
            <w:tcW w:w="1202" w:type="dxa"/>
          </w:tcPr>
          <w:p w14:paraId="57DEB7E4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137" w:type="dxa"/>
          </w:tcPr>
          <w:p w14:paraId="16418C2F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138" w:type="dxa"/>
          </w:tcPr>
          <w:p w14:paraId="6BAB9F31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92C0</w:t>
            </w:r>
          </w:p>
        </w:tc>
        <w:tc>
          <w:tcPr>
            <w:tcW w:w="1303" w:type="dxa"/>
          </w:tcPr>
          <w:p w14:paraId="32071CE1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3,0</w:t>
            </w:r>
          </w:p>
        </w:tc>
      </w:tr>
      <w:tr w:rsidR="006D0FA3" w:rsidRPr="00D77020" w14:paraId="7A2D6440" w14:textId="77777777" w:rsidTr="006D0FA3">
        <w:tc>
          <w:tcPr>
            <w:tcW w:w="1352" w:type="dxa"/>
          </w:tcPr>
          <w:p w14:paraId="4BF7D4ED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7DB05FAF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BL-316-е</w:t>
            </w:r>
          </w:p>
        </w:tc>
        <w:tc>
          <w:tcPr>
            <w:tcW w:w="1085" w:type="dxa"/>
          </w:tcPr>
          <w:p w14:paraId="7253C9BD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316</w:t>
            </w:r>
          </w:p>
        </w:tc>
        <w:tc>
          <w:tcPr>
            <w:tcW w:w="1202" w:type="dxa"/>
          </w:tcPr>
          <w:p w14:paraId="136F3998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137" w:type="dxa"/>
          </w:tcPr>
          <w:p w14:paraId="2D013F48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138" w:type="dxa"/>
          </w:tcPr>
          <w:p w14:paraId="23E57670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92C0</w:t>
            </w:r>
          </w:p>
        </w:tc>
        <w:tc>
          <w:tcPr>
            <w:tcW w:w="1303" w:type="dxa"/>
          </w:tcPr>
          <w:p w14:paraId="34FD72E4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1,7</w:t>
            </w:r>
          </w:p>
        </w:tc>
      </w:tr>
      <w:tr w:rsidR="006D0FA3" w:rsidRPr="00D77020" w14:paraId="0914A061" w14:textId="77777777" w:rsidTr="006D0FA3">
        <w:tc>
          <w:tcPr>
            <w:tcW w:w="1352" w:type="dxa"/>
          </w:tcPr>
          <w:p w14:paraId="3A6BD9C5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568E3168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BL-325-и</w:t>
            </w:r>
          </w:p>
        </w:tc>
        <w:tc>
          <w:tcPr>
            <w:tcW w:w="1085" w:type="dxa"/>
          </w:tcPr>
          <w:p w14:paraId="280A50A1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325</w:t>
            </w:r>
          </w:p>
        </w:tc>
        <w:tc>
          <w:tcPr>
            <w:tcW w:w="1202" w:type="dxa"/>
          </w:tcPr>
          <w:p w14:paraId="2EC3EEE8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137" w:type="dxa"/>
          </w:tcPr>
          <w:p w14:paraId="2DB0F986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138" w:type="dxa"/>
          </w:tcPr>
          <w:p w14:paraId="796148D7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303" w:type="dxa"/>
          </w:tcPr>
          <w:p w14:paraId="24346508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30,0</w:t>
            </w:r>
          </w:p>
        </w:tc>
      </w:tr>
      <w:tr w:rsidR="006D0FA3" w:rsidRPr="00D77020" w14:paraId="36BCA3B4" w14:textId="77777777" w:rsidTr="006D0FA3">
        <w:tc>
          <w:tcPr>
            <w:tcW w:w="1352" w:type="dxa"/>
          </w:tcPr>
          <w:p w14:paraId="77594CC0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37E265B3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BL-326-б</w:t>
            </w:r>
          </w:p>
        </w:tc>
        <w:tc>
          <w:tcPr>
            <w:tcW w:w="1085" w:type="dxa"/>
          </w:tcPr>
          <w:p w14:paraId="036458ED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326</w:t>
            </w:r>
          </w:p>
        </w:tc>
        <w:tc>
          <w:tcPr>
            <w:tcW w:w="1202" w:type="dxa"/>
          </w:tcPr>
          <w:p w14:paraId="3BB427DB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137" w:type="dxa"/>
          </w:tcPr>
          <w:p w14:paraId="0969D966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138" w:type="dxa"/>
          </w:tcPr>
          <w:p w14:paraId="3CC5D38E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303" w:type="dxa"/>
          </w:tcPr>
          <w:p w14:paraId="0C51BC97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7,7</w:t>
            </w:r>
          </w:p>
        </w:tc>
      </w:tr>
      <w:tr w:rsidR="006D0FA3" w:rsidRPr="00D77020" w14:paraId="6A39DD13" w14:textId="77777777" w:rsidTr="006D0FA3">
        <w:tc>
          <w:tcPr>
            <w:tcW w:w="1352" w:type="dxa"/>
          </w:tcPr>
          <w:p w14:paraId="7DE108BA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3D18CDB1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BL-326-г</w:t>
            </w:r>
          </w:p>
        </w:tc>
        <w:tc>
          <w:tcPr>
            <w:tcW w:w="1085" w:type="dxa"/>
          </w:tcPr>
          <w:p w14:paraId="7B97DE88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326</w:t>
            </w:r>
          </w:p>
        </w:tc>
        <w:tc>
          <w:tcPr>
            <w:tcW w:w="1202" w:type="dxa"/>
          </w:tcPr>
          <w:p w14:paraId="0C410271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137" w:type="dxa"/>
          </w:tcPr>
          <w:p w14:paraId="3507666B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138" w:type="dxa"/>
          </w:tcPr>
          <w:p w14:paraId="77F0E7A4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9560</w:t>
            </w:r>
          </w:p>
        </w:tc>
        <w:tc>
          <w:tcPr>
            <w:tcW w:w="1303" w:type="dxa"/>
          </w:tcPr>
          <w:p w14:paraId="6FF3776F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12,6</w:t>
            </w:r>
          </w:p>
        </w:tc>
      </w:tr>
      <w:tr w:rsidR="006D0FA3" w:rsidRPr="00D77020" w14:paraId="252A4877" w14:textId="77777777" w:rsidTr="006D0FA3">
        <w:tc>
          <w:tcPr>
            <w:tcW w:w="1352" w:type="dxa"/>
          </w:tcPr>
          <w:p w14:paraId="48E31691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4AE58B65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BL-326-д</w:t>
            </w:r>
          </w:p>
        </w:tc>
        <w:tc>
          <w:tcPr>
            <w:tcW w:w="1085" w:type="dxa"/>
          </w:tcPr>
          <w:p w14:paraId="63218FE9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326</w:t>
            </w:r>
          </w:p>
        </w:tc>
        <w:tc>
          <w:tcPr>
            <w:tcW w:w="1202" w:type="dxa"/>
          </w:tcPr>
          <w:p w14:paraId="199ABEE7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137" w:type="dxa"/>
          </w:tcPr>
          <w:p w14:paraId="609A74EA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138" w:type="dxa"/>
          </w:tcPr>
          <w:p w14:paraId="20841C69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303" w:type="dxa"/>
          </w:tcPr>
          <w:p w14:paraId="0742B51A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10,3</w:t>
            </w:r>
          </w:p>
        </w:tc>
      </w:tr>
      <w:tr w:rsidR="006D0FA3" w:rsidRPr="00D77020" w14:paraId="340B4B07" w14:textId="77777777" w:rsidTr="006D0FA3">
        <w:tc>
          <w:tcPr>
            <w:tcW w:w="1352" w:type="dxa"/>
          </w:tcPr>
          <w:p w14:paraId="622AC28A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1D7602A6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BL-326-е</w:t>
            </w:r>
          </w:p>
        </w:tc>
        <w:tc>
          <w:tcPr>
            <w:tcW w:w="1085" w:type="dxa"/>
          </w:tcPr>
          <w:p w14:paraId="53505DF7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326</w:t>
            </w:r>
          </w:p>
        </w:tc>
        <w:tc>
          <w:tcPr>
            <w:tcW w:w="1202" w:type="dxa"/>
          </w:tcPr>
          <w:p w14:paraId="4D31A765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137" w:type="dxa"/>
          </w:tcPr>
          <w:p w14:paraId="04EF9F4B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138" w:type="dxa"/>
          </w:tcPr>
          <w:p w14:paraId="77BEAC4D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303" w:type="dxa"/>
          </w:tcPr>
          <w:p w14:paraId="68E4FEAE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10,2</w:t>
            </w:r>
          </w:p>
        </w:tc>
      </w:tr>
      <w:tr w:rsidR="006D0FA3" w:rsidRPr="00D77020" w14:paraId="62CD16E7" w14:textId="77777777" w:rsidTr="006D0FA3">
        <w:tc>
          <w:tcPr>
            <w:tcW w:w="1352" w:type="dxa"/>
          </w:tcPr>
          <w:p w14:paraId="304A2203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27079818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BL-327-в</w:t>
            </w:r>
          </w:p>
        </w:tc>
        <w:tc>
          <w:tcPr>
            <w:tcW w:w="1085" w:type="dxa"/>
          </w:tcPr>
          <w:p w14:paraId="6962A3BD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327</w:t>
            </w:r>
          </w:p>
        </w:tc>
        <w:tc>
          <w:tcPr>
            <w:tcW w:w="1202" w:type="dxa"/>
          </w:tcPr>
          <w:p w14:paraId="08306D65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137" w:type="dxa"/>
          </w:tcPr>
          <w:p w14:paraId="44E1661A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138" w:type="dxa"/>
          </w:tcPr>
          <w:p w14:paraId="1616C5F2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9560</w:t>
            </w:r>
          </w:p>
        </w:tc>
        <w:tc>
          <w:tcPr>
            <w:tcW w:w="1303" w:type="dxa"/>
          </w:tcPr>
          <w:p w14:paraId="02B487DF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8,2</w:t>
            </w:r>
          </w:p>
        </w:tc>
      </w:tr>
      <w:tr w:rsidR="006D0FA3" w:rsidRPr="00D77020" w14:paraId="45594D2B" w14:textId="77777777" w:rsidTr="006D0FA3">
        <w:tc>
          <w:tcPr>
            <w:tcW w:w="1352" w:type="dxa"/>
          </w:tcPr>
          <w:p w14:paraId="70F49228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7197EB22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BL-347-а</w:t>
            </w:r>
          </w:p>
        </w:tc>
        <w:tc>
          <w:tcPr>
            <w:tcW w:w="1085" w:type="dxa"/>
          </w:tcPr>
          <w:p w14:paraId="6C24790D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347</w:t>
            </w:r>
          </w:p>
        </w:tc>
        <w:tc>
          <w:tcPr>
            <w:tcW w:w="1202" w:type="dxa"/>
          </w:tcPr>
          <w:p w14:paraId="4E44D1BF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137" w:type="dxa"/>
          </w:tcPr>
          <w:p w14:paraId="412F6720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138" w:type="dxa"/>
          </w:tcPr>
          <w:p w14:paraId="52940F30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303" w:type="dxa"/>
          </w:tcPr>
          <w:p w14:paraId="1517991B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3,7</w:t>
            </w:r>
          </w:p>
        </w:tc>
      </w:tr>
      <w:tr w:rsidR="006D0FA3" w:rsidRPr="00D77020" w14:paraId="043E178B" w14:textId="77777777" w:rsidTr="006D0FA3">
        <w:tc>
          <w:tcPr>
            <w:tcW w:w="1352" w:type="dxa"/>
          </w:tcPr>
          <w:p w14:paraId="0DF2327B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1F875394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BL-347-б</w:t>
            </w:r>
          </w:p>
        </w:tc>
        <w:tc>
          <w:tcPr>
            <w:tcW w:w="1085" w:type="dxa"/>
          </w:tcPr>
          <w:p w14:paraId="259E25C4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347</w:t>
            </w:r>
          </w:p>
        </w:tc>
        <w:tc>
          <w:tcPr>
            <w:tcW w:w="1202" w:type="dxa"/>
          </w:tcPr>
          <w:p w14:paraId="3F1B913E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137" w:type="dxa"/>
          </w:tcPr>
          <w:p w14:paraId="1F9FC47A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138" w:type="dxa"/>
          </w:tcPr>
          <w:p w14:paraId="4F4144B3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303" w:type="dxa"/>
          </w:tcPr>
          <w:p w14:paraId="15F572B4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1,5</w:t>
            </w:r>
          </w:p>
        </w:tc>
      </w:tr>
      <w:tr w:rsidR="006D0FA3" w:rsidRPr="00D77020" w14:paraId="2CD48A39" w14:textId="77777777" w:rsidTr="006D0FA3">
        <w:tc>
          <w:tcPr>
            <w:tcW w:w="1352" w:type="dxa"/>
          </w:tcPr>
          <w:p w14:paraId="5D19F328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47922032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BL-359-ж</w:t>
            </w:r>
          </w:p>
        </w:tc>
        <w:tc>
          <w:tcPr>
            <w:tcW w:w="1085" w:type="dxa"/>
          </w:tcPr>
          <w:p w14:paraId="4BE9EFC3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359</w:t>
            </w:r>
          </w:p>
        </w:tc>
        <w:tc>
          <w:tcPr>
            <w:tcW w:w="1202" w:type="dxa"/>
          </w:tcPr>
          <w:p w14:paraId="689FDE42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137" w:type="dxa"/>
          </w:tcPr>
          <w:p w14:paraId="581E82AF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138" w:type="dxa"/>
          </w:tcPr>
          <w:p w14:paraId="25886551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303" w:type="dxa"/>
          </w:tcPr>
          <w:p w14:paraId="7CA3A3EC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9,1</w:t>
            </w:r>
          </w:p>
        </w:tc>
      </w:tr>
      <w:tr w:rsidR="006D0FA3" w:rsidRPr="00D77020" w14:paraId="5057B87D" w14:textId="77777777" w:rsidTr="006D0FA3">
        <w:tc>
          <w:tcPr>
            <w:tcW w:w="1352" w:type="dxa"/>
          </w:tcPr>
          <w:p w14:paraId="70C77F5A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306D86F3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BL-362-г</w:t>
            </w:r>
          </w:p>
        </w:tc>
        <w:tc>
          <w:tcPr>
            <w:tcW w:w="1085" w:type="dxa"/>
          </w:tcPr>
          <w:p w14:paraId="74DED770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362</w:t>
            </w:r>
          </w:p>
        </w:tc>
        <w:tc>
          <w:tcPr>
            <w:tcW w:w="1202" w:type="dxa"/>
          </w:tcPr>
          <w:p w14:paraId="23FBE89D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137" w:type="dxa"/>
          </w:tcPr>
          <w:p w14:paraId="12178B81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138" w:type="dxa"/>
          </w:tcPr>
          <w:p w14:paraId="2C4F9DBE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303" w:type="dxa"/>
          </w:tcPr>
          <w:p w14:paraId="05635F9D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18,1</w:t>
            </w:r>
          </w:p>
        </w:tc>
      </w:tr>
      <w:tr w:rsidR="006D0FA3" w:rsidRPr="00D77020" w14:paraId="5FCCCFA7" w14:textId="77777777" w:rsidTr="006D0FA3">
        <w:tc>
          <w:tcPr>
            <w:tcW w:w="1352" w:type="dxa"/>
          </w:tcPr>
          <w:p w14:paraId="504D84ED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48F1590E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BL-366-а</w:t>
            </w:r>
          </w:p>
        </w:tc>
        <w:tc>
          <w:tcPr>
            <w:tcW w:w="1085" w:type="dxa"/>
          </w:tcPr>
          <w:p w14:paraId="6DF24992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366</w:t>
            </w:r>
          </w:p>
        </w:tc>
        <w:tc>
          <w:tcPr>
            <w:tcW w:w="1202" w:type="dxa"/>
          </w:tcPr>
          <w:p w14:paraId="02FD5DEE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137" w:type="dxa"/>
          </w:tcPr>
          <w:p w14:paraId="4D09188D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220</w:t>
            </w:r>
          </w:p>
        </w:tc>
        <w:tc>
          <w:tcPr>
            <w:tcW w:w="1138" w:type="dxa"/>
          </w:tcPr>
          <w:p w14:paraId="70FFAFB1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92C0</w:t>
            </w:r>
          </w:p>
        </w:tc>
        <w:tc>
          <w:tcPr>
            <w:tcW w:w="1303" w:type="dxa"/>
          </w:tcPr>
          <w:p w14:paraId="1C03FB4F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D0FA3" w:rsidRPr="00D77020" w14:paraId="271850DB" w14:textId="77777777" w:rsidTr="006D0FA3">
        <w:tc>
          <w:tcPr>
            <w:tcW w:w="1352" w:type="dxa"/>
          </w:tcPr>
          <w:p w14:paraId="4F471E39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765F4167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BL-366-у</w:t>
            </w:r>
          </w:p>
        </w:tc>
        <w:tc>
          <w:tcPr>
            <w:tcW w:w="1085" w:type="dxa"/>
          </w:tcPr>
          <w:p w14:paraId="3F5CFE4F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366</w:t>
            </w:r>
          </w:p>
        </w:tc>
        <w:tc>
          <w:tcPr>
            <w:tcW w:w="1202" w:type="dxa"/>
          </w:tcPr>
          <w:p w14:paraId="6D94FA22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у</w:t>
            </w:r>
          </w:p>
        </w:tc>
        <w:tc>
          <w:tcPr>
            <w:tcW w:w="1137" w:type="dxa"/>
          </w:tcPr>
          <w:p w14:paraId="074CD79A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220</w:t>
            </w:r>
          </w:p>
        </w:tc>
        <w:tc>
          <w:tcPr>
            <w:tcW w:w="1138" w:type="dxa"/>
          </w:tcPr>
          <w:p w14:paraId="29F7DC21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92C0</w:t>
            </w:r>
          </w:p>
        </w:tc>
        <w:tc>
          <w:tcPr>
            <w:tcW w:w="1303" w:type="dxa"/>
          </w:tcPr>
          <w:p w14:paraId="24C4A5C6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D0FA3" w:rsidRPr="00D77020" w14:paraId="5D2F256A" w14:textId="77777777" w:rsidTr="006D0FA3">
        <w:tc>
          <w:tcPr>
            <w:tcW w:w="1352" w:type="dxa"/>
          </w:tcPr>
          <w:p w14:paraId="6AE2B6AD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1686F1E0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BL-366-ф</w:t>
            </w:r>
          </w:p>
        </w:tc>
        <w:tc>
          <w:tcPr>
            <w:tcW w:w="1085" w:type="dxa"/>
          </w:tcPr>
          <w:p w14:paraId="51F9EEEC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366</w:t>
            </w:r>
          </w:p>
        </w:tc>
        <w:tc>
          <w:tcPr>
            <w:tcW w:w="1202" w:type="dxa"/>
          </w:tcPr>
          <w:p w14:paraId="7C4FB7AF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ф</w:t>
            </w:r>
          </w:p>
        </w:tc>
        <w:tc>
          <w:tcPr>
            <w:tcW w:w="1137" w:type="dxa"/>
          </w:tcPr>
          <w:p w14:paraId="1946C09E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220</w:t>
            </w:r>
          </w:p>
        </w:tc>
        <w:tc>
          <w:tcPr>
            <w:tcW w:w="1138" w:type="dxa"/>
          </w:tcPr>
          <w:p w14:paraId="4A58339B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92C0</w:t>
            </w:r>
          </w:p>
        </w:tc>
        <w:tc>
          <w:tcPr>
            <w:tcW w:w="1303" w:type="dxa"/>
          </w:tcPr>
          <w:p w14:paraId="34C0A2B7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4,2</w:t>
            </w:r>
          </w:p>
        </w:tc>
      </w:tr>
      <w:tr w:rsidR="006D0FA3" w:rsidRPr="00D77020" w14:paraId="37889527" w14:textId="77777777" w:rsidTr="006D0FA3">
        <w:tc>
          <w:tcPr>
            <w:tcW w:w="1352" w:type="dxa"/>
          </w:tcPr>
          <w:p w14:paraId="74BB32AA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4C9397D2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BL-368-а</w:t>
            </w:r>
          </w:p>
        </w:tc>
        <w:tc>
          <w:tcPr>
            <w:tcW w:w="1085" w:type="dxa"/>
          </w:tcPr>
          <w:p w14:paraId="55343B10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368</w:t>
            </w:r>
          </w:p>
        </w:tc>
        <w:tc>
          <w:tcPr>
            <w:tcW w:w="1202" w:type="dxa"/>
          </w:tcPr>
          <w:p w14:paraId="4FCAC49B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137" w:type="dxa"/>
          </w:tcPr>
          <w:p w14:paraId="30E54873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320</w:t>
            </w:r>
          </w:p>
        </w:tc>
        <w:tc>
          <w:tcPr>
            <w:tcW w:w="1138" w:type="dxa"/>
          </w:tcPr>
          <w:p w14:paraId="67192AF5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92C0</w:t>
            </w:r>
          </w:p>
        </w:tc>
        <w:tc>
          <w:tcPr>
            <w:tcW w:w="1303" w:type="dxa"/>
          </w:tcPr>
          <w:p w14:paraId="4B91E846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2,0</w:t>
            </w:r>
          </w:p>
        </w:tc>
      </w:tr>
      <w:tr w:rsidR="006D0FA3" w:rsidRPr="00D77020" w14:paraId="709F6226" w14:textId="77777777" w:rsidTr="006D0FA3">
        <w:tc>
          <w:tcPr>
            <w:tcW w:w="1352" w:type="dxa"/>
          </w:tcPr>
          <w:p w14:paraId="0DCEDD33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5408B3CF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BL-369-а</w:t>
            </w:r>
          </w:p>
        </w:tc>
        <w:tc>
          <w:tcPr>
            <w:tcW w:w="1085" w:type="dxa"/>
          </w:tcPr>
          <w:p w14:paraId="6CE6F492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369</w:t>
            </w:r>
          </w:p>
        </w:tc>
        <w:tc>
          <w:tcPr>
            <w:tcW w:w="1202" w:type="dxa"/>
          </w:tcPr>
          <w:p w14:paraId="73418636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137" w:type="dxa"/>
          </w:tcPr>
          <w:p w14:paraId="33C6CB84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320</w:t>
            </w:r>
          </w:p>
        </w:tc>
        <w:tc>
          <w:tcPr>
            <w:tcW w:w="1138" w:type="dxa"/>
          </w:tcPr>
          <w:p w14:paraId="6C7A5134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92C0</w:t>
            </w:r>
          </w:p>
        </w:tc>
        <w:tc>
          <w:tcPr>
            <w:tcW w:w="1303" w:type="dxa"/>
          </w:tcPr>
          <w:p w14:paraId="2B8A3852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3,6</w:t>
            </w:r>
          </w:p>
        </w:tc>
      </w:tr>
      <w:tr w:rsidR="006D0FA3" w:rsidRPr="00D77020" w14:paraId="74AA5876" w14:textId="77777777" w:rsidTr="006D0FA3">
        <w:tc>
          <w:tcPr>
            <w:tcW w:w="1352" w:type="dxa"/>
          </w:tcPr>
          <w:p w14:paraId="2D854D22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6DECD89B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BL-375-д</w:t>
            </w:r>
          </w:p>
        </w:tc>
        <w:tc>
          <w:tcPr>
            <w:tcW w:w="1085" w:type="dxa"/>
          </w:tcPr>
          <w:p w14:paraId="323EA88C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375</w:t>
            </w:r>
          </w:p>
        </w:tc>
        <w:tc>
          <w:tcPr>
            <w:tcW w:w="1202" w:type="dxa"/>
          </w:tcPr>
          <w:p w14:paraId="28D4CE9D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137" w:type="dxa"/>
          </w:tcPr>
          <w:p w14:paraId="07072904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55</w:t>
            </w:r>
          </w:p>
        </w:tc>
        <w:tc>
          <w:tcPr>
            <w:tcW w:w="1138" w:type="dxa"/>
          </w:tcPr>
          <w:p w14:paraId="38BD38F9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303" w:type="dxa"/>
          </w:tcPr>
          <w:p w14:paraId="4E3F7CFA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4,4</w:t>
            </w:r>
          </w:p>
        </w:tc>
      </w:tr>
      <w:tr w:rsidR="006D0FA3" w:rsidRPr="00D77020" w14:paraId="5AF5DE7D" w14:textId="77777777" w:rsidTr="006D0FA3">
        <w:tc>
          <w:tcPr>
            <w:tcW w:w="1352" w:type="dxa"/>
          </w:tcPr>
          <w:p w14:paraId="4610984F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05AFE8D8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BL-380-б</w:t>
            </w:r>
          </w:p>
        </w:tc>
        <w:tc>
          <w:tcPr>
            <w:tcW w:w="1085" w:type="dxa"/>
          </w:tcPr>
          <w:p w14:paraId="4884474A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380</w:t>
            </w:r>
          </w:p>
        </w:tc>
        <w:tc>
          <w:tcPr>
            <w:tcW w:w="1202" w:type="dxa"/>
          </w:tcPr>
          <w:p w14:paraId="15AFAACA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137" w:type="dxa"/>
          </w:tcPr>
          <w:p w14:paraId="0F37D71C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138" w:type="dxa"/>
          </w:tcPr>
          <w:p w14:paraId="6C440AD6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303" w:type="dxa"/>
          </w:tcPr>
          <w:p w14:paraId="0960A064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4,0</w:t>
            </w:r>
          </w:p>
        </w:tc>
      </w:tr>
      <w:tr w:rsidR="006D0FA3" w:rsidRPr="00D77020" w14:paraId="61B6355A" w14:textId="77777777" w:rsidTr="006D0FA3">
        <w:tc>
          <w:tcPr>
            <w:tcW w:w="1352" w:type="dxa"/>
          </w:tcPr>
          <w:p w14:paraId="25654A29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39DADE30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BL-386-а</w:t>
            </w:r>
          </w:p>
        </w:tc>
        <w:tc>
          <w:tcPr>
            <w:tcW w:w="1085" w:type="dxa"/>
          </w:tcPr>
          <w:p w14:paraId="1C8AA25E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386</w:t>
            </w:r>
          </w:p>
        </w:tc>
        <w:tc>
          <w:tcPr>
            <w:tcW w:w="1202" w:type="dxa"/>
          </w:tcPr>
          <w:p w14:paraId="0D83BC34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137" w:type="dxa"/>
          </w:tcPr>
          <w:p w14:paraId="11D7D862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138" w:type="dxa"/>
          </w:tcPr>
          <w:p w14:paraId="2094D1A3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303" w:type="dxa"/>
          </w:tcPr>
          <w:p w14:paraId="083B303C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2,3</w:t>
            </w:r>
          </w:p>
        </w:tc>
      </w:tr>
      <w:tr w:rsidR="006D0FA3" w:rsidRPr="00D77020" w14:paraId="76CC270B" w14:textId="77777777" w:rsidTr="006D0FA3">
        <w:tc>
          <w:tcPr>
            <w:tcW w:w="1352" w:type="dxa"/>
          </w:tcPr>
          <w:p w14:paraId="2629A972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27563589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BL-395-б</w:t>
            </w:r>
          </w:p>
        </w:tc>
        <w:tc>
          <w:tcPr>
            <w:tcW w:w="1085" w:type="dxa"/>
          </w:tcPr>
          <w:p w14:paraId="3150884F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395</w:t>
            </w:r>
          </w:p>
        </w:tc>
        <w:tc>
          <w:tcPr>
            <w:tcW w:w="1202" w:type="dxa"/>
          </w:tcPr>
          <w:p w14:paraId="798A19BC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137" w:type="dxa"/>
          </w:tcPr>
          <w:p w14:paraId="420A35BC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138" w:type="dxa"/>
          </w:tcPr>
          <w:p w14:paraId="1CBC51A1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303" w:type="dxa"/>
          </w:tcPr>
          <w:p w14:paraId="7F944947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1,1</w:t>
            </w:r>
          </w:p>
        </w:tc>
      </w:tr>
      <w:tr w:rsidR="006D0FA3" w:rsidRPr="00D77020" w14:paraId="58B01B68" w14:textId="77777777" w:rsidTr="006D0FA3">
        <w:tc>
          <w:tcPr>
            <w:tcW w:w="1352" w:type="dxa"/>
          </w:tcPr>
          <w:p w14:paraId="1102D3C0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34821EE1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BL-395-в</w:t>
            </w:r>
          </w:p>
        </w:tc>
        <w:tc>
          <w:tcPr>
            <w:tcW w:w="1085" w:type="dxa"/>
          </w:tcPr>
          <w:p w14:paraId="7EE76511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395</w:t>
            </w:r>
          </w:p>
        </w:tc>
        <w:tc>
          <w:tcPr>
            <w:tcW w:w="1202" w:type="dxa"/>
          </w:tcPr>
          <w:p w14:paraId="0E1D3A62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137" w:type="dxa"/>
          </w:tcPr>
          <w:p w14:paraId="12558929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138" w:type="dxa"/>
          </w:tcPr>
          <w:p w14:paraId="767BAF46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303" w:type="dxa"/>
          </w:tcPr>
          <w:p w14:paraId="02001847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2,5</w:t>
            </w:r>
          </w:p>
        </w:tc>
      </w:tr>
      <w:tr w:rsidR="006D0FA3" w:rsidRPr="00D77020" w14:paraId="07BCCEAC" w14:textId="77777777" w:rsidTr="006D0FA3">
        <w:tc>
          <w:tcPr>
            <w:tcW w:w="1352" w:type="dxa"/>
          </w:tcPr>
          <w:p w14:paraId="771846C9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79609456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BL-396-б</w:t>
            </w:r>
          </w:p>
        </w:tc>
        <w:tc>
          <w:tcPr>
            <w:tcW w:w="1085" w:type="dxa"/>
          </w:tcPr>
          <w:p w14:paraId="0927A93F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396</w:t>
            </w:r>
          </w:p>
        </w:tc>
        <w:tc>
          <w:tcPr>
            <w:tcW w:w="1202" w:type="dxa"/>
          </w:tcPr>
          <w:p w14:paraId="51948F0E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137" w:type="dxa"/>
          </w:tcPr>
          <w:p w14:paraId="4B40FCA1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138" w:type="dxa"/>
          </w:tcPr>
          <w:p w14:paraId="17287F96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303" w:type="dxa"/>
          </w:tcPr>
          <w:p w14:paraId="07B361D5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4,6</w:t>
            </w:r>
          </w:p>
        </w:tc>
      </w:tr>
      <w:tr w:rsidR="006D0FA3" w:rsidRPr="00D77020" w14:paraId="21FD17A6" w14:textId="77777777" w:rsidTr="006D0FA3">
        <w:tc>
          <w:tcPr>
            <w:tcW w:w="1352" w:type="dxa"/>
          </w:tcPr>
          <w:p w14:paraId="715148FD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566A0E11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BL-398-а</w:t>
            </w:r>
          </w:p>
        </w:tc>
        <w:tc>
          <w:tcPr>
            <w:tcW w:w="1085" w:type="dxa"/>
          </w:tcPr>
          <w:p w14:paraId="3DAA7B44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398</w:t>
            </w:r>
          </w:p>
        </w:tc>
        <w:tc>
          <w:tcPr>
            <w:tcW w:w="1202" w:type="dxa"/>
          </w:tcPr>
          <w:p w14:paraId="5047B86B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137" w:type="dxa"/>
          </w:tcPr>
          <w:p w14:paraId="6A7ABD1B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138" w:type="dxa"/>
          </w:tcPr>
          <w:p w14:paraId="01B5A5A8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303" w:type="dxa"/>
          </w:tcPr>
          <w:p w14:paraId="30A0C046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D0FA3" w:rsidRPr="00D77020" w14:paraId="4CBECB7A" w14:textId="77777777" w:rsidTr="006D0FA3">
        <w:tc>
          <w:tcPr>
            <w:tcW w:w="1352" w:type="dxa"/>
          </w:tcPr>
          <w:p w14:paraId="0580FA19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40074CCD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BL-399-б</w:t>
            </w:r>
          </w:p>
        </w:tc>
        <w:tc>
          <w:tcPr>
            <w:tcW w:w="1085" w:type="dxa"/>
          </w:tcPr>
          <w:p w14:paraId="731A2564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399</w:t>
            </w:r>
          </w:p>
        </w:tc>
        <w:tc>
          <w:tcPr>
            <w:tcW w:w="1202" w:type="dxa"/>
          </w:tcPr>
          <w:p w14:paraId="4D197420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137" w:type="dxa"/>
          </w:tcPr>
          <w:p w14:paraId="6488C0C5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138" w:type="dxa"/>
          </w:tcPr>
          <w:p w14:paraId="6D583AE7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303" w:type="dxa"/>
          </w:tcPr>
          <w:p w14:paraId="6CD89AFD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2,5</w:t>
            </w:r>
          </w:p>
        </w:tc>
      </w:tr>
      <w:tr w:rsidR="006D0FA3" w:rsidRPr="00D77020" w14:paraId="6F611077" w14:textId="77777777" w:rsidTr="006D0FA3">
        <w:tc>
          <w:tcPr>
            <w:tcW w:w="1352" w:type="dxa"/>
          </w:tcPr>
          <w:p w14:paraId="4E90F2FE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29C6D4CA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BL-399-з</w:t>
            </w:r>
          </w:p>
        </w:tc>
        <w:tc>
          <w:tcPr>
            <w:tcW w:w="1085" w:type="dxa"/>
          </w:tcPr>
          <w:p w14:paraId="4BDE0D0B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399</w:t>
            </w:r>
          </w:p>
        </w:tc>
        <w:tc>
          <w:tcPr>
            <w:tcW w:w="1202" w:type="dxa"/>
          </w:tcPr>
          <w:p w14:paraId="20A739A9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137" w:type="dxa"/>
          </w:tcPr>
          <w:p w14:paraId="4A5BD9FE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138" w:type="dxa"/>
          </w:tcPr>
          <w:p w14:paraId="40C6B7B2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92C0</w:t>
            </w:r>
          </w:p>
        </w:tc>
        <w:tc>
          <w:tcPr>
            <w:tcW w:w="1303" w:type="dxa"/>
          </w:tcPr>
          <w:p w14:paraId="2281FA03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0,8</w:t>
            </w:r>
          </w:p>
        </w:tc>
      </w:tr>
      <w:tr w:rsidR="006D0FA3" w:rsidRPr="00D77020" w14:paraId="6467CC42" w14:textId="77777777" w:rsidTr="006D0FA3">
        <w:tc>
          <w:tcPr>
            <w:tcW w:w="1352" w:type="dxa"/>
          </w:tcPr>
          <w:p w14:paraId="79C19B17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1367B6EC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BL-407-б</w:t>
            </w:r>
          </w:p>
        </w:tc>
        <w:tc>
          <w:tcPr>
            <w:tcW w:w="1085" w:type="dxa"/>
          </w:tcPr>
          <w:p w14:paraId="0CE12F10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407</w:t>
            </w:r>
          </w:p>
        </w:tc>
        <w:tc>
          <w:tcPr>
            <w:tcW w:w="1202" w:type="dxa"/>
          </w:tcPr>
          <w:p w14:paraId="35D73C8C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137" w:type="dxa"/>
          </w:tcPr>
          <w:p w14:paraId="1D3AA87E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138" w:type="dxa"/>
          </w:tcPr>
          <w:p w14:paraId="6E5EB73F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303" w:type="dxa"/>
          </w:tcPr>
          <w:p w14:paraId="42A8E50C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15,4</w:t>
            </w:r>
          </w:p>
        </w:tc>
      </w:tr>
      <w:tr w:rsidR="006D0FA3" w:rsidRPr="00D77020" w14:paraId="18B60F2A" w14:textId="77777777" w:rsidTr="006D0FA3">
        <w:tc>
          <w:tcPr>
            <w:tcW w:w="1352" w:type="dxa"/>
          </w:tcPr>
          <w:p w14:paraId="7D13E414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7F21C6E0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BL-408-а</w:t>
            </w:r>
          </w:p>
        </w:tc>
        <w:tc>
          <w:tcPr>
            <w:tcW w:w="1085" w:type="dxa"/>
          </w:tcPr>
          <w:p w14:paraId="4DD78A11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408</w:t>
            </w:r>
          </w:p>
        </w:tc>
        <w:tc>
          <w:tcPr>
            <w:tcW w:w="1202" w:type="dxa"/>
          </w:tcPr>
          <w:p w14:paraId="60D89068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137" w:type="dxa"/>
          </w:tcPr>
          <w:p w14:paraId="6F28C4A3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138" w:type="dxa"/>
          </w:tcPr>
          <w:p w14:paraId="0A0C9FC6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303" w:type="dxa"/>
          </w:tcPr>
          <w:p w14:paraId="215A1A77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15,3</w:t>
            </w:r>
          </w:p>
        </w:tc>
      </w:tr>
      <w:tr w:rsidR="006D0FA3" w:rsidRPr="00D77020" w14:paraId="1309F6CF" w14:textId="77777777" w:rsidTr="006D0FA3">
        <w:tc>
          <w:tcPr>
            <w:tcW w:w="1352" w:type="dxa"/>
          </w:tcPr>
          <w:p w14:paraId="1B70801F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45EFF223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BL-408-в</w:t>
            </w:r>
          </w:p>
        </w:tc>
        <w:tc>
          <w:tcPr>
            <w:tcW w:w="1085" w:type="dxa"/>
          </w:tcPr>
          <w:p w14:paraId="2129107E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408</w:t>
            </w:r>
          </w:p>
        </w:tc>
        <w:tc>
          <w:tcPr>
            <w:tcW w:w="1202" w:type="dxa"/>
          </w:tcPr>
          <w:p w14:paraId="3F6A7B34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137" w:type="dxa"/>
          </w:tcPr>
          <w:p w14:paraId="73055407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138" w:type="dxa"/>
          </w:tcPr>
          <w:p w14:paraId="2E757E17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303" w:type="dxa"/>
          </w:tcPr>
          <w:p w14:paraId="6C730168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11,3</w:t>
            </w:r>
          </w:p>
        </w:tc>
      </w:tr>
      <w:tr w:rsidR="006D0FA3" w:rsidRPr="00D77020" w14:paraId="36A53589" w14:textId="77777777" w:rsidTr="006D0FA3">
        <w:tc>
          <w:tcPr>
            <w:tcW w:w="1352" w:type="dxa"/>
          </w:tcPr>
          <w:p w14:paraId="004E18C7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4F1938E6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BL-412-а</w:t>
            </w:r>
          </w:p>
        </w:tc>
        <w:tc>
          <w:tcPr>
            <w:tcW w:w="1085" w:type="dxa"/>
          </w:tcPr>
          <w:p w14:paraId="15A8A8A6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412</w:t>
            </w:r>
          </w:p>
        </w:tc>
        <w:tc>
          <w:tcPr>
            <w:tcW w:w="1202" w:type="dxa"/>
          </w:tcPr>
          <w:p w14:paraId="025AA90C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137" w:type="dxa"/>
          </w:tcPr>
          <w:p w14:paraId="6B13E26F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138" w:type="dxa"/>
          </w:tcPr>
          <w:p w14:paraId="74E2BB8D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303" w:type="dxa"/>
          </w:tcPr>
          <w:p w14:paraId="3942117A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11,6</w:t>
            </w:r>
          </w:p>
        </w:tc>
      </w:tr>
      <w:tr w:rsidR="006D0FA3" w:rsidRPr="00D77020" w14:paraId="7F586941" w14:textId="77777777" w:rsidTr="006D0FA3">
        <w:tc>
          <w:tcPr>
            <w:tcW w:w="1352" w:type="dxa"/>
          </w:tcPr>
          <w:p w14:paraId="7B0395CB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53968275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BL-413-д</w:t>
            </w:r>
          </w:p>
        </w:tc>
        <w:tc>
          <w:tcPr>
            <w:tcW w:w="1085" w:type="dxa"/>
          </w:tcPr>
          <w:p w14:paraId="5017AA21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413</w:t>
            </w:r>
          </w:p>
        </w:tc>
        <w:tc>
          <w:tcPr>
            <w:tcW w:w="1202" w:type="dxa"/>
          </w:tcPr>
          <w:p w14:paraId="36E695D8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137" w:type="dxa"/>
          </w:tcPr>
          <w:p w14:paraId="470F61D9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320</w:t>
            </w:r>
          </w:p>
        </w:tc>
        <w:tc>
          <w:tcPr>
            <w:tcW w:w="1138" w:type="dxa"/>
          </w:tcPr>
          <w:p w14:paraId="3429AEA1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92C0</w:t>
            </w:r>
          </w:p>
        </w:tc>
        <w:tc>
          <w:tcPr>
            <w:tcW w:w="1303" w:type="dxa"/>
          </w:tcPr>
          <w:p w14:paraId="3E1D2670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1,0</w:t>
            </w:r>
          </w:p>
        </w:tc>
      </w:tr>
      <w:tr w:rsidR="006D0FA3" w:rsidRPr="00D77020" w14:paraId="2A76193D" w14:textId="77777777" w:rsidTr="006D0FA3">
        <w:tc>
          <w:tcPr>
            <w:tcW w:w="1352" w:type="dxa"/>
          </w:tcPr>
          <w:p w14:paraId="7DCAE942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6C63728C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BL-413-е</w:t>
            </w:r>
          </w:p>
        </w:tc>
        <w:tc>
          <w:tcPr>
            <w:tcW w:w="1085" w:type="dxa"/>
          </w:tcPr>
          <w:p w14:paraId="3E2E6284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413</w:t>
            </w:r>
          </w:p>
        </w:tc>
        <w:tc>
          <w:tcPr>
            <w:tcW w:w="1202" w:type="dxa"/>
          </w:tcPr>
          <w:p w14:paraId="14862CF6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137" w:type="dxa"/>
          </w:tcPr>
          <w:p w14:paraId="7A778605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320</w:t>
            </w:r>
          </w:p>
        </w:tc>
        <w:tc>
          <w:tcPr>
            <w:tcW w:w="1138" w:type="dxa"/>
          </w:tcPr>
          <w:p w14:paraId="565D77E9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92C0</w:t>
            </w:r>
          </w:p>
        </w:tc>
        <w:tc>
          <w:tcPr>
            <w:tcW w:w="1303" w:type="dxa"/>
          </w:tcPr>
          <w:p w14:paraId="5ACDF67E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D0FA3" w:rsidRPr="00D77020" w14:paraId="38B1DB2D" w14:textId="77777777" w:rsidTr="006D0FA3">
        <w:tc>
          <w:tcPr>
            <w:tcW w:w="1352" w:type="dxa"/>
          </w:tcPr>
          <w:p w14:paraId="0FB30E5B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633A80B0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BL-416-д</w:t>
            </w:r>
          </w:p>
        </w:tc>
        <w:tc>
          <w:tcPr>
            <w:tcW w:w="1085" w:type="dxa"/>
          </w:tcPr>
          <w:p w14:paraId="5667D2A7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416</w:t>
            </w:r>
          </w:p>
        </w:tc>
        <w:tc>
          <w:tcPr>
            <w:tcW w:w="1202" w:type="dxa"/>
          </w:tcPr>
          <w:p w14:paraId="68092E07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137" w:type="dxa"/>
          </w:tcPr>
          <w:p w14:paraId="4337A8D2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320</w:t>
            </w:r>
          </w:p>
        </w:tc>
        <w:tc>
          <w:tcPr>
            <w:tcW w:w="1138" w:type="dxa"/>
          </w:tcPr>
          <w:p w14:paraId="495457CE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303" w:type="dxa"/>
          </w:tcPr>
          <w:p w14:paraId="43B959AB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6,0</w:t>
            </w:r>
          </w:p>
        </w:tc>
      </w:tr>
      <w:tr w:rsidR="006D0FA3" w:rsidRPr="00D77020" w14:paraId="5D29CE2E" w14:textId="77777777" w:rsidTr="006D0FA3">
        <w:tc>
          <w:tcPr>
            <w:tcW w:w="1352" w:type="dxa"/>
          </w:tcPr>
          <w:p w14:paraId="1A320FF6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0D9B1634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BL-419-г</w:t>
            </w:r>
          </w:p>
        </w:tc>
        <w:tc>
          <w:tcPr>
            <w:tcW w:w="1085" w:type="dxa"/>
          </w:tcPr>
          <w:p w14:paraId="11AF8775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419</w:t>
            </w:r>
          </w:p>
        </w:tc>
        <w:tc>
          <w:tcPr>
            <w:tcW w:w="1202" w:type="dxa"/>
          </w:tcPr>
          <w:p w14:paraId="15EC60AF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137" w:type="dxa"/>
          </w:tcPr>
          <w:p w14:paraId="2845D080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320</w:t>
            </w:r>
          </w:p>
        </w:tc>
        <w:tc>
          <w:tcPr>
            <w:tcW w:w="1138" w:type="dxa"/>
          </w:tcPr>
          <w:p w14:paraId="195C7773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92C0</w:t>
            </w:r>
          </w:p>
        </w:tc>
        <w:tc>
          <w:tcPr>
            <w:tcW w:w="1303" w:type="dxa"/>
          </w:tcPr>
          <w:p w14:paraId="0B5F2C0E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2,1</w:t>
            </w:r>
          </w:p>
        </w:tc>
      </w:tr>
      <w:tr w:rsidR="006D0FA3" w:rsidRPr="00D77020" w14:paraId="13D2B9D4" w14:textId="77777777" w:rsidTr="006D0FA3">
        <w:tc>
          <w:tcPr>
            <w:tcW w:w="1352" w:type="dxa"/>
          </w:tcPr>
          <w:p w14:paraId="27D7A449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2019</w:t>
            </w:r>
          </w:p>
        </w:tc>
        <w:tc>
          <w:tcPr>
            <w:tcW w:w="1413" w:type="dxa"/>
          </w:tcPr>
          <w:p w14:paraId="16C65BBD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BL-432-а</w:t>
            </w:r>
          </w:p>
        </w:tc>
        <w:tc>
          <w:tcPr>
            <w:tcW w:w="1085" w:type="dxa"/>
          </w:tcPr>
          <w:p w14:paraId="52BA259F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432</w:t>
            </w:r>
          </w:p>
        </w:tc>
        <w:tc>
          <w:tcPr>
            <w:tcW w:w="1202" w:type="dxa"/>
          </w:tcPr>
          <w:p w14:paraId="4A4214EF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137" w:type="dxa"/>
          </w:tcPr>
          <w:p w14:paraId="6429FC4C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138" w:type="dxa"/>
          </w:tcPr>
          <w:p w14:paraId="39C0E9E5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303" w:type="dxa"/>
          </w:tcPr>
          <w:p w14:paraId="38D9BA74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17,5</w:t>
            </w:r>
          </w:p>
        </w:tc>
      </w:tr>
      <w:tr w:rsidR="006D0FA3" w:rsidRPr="00D77020" w14:paraId="1FEEA9F6" w14:textId="77777777" w:rsidTr="006D0FA3">
        <w:tc>
          <w:tcPr>
            <w:tcW w:w="1352" w:type="dxa"/>
          </w:tcPr>
          <w:p w14:paraId="162FAAA6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3DB2515C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BL-433-б</w:t>
            </w:r>
          </w:p>
        </w:tc>
        <w:tc>
          <w:tcPr>
            <w:tcW w:w="1085" w:type="dxa"/>
          </w:tcPr>
          <w:p w14:paraId="7CE812F4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433</w:t>
            </w:r>
          </w:p>
        </w:tc>
        <w:tc>
          <w:tcPr>
            <w:tcW w:w="1202" w:type="dxa"/>
          </w:tcPr>
          <w:p w14:paraId="6E2C275A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137" w:type="dxa"/>
          </w:tcPr>
          <w:p w14:paraId="2EEEACB2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138" w:type="dxa"/>
          </w:tcPr>
          <w:p w14:paraId="1563EC07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303" w:type="dxa"/>
          </w:tcPr>
          <w:p w14:paraId="35628755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24,8</w:t>
            </w:r>
          </w:p>
        </w:tc>
      </w:tr>
      <w:tr w:rsidR="006D0FA3" w:rsidRPr="00D77020" w14:paraId="547756C6" w14:textId="77777777" w:rsidTr="006D0FA3">
        <w:tc>
          <w:tcPr>
            <w:tcW w:w="1352" w:type="dxa"/>
          </w:tcPr>
          <w:p w14:paraId="21FB134B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381FDE51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BL-433-в</w:t>
            </w:r>
          </w:p>
        </w:tc>
        <w:tc>
          <w:tcPr>
            <w:tcW w:w="1085" w:type="dxa"/>
          </w:tcPr>
          <w:p w14:paraId="39A09A80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433</w:t>
            </w:r>
          </w:p>
        </w:tc>
        <w:tc>
          <w:tcPr>
            <w:tcW w:w="1202" w:type="dxa"/>
          </w:tcPr>
          <w:p w14:paraId="6153E881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137" w:type="dxa"/>
          </w:tcPr>
          <w:p w14:paraId="6B0B8C0E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138" w:type="dxa"/>
          </w:tcPr>
          <w:p w14:paraId="3508E435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303" w:type="dxa"/>
          </w:tcPr>
          <w:p w14:paraId="3127871E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17,7</w:t>
            </w:r>
          </w:p>
        </w:tc>
      </w:tr>
      <w:tr w:rsidR="006D0FA3" w:rsidRPr="00D77020" w14:paraId="585662B8" w14:textId="77777777" w:rsidTr="006D0FA3">
        <w:tc>
          <w:tcPr>
            <w:tcW w:w="1352" w:type="dxa"/>
          </w:tcPr>
          <w:p w14:paraId="0148D1B6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61A1D62F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BL-454-б</w:t>
            </w:r>
          </w:p>
        </w:tc>
        <w:tc>
          <w:tcPr>
            <w:tcW w:w="1085" w:type="dxa"/>
          </w:tcPr>
          <w:p w14:paraId="18A2A338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454</w:t>
            </w:r>
          </w:p>
        </w:tc>
        <w:tc>
          <w:tcPr>
            <w:tcW w:w="1202" w:type="dxa"/>
          </w:tcPr>
          <w:p w14:paraId="325C47A1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137" w:type="dxa"/>
          </w:tcPr>
          <w:p w14:paraId="1934AC61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138" w:type="dxa"/>
          </w:tcPr>
          <w:p w14:paraId="14C5C442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03" w:type="dxa"/>
          </w:tcPr>
          <w:p w14:paraId="0206C23D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4,2</w:t>
            </w:r>
          </w:p>
        </w:tc>
      </w:tr>
      <w:tr w:rsidR="006D0FA3" w:rsidRPr="00D77020" w14:paraId="2AC62727" w14:textId="77777777" w:rsidTr="006D0FA3">
        <w:tc>
          <w:tcPr>
            <w:tcW w:w="1352" w:type="dxa"/>
          </w:tcPr>
          <w:p w14:paraId="05160E68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3A3362EE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BL-454-е</w:t>
            </w:r>
          </w:p>
        </w:tc>
        <w:tc>
          <w:tcPr>
            <w:tcW w:w="1085" w:type="dxa"/>
          </w:tcPr>
          <w:p w14:paraId="6067124F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454</w:t>
            </w:r>
          </w:p>
        </w:tc>
        <w:tc>
          <w:tcPr>
            <w:tcW w:w="1202" w:type="dxa"/>
          </w:tcPr>
          <w:p w14:paraId="6D365656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137" w:type="dxa"/>
          </w:tcPr>
          <w:p w14:paraId="589B01D3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138" w:type="dxa"/>
          </w:tcPr>
          <w:p w14:paraId="4DA1DABC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03" w:type="dxa"/>
          </w:tcPr>
          <w:p w14:paraId="55514B64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1,6</w:t>
            </w:r>
          </w:p>
        </w:tc>
      </w:tr>
      <w:tr w:rsidR="006D0FA3" w:rsidRPr="00D77020" w14:paraId="61D11C39" w14:textId="77777777" w:rsidTr="006D0FA3">
        <w:tc>
          <w:tcPr>
            <w:tcW w:w="1352" w:type="dxa"/>
          </w:tcPr>
          <w:p w14:paraId="0ED8C542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2D143065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BL-454-з</w:t>
            </w:r>
          </w:p>
        </w:tc>
        <w:tc>
          <w:tcPr>
            <w:tcW w:w="1085" w:type="dxa"/>
          </w:tcPr>
          <w:p w14:paraId="7A916E1A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454</w:t>
            </w:r>
          </w:p>
        </w:tc>
        <w:tc>
          <w:tcPr>
            <w:tcW w:w="1202" w:type="dxa"/>
          </w:tcPr>
          <w:p w14:paraId="3839CC5D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137" w:type="dxa"/>
          </w:tcPr>
          <w:p w14:paraId="1C61DB70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138" w:type="dxa"/>
          </w:tcPr>
          <w:p w14:paraId="712C0E62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03" w:type="dxa"/>
          </w:tcPr>
          <w:p w14:paraId="4230B65E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2,5</w:t>
            </w:r>
          </w:p>
        </w:tc>
      </w:tr>
      <w:tr w:rsidR="006D0FA3" w:rsidRPr="00D77020" w14:paraId="6B3C75FE" w14:textId="77777777" w:rsidTr="006D0FA3">
        <w:tc>
          <w:tcPr>
            <w:tcW w:w="1352" w:type="dxa"/>
          </w:tcPr>
          <w:p w14:paraId="2E349C03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3351E8BF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BL-47-б</w:t>
            </w:r>
          </w:p>
        </w:tc>
        <w:tc>
          <w:tcPr>
            <w:tcW w:w="1085" w:type="dxa"/>
          </w:tcPr>
          <w:p w14:paraId="685AB011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47</w:t>
            </w:r>
          </w:p>
        </w:tc>
        <w:tc>
          <w:tcPr>
            <w:tcW w:w="1202" w:type="dxa"/>
          </w:tcPr>
          <w:p w14:paraId="7A215D5B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137" w:type="dxa"/>
          </w:tcPr>
          <w:p w14:paraId="6D075C73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138" w:type="dxa"/>
          </w:tcPr>
          <w:p w14:paraId="4E72934D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03" w:type="dxa"/>
          </w:tcPr>
          <w:p w14:paraId="1C89BDA0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23,1</w:t>
            </w:r>
          </w:p>
        </w:tc>
      </w:tr>
      <w:tr w:rsidR="006D0FA3" w:rsidRPr="00D77020" w14:paraId="64BCE897" w14:textId="77777777" w:rsidTr="006D0FA3">
        <w:tc>
          <w:tcPr>
            <w:tcW w:w="1352" w:type="dxa"/>
          </w:tcPr>
          <w:p w14:paraId="09878D6F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30498E0D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BL-47-в</w:t>
            </w:r>
          </w:p>
        </w:tc>
        <w:tc>
          <w:tcPr>
            <w:tcW w:w="1085" w:type="dxa"/>
          </w:tcPr>
          <w:p w14:paraId="10DB6171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47</w:t>
            </w:r>
          </w:p>
        </w:tc>
        <w:tc>
          <w:tcPr>
            <w:tcW w:w="1202" w:type="dxa"/>
          </w:tcPr>
          <w:p w14:paraId="4B35E1ED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137" w:type="dxa"/>
          </w:tcPr>
          <w:p w14:paraId="6D290B93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138" w:type="dxa"/>
          </w:tcPr>
          <w:p w14:paraId="5AADF55F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03" w:type="dxa"/>
          </w:tcPr>
          <w:p w14:paraId="5EAB17CC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19,1</w:t>
            </w:r>
          </w:p>
        </w:tc>
      </w:tr>
      <w:tr w:rsidR="006D0FA3" w:rsidRPr="00D77020" w14:paraId="630AF679" w14:textId="77777777" w:rsidTr="006D0FA3">
        <w:tc>
          <w:tcPr>
            <w:tcW w:w="1352" w:type="dxa"/>
          </w:tcPr>
          <w:p w14:paraId="3E33CFE2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64BAE193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BL-47-г</w:t>
            </w:r>
          </w:p>
        </w:tc>
        <w:tc>
          <w:tcPr>
            <w:tcW w:w="1085" w:type="dxa"/>
          </w:tcPr>
          <w:p w14:paraId="706CA163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47</w:t>
            </w:r>
          </w:p>
        </w:tc>
        <w:tc>
          <w:tcPr>
            <w:tcW w:w="1202" w:type="dxa"/>
          </w:tcPr>
          <w:p w14:paraId="12783CC4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137" w:type="dxa"/>
          </w:tcPr>
          <w:p w14:paraId="29BFF0F7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138" w:type="dxa"/>
          </w:tcPr>
          <w:p w14:paraId="438BEB54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03" w:type="dxa"/>
          </w:tcPr>
          <w:p w14:paraId="69CFC6D0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9,8</w:t>
            </w:r>
          </w:p>
        </w:tc>
      </w:tr>
      <w:tr w:rsidR="006D0FA3" w:rsidRPr="00D77020" w14:paraId="7A9D6547" w14:textId="77777777" w:rsidTr="006D0FA3">
        <w:tc>
          <w:tcPr>
            <w:tcW w:w="1352" w:type="dxa"/>
          </w:tcPr>
          <w:p w14:paraId="369E62CA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7540A942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BL-5-а</w:t>
            </w:r>
          </w:p>
        </w:tc>
        <w:tc>
          <w:tcPr>
            <w:tcW w:w="1085" w:type="dxa"/>
          </w:tcPr>
          <w:p w14:paraId="4CAA4CED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5</w:t>
            </w:r>
          </w:p>
        </w:tc>
        <w:tc>
          <w:tcPr>
            <w:tcW w:w="1202" w:type="dxa"/>
          </w:tcPr>
          <w:p w14:paraId="3C55F4FE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137" w:type="dxa"/>
          </w:tcPr>
          <w:p w14:paraId="48A48665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138" w:type="dxa"/>
          </w:tcPr>
          <w:p w14:paraId="6AC4AD86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303" w:type="dxa"/>
          </w:tcPr>
          <w:p w14:paraId="1641EFE8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12,5</w:t>
            </w:r>
          </w:p>
        </w:tc>
      </w:tr>
      <w:tr w:rsidR="006D0FA3" w:rsidRPr="00D77020" w14:paraId="60D48325" w14:textId="77777777" w:rsidTr="006D0FA3">
        <w:tc>
          <w:tcPr>
            <w:tcW w:w="1352" w:type="dxa"/>
          </w:tcPr>
          <w:p w14:paraId="0343585F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49A1E67D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BL-5-м</w:t>
            </w:r>
          </w:p>
        </w:tc>
        <w:tc>
          <w:tcPr>
            <w:tcW w:w="1085" w:type="dxa"/>
          </w:tcPr>
          <w:p w14:paraId="6314292B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5</w:t>
            </w:r>
          </w:p>
        </w:tc>
        <w:tc>
          <w:tcPr>
            <w:tcW w:w="1202" w:type="dxa"/>
          </w:tcPr>
          <w:p w14:paraId="177C4CB6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137" w:type="dxa"/>
          </w:tcPr>
          <w:p w14:paraId="16979FC9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138" w:type="dxa"/>
          </w:tcPr>
          <w:p w14:paraId="51D9A84D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303" w:type="dxa"/>
          </w:tcPr>
          <w:p w14:paraId="261A7A5A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13,7</w:t>
            </w:r>
          </w:p>
        </w:tc>
      </w:tr>
      <w:tr w:rsidR="006D0FA3" w:rsidRPr="00D77020" w14:paraId="61CFD75B" w14:textId="77777777" w:rsidTr="006D0FA3">
        <w:tc>
          <w:tcPr>
            <w:tcW w:w="1352" w:type="dxa"/>
          </w:tcPr>
          <w:p w14:paraId="53B801F9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55309E00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BL-57-е</w:t>
            </w:r>
          </w:p>
        </w:tc>
        <w:tc>
          <w:tcPr>
            <w:tcW w:w="1085" w:type="dxa"/>
          </w:tcPr>
          <w:p w14:paraId="452A3918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57</w:t>
            </w:r>
          </w:p>
        </w:tc>
        <w:tc>
          <w:tcPr>
            <w:tcW w:w="1202" w:type="dxa"/>
          </w:tcPr>
          <w:p w14:paraId="7FDD386A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137" w:type="dxa"/>
          </w:tcPr>
          <w:p w14:paraId="64CA2D85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138" w:type="dxa"/>
          </w:tcPr>
          <w:p w14:paraId="3B4140A0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303" w:type="dxa"/>
          </w:tcPr>
          <w:p w14:paraId="515916E3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23,3</w:t>
            </w:r>
          </w:p>
        </w:tc>
      </w:tr>
      <w:tr w:rsidR="00EA2075" w:rsidRPr="00D77020" w14:paraId="0D73C8F8" w14:textId="77777777" w:rsidTr="00EA2075">
        <w:tc>
          <w:tcPr>
            <w:tcW w:w="1352" w:type="dxa"/>
          </w:tcPr>
          <w:p w14:paraId="140F3E87" w14:textId="77777777" w:rsidR="00EA2075" w:rsidRPr="00D77020" w:rsidRDefault="00EA2075" w:rsidP="00006977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27DE86E1" w14:textId="01A5A25F" w:rsidR="00EA2075" w:rsidRPr="00D77020" w:rsidRDefault="00EA2075" w:rsidP="00006977">
            <w:pPr>
              <w:rPr>
                <w:lang w:val="bg-BG"/>
              </w:rPr>
            </w:pPr>
            <w:r w:rsidRPr="00D77020">
              <w:rPr>
                <w:lang w:val="bg-BG"/>
              </w:rPr>
              <w:t>BL-6-</w:t>
            </w:r>
            <w:r>
              <w:rPr>
                <w:lang w:val="bg-BG"/>
              </w:rPr>
              <w:t>а</w:t>
            </w:r>
          </w:p>
        </w:tc>
        <w:tc>
          <w:tcPr>
            <w:tcW w:w="1085" w:type="dxa"/>
          </w:tcPr>
          <w:p w14:paraId="1EE9244E" w14:textId="77777777" w:rsidR="00EA2075" w:rsidRPr="00D77020" w:rsidRDefault="00EA2075" w:rsidP="00006977">
            <w:pPr>
              <w:rPr>
                <w:lang w:val="bg-BG"/>
              </w:rPr>
            </w:pPr>
            <w:r w:rsidRPr="00D77020">
              <w:rPr>
                <w:lang w:val="bg-BG"/>
              </w:rPr>
              <w:t>6</w:t>
            </w:r>
          </w:p>
        </w:tc>
        <w:tc>
          <w:tcPr>
            <w:tcW w:w="1202" w:type="dxa"/>
          </w:tcPr>
          <w:p w14:paraId="71229182" w14:textId="66E7ABE4" w:rsidR="00EA2075" w:rsidRPr="00D77020" w:rsidRDefault="00EA2075" w:rsidP="00006977">
            <w:pPr>
              <w:rPr>
                <w:lang w:val="bg-BG"/>
              </w:rPr>
            </w:pPr>
            <w:r>
              <w:rPr>
                <w:lang w:val="bg-BG"/>
              </w:rPr>
              <w:t>а</w:t>
            </w:r>
          </w:p>
        </w:tc>
        <w:tc>
          <w:tcPr>
            <w:tcW w:w="1137" w:type="dxa"/>
          </w:tcPr>
          <w:p w14:paraId="56352BE0" w14:textId="77777777" w:rsidR="00EA2075" w:rsidRPr="00D77020" w:rsidRDefault="00EA2075" w:rsidP="00006977">
            <w:pPr>
              <w:rPr>
                <w:lang w:val="bg-BG"/>
              </w:rPr>
            </w:pPr>
            <w:r w:rsidRPr="00D77020">
              <w:rPr>
                <w:lang w:val="bg-BG"/>
              </w:rPr>
              <w:t>65</w:t>
            </w:r>
          </w:p>
        </w:tc>
        <w:tc>
          <w:tcPr>
            <w:tcW w:w="1138" w:type="dxa"/>
          </w:tcPr>
          <w:p w14:paraId="50E10FC2" w14:textId="77777777" w:rsidR="00EA2075" w:rsidRPr="00D77020" w:rsidRDefault="00EA2075" w:rsidP="00006977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303" w:type="dxa"/>
          </w:tcPr>
          <w:p w14:paraId="65266815" w14:textId="21902220" w:rsidR="00EA2075" w:rsidRPr="00D77020" w:rsidRDefault="00EA2075" w:rsidP="00006977">
            <w:pPr>
              <w:jc w:val="right"/>
              <w:rPr>
                <w:lang w:val="bg-BG"/>
              </w:rPr>
            </w:pPr>
            <w:r>
              <w:rPr>
                <w:lang w:val="bg-BG"/>
              </w:rPr>
              <w:t>12,0</w:t>
            </w:r>
          </w:p>
        </w:tc>
      </w:tr>
      <w:tr w:rsidR="00EA2075" w:rsidRPr="00D77020" w14:paraId="18EE610B" w14:textId="77777777" w:rsidTr="00006977">
        <w:tc>
          <w:tcPr>
            <w:tcW w:w="1352" w:type="dxa"/>
          </w:tcPr>
          <w:p w14:paraId="54C5CF66" w14:textId="77777777" w:rsidR="00EA2075" w:rsidRPr="00D77020" w:rsidRDefault="00EA2075" w:rsidP="00006977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43B25897" w14:textId="77777777" w:rsidR="00EA2075" w:rsidRPr="00D77020" w:rsidRDefault="00EA2075" w:rsidP="00006977">
            <w:pPr>
              <w:rPr>
                <w:lang w:val="bg-BG"/>
              </w:rPr>
            </w:pPr>
            <w:r w:rsidRPr="00D77020">
              <w:rPr>
                <w:lang w:val="bg-BG"/>
              </w:rPr>
              <w:t>BL-6-б</w:t>
            </w:r>
          </w:p>
        </w:tc>
        <w:tc>
          <w:tcPr>
            <w:tcW w:w="1085" w:type="dxa"/>
          </w:tcPr>
          <w:p w14:paraId="2BFD7F36" w14:textId="77777777" w:rsidR="00EA2075" w:rsidRPr="00D77020" w:rsidRDefault="00EA2075" w:rsidP="00006977">
            <w:pPr>
              <w:rPr>
                <w:lang w:val="bg-BG"/>
              </w:rPr>
            </w:pPr>
            <w:r w:rsidRPr="00D77020">
              <w:rPr>
                <w:lang w:val="bg-BG"/>
              </w:rPr>
              <w:t>6</w:t>
            </w:r>
          </w:p>
        </w:tc>
        <w:tc>
          <w:tcPr>
            <w:tcW w:w="1202" w:type="dxa"/>
          </w:tcPr>
          <w:p w14:paraId="3705F2BD" w14:textId="77777777" w:rsidR="00EA2075" w:rsidRPr="00D77020" w:rsidRDefault="00EA2075" w:rsidP="00006977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137" w:type="dxa"/>
          </w:tcPr>
          <w:p w14:paraId="7A3E185F" w14:textId="77777777" w:rsidR="00EA2075" w:rsidRPr="00D77020" w:rsidRDefault="00EA2075" w:rsidP="00006977">
            <w:pPr>
              <w:rPr>
                <w:lang w:val="bg-BG"/>
              </w:rPr>
            </w:pPr>
            <w:r w:rsidRPr="00D77020">
              <w:rPr>
                <w:lang w:val="bg-BG"/>
              </w:rPr>
              <w:t>65</w:t>
            </w:r>
          </w:p>
        </w:tc>
        <w:tc>
          <w:tcPr>
            <w:tcW w:w="1138" w:type="dxa"/>
          </w:tcPr>
          <w:p w14:paraId="3B39DAF0" w14:textId="77777777" w:rsidR="00EA2075" w:rsidRPr="00D77020" w:rsidRDefault="00EA2075" w:rsidP="00006977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303" w:type="dxa"/>
          </w:tcPr>
          <w:p w14:paraId="35910EB7" w14:textId="77777777" w:rsidR="00EA2075" w:rsidRPr="00D77020" w:rsidRDefault="00EA2075" w:rsidP="00006977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18,3</w:t>
            </w:r>
          </w:p>
        </w:tc>
      </w:tr>
      <w:tr w:rsidR="006D0FA3" w:rsidRPr="00D77020" w14:paraId="5D3725BA" w14:textId="77777777" w:rsidTr="006D0FA3">
        <w:tc>
          <w:tcPr>
            <w:tcW w:w="1352" w:type="dxa"/>
          </w:tcPr>
          <w:p w14:paraId="7D85B68A" w14:textId="77777777" w:rsidR="006D0FA3" w:rsidRPr="00D77020" w:rsidRDefault="006D0FA3" w:rsidP="006D0FA3">
            <w:pPr>
              <w:rPr>
                <w:lang w:val="bg-BG"/>
              </w:rPr>
            </w:pPr>
            <w:bookmarkStart w:id="15" w:name="_Hlk237850927"/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0DB8CF56" w14:textId="2BF4BBD3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BL-6-</w:t>
            </w:r>
            <w:r w:rsidR="00EA2075">
              <w:rPr>
                <w:lang w:val="bg-BG"/>
              </w:rPr>
              <w:t>г</w:t>
            </w:r>
          </w:p>
        </w:tc>
        <w:tc>
          <w:tcPr>
            <w:tcW w:w="1085" w:type="dxa"/>
          </w:tcPr>
          <w:p w14:paraId="05F6CBD2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6</w:t>
            </w:r>
          </w:p>
        </w:tc>
        <w:tc>
          <w:tcPr>
            <w:tcW w:w="1202" w:type="dxa"/>
          </w:tcPr>
          <w:p w14:paraId="67F5E5E4" w14:textId="472842A8" w:rsidR="006D0FA3" w:rsidRPr="00D77020" w:rsidRDefault="00EA2075" w:rsidP="006D0FA3">
            <w:pPr>
              <w:rPr>
                <w:lang w:val="bg-BG"/>
              </w:rPr>
            </w:pPr>
            <w:r>
              <w:rPr>
                <w:lang w:val="bg-BG"/>
              </w:rPr>
              <w:t>г</w:t>
            </w:r>
          </w:p>
        </w:tc>
        <w:tc>
          <w:tcPr>
            <w:tcW w:w="1137" w:type="dxa"/>
          </w:tcPr>
          <w:p w14:paraId="5F815B48" w14:textId="7299F849" w:rsidR="006D0FA3" w:rsidRPr="00D77020" w:rsidRDefault="00EA2075" w:rsidP="006D0FA3">
            <w:pPr>
              <w:rPr>
                <w:lang w:val="bg-BG"/>
              </w:rPr>
            </w:pPr>
            <w:r>
              <w:rPr>
                <w:lang w:val="bg-BG"/>
              </w:rPr>
              <w:t>5</w:t>
            </w:r>
            <w:r w:rsidR="006D0FA3" w:rsidRPr="00D77020">
              <w:rPr>
                <w:lang w:val="bg-BG"/>
              </w:rPr>
              <w:t>5</w:t>
            </w:r>
          </w:p>
        </w:tc>
        <w:tc>
          <w:tcPr>
            <w:tcW w:w="1138" w:type="dxa"/>
          </w:tcPr>
          <w:p w14:paraId="0097B1E0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303" w:type="dxa"/>
          </w:tcPr>
          <w:p w14:paraId="568F943F" w14:textId="3597D42A" w:rsidR="006D0FA3" w:rsidRPr="00D77020" w:rsidRDefault="00EA2075" w:rsidP="006D0FA3">
            <w:pPr>
              <w:jc w:val="right"/>
              <w:rPr>
                <w:lang w:val="bg-BG"/>
              </w:rPr>
            </w:pPr>
            <w:r>
              <w:rPr>
                <w:lang w:val="bg-BG"/>
              </w:rPr>
              <w:t>5,9</w:t>
            </w:r>
          </w:p>
        </w:tc>
      </w:tr>
      <w:bookmarkEnd w:id="15"/>
      <w:tr w:rsidR="006D0FA3" w:rsidRPr="00D77020" w14:paraId="1714B85A" w14:textId="77777777" w:rsidTr="006D0FA3">
        <w:tc>
          <w:tcPr>
            <w:tcW w:w="1352" w:type="dxa"/>
          </w:tcPr>
          <w:p w14:paraId="27AF4B01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0ADD3790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BL-61-г</w:t>
            </w:r>
          </w:p>
        </w:tc>
        <w:tc>
          <w:tcPr>
            <w:tcW w:w="1085" w:type="dxa"/>
          </w:tcPr>
          <w:p w14:paraId="63A94CC0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61</w:t>
            </w:r>
          </w:p>
        </w:tc>
        <w:tc>
          <w:tcPr>
            <w:tcW w:w="1202" w:type="dxa"/>
          </w:tcPr>
          <w:p w14:paraId="70F25FDA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137" w:type="dxa"/>
          </w:tcPr>
          <w:p w14:paraId="1D5422F0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138" w:type="dxa"/>
          </w:tcPr>
          <w:p w14:paraId="3FCD04AA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303" w:type="dxa"/>
          </w:tcPr>
          <w:p w14:paraId="3738BF6E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0,6</w:t>
            </w:r>
          </w:p>
        </w:tc>
      </w:tr>
      <w:tr w:rsidR="006D0FA3" w:rsidRPr="00D77020" w14:paraId="7BFB14AE" w14:textId="77777777" w:rsidTr="006D0FA3">
        <w:tc>
          <w:tcPr>
            <w:tcW w:w="1352" w:type="dxa"/>
          </w:tcPr>
          <w:p w14:paraId="195E7DEC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591197E1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BL-89-б</w:t>
            </w:r>
          </w:p>
        </w:tc>
        <w:tc>
          <w:tcPr>
            <w:tcW w:w="1085" w:type="dxa"/>
          </w:tcPr>
          <w:p w14:paraId="12FC8814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89</w:t>
            </w:r>
          </w:p>
        </w:tc>
        <w:tc>
          <w:tcPr>
            <w:tcW w:w="1202" w:type="dxa"/>
          </w:tcPr>
          <w:p w14:paraId="7CFD2BF9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137" w:type="dxa"/>
          </w:tcPr>
          <w:p w14:paraId="178CDEF4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138" w:type="dxa"/>
          </w:tcPr>
          <w:p w14:paraId="1251F4E9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303" w:type="dxa"/>
          </w:tcPr>
          <w:p w14:paraId="6D2D3FF2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8,5</w:t>
            </w:r>
          </w:p>
        </w:tc>
      </w:tr>
      <w:tr w:rsidR="006D0FA3" w:rsidRPr="00D77020" w14:paraId="684D491A" w14:textId="77777777" w:rsidTr="006D0FA3">
        <w:tc>
          <w:tcPr>
            <w:tcW w:w="1352" w:type="dxa"/>
          </w:tcPr>
          <w:p w14:paraId="6A555B75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67A28845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BL-89-е</w:t>
            </w:r>
          </w:p>
        </w:tc>
        <w:tc>
          <w:tcPr>
            <w:tcW w:w="1085" w:type="dxa"/>
          </w:tcPr>
          <w:p w14:paraId="6152A711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89</w:t>
            </w:r>
          </w:p>
        </w:tc>
        <w:tc>
          <w:tcPr>
            <w:tcW w:w="1202" w:type="dxa"/>
          </w:tcPr>
          <w:p w14:paraId="3AE01583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137" w:type="dxa"/>
          </w:tcPr>
          <w:p w14:paraId="41A6105E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138" w:type="dxa"/>
          </w:tcPr>
          <w:p w14:paraId="1ACEAE75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303" w:type="dxa"/>
          </w:tcPr>
          <w:p w14:paraId="06077CD9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18,1</w:t>
            </w:r>
          </w:p>
        </w:tc>
      </w:tr>
      <w:tr w:rsidR="006D0FA3" w:rsidRPr="00D77020" w14:paraId="685C1813" w14:textId="77777777" w:rsidTr="006D0FA3">
        <w:tc>
          <w:tcPr>
            <w:tcW w:w="1352" w:type="dxa"/>
          </w:tcPr>
          <w:p w14:paraId="77FA5417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5978FAE7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BL-94-б</w:t>
            </w:r>
          </w:p>
        </w:tc>
        <w:tc>
          <w:tcPr>
            <w:tcW w:w="1085" w:type="dxa"/>
          </w:tcPr>
          <w:p w14:paraId="113E5633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94</w:t>
            </w:r>
          </w:p>
        </w:tc>
        <w:tc>
          <w:tcPr>
            <w:tcW w:w="1202" w:type="dxa"/>
          </w:tcPr>
          <w:p w14:paraId="1F7D93AF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137" w:type="dxa"/>
          </w:tcPr>
          <w:p w14:paraId="2F975A0C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138" w:type="dxa"/>
          </w:tcPr>
          <w:p w14:paraId="5C663E0C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9560</w:t>
            </w:r>
          </w:p>
        </w:tc>
        <w:tc>
          <w:tcPr>
            <w:tcW w:w="1303" w:type="dxa"/>
          </w:tcPr>
          <w:p w14:paraId="59673B55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10,5</w:t>
            </w:r>
          </w:p>
        </w:tc>
      </w:tr>
      <w:tr w:rsidR="006D0FA3" w:rsidRPr="00D77020" w14:paraId="4AA3495A" w14:textId="77777777" w:rsidTr="006D0FA3">
        <w:tc>
          <w:tcPr>
            <w:tcW w:w="1352" w:type="dxa"/>
          </w:tcPr>
          <w:p w14:paraId="301475D5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1BF9398F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BL-96-в</w:t>
            </w:r>
          </w:p>
        </w:tc>
        <w:tc>
          <w:tcPr>
            <w:tcW w:w="1085" w:type="dxa"/>
          </w:tcPr>
          <w:p w14:paraId="4321D9DF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96</w:t>
            </w:r>
          </w:p>
        </w:tc>
        <w:tc>
          <w:tcPr>
            <w:tcW w:w="1202" w:type="dxa"/>
          </w:tcPr>
          <w:p w14:paraId="04B01F53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137" w:type="dxa"/>
          </w:tcPr>
          <w:p w14:paraId="73AE686C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138" w:type="dxa"/>
          </w:tcPr>
          <w:p w14:paraId="04E8FD0F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303" w:type="dxa"/>
          </w:tcPr>
          <w:p w14:paraId="7940EBCE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16,6</w:t>
            </w:r>
          </w:p>
        </w:tc>
      </w:tr>
      <w:tr w:rsidR="006D0FA3" w:rsidRPr="00D77020" w14:paraId="6EDF7B36" w14:textId="77777777" w:rsidTr="006D0FA3">
        <w:tc>
          <w:tcPr>
            <w:tcW w:w="1352" w:type="dxa"/>
          </w:tcPr>
          <w:p w14:paraId="7541E3EC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7BD1D9F4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BL-96-г</w:t>
            </w:r>
          </w:p>
        </w:tc>
        <w:tc>
          <w:tcPr>
            <w:tcW w:w="1085" w:type="dxa"/>
          </w:tcPr>
          <w:p w14:paraId="3CA36458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96</w:t>
            </w:r>
          </w:p>
        </w:tc>
        <w:tc>
          <w:tcPr>
            <w:tcW w:w="1202" w:type="dxa"/>
          </w:tcPr>
          <w:p w14:paraId="634D63CD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137" w:type="dxa"/>
          </w:tcPr>
          <w:p w14:paraId="2AFA9587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138" w:type="dxa"/>
          </w:tcPr>
          <w:p w14:paraId="6A471EA7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303" w:type="dxa"/>
          </w:tcPr>
          <w:p w14:paraId="456FD8DD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0,6</w:t>
            </w:r>
          </w:p>
        </w:tc>
      </w:tr>
      <w:tr w:rsidR="006D0FA3" w:rsidRPr="00D77020" w14:paraId="1629A2F1" w14:textId="77777777" w:rsidTr="006D0FA3">
        <w:tc>
          <w:tcPr>
            <w:tcW w:w="1352" w:type="dxa"/>
          </w:tcPr>
          <w:p w14:paraId="0E86BA29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61A06DF7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BL-96-д</w:t>
            </w:r>
          </w:p>
        </w:tc>
        <w:tc>
          <w:tcPr>
            <w:tcW w:w="1085" w:type="dxa"/>
          </w:tcPr>
          <w:p w14:paraId="62A789F9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96</w:t>
            </w:r>
          </w:p>
        </w:tc>
        <w:tc>
          <w:tcPr>
            <w:tcW w:w="1202" w:type="dxa"/>
          </w:tcPr>
          <w:p w14:paraId="50650F37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137" w:type="dxa"/>
          </w:tcPr>
          <w:p w14:paraId="50059130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138" w:type="dxa"/>
          </w:tcPr>
          <w:p w14:paraId="009FC0F9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303" w:type="dxa"/>
          </w:tcPr>
          <w:p w14:paraId="0BBABE77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5,4</w:t>
            </w:r>
          </w:p>
        </w:tc>
      </w:tr>
      <w:tr w:rsidR="006D0FA3" w:rsidRPr="00D77020" w14:paraId="11E33B1A" w14:textId="77777777" w:rsidTr="006D0FA3">
        <w:tc>
          <w:tcPr>
            <w:tcW w:w="1352" w:type="dxa"/>
          </w:tcPr>
          <w:p w14:paraId="565CB002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3CD9249D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BL-96-е</w:t>
            </w:r>
          </w:p>
        </w:tc>
        <w:tc>
          <w:tcPr>
            <w:tcW w:w="1085" w:type="dxa"/>
          </w:tcPr>
          <w:p w14:paraId="715E8222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96</w:t>
            </w:r>
          </w:p>
        </w:tc>
        <w:tc>
          <w:tcPr>
            <w:tcW w:w="1202" w:type="dxa"/>
          </w:tcPr>
          <w:p w14:paraId="51B35028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137" w:type="dxa"/>
          </w:tcPr>
          <w:p w14:paraId="6716E778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138" w:type="dxa"/>
          </w:tcPr>
          <w:p w14:paraId="74BAD7BC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303" w:type="dxa"/>
          </w:tcPr>
          <w:p w14:paraId="3EF32BC7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3,7</w:t>
            </w:r>
          </w:p>
        </w:tc>
      </w:tr>
      <w:tr w:rsidR="006D0FA3" w:rsidRPr="00D77020" w14:paraId="548B9C12" w14:textId="77777777" w:rsidTr="006D0FA3">
        <w:tc>
          <w:tcPr>
            <w:tcW w:w="1352" w:type="dxa"/>
          </w:tcPr>
          <w:p w14:paraId="555F04B3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39441FF8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BL-96-ж</w:t>
            </w:r>
          </w:p>
        </w:tc>
        <w:tc>
          <w:tcPr>
            <w:tcW w:w="1085" w:type="dxa"/>
          </w:tcPr>
          <w:p w14:paraId="058B37E0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96</w:t>
            </w:r>
          </w:p>
        </w:tc>
        <w:tc>
          <w:tcPr>
            <w:tcW w:w="1202" w:type="dxa"/>
          </w:tcPr>
          <w:p w14:paraId="48EB4A7E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137" w:type="dxa"/>
          </w:tcPr>
          <w:p w14:paraId="05958D82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138" w:type="dxa"/>
          </w:tcPr>
          <w:p w14:paraId="55625D83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303" w:type="dxa"/>
          </w:tcPr>
          <w:p w14:paraId="39AA47A7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9,3</w:t>
            </w:r>
          </w:p>
        </w:tc>
      </w:tr>
      <w:tr w:rsidR="006D0FA3" w:rsidRPr="00D77020" w14:paraId="360866D5" w14:textId="77777777" w:rsidTr="006D0FA3">
        <w:tc>
          <w:tcPr>
            <w:tcW w:w="1352" w:type="dxa"/>
          </w:tcPr>
          <w:p w14:paraId="0AEF468B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1871FA78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BL-96-з</w:t>
            </w:r>
          </w:p>
        </w:tc>
        <w:tc>
          <w:tcPr>
            <w:tcW w:w="1085" w:type="dxa"/>
          </w:tcPr>
          <w:p w14:paraId="67A29B5E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96</w:t>
            </w:r>
          </w:p>
        </w:tc>
        <w:tc>
          <w:tcPr>
            <w:tcW w:w="1202" w:type="dxa"/>
          </w:tcPr>
          <w:p w14:paraId="642F53D1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137" w:type="dxa"/>
          </w:tcPr>
          <w:p w14:paraId="06AF5DA2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138" w:type="dxa"/>
          </w:tcPr>
          <w:p w14:paraId="10A7C820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303" w:type="dxa"/>
          </w:tcPr>
          <w:p w14:paraId="0FB536EA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5,0</w:t>
            </w:r>
          </w:p>
        </w:tc>
      </w:tr>
      <w:tr w:rsidR="006D0FA3" w:rsidRPr="00D77020" w14:paraId="0AF7A798" w14:textId="77777777" w:rsidTr="006D0FA3">
        <w:tc>
          <w:tcPr>
            <w:tcW w:w="1352" w:type="dxa"/>
          </w:tcPr>
          <w:p w14:paraId="7B5DB937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413" w:type="dxa"/>
          </w:tcPr>
          <w:p w14:paraId="559769E4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BL-98-г</w:t>
            </w:r>
          </w:p>
        </w:tc>
        <w:tc>
          <w:tcPr>
            <w:tcW w:w="1085" w:type="dxa"/>
          </w:tcPr>
          <w:p w14:paraId="2CC633DC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98</w:t>
            </w:r>
          </w:p>
        </w:tc>
        <w:tc>
          <w:tcPr>
            <w:tcW w:w="1202" w:type="dxa"/>
          </w:tcPr>
          <w:p w14:paraId="4AC04534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137" w:type="dxa"/>
          </w:tcPr>
          <w:p w14:paraId="4D2BC444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138" w:type="dxa"/>
          </w:tcPr>
          <w:p w14:paraId="23153F85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303" w:type="dxa"/>
          </w:tcPr>
          <w:p w14:paraId="01328A7E" w14:textId="77777777" w:rsidR="006D0FA3" w:rsidRPr="00D77020" w:rsidRDefault="006D0FA3" w:rsidP="006D0FA3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1,3</w:t>
            </w:r>
          </w:p>
        </w:tc>
      </w:tr>
      <w:tr w:rsidR="006D0FA3" w:rsidRPr="00D77020" w14:paraId="6E599195" w14:textId="77777777" w:rsidTr="006D0FA3">
        <w:tc>
          <w:tcPr>
            <w:tcW w:w="7327" w:type="dxa"/>
            <w:gridSpan w:val="6"/>
          </w:tcPr>
          <w:p w14:paraId="59E51EF3" w14:textId="77777777" w:rsidR="006D0FA3" w:rsidRPr="00D77020" w:rsidRDefault="006D0FA3" w:rsidP="006D0FA3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303" w:type="dxa"/>
          </w:tcPr>
          <w:p w14:paraId="45E1467A" w14:textId="478FB10A" w:rsidR="006D0FA3" w:rsidRPr="00D77020" w:rsidRDefault="00EA2075" w:rsidP="006D0FA3">
            <w:pPr>
              <w:jc w:val="right"/>
              <w:rPr>
                <w:lang w:val="bg-BG"/>
              </w:rPr>
            </w:pPr>
            <w:r>
              <w:rPr>
                <w:lang w:val="bg-BG"/>
              </w:rPr>
              <w:t>630,9</w:t>
            </w:r>
          </w:p>
        </w:tc>
      </w:tr>
    </w:tbl>
    <w:p w14:paraId="7D32E41B" w14:textId="77777777" w:rsidR="006F0136" w:rsidRPr="00D77020" w:rsidRDefault="00D77020">
      <w:pPr>
        <w:rPr>
          <w:lang w:val="bg-BG"/>
        </w:rPr>
      </w:pPr>
      <w:r w:rsidRPr="00D77020">
        <w:rPr>
          <w:lang w:val="bg-BG"/>
        </w:rPr>
        <w:br w:type="page"/>
      </w:r>
    </w:p>
    <w:p w14:paraId="2465DE11" w14:textId="77777777" w:rsidR="006F0136" w:rsidRPr="00D77020" w:rsidRDefault="00D77020">
      <w:pPr>
        <w:pStyle w:val="Heading1"/>
        <w:rPr>
          <w:lang w:val="bg-BG"/>
        </w:rPr>
      </w:pPr>
      <w:bookmarkStart w:id="16" w:name="_Toc222837682"/>
      <w:r w:rsidRPr="00D77020">
        <w:rPr>
          <w:lang w:val="bg-BG"/>
        </w:rPr>
        <w:lastRenderedPageBreak/>
        <w:t xml:space="preserve">ДГС Места - Обща площ: 536,6 </w:t>
      </w:r>
      <w:proofErr w:type="spellStart"/>
      <w:r w:rsidRPr="00D77020">
        <w:rPr>
          <w:lang w:val="bg-BG"/>
        </w:rPr>
        <w:t>хa</w:t>
      </w:r>
      <w:bookmarkEnd w:id="16"/>
      <w:proofErr w:type="spellEnd"/>
    </w:p>
    <w:p w14:paraId="7304E832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BG0001021 - Река Места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26CDCDD4" w14:textId="77777777">
        <w:tc>
          <w:tcPr>
            <w:tcW w:w="1587" w:type="dxa"/>
          </w:tcPr>
          <w:p w14:paraId="1E4CC4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022C38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7577D6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117697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0DA22E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21DC231B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153B80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51D49111" w14:textId="77777777">
        <w:tc>
          <w:tcPr>
            <w:tcW w:w="1234" w:type="dxa"/>
          </w:tcPr>
          <w:p w14:paraId="405E0D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733F0F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BM-126-а</w:t>
            </w:r>
          </w:p>
        </w:tc>
        <w:tc>
          <w:tcPr>
            <w:tcW w:w="1234" w:type="dxa"/>
          </w:tcPr>
          <w:p w14:paraId="554EB5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126</w:t>
            </w:r>
          </w:p>
        </w:tc>
        <w:tc>
          <w:tcPr>
            <w:tcW w:w="1234" w:type="dxa"/>
          </w:tcPr>
          <w:p w14:paraId="479D2F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742F5B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57C9BD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717287E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7,8</w:t>
            </w:r>
          </w:p>
        </w:tc>
      </w:tr>
      <w:tr w:rsidR="006F0136" w:rsidRPr="00D77020" w14:paraId="69E57DA9" w14:textId="77777777">
        <w:tc>
          <w:tcPr>
            <w:tcW w:w="1234" w:type="dxa"/>
          </w:tcPr>
          <w:p w14:paraId="62CE25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198532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BM-126-б</w:t>
            </w:r>
          </w:p>
        </w:tc>
        <w:tc>
          <w:tcPr>
            <w:tcW w:w="1234" w:type="dxa"/>
          </w:tcPr>
          <w:p w14:paraId="25DE03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126</w:t>
            </w:r>
          </w:p>
        </w:tc>
        <w:tc>
          <w:tcPr>
            <w:tcW w:w="1234" w:type="dxa"/>
          </w:tcPr>
          <w:p w14:paraId="51486C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628914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3FE350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E9449F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7,6</w:t>
            </w:r>
          </w:p>
        </w:tc>
      </w:tr>
      <w:tr w:rsidR="006F0136" w:rsidRPr="00D77020" w14:paraId="27E27940" w14:textId="77777777">
        <w:tc>
          <w:tcPr>
            <w:tcW w:w="1234" w:type="dxa"/>
          </w:tcPr>
          <w:p w14:paraId="2412B7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7D2213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BM-126-в</w:t>
            </w:r>
          </w:p>
        </w:tc>
        <w:tc>
          <w:tcPr>
            <w:tcW w:w="1234" w:type="dxa"/>
          </w:tcPr>
          <w:p w14:paraId="1F541D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126</w:t>
            </w:r>
          </w:p>
        </w:tc>
        <w:tc>
          <w:tcPr>
            <w:tcW w:w="1234" w:type="dxa"/>
          </w:tcPr>
          <w:p w14:paraId="78E965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2CEEDE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62E89A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107D098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8,4</w:t>
            </w:r>
          </w:p>
        </w:tc>
      </w:tr>
      <w:tr w:rsidR="006F0136" w:rsidRPr="00D77020" w14:paraId="2583D5AB" w14:textId="77777777">
        <w:tc>
          <w:tcPr>
            <w:tcW w:w="1234" w:type="dxa"/>
          </w:tcPr>
          <w:p w14:paraId="365248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0DB3E5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BM-126-д</w:t>
            </w:r>
          </w:p>
        </w:tc>
        <w:tc>
          <w:tcPr>
            <w:tcW w:w="1234" w:type="dxa"/>
          </w:tcPr>
          <w:p w14:paraId="49694D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126</w:t>
            </w:r>
          </w:p>
        </w:tc>
        <w:tc>
          <w:tcPr>
            <w:tcW w:w="1234" w:type="dxa"/>
          </w:tcPr>
          <w:p w14:paraId="67C071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5CE099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2F7620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61C0337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8,8</w:t>
            </w:r>
          </w:p>
        </w:tc>
      </w:tr>
      <w:tr w:rsidR="006F0136" w:rsidRPr="00D77020" w14:paraId="6DAD4365" w14:textId="77777777">
        <w:tc>
          <w:tcPr>
            <w:tcW w:w="1234" w:type="dxa"/>
          </w:tcPr>
          <w:p w14:paraId="4DA8CE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601056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BM-200-д</w:t>
            </w:r>
          </w:p>
        </w:tc>
        <w:tc>
          <w:tcPr>
            <w:tcW w:w="1234" w:type="dxa"/>
          </w:tcPr>
          <w:p w14:paraId="6DC4A9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200</w:t>
            </w:r>
          </w:p>
        </w:tc>
        <w:tc>
          <w:tcPr>
            <w:tcW w:w="1234" w:type="dxa"/>
          </w:tcPr>
          <w:p w14:paraId="2CB4A1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289EEA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739598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4D165AF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1,6</w:t>
            </w:r>
          </w:p>
        </w:tc>
      </w:tr>
      <w:tr w:rsidR="006F0136" w:rsidRPr="00D77020" w14:paraId="758A1A7D" w14:textId="77777777">
        <w:tc>
          <w:tcPr>
            <w:tcW w:w="1234" w:type="dxa"/>
          </w:tcPr>
          <w:p w14:paraId="2AFF6F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245ECA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BM-200-е</w:t>
            </w:r>
          </w:p>
        </w:tc>
        <w:tc>
          <w:tcPr>
            <w:tcW w:w="1234" w:type="dxa"/>
          </w:tcPr>
          <w:p w14:paraId="6381BF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200</w:t>
            </w:r>
          </w:p>
        </w:tc>
        <w:tc>
          <w:tcPr>
            <w:tcW w:w="1234" w:type="dxa"/>
          </w:tcPr>
          <w:p w14:paraId="03A92C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0C13F7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74F8CE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0827AFA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0,9</w:t>
            </w:r>
          </w:p>
        </w:tc>
      </w:tr>
      <w:tr w:rsidR="006F0136" w:rsidRPr="00D77020" w14:paraId="78D7118A" w14:textId="77777777">
        <w:tc>
          <w:tcPr>
            <w:tcW w:w="1234" w:type="dxa"/>
          </w:tcPr>
          <w:p w14:paraId="4E272D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500AD1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BM-201-е</w:t>
            </w:r>
          </w:p>
        </w:tc>
        <w:tc>
          <w:tcPr>
            <w:tcW w:w="1234" w:type="dxa"/>
          </w:tcPr>
          <w:p w14:paraId="4A269B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</w:t>
            </w:r>
          </w:p>
        </w:tc>
        <w:tc>
          <w:tcPr>
            <w:tcW w:w="1234" w:type="dxa"/>
          </w:tcPr>
          <w:p w14:paraId="463B4B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6BC27F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1FB1E7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06FED25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10,3</w:t>
            </w:r>
          </w:p>
        </w:tc>
      </w:tr>
      <w:tr w:rsidR="006F0136" w:rsidRPr="00D77020" w14:paraId="1B7F5C36" w14:textId="77777777">
        <w:tc>
          <w:tcPr>
            <w:tcW w:w="1234" w:type="dxa"/>
          </w:tcPr>
          <w:p w14:paraId="6DC8CA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4AFE21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BM-202-а</w:t>
            </w:r>
          </w:p>
        </w:tc>
        <w:tc>
          <w:tcPr>
            <w:tcW w:w="1234" w:type="dxa"/>
          </w:tcPr>
          <w:p w14:paraId="1260FE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</w:t>
            </w:r>
          </w:p>
        </w:tc>
        <w:tc>
          <w:tcPr>
            <w:tcW w:w="1234" w:type="dxa"/>
          </w:tcPr>
          <w:p w14:paraId="2E0FEF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346035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69E336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4CB6CA6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2,8</w:t>
            </w:r>
          </w:p>
        </w:tc>
      </w:tr>
      <w:tr w:rsidR="006F0136" w:rsidRPr="00D77020" w14:paraId="5D2BC77C" w14:textId="77777777">
        <w:tc>
          <w:tcPr>
            <w:tcW w:w="1234" w:type="dxa"/>
          </w:tcPr>
          <w:p w14:paraId="00013D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4A915B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BM-203-б</w:t>
            </w:r>
          </w:p>
        </w:tc>
        <w:tc>
          <w:tcPr>
            <w:tcW w:w="1234" w:type="dxa"/>
          </w:tcPr>
          <w:p w14:paraId="455E9D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203</w:t>
            </w:r>
          </w:p>
        </w:tc>
        <w:tc>
          <w:tcPr>
            <w:tcW w:w="1234" w:type="dxa"/>
          </w:tcPr>
          <w:p w14:paraId="59DF2D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61D406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1E1904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0CEEB7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6AE3F364" w14:textId="77777777">
        <w:tc>
          <w:tcPr>
            <w:tcW w:w="1234" w:type="dxa"/>
          </w:tcPr>
          <w:p w14:paraId="7390D4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16233E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BM-203-е</w:t>
            </w:r>
          </w:p>
        </w:tc>
        <w:tc>
          <w:tcPr>
            <w:tcW w:w="1234" w:type="dxa"/>
          </w:tcPr>
          <w:p w14:paraId="610E73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203</w:t>
            </w:r>
          </w:p>
        </w:tc>
        <w:tc>
          <w:tcPr>
            <w:tcW w:w="1234" w:type="dxa"/>
          </w:tcPr>
          <w:p w14:paraId="025F6B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21B26B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54DA46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4D783B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054EB02D" w14:textId="77777777">
        <w:tc>
          <w:tcPr>
            <w:tcW w:w="1234" w:type="dxa"/>
          </w:tcPr>
          <w:p w14:paraId="45FD38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1E627D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BM-205-и</w:t>
            </w:r>
          </w:p>
        </w:tc>
        <w:tc>
          <w:tcPr>
            <w:tcW w:w="1234" w:type="dxa"/>
          </w:tcPr>
          <w:p w14:paraId="437985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205</w:t>
            </w:r>
          </w:p>
        </w:tc>
        <w:tc>
          <w:tcPr>
            <w:tcW w:w="1234" w:type="dxa"/>
          </w:tcPr>
          <w:p w14:paraId="27F67E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366520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6089E3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24D7C93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6,5</w:t>
            </w:r>
          </w:p>
        </w:tc>
      </w:tr>
      <w:tr w:rsidR="006F0136" w:rsidRPr="00D77020" w14:paraId="79F17DA4" w14:textId="77777777">
        <w:tc>
          <w:tcPr>
            <w:tcW w:w="1234" w:type="dxa"/>
          </w:tcPr>
          <w:p w14:paraId="36C971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691372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BM-208-в</w:t>
            </w:r>
          </w:p>
        </w:tc>
        <w:tc>
          <w:tcPr>
            <w:tcW w:w="1234" w:type="dxa"/>
          </w:tcPr>
          <w:p w14:paraId="2A1495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208</w:t>
            </w:r>
          </w:p>
        </w:tc>
        <w:tc>
          <w:tcPr>
            <w:tcW w:w="1234" w:type="dxa"/>
          </w:tcPr>
          <w:p w14:paraId="72BF77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3648E5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258918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788E62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9,5</w:t>
            </w:r>
          </w:p>
        </w:tc>
      </w:tr>
      <w:tr w:rsidR="006F0136" w:rsidRPr="00D77020" w14:paraId="26C8361E" w14:textId="77777777">
        <w:tc>
          <w:tcPr>
            <w:tcW w:w="1234" w:type="dxa"/>
          </w:tcPr>
          <w:p w14:paraId="406DED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544B50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BM-209-б</w:t>
            </w:r>
          </w:p>
        </w:tc>
        <w:tc>
          <w:tcPr>
            <w:tcW w:w="1234" w:type="dxa"/>
          </w:tcPr>
          <w:p w14:paraId="684B5D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209</w:t>
            </w:r>
          </w:p>
        </w:tc>
        <w:tc>
          <w:tcPr>
            <w:tcW w:w="1234" w:type="dxa"/>
          </w:tcPr>
          <w:p w14:paraId="2E5513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10CCBB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1943D7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AB9D90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26,1</w:t>
            </w:r>
          </w:p>
        </w:tc>
      </w:tr>
      <w:tr w:rsidR="006F0136" w:rsidRPr="00D77020" w14:paraId="3D3D85C6" w14:textId="77777777">
        <w:tc>
          <w:tcPr>
            <w:tcW w:w="1234" w:type="dxa"/>
          </w:tcPr>
          <w:p w14:paraId="69D0DC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0CA58F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BM-210-а</w:t>
            </w:r>
          </w:p>
        </w:tc>
        <w:tc>
          <w:tcPr>
            <w:tcW w:w="1234" w:type="dxa"/>
          </w:tcPr>
          <w:p w14:paraId="4687A0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210</w:t>
            </w:r>
          </w:p>
        </w:tc>
        <w:tc>
          <w:tcPr>
            <w:tcW w:w="1234" w:type="dxa"/>
          </w:tcPr>
          <w:p w14:paraId="5C2ABE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6ECC7F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364371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4723A9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2,9</w:t>
            </w:r>
          </w:p>
        </w:tc>
      </w:tr>
      <w:tr w:rsidR="006F0136" w:rsidRPr="00D77020" w14:paraId="3B8D96C2" w14:textId="77777777">
        <w:tc>
          <w:tcPr>
            <w:tcW w:w="1234" w:type="dxa"/>
          </w:tcPr>
          <w:p w14:paraId="7C41C0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0174FC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BM-210-б</w:t>
            </w:r>
          </w:p>
        </w:tc>
        <w:tc>
          <w:tcPr>
            <w:tcW w:w="1234" w:type="dxa"/>
          </w:tcPr>
          <w:p w14:paraId="7FFFB3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210</w:t>
            </w:r>
          </w:p>
        </w:tc>
        <w:tc>
          <w:tcPr>
            <w:tcW w:w="1234" w:type="dxa"/>
          </w:tcPr>
          <w:p w14:paraId="0F98B8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70DFE2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580633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0FB162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5A767B72" w14:textId="77777777">
        <w:tc>
          <w:tcPr>
            <w:tcW w:w="1234" w:type="dxa"/>
          </w:tcPr>
          <w:p w14:paraId="41DD59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63D1DE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BM-210-д</w:t>
            </w:r>
          </w:p>
        </w:tc>
        <w:tc>
          <w:tcPr>
            <w:tcW w:w="1234" w:type="dxa"/>
          </w:tcPr>
          <w:p w14:paraId="055B73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210</w:t>
            </w:r>
          </w:p>
        </w:tc>
        <w:tc>
          <w:tcPr>
            <w:tcW w:w="1234" w:type="dxa"/>
          </w:tcPr>
          <w:p w14:paraId="206B94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5A233A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14849B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E5B952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12,6</w:t>
            </w:r>
          </w:p>
        </w:tc>
      </w:tr>
      <w:tr w:rsidR="006F0136" w:rsidRPr="00D77020" w14:paraId="45A21233" w14:textId="77777777">
        <w:tc>
          <w:tcPr>
            <w:tcW w:w="1234" w:type="dxa"/>
          </w:tcPr>
          <w:p w14:paraId="0E6AA2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2BEF8D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BM-210-к</w:t>
            </w:r>
          </w:p>
        </w:tc>
        <w:tc>
          <w:tcPr>
            <w:tcW w:w="1234" w:type="dxa"/>
          </w:tcPr>
          <w:p w14:paraId="201A32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210</w:t>
            </w:r>
          </w:p>
        </w:tc>
        <w:tc>
          <w:tcPr>
            <w:tcW w:w="1234" w:type="dxa"/>
          </w:tcPr>
          <w:p w14:paraId="280E96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52BD4B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43079E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65E95B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46077791" w14:textId="77777777">
        <w:tc>
          <w:tcPr>
            <w:tcW w:w="1234" w:type="dxa"/>
          </w:tcPr>
          <w:p w14:paraId="75A119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405752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BM-211-в</w:t>
            </w:r>
          </w:p>
        </w:tc>
        <w:tc>
          <w:tcPr>
            <w:tcW w:w="1234" w:type="dxa"/>
          </w:tcPr>
          <w:p w14:paraId="710369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211</w:t>
            </w:r>
          </w:p>
        </w:tc>
        <w:tc>
          <w:tcPr>
            <w:tcW w:w="1234" w:type="dxa"/>
          </w:tcPr>
          <w:p w14:paraId="2B03D3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4CCF58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49735F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A3673D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0,9</w:t>
            </w:r>
          </w:p>
        </w:tc>
      </w:tr>
      <w:tr w:rsidR="006F0136" w:rsidRPr="00D77020" w14:paraId="71BFB6B2" w14:textId="77777777">
        <w:tc>
          <w:tcPr>
            <w:tcW w:w="1234" w:type="dxa"/>
          </w:tcPr>
          <w:p w14:paraId="2782DB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623737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BM-211-л</w:t>
            </w:r>
          </w:p>
        </w:tc>
        <w:tc>
          <w:tcPr>
            <w:tcW w:w="1234" w:type="dxa"/>
          </w:tcPr>
          <w:p w14:paraId="7B55C5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211</w:t>
            </w:r>
          </w:p>
        </w:tc>
        <w:tc>
          <w:tcPr>
            <w:tcW w:w="1234" w:type="dxa"/>
          </w:tcPr>
          <w:p w14:paraId="2489CA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5527CD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7315DE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913A57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2,1</w:t>
            </w:r>
          </w:p>
        </w:tc>
      </w:tr>
      <w:tr w:rsidR="006F0136" w:rsidRPr="00D77020" w14:paraId="4904B5A1" w14:textId="77777777">
        <w:tc>
          <w:tcPr>
            <w:tcW w:w="1234" w:type="dxa"/>
          </w:tcPr>
          <w:p w14:paraId="62D0BD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7CF56F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BM-219-ч</w:t>
            </w:r>
          </w:p>
        </w:tc>
        <w:tc>
          <w:tcPr>
            <w:tcW w:w="1234" w:type="dxa"/>
          </w:tcPr>
          <w:p w14:paraId="6ED609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219</w:t>
            </w:r>
          </w:p>
        </w:tc>
        <w:tc>
          <w:tcPr>
            <w:tcW w:w="1234" w:type="dxa"/>
          </w:tcPr>
          <w:p w14:paraId="242B4C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ч</w:t>
            </w:r>
          </w:p>
        </w:tc>
        <w:tc>
          <w:tcPr>
            <w:tcW w:w="1234" w:type="dxa"/>
          </w:tcPr>
          <w:p w14:paraId="2C350B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09FCAC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D6AE5F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1,1</w:t>
            </w:r>
          </w:p>
        </w:tc>
      </w:tr>
      <w:tr w:rsidR="006F0136" w:rsidRPr="00D77020" w14:paraId="668E5BF6" w14:textId="77777777">
        <w:tc>
          <w:tcPr>
            <w:tcW w:w="1234" w:type="dxa"/>
          </w:tcPr>
          <w:p w14:paraId="54B8C2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4EFFCB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BM-219-ш</w:t>
            </w:r>
          </w:p>
        </w:tc>
        <w:tc>
          <w:tcPr>
            <w:tcW w:w="1234" w:type="dxa"/>
          </w:tcPr>
          <w:p w14:paraId="4626B3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219</w:t>
            </w:r>
          </w:p>
        </w:tc>
        <w:tc>
          <w:tcPr>
            <w:tcW w:w="1234" w:type="dxa"/>
          </w:tcPr>
          <w:p w14:paraId="55CB56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ш</w:t>
            </w:r>
          </w:p>
        </w:tc>
        <w:tc>
          <w:tcPr>
            <w:tcW w:w="1234" w:type="dxa"/>
          </w:tcPr>
          <w:p w14:paraId="74D170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21CB1D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82AA1D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8,5</w:t>
            </w:r>
          </w:p>
        </w:tc>
      </w:tr>
      <w:tr w:rsidR="006F0136" w:rsidRPr="00D77020" w14:paraId="285830EB" w14:textId="77777777">
        <w:tc>
          <w:tcPr>
            <w:tcW w:w="1234" w:type="dxa"/>
          </w:tcPr>
          <w:p w14:paraId="7E6ADD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64BDC8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BM-219-щ</w:t>
            </w:r>
          </w:p>
        </w:tc>
        <w:tc>
          <w:tcPr>
            <w:tcW w:w="1234" w:type="dxa"/>
          </w:tcPr>
          <w:p w14:paraId="5FCE87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219</w:t>
            </w:r>
          </w:p>
        </w:tc>
        <w:tc>
          <w:tcPr>
            <w:tcW w:w="1234" w:type="dxa"/>
          </w:tcPr>
          <w:p w14:paraId="1134A1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щ</w:t>
            </w:r>
          </w:p>
        </w:tc>
        <w:tc>
          <w:tcPr>
            <w:tcW w:w="1234" w:type="dxa"/>
          </w:tcPr>
          <w:p w14:paraId="2B243F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289F65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5F5234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6,2</w:t>
            </w:r>
          </w:p>
        </w:tc>
      </w:tr>
      <w:tr w:rsidR="006F0136" w:rsidRPr="00D77020" w14:paraId="396FEF99" w14:textId="77777777">
        <w:tc>
          <w:tcPr>
            <w:tcW w:w="1234" w:type="dxa"/>
          </w:tcPr>
          <w:p w14:paraId="5A5969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33212F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BM-219-ю</w:t>
            </w:r>
          </w:p>
        </w:tc>
        <w:tc>
          <w:tcPr>
            <w:tcW w:w="1234" w:type="dxa"/>
          </w:tcPr>
          <w:p w14:paraId="1B38AD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219</w:t>
            </w:r>
          </w:p>
        </w:tc>
        <w:tc>
          <w:tcPr>
            <w:tcW w:w="1234" w:type="dxa"/>
          </w:tcPr>
          <w:p w14:paraId="686410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ю</w:t>
            </w:r>
          </w:p>
        </w:tc>
        <w:tc>
          <w:tcPr>
            <w:tcW w:w="1234" w:type="dxa"/>
          </w:tcPr>
          <w:p w14:paraId="61D4A0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353014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080D4C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10,4</w:t>
            </w:r>
          </w:p>
        </w:tc>
      </w:tr>
      <w:tr w:rsidR="006F0136" w:rsidRPr="00D77020" w14:paraId="3F138892" w14:textId="77777777">
        <w:tc>
          <w:tcPr>
            <w:tcW w:w="1234" w:type="dxa"/>
          </w:tcPr>
          <w:p w14:paraId="16478C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51E54A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BM-219-я</w:t>
            </w:r>
          </w:p>
        </w:tc>
        <w:tc>
          <w:tcPr>
            <w:tcW w:w="1234" w:type="dxa"/>
          </w:tcPr>
          <w:p w14:paraId="647998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219</w:t>
            </w:r>
          </w:p>
        </w:tc>
        <w:tc>
          <w:tcPr>
            <w:tcW w:w="1234" w:type="dxa"/>
          </w:tcPr>
          <w:p w14:paraId="27C959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я</w:t>
            </w:r>
          </w:p>
        </w:tc>
        <w:tc>
          <w:tcPr>
            <w:tcW w:w="1234" w:type="dxa"/>
          </w:tcPr>
          <w:p w14:paraId="728E5A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5A289E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351401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3,7</w:t>
            </w:r>
          </w:p>
        </w:tc>
      </w:tr>
      <w:tr w:rsidR="006F0136" w:rsidRPr="00D77020" w14:paraId="68873048" w14:textId="77777777">
        <w:tc>
          <w:tcPr>
            <w:tcW w:w="1234" w:type="dxa"/>
          </w:tcPr>
          <w:p w14:paraId="6B6B0B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04B64A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BM-326-а</w:t>
            </w:r>
          </w:p>
        </w:tc>
        <w:tc>
          <w:tcPr>
            <w:tcW w:w="1234" w:type="dxa"/>
          </w:tcPr>
          <w:p w14:paraId="606779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326</w:t>
            </w:r>
          </w:p>
        </w:tc>
        <w:tc>
          <w:tcPr>
            <w:tcW w:w="1234" w:type="dxa"/>
          </w:tcPr>
          <w:p w14:paraId="7CBFD3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6632E0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48DA82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1BA70D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9,5</w:t>
            </w:r>
          </w:p>
        </w:tc>
      </w:tr>
      <w:tr w:rsidR="006F0136" w:rsidRPr="00D77020" w14:paraId="1AC08373" w14:textId="77777777">
        <w:tc>
          <w:tcPr>
            <w:tcW w:w="7404" w:type="dxa"/>
            <w:gridSpan w:val="6"/>
          </w:tcPr>
          <w:p w14:paraId="25542E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2975797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151,2</w:t>
            </w:r>
          </w:p>
        </w:tc>
      </w:tr>
    </w:tbl>
    <w:p w14:paraId="667F8A5F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BG0001030 - Родопи - Западни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45136A2F" w14:textId="77777777">
        <w:tc>
          <w:tcPr>
            <w:tcW w:w="1587" w:type="dxa"/>
          </w:tcPr>
          <w:p w14:paraId="45EC56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16B2B2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6085DE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0AA356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37295B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48963D17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46B266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2D49FA2F" w14:textId="77777777">
        <w:tc>
          <w:tcPr>
            <w:tcW w:w="1234" w:type="dxa"/>
          </w:tcPr>
          <w:p w14:paraId="14DD68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0D012D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BM-215-б</w:t>
            </w:r>
          </w:p>
        </w:tc>
        <w:tc>
          <w:tcPr>
            <w:tcW w:w="1234" w:type="dxa"/>
          </w:tcPr>
          <w:p w14:paraId="014836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215</w:t>
            </w:r>
          </w:p>
        </w:tc>
        <w:tc>
          <w:tcPr>
            <w:tcW w:w="1234" w:type="dxa"/>
          </w:tcPr>
          <w:p w14:paraId="4A53F2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118FFB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5BBDDF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E2284B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1,6</w:t>
            </w:r>
          </w:p>
        </w:tc>
      </w:tr>
      <w:tr w:rsidR="006F0136" w:rsidRPr="00D77020" w14:paraId="255D12FD" w14:textId="77777777">
        <w:tc>
          <w:tcPr>
            <w:tcW w:w="1234" w:type="dxa"/>
          </w:tcPr>
          <w:p w14:paraId="0A0F9C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13E6CE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BM-215-в</w:t>
            </w:r>
          </w:p>
        </w:tc>
        <w:tc>
          <w:tcPr>
            <w:tcW w:w="1234" w:type="dxa"/>
          </w:tcPr>
          <w:p w14:paraId="189A41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215</w:t>
            </w:r>
          </w:p>
        </w:tc>
        <w:tc>
          <w:tcPr>
            <w:tcW w:w="1234" w:type="dxa"/>
          </w:tcPr>
          <w:p w14:paraId="70D4C5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2DB473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7EACD6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47A1CDB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5,5</w:t>
            </w:r>
          </w:p>
        </w:tc>
      </w:tr>
      <w:tr w:rsidR="006F0136" w:rsidRPr="00D77020" w14:paraId="6555CA43" w14:textId="77777777">
        <w:tc>
          <w:tcPr>
            <w:tcW w:w="1234" w:type="dxa"/>
          </w:tcPr>
          <w:p w14:paraId="7EAE27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7A3DF1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BM-215-е</w:t>
            </w:r>
          </w:p>
        </w:tc>
        <w:tc>
          <w:tcPr>
            <w:tcW w:w="1234" w:type="dxa"/>
          </w:tcPr>
          <w:p w14:paraId="356F75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215</w:t>
            </w:r>
          </w:p>
        </w:tc>
        <w:tc>
          <w:tcPr>
            <w:tcW w:w="1234" w:type="dxa"/>
          </w:tcPr>
          <w:p w14:paraId="100B69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20EA78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5E2BAE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4CC2B99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4,2</w:t>
            </w:r>
          </w:p>
        </w:tc>
      </w:tr>
      <w:tr w:rsidR="006F0136" w:rsidRPr="00D77020" w14:paraId="735C3CCE" w14:textId="77777777">
        <w:tc>
          <w:tcPr>
            <w:tcW w:w="1234" w:type="dxa"/>
          </w:tcPr>
          <w:p w14:paraId="273D5D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78325C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BM-225-л</w:t>
            </w:r>
          </w:p>
        </w:tc>
        <w:tc>
          <w:tcPr>
            <w:tcW w:w="1234" w:type="dxa"/>
          </w:tcPr>
          <w:p w14:paraId="3F106D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225</w:t>
            </w:r>
          </w:p>
        </w:tc>
        <w:tc>
          <w:tcPr>
            <w:tcW w:w="1234" w:type="dxa"/>
          </w:tcPr>
          <w:p w14:paraId="743A59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7D80D1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51DF4B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7E6492A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0,6</w:t>
            </w:r>
          </w:p>
        </w:tc>
      </w:tr>
      <w:tr w:rsidR="006F0136" w:rsidRPr="00D77020" w14:paraId="1EB36E0D" w14:textId="77777777">
        <w:tc>
          <w:tcPr>
            <w:tcW w:w="1234" w:type="dxa"/>
          </w:tcPr>
          <w:p w14:paraId="3495A7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6C39F7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BM-226-а</w:t>
            </w:r>
          </w:p>
        </w:tc>
        <w:tc>
          <w:tcPr>
            <w:tcW w:w="1234" w:type="dxa"/>
          </w:tcPr>
          <w:p w14:paraId="06C997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226</w:t>
            </w:r>
          </w:p>
        </w:tc>
        <w:tc>
          <w:tcPr>
            <w:tcW w:w="1234" w:type="dxa"/>
          </w:tcPr>
          <w:p w14:paraId="7EBD82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473C48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6EBAB9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0C68773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5,6</w:t>
            </w:r>
          </w:p>
        </w:tc>
      </w:tr>
      <w:tr w:rsidR="006F0136" w:rsidRPr="00D77020" w14:paraId="26C5264A" w14:textId="77777777">
        <w:tc>
          <w:tcPr>
            <w:tcW w:w="1234" w:type="dxa"/>
          </w:tcPr>
          <w:p w14:paraId="6491AB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435E28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BM-226-г</w:t>
            </w:r>
          </w:p>
        </w:tc>
        <w:tc>
          <w:tcPr>
            <w:tcW w:w="1234" w:type="dxa"/>
          </w:tcPr>
          <w:p w14:paraId="0E4328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226</w:t>
            </w:r>
          </w:p>
        </w:tc>
        <w:tc>
          <w:tcPr>
            <w:tcW w:w="1234" w:type="dxa"/>
          </w:tcPr>
          <w:p w14:paraId="416878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5FF4C3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4C0706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449517F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13,4</w:t>
            </w:r>
          </w:p>
        </w:tc>
      </w:tr>
      <w:tr w:rsidR="006F0136" w:rsidRPr="00D77020" w14:paraId="206BC47C" w14:textId="77777777">
        <w:tc>
          <w:tcPr>
            <w:tcW w:w="1234" w:type="dxa"/>
          </w:tcPr>
          <w:p w14:paraId="745AAA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5542D4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BM-226-з</w:t>
            </w:r>
          </w:p>
        </w:tc>
        <w:tc>
          <w:tcPr>
            <w:tcW w:w="1234" w:type="dxa"/>
          </w:tcPr>
          <w:p w14:paraId="7FD2F5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226</w:t>
            </w:r>
          </w:p>
        </w:tc>
        <w:tc>
          <w:tcPr>
            <w:tcW w:w="1234" w:type="dxa"/>
          </w:tcPr>
          <w:p w14:paraId="5B0FD5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098730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226B59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0B42E58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4,6</w:t>
            </w:r>
          </w:p>
        </w:tc>
      </w:tr>
      <w:tr w:rsidR="006F0136" w:rsidRPr="00D77020" w14:paraId="30C895B7" w14:textId="77777777">
        <w:tc>
          <w:tcPr>
            <w:tcW w:w="1234" w:type="dxa"/>
          </w:tcPr>
          <w:p w14:paraId="615D80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5B08EC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BM-226-м</w:t>
            </w:r>
          </w:p>
        </w:tc>
        <w:tc>
          <w:tcPr>
            <w:tcW w:w="1234" w:type="dxa"/>
          </w:tcPr>
          <w:p w14:paraId="00581A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226</w:t>
            </w:r>
          </w:p>
        </w:tc>
        <w:tc>
          <w:tcPr>
            <w:tcW w:w="1234" w:type="dxa"/>
          </w:tcPr>
          <w:p w14:paraId="4F0A63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5CA943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649B3E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32CAFFE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1,7</w:t>
            </w:r>
          </w:p>
        </w:tc>
      </w:tr>
      <w:tr w:rsidR="006F0136" w:rsidRPr="00D77020" w14:paraId="620241D7" w14:textId="77777777">
        <w:tc>
          <w:tcPr>
            <w:tcW w:w="1234" w:type="dxa"/>
          </w:tcPr>
          <w:p w14:paraId="1A2461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00CD8F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BM-226-о</w:t>
            </w:r>
          </w:p>
        </w:tc>
        <w:tc>
          <w:tcPr>
            <w:tcW w:w="1234" w:type="dxa"/>
          </w:tcPr>
          <w:p w14:paraId="69116E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226</w:t>
            </w:r>
          </w:p>
        </w:tc>
        <w:tc>
          <w:tcPr>
            <w:tcW w:w="1234" w:type="dxa"/>
          </w:tcPr>
          <w:p w14:paraId="5CBAC1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03A21F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7DA0CE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1D2CFD6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2,4</w:t>
            </w:r>
          </w:p>
        </w:tc>
      </w:tr>
      <w:tr w:rsidR="006F0136" w:rsidRPr="00D77020" w14:paraId="31B33E2E" w14:textId="77777777">
        <w:tc>
          <w:tcPr>
            <w:tcW w:w="1234" w:type="dxa"/>
          </w:tcPr>
          <w:p w14:paraId="0BA4C4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4B1CC5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BM-226-р</w:t>
            </w:r>
          </w:p>
        </w:tc>
        <w:tc>
          <w:tcPr>
            <w:tcW w:w="1234" w:type="dxa"/>
          </w:tcPr>
          <w:p w14:paraId="29E2F1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226</w:t>
            </w:r>
          </w:p>
        </w:tc>
        <w:tc>
          <w:tcPr>
            <w:tcW w:w="1234" w:type="dxa"/>
          </w:tcPr>
          <w:p w14:paraId="0246E1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743F50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3C05B0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415D41D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5,7</w:t>
            </w:r>
          </w:p>
        </w:tc>
      </w:tr>
      <w:tr w:rsidR="006F0136" w:rsidRPr="00D77020" w14:paraId="3847DC42" w14:textId="77777777">
        <w:tc>
          <w:tcPr>
            <w:tcW w:w="1234" w:type="dxa"/>
          </w:tcPr>
          <w:p w14:paraId="44652E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78AB0D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BM-226-с</w:t>
            </w:r>
          </w:p>
        </w:tc>
        <w:tc>
          <w:tcPr>
            <w:tcW w:w="1234" w:type="dxa"/>
          </w:tcPr>
          <w:p w14:paraId="552F35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226</w:t>
            </w:r>
          </w:p>
        </w:tc>
        <w:tc>
          <w:tcPr>
            <w:tcW w:w="1234" w:type="dxa"/>
          </w:tcPr>
          <w:p w14:paraId="0F175E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0E7E2C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19867F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57CEEC3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3,8</w:t>
            </w:r>
          </w:p>
        </w:tc>
      </w:tr>
      <w:tr w:rsidR="006F0136" w:rsidRPr="00D77020" w14:paraId="699D5777" w14:textId="77777777">
        <w:tc>
          <w:tcPr>
            <w:tcW w:w="1234" w:type="dxa"/>
          </w:tcPr>
          <w:p w14:paraId="37D99C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324C40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BM-227-б</w:t>
            </w:r>
          </w:p>
        </w:tc>
        <w:tc>
          <w:tcPr>
            <w:tcW w:w="1234" w:type="dxa"/>
          </w:tcPr>
          <w:p w14:paraId="324050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227</w:t>
            </w:r>
          </w:p>
        </w:tc>
        <w:tc>
          <w:tcPr>
            <w:tcW w:w="1234" w:type="dxa"/>
          </w:tcPr>
          <w:p w14:paraId="68671F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5742C3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375459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39F791B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4,2</w:t>
            </w:r>
          </w:p>
        </w:tc>
      </w:tr>
      <w:tr w:rsidR="006F0136" w:rsidRPr="00D77020" w14:paraId="3264DF83" w14:textId="77777777">
        <w:tc>
          <w:tcPr>
            <w:tcW w:w="1234" w:type="dxa"/>
          </w:tcPr>
          <w:p w14:paraId="54316F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078DC5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BM-228-а</w:t>
            </w:r>
          </w:p>
        </w:tc>
        <w:tc>
          <w:tcPr>
            <w:tcW w:w="1234" w:type="dxa"/>
          </w:tcPr>
          <w:p w14:paraId="64E566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228</w:t>
            </w:r>
          </w:p>
        </w:tc>
        <w:tc>
          <w:tcPr>
            <w:tcW w:w="1234" w:type="dxa"/>
          </w:tcPr>
          <w:p w14:paraId="4F9813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1822D2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0AF329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2D9E711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5,5</w:t>
            </w:r>
          </w:p>
        </w:tc>
      </w:tr>
      <w:tr w:rsidR="006F0136" w:rsidRPr="00D77020" w14:paraId="17AFDF2A" w14:textId="77777777">
        <w:tc>
          <w:tcPr>
            <w:tcW w:w="1234" w:type="dxa"/>
          </w:tcPr>
          <w:p w14:paraId="62DF76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31DFC0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BM-228-б</w:t>
            </w:r>
          </w:p>
        </w:tc>
        <w:tc>
          <w:tcPr>
            <w:tcW w:w="1234" w:type="dxa"/>
          </w:tcPr>
          <w:p w14:paraId="6FF040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228</w:t>
            </w:r>
          </w:p>
        </w:tc>
        <w:tc>
          <w:tcPr>
            <w:tcW w:w="1234" w:type="dxa"/>
          </w:tcPr>
          <w:p w14:paraId="6EDEFF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7BF3D0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538B43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209F3B3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11,1</w:t>
            </w:r>
          </w:p>
        </w:tc>
      </w:tr>
      <w:tr w:rsidR="006F0136" w:rsidRPr="00D77020" w14:paraId="6E081222" w14:textId="77777777">
        <w:tc>
          <w:tcPr>
            <w:tcW w:w="1234" w:type="dxa"/>
          </w:tcPr>
          <w:p w14:paraId="5110FF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14261E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BM-228-в</w:t>
            </w:r>
          </w:p>
        </w:tc>
        <w:tc>
          <w:tcPr>
            <w:tcW w:w="1234" w:type="dxa"/>
          </w:tcPr>
          <w:p w14:paraId="157A4C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228</w:t>
            </w:r>
          </w:p>
        </w:tc>
        <w:tc>
          <w:tcPr>
            <w:tcW w:w="1234" w:type="dxa"/>
          </w:tcPr>
          <w:p w14:paraId="0FDFBE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159020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552CC8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32226EF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18,8</w:t>
            </w:r>
          </w:p>
        </w:tc>
      </w:tr>
      <w:tr w:rsidR="006F0136" w:rsidRPr="00D77020" w14:paraId="69526394" w14:textId="77777777">
        <w:tc>
          <w:tcPr>
            <w:tcW w:w="1234" w:type="dxa"/>
          </w:tcPr>
          <w:p w14:paraId="46AC8D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64C5D7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BM-228-д</w:t>
            </w:r>
          </w:p>
        </w:tc>
        <w:tc>
          <w:tcPr>
            <w:tcW w:w="1234" w:type="dxa"/>
          </w:tcPr>
          <w:p w14:paraId="14E0E6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228</w:t>
            </w:r>
          </w:p>
        </w:tc>
        <w:tc>
          <w:tcPr>
            <w:tcW w:w="1234" w:type="dxa"/>
          </w:tcPr>
          <w:p w14:paraId="12FCA9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020E96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04A6E9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1265E01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7,8</w:t>
            </w:r>
          </w:p>
        </w:tc>
      </w:tr>
      <w:tr w:rsidR="006F0136" w:rsidRPr="00D77020" w14:paraId="77506305" w14:textId="77777777">
        <w:tc>
          <w:tcPr>
            <w:tcW w:w="1234" w:type="dxa"/>
          </w:tcPr>
          <w:p w14:paraId="18C30D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2017</w:t>
            </w:r>
          </w:p>
        </w:tc>
        <w:tc>
          <w:tcPr>
            <w:tcW w:w="1234" w:type="dxa"/>
          </w:tcPr>
          <w:p w14:paraId="0DDD68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BM-229-а</w:t>
            </w:r>
          </w:p>
        </w:tc>
        <w:tc>
          <w:tcPr>
            <w:tcW w:w="1234" w:type="dxa"/>
          </w:tcPr>
          <w:p w14:paraId="0209E7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229</w:t>
            </w:r>
          </w:p>
        </w:tc>
        <w:tc>
          <w:tcPr>
            <w:tcW w:w="1234" w:type="dxa"/>
          </w:tcPr>
          <w:p w14:paraId="50FE07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3C6401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</w:t>
            </w:r>
          </w:p>
        </w:tc>
        <w:tc>
          <w:tcPr>
            <w:tcW w:w="1234" w:type="dxa"/>
          </w:tcPr>
          <w:p w14:paraId="6396FF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32C62A4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2,7</w:t>
            </w:r>
          </w:p>
        </w:tc>
      </w:tr>
      <w:tr w:rsidR="006F0136" w:rsidRPr="00D77020" w14:paraId="2C7CDB5F" w14:textId="77777777">
        <w:tc>
          <w:tcPr>
            <w:tcW w:w="1234" w:type="dxa"/>
          </w:tcPr>
          <w:p w14:paraId="61F39B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599C5C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BM-229-в</w:t>
            </w:r>
          </w:p>
        </w:tc>
        <w:tc>
          <w:tcPr>
            <w:tcW w:w="1234" w:type="dxa"/>
          </w:tcPr>
          <w:p w14:paraId="5E900E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229</w:t>
            </w:r>
          </w:p>
        </w:tc>
        <w:tc>
          <w:tcPr>
            <w:tcW w:w="1234" w:type="dxa"/>
          </w:tcPr>
          <w:p w14:paraId="5797EF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7AD1EE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62A54E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7AD084A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1,8</w:t>
            </w:r>
          </w:p>
        </w:tc>
      </w:tr>
      <w:tr w:rsidR="006F0136" w:rsidRPr="00D77020" w14:paraId="61D89D9D" w14:textId="77777777">
        <w:tc>
          <w:tcPr>
            <w:tcW w:w="1234" w:type="dxa"/>
          </w:tcPr>
          <w:p w14:paraId="4CF89F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78FACA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BM-302-б</w:t>
            </w:r>
          </w:p>
        </w:tc>
        <w:tc>
          <w:tcPr>
            <w:tcW w:w="1234" w:type="dxa"/>
          </w:tcPr>
          <w:p w14:paraId="482D13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302</w:t>
            </w:r>
          </w:p>
        </w:tc>
        <w:tc>
          <w:tcPr>
            <w:tcW w:w="1234" w:type="dxa"/>
          </w:tcPr>
          <w:p w14:paraId="045A75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1D56B8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22DF97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76B3914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19,2</w:t>
            </w:r>
          </w:p>
        </w:tc>
      </w:tr>
      <w:tr w:rsidR="006F0136" w:rsidRPr="00D77020" w14:paraId="55BF5DEE" w14:textId="77777777">
        <w:tc>
          <w:tcPr>
            <w:tcW w:w="1234" w:type="dxa"/>
          </w:tcPr>
          <w:p w14:paraId="4E238D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450B09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BM-302-в</w:t>
            </w:r>
          </w:p>
        </w:tc>
        <w:tc>
          <w:tcPr>
            <w:tcW w:w="1234" w:type="dxa"/>
          </w:tcPr>
          <w:p w14:paraId="53806D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302</w:t>
            </w:r>
          </w:p>
        </w:tc>
        <w:tc>
          <w:tcPr>
            <w:tcW w:w="1234" w:type="dxa"/>
          </w:tcPr>
          <w:p w14:paraId="00E44E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51AC5E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5CAF72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51C0350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20,4</w:t>
            </w:r>
          </w:p>
        </w:tc>
      </w:tr>
      <w:tr w:rsidR="006F0136" w:rsidRPr="00D77020" w14:paraId="7BBCB5E0" w14:textId="77777777">
        <w:tc>
          <w:tcPr>
            <w:tcW w:w="1234" w:type="dxa"/>
          </w:tcPr>
          <w:p w14:paraId="29834E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2D58F3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BM-303-а</w:t>
            </w:r>
          </w:p>
        </w:tc>
        <w:tc>
          <w:tcPr>
            <w:tcW w:w="1234" w:type="dxa"/>
          </w:tcPr>
          <w:p w14:paraId="4877A4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303</w:t>
            </w:r>
          </w:p>
        </w:tc>
        <w:tc>
          <w:tcPr>
            <w:tcW w:w="1234" w:type="dxa"/>
          </w:tcPr>
          <w:p w14:paraId="30E058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29A9A6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6C69F1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3759667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14,7</w:t>
            </w:r>
          </w:p>
        </w:tc>
      </w:tr>
      <w:tr w:rsidR="006F0136" w:rsidRPr="00D77020" w14:paraId="3BDD1055" w14:textId="77777777">
        <w:tc>
          <w:tcPr>
            <w:tcW w:w="1234" w:type="dxa"/>
          </w:tcPr>
          <w:p w14:paraId="119A39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64A194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BM-303-в</w:t>
            </w:r>
          </w:p>
        </w:tc>
        <w:tc>
          <w:tcPr>
            <w:tcW w:w="1234" w:type="dxa"/>
          </w:tcPr>
          <w:p w14:paraId="25D0A9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303</w:t>
            </w:r>
          </w:p>
        </w:tc>
        <w:tc>
          <w:tcPr>
            <w:tcW w:w="1234" w:type="dxa"/>
          </w:tcPr>
          <w:p w14:paraId="50F8F8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7A6BC0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12B3BE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14AFEB2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17,1</w:t>
            </w:r>
          </w:p>
        </w:tc>
      </w:tr>
      <w:tr w:rsidR="006F0136" w:rsidRPr="00D77020" w14:paraId="66DA1280" w14:textId="77777777">
        <w:tc>
          <w:tcPr>
            <w:tcW w:w="1234" w:type="dxa"/>
          </w:tcPr>
          <w:p w14:paraId="2AC86C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65F9A8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BM-305-а</w:t>
            </w:r>
          </w:p>
        </w:tc>
        <w:tc>
          <w:tcPr>
            <w:tcW w:w="1234" w:type="dxa"/>
          </w:tcPr>
          <w:p w14:paraId="35BF4E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305</w:t>
            </w:r>
          </w:p>
        </w:tc>
        <w:tc>
          <w:tcPr>
            <w:tcW w:w="1234" w:type="dxa"/>
          </w:tcPr>
          <w:p w14:paraId="073F6D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2745D1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3C8A90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2AC51C4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6,0</w:t>
            </w:r>
          </w:p>
        </w:tc>
      </w:tr>
      <w:tr w:rsidR="006F0136" w:rsidRPr="00D77020" w14:paraId="40139516" w14:textId="77777777">
        <w:tc>
          <w:tcPr>
            <w:tcW w:w="1234" w:type="dxa"/>
          </w:tcPr>
          <w:p w14:paraId="5704A2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67D609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BM-305-б</w:t>
            </w:r>
          </w:p>
        </w:tc>
        <w:tc>
          <w:tcPr>
            <w:tcW w:w="1234" w:type="dxa"/>
          </w:tcPr>
          <w:p w14:paraId="193B32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305</w:t>
            </w:r>
          </w:p>
        </w:tc>
        <w:tc>
          <w:tcPr>
            <w:tcW w:w="1234" w:type="dxa"/>
          </w:tcPr>
          <w:p w14:paraId="0F181A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2AC4D1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5BAD41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20B7A3C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34,1</w:t>
            </w:r>
          </w:p>
        </w:tc>
      </w:tr>
      <w:tr w:rsidR="006F0136" w:rsidRPr="00D77020" w14:paraId="443A36A6" w14:textId="77777777">
        <w:tc>
          <w:tcPr>
            <w:tcW w:w="1234" w:type="dxa"/>
          </w:tcPr>
          <w:p w14:paraId="4A4B4D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45F75E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BM-305-в</w:t>
            </w:r>
          </w:p>
        </w:tc>
        <w:tc>
          <w:tcPr>
            <w:tcW w:w="1234" w:type="dxa"/>
          </w:tcPr>
          <w:p w14:paraId="3E004C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305</w:t>
            </w:r>
          </w:p>
        </w:tc>
        <w:tc>
          <w:tcPr>
            <w:tcW w:w="1234" w:type="dxa"/>
          </w:tcPr>
          <w:p w14:paraId="2C9078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3D77EA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3C6385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5101919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19,7</w:t>
            </w:r>
          </w:p>
        </w:tc>
      </w:tr>
      <w:tr w:rsidR="006F0136" w:rsidRPr="00D77020" w14:paraId="5A4A77DB" w14:textId="77777777">
        <w:tc>
          <w:tcPr>
            <w:tcW w:w="1234" w:type="dxa"/>
          </w:tcPr>
          <w:p w14:paraId="084F69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698A77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BM-306-а</w:t>
            </w:r>
          </w:p>
        </w:tc>
        <w:tc>
          <w:tcPr>
            <w:tcW w:w="1234" w:type="dxa"/>
          </w:tcPr>
          <w:p w14:paraId="001235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306</w:t>
            </w:r>
          </w:p>
        </w:tc>
        <w:tc>
          <w:tcPr>
            <w:tcW w:w="1234" w:type="dxa"/>
          </w:tcPr>
          <w:p w14:paraId="55A5EA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5933A6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2D91E5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51197FD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13,8</w:t>
            </w:r>
          </w:p>
        </w:tc>
      </w:tr>
      <w:tr w:rsidR="006F0136" w:rsidRPr="00D77020" w14:paraId="165E5FF9" w14:textId="77777777">
        <w:tc>
          <w:tcPr>
            <w:tcW w:w="1234" w:type="dxa"/>
          </w:tcPr>
          <w:p w14:paraId="75E4E6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695C29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BM-306-б</w:t>
            </w:r>
          </w:p>
        </w:tc>
        <w:tc>
          <w:tcPr>
            <w:tcW w:w="1234" w:type="dxa"/>
          </w:tcPr>
          <w:p w14:paraId="0FA719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306</w:t>
            </w:r>
          </w:p>
        </w:tc>
        <w:tc>
          <w:tcPr>
            <w:tcW w:w="1234" w:type="dxa"/>
          </w:tcPr>
          <w:p w14:paraId="188BEA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4AB0E8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7FCBBE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464D165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5,8</w:t>
            </w:r>
          </w:p>
        </w:tc>
      </w:tr>
      <w:tr w:rsidR="006F0136" w:rsidRPr="00D77020" w14:paraId="49819A79" w14:textId="77777777">
        <w:tc>
          <w:tcPr>
            <w:tcW w:w="1234" w:type="dxa"/>
          </w:tcPr>
          <w:p w14:paraId="3D9483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0587F6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BM-306-в</w:t>
            </w:r>
          </w:p>
        </w:tc>
        <w:tc>
          <w:tcPr>
            <w:tcW w:w="1234" w:type="dxa"/>
          </w:tcPr>
          <w:p w14:paraId="4C0154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306</w:t>
            </w:r>
          </w:p>
        </w:tc>
        <w:tc>
          <w:tcPr>
            <w:tcW w:w="1234" w:type="dxa"/>
          </w:tcPr>
          <w:p w14:paraId="6A117D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3BFAC5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1E6CA1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487B9EA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7,7</w:t>
            </w:r>
          </w:p>
        </w:tc>
      </w:tr>
      <w:tr w:rsidR="006F0136" w:rsidRPr="00D77020" w14:paraId="547BCC5E" w14:textId="77777777">
        <w:tc>
          <w:tcPr>
            <w:tcW w:w="1234" w:type="dxa"/>
          </w:tcPr>
          <w:p w14:paraId="0C0FE3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58A42D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BM-306-г</w:t>
            </w:r>
          </w:p>
        </w:tc>
        <w:tc>
          <w:tcPr>
            <w:tcW w:w="1234" w:type="dxa"/>
          </w:tcPr>
          <w:p w14:paraId="2D84DA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306</w:t>
            </w:r>
          </w:p>
        </w:tc>
        <w:tc>
          <w:tcPr>
            <w:tcW w:w="1234" w:type="dxa"/>
          </w:tcPr>
          <w:p w14:paraId="5CC295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2FF2A2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0A4428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73CB2C9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11,4</w:t>
            </w:r>
          </w:p>
        </w:tc>
      </w:tr>
      <w:tr w:rsidR="006F0136" w:rsidRPr="00D77020" w14:paraId="76E48D63" w14:textId="77777777">
        <w:tc>
          <w:tcPr>
            <w:tcW w:w="1234" w:type="dxa"/>
          </w:tcPr>
          <w:p w14:paraId="2C5C0E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62AC35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BM-306-е</w:t>
            </w:r>
          </w:p>
        </w:tc>
        <w:tc>
          <w:tcPr>
            <w:tcW w:w="1234" w:type="dxa"/>
          </w:tcPr>
          <w:p w14:paraId="039DA3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306</w:t>
            </w:r>
          </w:p>
        </w:tc>
        <w:tc>
          <w:tcPr>
            <w:tcW w:w="1234" w:type="dxa"/>
          </w:tcPr>
          <w:p w14:paraId="519966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050B2C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18B842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6FE9C98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9,6</w:t>
            </w:r>
          </w:p>
        </w:tc>
      </w:tr>
      <w:tr w:rsidR="006F0136" w:rsidRPr="00D77020" w14:paraId="6A3664C8" w14:textId="77777777">
        <w:tc>
          <w:tcPr>
            <w:tcW w:w="1234" w:type="dxa"/>
          </w:tcPr>
          <w:p w14:paraId="391117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5FB628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BM-306-ж</w:t>
            </w:r>
          </w:p>
        </w:tc>
        <w:tc>
          <w:tcPr>
            <w:tcW w:w="1234" w:type="dxa"/>
          </w:tcPr>
          <w:p w14:paraId="6A38C0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306</w:t>
            </w:r>
          </w:p>
        </w:tc>
        <w:tc>
          <w:tcPr>
            <w:tcW w:w="1234" w:type="dxa"/>
          </w:tcPr>
          <w:p w14:paraId="1E455F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666329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0549A5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754EC70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2,9</w:t>
            </w:r>
          </w:p>
        </w:tc>
      </w:tr>
      <w:tr w:rsidR="006F0136" w:rsidRPr="00D77020" w14:paraId="740C844F" w14:textId="77777777">
        <w:tc>
          <w:tcPr>
            <w:tcW w:w="1234" w:type="dxa"/>
          </w:tcPr>
          <w:p w14:paraId="43C535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7FA74D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BM-306-и</w:t>
            </w:r>
          </w:p>
        </w:tc>
        <w:tc>
          <w:tcPr>
            <w:tcW w:w="1234" w:type="dxa"/>
          </w:tcPr>
          <w:p w14:paraId="505C17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306</w:t>
            </w:r>
          </w:p>
        </w:tc>
        <w:tc>
          <w:tcPr>
            <w:tcW w:w="1234" w:type="dxa"/>
          </w:tcPr>
          <w:p w14:paraId="77FE7D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7912A5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5B6F11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4F07A9D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3,2</w:t>
            </w:r>
          </w:p>
        </w:tc>
      </w:tr>
      <w:tr w:rsidR="006F0136" w:rsidRPr="00D77020" w14:paraId="59628DF8" w14:textId="77777777">
        <w:tc>
          <w:tcPr>
            <w:tcW w:w="1234" w:type="dxa"/>
          </w:tcPr>
          <w:p w14:paraId="1F3CC2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79049F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BM-306-к</w:t>
            </w:r>
          </w:p>
        </w:tc>
        <w:tc>
          <w:tcPr>
            <w:tcW w:w="1234" w:type="dxa"/>
          </w:tcPr>
          <w:p w14:paraId="4176C7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306</w:t>
            </w:r>
          </w:p>
        </w:tc>
        <w:tc>
          <w:tcPr>
            <w:tcW w:w="1234" w:type="dxa"/>
          </w:tcPr>
          <w:p w14:paraId="04C29D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3928AB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685788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011D3AB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7,5</w:t>
            </w:r>
          </w:p>
        </w:tc>
      </w:tr>
      <w:tr w:rsidR="006F0136" w:rsidRPr="00D77020" w14:paraId="774CF60A" w14:textId="77777777">
        <w:tc>
          <w:tcPr>
            <w:tcW w:w="1234" w:type="dxa"/>
          </w:tcPr>
          <w:p w14:paraId="34ED36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0B5EA4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BM-307-д</w:t>
            </w:r>
          </w:p>
        </w:tc>
        <w:tc>
          <w:tcPr>
            <w:tcW w:w="1234" w:type="dxa"/>
          </w:tcPr>
          <w:p w14:paraId="48D722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307</w:t>
            </w:r>
          </w:p>
        </w:tc>
        <w:tc>
          <w:tcPr>
            <w:tcW w:w="1234" w:type="dxa"/>
          </w:tcPr>
          <w:p w14:paraId="00570D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269F00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3CF46E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08386A2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24,5</w:t>
            </w:r>
          </w:p>
        </w:tc>
      </w:tr>
      <w:tr w:rsidR="006F0136" w:rsidRPr="00D77020" w14:paraId="33296EE7" w14:textId="77777777">
        <w:tc>
          <w:tcPr>
            <w:tcW w:w="1234" w:type="dxa"/>
          </w:tcPr>
          <w:p w14:paraId="5E87CD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1ADDC8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BM-307-е</w:t>
            </w:r>
          </w:p>
        </w:tc>
        <w:tc>
          <w:tcPr>
            <w:tcW w:w="1234" w:type="dxa"/>
          </w:tcPr>
          <w:p w14:paraId="497297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307</w:t>
            </w:r>
          </w:p>
        </w:tc>
        <w:tc>
          <w:tcPr>
            <w:tcW w:w="1234" w:type="dxa"/>
          </w:tcPr>
          <w:p w14:paraId="4C373E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7E54BF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1440D4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1614B32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2,1</w:t>
            </w:r>
          </w:p>
        </w:tc>
      </w:tr>
      <w:tr w:rsidR="006F0136" w:rsidRPr="00D77020" w14:paraId="403008A1" w14:textId="77777777">
        <w:tc>
          <w:tcPr>
            <w:tcW w:w="1234" w:type="dxa"/>
          </w:tcPr>
          <w:p w14:paraId="579073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5BA433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BM-307-н</w:t>
            </w:r>
          </w:p>
        </w:tc>
        <w:tc>
          <w:tcPr>
            <w:tcW w:w="1234" w:type="dxa"/>
          </w:tcPr>
          <w:p w14:paraId="455B90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307</w:t>
            </w:r>
          </w:p>
        </w:tc>
        <w:tc>
          <w:tcPr>
            <w:tcW w:w="1234" w:type="dxa"/>
          </w:tcPr>
          <w:p w14:paraId="64B41F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6D2539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481760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43E4EB9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4,1</w:t>
            </w:r>
          </w:p>
        </w:tc>
      </w:tr>
      <w:tr w:rsidR="006F0136" w:rsidRPr="00D77020" w14:paraId="53330DFD" w14:textId="77777777">
        <w:tc>
          <w:tcPr>
            <w:tcW w:w="1234" w:type="dxa"/>
          </w:tcPr>
          <w:p w14:paraId="0DC7E8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492E37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BM-308-м</w:t>
            </w:r>
          </w:p>
        </w:tc>
        <w:tc>
          <w:tcPr>
            <w:tcW w:w="1234" w:type="dxa"/>
          </w:tcPr>
          <w:p w14:paraId="0D172F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308</w:t>
            </w:r>
          </w:p>
        </w:tc>
        <w:tc>
          <w:tcPr>
            <w:tcW w:w="1234" w:type="dxa"/>
          </w:tcPr>
          <w:p w14:paraId="4D93F7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4098DD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43779B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5E85EF1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14,8</w:t>
            </w:r>
          </w:p>
        </w:tc>
      </w:tr>
      <w:tr w:rsidR="006F0136" w:rsidRPr="00D77020" w14:paraId="3DC5608D" w14:textId="77777777">
        <w:tc>
          <w:tcPr>
            <w:tcW w:w="1234" w:type="dxa"/>
          </w:tcPr>
          <w:p w14:paraId="68AC96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401D36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BM-313-а</w:t>
            </w:r>
          </w:p>
        </w:tc>
        <w:tc>
          <w:tcPr>
            <w:tcW w:w="1234" w:type="dxa"/>
          </w:tcPr>
          <w:p w14:paraId="3BC75D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313</w:t>
            </w:r>
          </w:p>
        </w:tc>
        <w:tc>
          <w:tcPr>
            <w:tcW w:w="1234" w:type="dxa"/>
          </w:tcPr>
          <w:p w14:paraId="6A6611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68BA7D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555EE0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33D2EC7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0,8</w:t>
            </w:r>
          </w:p>
        </w:tc>
      </w:tr>
      <w:tr w:rsidR="006F0136" w:rsidRPr="00D77020" w14:paraId="16A85BDF" w14:textId="77777777">
        <w:tc>
          <w:tcPr>
            <w:tcW w:w="1234" w:type="dxa"/>
          </w:tcPr>
          <w:p w14:paraId="5815CF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57BB9A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BM-313-г</w:t>
            </w:r>
          </w:p>
        </w:tc>
        <w:tc>
          <w:tcPr>
            <w:tcW w:w="1234" w:type="dxa"/>
          </w:tcPr>
          <w:p w14:paraId="533301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313</w:t>
            </w:r>
          </w:p>
        </w:tc>
        <w:tc>
          <w:tcPr>
            <w:tcW w:w="1234" w:type="dxa"/>
          </w:tcPr>
          <w:p w14:paraId="66D582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280AAA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3C3A37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2073D46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17C81583" w14:textId="77777777">
        <w:tc>
          <w:tcPr>
            <w:tcW w:w="1234" w:type="dxa"/>
          </w:tcPr>
          <w:p w14:paraId="53D935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4EE398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BM-313-д</w:t>
            </w:r>
          </w:p>
        </w:tc>
        <w:tc>
          <w:tcPr>
            <w:tcW w:w="1234" w:type="dxa"/>
          </w:tcPr>
          <w:p w14:paraId="0C5965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313</w:t>
            </w:r>
          </w:p>
        </w:tc>
        <w:tc>
          <w:tcPr>
            <w:tcW w:w="1234" w:type="dxa"/>
          </w:tcPr>
          <w:p w14:paraId="5C94FC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5AA8E9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1D2091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058699D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5,0</w:t>
            </w:r>
          </w:p>
        </w:tc>
      </w:tr>
      <w:tr w:rsidR="006F0136" w:rsidRPr="00D77020" w14:paraId="56783D70" w14:textId="77777777">
        <w:tc>
          <w:tcPr>
            <w:tcW w:w="1234" w:type="dxa"/>
          </w:tcPr>
          <w:p w14:paraId="71EDFE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524D6D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BM-313-е</w:t>
            </w:r>
          </w:p>
        </w:tc>
        <w:tc>
          <w:tcPr>
            <w:tcW w:w="1234" w:type="dxa"/>
          </w:tcPr>
          <w:p w14:paraId="7F5F74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313</w:t>
            </w:r>
          </w:p>
        </w:tc>
        <w:tc>
          <w:tcPr>
            <w:tcW w:w="1234" w:type="dxa"/>
          </w:tcPr>
          <w:p w14:paraId="0C0F09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37DAF1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657AC9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329D454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15,1</w:t>
            </w:r>
          </w:p>
        </w:tc>
      </w:tr>
      <w:tr w:rsidR="006F0136" w:rsidRPr="00D77020" w14:paraId="6A805EA4" w14:textId="77777777">
        <w:tc>
          <w:tcPr>
            <w:tcW w:w="1234" w:type="dxa"/>
          </w:tcPr>
          <w:p w14:paraId="5DD9E0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0A9226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BM-313-и</w:t>
            </w:r>
          </w:p>
        </w:tc>
        <w:tc>
          <w:tcPr>
            <w:tcW w:w="1234" w:type="dxa"/>
          </w:tcPr>
          <w:p w14:paraId="23EE7D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313</w:t>
            </w:r>
          </w:p>
        </w:tc>
        <w:tc>
          <w:tcPr>
            <w:tcW w:w="1234" w:type="dxa"/>
          </w:tcPr>
          <w:p w14:paraId="0F5DA6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16D5B5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1FA8BE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279DC44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9,5</w:t>
            </w:r>
          </w:p>
        </w:tc>
      </w:tr>
      <w:tr w:rsidR="006F0136" w:rsidRPr="00D77020" w14:paraId="31B74063" w14:textId="77777777">
        <w:tc>
          <w:tcPr>
            <w:tcW w:w="1234" w:type="dxa"/>
          </w:tcPr>
          <w:p w14:paraId="59BB9A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0D32B4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BM-313-к</w:t>
            </w:r>
          </w:p>
        </w:tc>
        <w:tc>
          <w:tcPr>
            <w:tcW w:w="1234" w:type="dxa"/>
          </w:tcPr>
          <w:p w14:paraId="6D47A7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313</w:t>
            </w:r>
          </w:p>
        </w:tc>
        <w:tc>
          <w:tcPr>
            <w:tcW w:w="1234" w:type="dxa"/>
          </w:tcPr>
          <w:p w14:paraId="710308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1C7BD6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55F225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45A04D0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6C322210" w14:textId="77777777">
        <w:tc>
          <w:tcPr>
            <w:tcW w:w="1234" w:type="dxa"/>
          </w:tcPr>
          <w:p w14:paraId="5E2DD6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1F928E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BM-313-л</w:t>
            </w:r>
          </w:p>
        </w:tc>
        <w:tc>
          <w:tcPr>
            <w:tcW w:w="1234" w:type="dxa"/>
          </w:tcPr>
          <w:p w14:paraId="547E5A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313</w:t>
            </w:r>
          </w:p>
        </w:tc>
        <w:tc>
          <w:tcPr>
            <w:tcW w:w="1234" w:type="dxa"/>
          </w:tcPr>
          <w:p w14:paraId="0E58E6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039723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5830B1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5F055F9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9,3</w:t>
            </w:r>
          </w:p>
        </w:tc>
      </w:tr>
      <w:tr w:rsidR="006F0136" w:rsidRPr="00D77020" w14:paraId="5953DA97" w14:textId="77777777">
        <w:tc>
          <w:tcPr>
            <w:tcW w:w="1234" w:type="dxa"/>
          </w:tcPr>
          <w:p w14:paraId="5A51AE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2017</w:t>
            </w:r>
          </w:p>
        </w:tc>
        <w:tc>
          <w:tcPr>
            <w:tcW w:w="1234" w:type="dxa"/>
          </w:tcPr>
          <w:p w14:paraId="0AA829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BM-313-м</w:t>
            </w:r>
          </w:p>
        </w:tc>
        <w:tc>
          <w:tcPr>
            <w:tcW w:w="1234" w:type="dxa"/>
          </w:tcPr>
          <w:p w14:paraId="7039B7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313</w:t>
            </w:r>
          </w:p>
        </w:tc>
        <w:tc>
          <w:tcPr>
            <w:tcW w:w="1234" w:type="dxa"/>
          </w:tcPr>
          <w:p w14:paraId="7138BC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28B157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368229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3A75EEB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4,6</w:t>
            </w:r>
          </w:p>
        </w:tc>
      </w:tr>
      <w:tr w:rsidR="006F0136" w:rsidRPr="00D77020" w14:paraId="43F48B1F" w14:textId="77777777">
        <w:tc>
          <w:tcPr>
            <w:tcW w:w="7404" w:type="dxa"/>
            <w:gridSpan w:val="6"/>
          </w:tcPr>
          <w:p w14:paraId="00F5B3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6CE90F1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385,4</w:t>
            </w:r>
          </w:p>
        </w:tc>
      </w:tr>
    </w:tbl>
    <w:p w14:paraId="1789F842" w14:textId="77777777" w:rsidR="006F0136" w:rsidRPr="00D77020" w:rsidRDefault="00D77020">
      <w:pPr>
        <w:rPr>
          <w:lang w:val="bg-BG"/>
        </w:rPr>
      </w:pPr>
      <w:r w:rsidRPr="00D77020">
        <w:rPr>
          <w:lang w:val="bg-BG"/>
        </w:rPr>
        <w:br w:type="page"/>
      </w:r>
    </w:p>
    <w:p w14:paraId="2305C735" w14:textId="77777777" w:rsidR="006F0136" w:rsidRPr="00D77020" w:rsidRDefault="00D77020">
      <w:pPr>
        <w:pStyle w:val="Heading1"/>
        <w:rPr>
          <w:lang w:val="bg-BG"/>
        </w:rPr>
      </w:pPr>
      <w:bookmarkStart w:id="17" w:name="_Toc222837683"/>
      <w:r w:rsidRPr="00D77020">
        <w:rPr>
          <w:lang w:val="bg-BG"/>
        </w:rPr>
        <w:lastRenderedPageBreak/>
        <w:t xml:space="preserve">ДГС Невестино - Обща площ: 1389,4 </w:t>
      </w:r>
      <w:proofErr w:type="spellStart"/>
      <w:r w:rsidRPr="00D77020">
        <w:rPr>
          <w:lang w:val="bg-BG"/>
        </w:rPr>
        <w:t>хa</w:t>
      </w:r>
      <w:bookmarkEnd w:id="17"/>
      <w:proofErr w:type="spellEnd"/>
    </w:p>
    <w:p w14:paraId="2FB7FDD1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BG0001011 - Осоговска планина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7"/>
        <w:gridCol w:w="1406"/>
        <w:gridCol w:w="1081"/>
        <w:gridCol w:w="1201"/>
        <w:gridCol w:w="1135"/>
        <w:gridCol w:w="1135"/>
        <w:gridCol w:w="1325"/>
      </w:tblGrid>
      <w:tr w:rsidR="006F0136" w:rsidRPr="00D77020" w14:paraId="043A1307" w14:textId="77777777">
        <w:tc>
          <w:tcPr>
            <w:tcW w:w="1587" w:type="dxa"/>
          </w:tcPr>
          <w:p w14:paraId="409112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187799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3F3AE8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51F16C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35E55B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3AF57E8C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77048A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2C30E6E3" w14:textId="77777777">
        <w:tc>
          <w:tcPr>
            <w:tcW w:w="1234" w:type="dxa"/>
          </w:tcPr>
          <w:p w14:paraId="42F894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5635C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HF-108-б</w:t>
            </w:r>
          </w:p>
        </w:tc>
        <w:tc>
          <w:tcPr>
            <w:tcW w:w="1234" w:type="dxa"/>
          </w:tcPr>
          <w:p w14:paraId="5FE2CB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108</w:t>
            </w:r>
          </w:p>
        </w:tc>
        <w:tc>
          <w:tcPr>
            <w:tcW w:w="1234" w:type="dxa"/>
          </w:tcPr>
          <w:p w14:paraId="1AB5B4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47D709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1F8B6F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434E416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8,1</w:t>
            </w:r>
          </w:p>
        </w:tc>
      </w:tr>
      <w:tr w:rsidR="006F0136" w:rsidRPr="00D77020" w14:paraId="310F3B4F" w14:textId="77777777">
        <w:tc>
          <w:tcPr>
            <w:tcW w:w="1234" w:type="dxa"/>
          </w:tcPr>
          <w:p w14:paraId="6B1668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5BBC4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HF-109-в2</w:t>
            </w:r>
          </w:p>
        </w:tc>
        <w:tc>
          <w:tcPr>
            <w:tcW w:w="1234" w:type="dxa"/>
          </w:tcPr>
          <w:p w14:paraId="1F6351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109</w:t>
            </w:r>
          </w:p>
        </w:tc>
        <w:tc>
          <w:tcPr>
            <w:tcW w:w="1234" w:type="dxa"/>
          </w:tcPr>
          <w:p w14:paraId="403AFF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в2</w:t>
            </w:r>
          </w:p>
        </w:tc>
        <w:tc>
          <w:tcPr>
            <w:tcW w:w="1234" w:type="dxa"/>
          </w:tcPr>
          <w:p w14:paraId="325A8E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571796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3EE6A33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9,0</w:t>
            </w:r>
          </w:p>
        </w:tc>
      </w:tr>
      <w:tr w:rsidR="006F0136" w:rsidRPr="00D77020" w14:paraId="675DEA2C" w14:textId="77777777">
        <w:tc>
          <w:tcPr>
            <w:tcW w:w="1234" w:type="dxa"/>
          </w:tcPr>
          <w:p w14:paraId="30631B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652289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HF-109-е2</w:t>
            </w:r>
          </w:p>
        </w:tc>
        <w:tc>
          <w:tcPr>
            <w:tcW w:w="1234" w:type="dxa"/>
          </w:tcPr>
          <w:p w14:paraId="790CDC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109</w:t>
            </w:r>
          </w:p>
        </w:tc>
        <w:tc>
          <w:tcPr>
            <w:tcW w:w="1234" w:type="dxa"/>
          </w:tcPr>
          <w:p w14:paraId="7D65BE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е2</w:t>
            </w:r>
          </w:p>
        </w:tc>
        <w:tc>
          <w:tcPr>
            <w:tcW w:w="1234" w:type="dxa"/>
          </w:tcPr>
          <w:p w14:paraId="434426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288922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3002680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11,1</w:t>
            </w:r>
          </w:p>
        </w:tc>
      </w:tr>
      <w:tr w:rsidR="006F0136" w:rsidRPr="00D77020" w14:paraId="78030154" w14:textId="77777777">
        <w:tc>
          <w:tcPr>
            <w:tcW w:w="1234" w:type="dxa"/>
          </w:tcPr>
          <w:p w14:paraId="18ED90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6CBCE6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HF-109-ц</w:t>
            </w:r>
          </w:p>
        </w:tc>
        <w:tc>
          <w:tcPr>
            <w:tcW w:w="1234" w:type="dxa"/>
          </w:tcPr>
          <w:p w14:paraId="25E635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109</w:t>
            </w:r>
          </w:p>
        </w:tc>
        <w:tc>
          <w:tcPr>
            <w:tcW w:w="1234" w:type="dxa"/>
          </w:tcPr>
          <w:p w14:paraId="0B9873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ц</w:t>
            </w:r>
          </w:p>
        </w:tc>
        <w:tc>
          <w:tcPr>
            <w:tcW w:w="1234" w:type="dxa"/>
          </w:tcPr>
          <w:p w14:paraId="728CAC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19CE7E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21E5629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67FFDC71" w14:textId="77777777">
        <w:tc>
          <w:tcPr>
            <w:tcW w:w="1234" w:type="dxa"/>
          </w:tcPr>
          <w:p w14:paraId="2656FD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24C1A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HF-109-я</w:t>
            </w:r>
          </w:p>
        </w:tc>
        <w:tc>
          <w:tcPr>
            <w:tcW w:w="1234" w:type="dxa"/>
          </w:tcPr>
          <w:p w14:paraId="6CA239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109</w:t>
            </w:r>
          </w:p>
        </w:tc>
        <w:tc>
          <w:tcPr>
            <w:tcW w:w="1234" w:type="dxa"/>
          </w:tcPr>
          <w:p w14:paraId="268F83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я</w:t>
            </w:r>
          </w:p>
        </w:tc>
        <w:tc>
          <w:tcPr>
            <w:tcW w:w="1234" w:type="dxa"/>
          </w:tcPr>
          <w:p w14:paraId="6AA16C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4DD1C1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02E6B6C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7,8</w:t>
            </w:r>
          </w:p>
        </w:tc>
      </w:tr>
      <w:tr w:rsidR="006F0136" w:rsidRPr="00D77020" w14:paraId="360B4D14" w14:textId="77777777">
        <w:tc>
          <w:tcPr>
            <w:tcW w:w="1234" w:type="dxa"/>
          </w:tcPr>
          <w:p w14:paraId="5DB8D2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1672C4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HF-115-г1</w:t>
            </w:r>
          </w:p>
        </w:tc>
        <w:tc>
          <w:tcPr>
            <w:tcW w:w="1234" w:type="dxa"/>
          </w:tcPr>
          <w:p w14:paraId="4BE12C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115</w:t>
            </w:r>
          </w:p>
        </w:tc>
        <w:tc>
          <w:tcPr>
            <w:tcW w:w="1234" w:type="dxa"/>
          </w:tcPr>
          <w:p w14:paraId="1883F0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г1</w:t>
            </w:r>
          </w:p>
        </w:tc>
        <w:tc>
          <w:tcPr>
            <w:tcW w:w="1234" w:type="dxa"/>
          </w:tcPr>
          <w:p w14:paraId="18B90D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0E3CA1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91Е0</w:t>
            </w:r>
          </w:p>
        </w:tc>
        <w:tc>
          <w:tcPr>
            <w:tcW w:w="1234" w:type="dxa"/>
          </w:tcPr>
          <w:p w14:paraId="47056BF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4,3</w:t>
            </w:r>
          </w:p>
        </w:tc>
      </w:tr>
      <w:tr w:rsidR="006F0136" w:rsidRPr="00D77020" w14:paraId="64BA0504" w14:textId="77777777">
        <w:tc>
          <w:tcPr>
            <w:tcW w:w="1234" w:type="dxa"/>
          </w:tcPr>
          <w:p w14:paraId="6A98BF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0E9E8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HF-117-в</w:t>
            </w:r>
          </w:p>
        </w:tc>
        <w:tc>
          <w:tcPr>
            <w:tcW w:w="1234" w:type="dxa"/>
          </w:tcPr>
          <w:p w14:paraId="287DCC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117</w:t>
            </w:r>
          </w:p>
        </w:tc>
        <w:tc>
          <w:tcPr>
            <w:tcW w:w="1234" w:type="dxa"/>
          </w:tcPr>
          <w:p w14:paraId="7D242A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6F8BE6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652568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6734840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2,3</w:t>
            </w:r>
          </w:p>
        </w:tc>
      </w:tr>
      <w:tr w:rsidR="006F0136" w:rsidRPr="00D77020" w14:paraId="07BC8F06" w14:textId="77777777">
        <w:tc>
          <w:tcPr>
            <w:tcW w:w="1234" w:type="dxa"/>
          </w:tcPr>
          <w:p w14:paraId="4F5F49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159AB9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HF-151-з</w:t>
            </w:r>
          </w:p>
        </w:tc>
        <w:tc>
          <w:tcPr>
            <w:tcW w:w="1234" w:type="dxa"/>
          </w:tcPr>
          <w:p w14:paraId="6BCF52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151</w:t>
            </w:r>
          </w:p>
        </w:tc>
        <w:tc>
          <w:tcPr>
            <w:tcW w:w="1234" w:type="dxa"/>
          </w:tcPr>
          <w:p w14:paraId="0BABB7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55B1CF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217213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306AAEB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6,5</w:t>
            </w:r>
          </w:p>
        </w:tc>
      </w:tr>
      <w:tr w:rsidR="006F0136" w:rsidRPr="00D77020" w14:paraId="74FF21A3" w14:textId="77777777">
        <w:tc>
          <w:tcPr>
            <w:tcW w:w="1234" w:type="dxa"/>
          </w:tcPr>
          <w:p w14:paraId="67C7A1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7079B7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HF-178-в</w:t>
            </w:r>
          </w:p>
        </w:tc>
        <w:tc>
          <w:tcPr>
            <w:tcW w:w="1234" w:type="dxa"/>
          </w:tcPr>
          <w:p w14:paraId="088287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178</w:t>
            </w:r>
          </w:p>
        </w:tc>
        <w:tc>
          <w:tcPr>
            <w:tcW w:w="1234" w:type="dxa"/>
          </w:tcPr>
          <w:p w14:paraId="128372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57BD70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19820C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2D38BED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1,0</w:t>
            </w:r>
          </w:p>
        </w:tc>
      </w:tr>
      <w:tr w:rsidR="006F0136" w:rsidRPr="00D77020" w14:paraId="465B55A0" w14:textId="77777777">
        <w:tc>
          <w:tcPr>
            <w:tcW w:w="1234" w:type="dxa"/>
          </w:tcPr>
          <w:p w14:paraId="7ABA65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BE7C4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HF-180-ж1</w:t>
            </w:r>
          </w:p>
        </w:tc>
        <w:tc>
          <w:tcPr>
            <w:tcW w:w="1234" w:type="dxa"/>
          </w:tcPr>
          <w:p w14:paraId="655DB2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180</w:t>
            </w:r>
          </w:p>
        </w:tc>
        <w:tc>
          <w:tcPr>
            <w:tcW w:w="1234" w:type="dxa"/>
          </w:tcPr>
          <w:p w14:paraId="56924B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ж1</w:t>
            </w:r>
          </w:p>
        </w:tc>
        <w:tc>
          <w:tcPr>
            <w:tcW w:w="1234" w:type="dxa"/>
          </w:tcPr>
          <w:p w14:paraId="456B04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358BF2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54EDEAF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2,4</w:t>
            </w:r>
          </w:p>
        </w:tc>
      </w:tr>
      <w:tr w:rsidR="006F0136" w:rsidRPr="00D77020" w14:paraId="6626FD71" w14:textId="77777777">
        <w:tc>
          <w:tcPr>
            <w:tcW w:w="1234" w:type="dxa"/>
          </w:tcPr>
          <w:p w14:paraId="38F0C3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7945F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HF-190-л1</w:t>
            </w:r>
          </w:p>
        </w:tc>
        <w:tc>
          <w:tcPr>
            <w:tcW w:w="1234" w:type="dxa"/>
          </w:tcPr>
          <w:p w14:paraId="622BE4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190</w:t>
            </w:r>
          </w:p>
        </w:tc>
        <w:tc>
          <w:tcPr>
            <w:tcW w:w="1234" w:type="dxa"/>
          </w:tcPr>
          <w:p w14:paraId="48DCC4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л1</w:t>
            </w:r>
          </w:p>
        </w:tc>
        <w:tc>
          <w:tcPr>
            <w:tcW w:w="1234" w:type="dxa"/>
          </w:tcPr>
          <w:p w14:paraId="586E00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55</w:t>
            </w:r>
          </w:p>
        </w:tc>
        <w:tc>
          <w:tcPr>
            <w:tcW w:w="1234" w:type="dxa"/>
          </w:tcPr>
          <w:p w14:paraId="0F12A1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58BD02F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0,9</w:t>
            </w:r>
          </w:p>
        </w:tc>
      </w:tr>
      <w:tr w:rsidR="006F0136" w:rsidRPr="00D77020" w14:paraId="2B938451" w14:textId="77777777">
        <w:tc>
          <w:tcPr>
            <w:tcW w:w="1234" w:type="dxa"/>
          </w:tcPr>
          <w:p w14:paraId="00D5B7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21F67F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HF-190-п1</w:t>
            </w:r>
          </w:p>
        </w:tc>
        <w:tc>
          <w:tcPr>
            <w:tcW w:w="1234" w:type="dxa"/>
          </w:tcPr>
          <w:p w14:paraId="0882D0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190</w:t>
            </w:r>
          </w:p>
        </w:tc>
        <w:tc>
          <w:tcPr>
            <w:tcW w:w="1234" w:type="dxa"/>
          </w:tcPr>
          <w:p w14:paraId="1D8050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п1</w:t>
            </w:r>
          </w:p>
        </w:tc>
        <w:tc>
          <w:tcPr>
            <w:tcW w:w="1234" w:type="dxa"/>
          </w:tcPr>
          <w:p w14:paraId="5E9820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55</w:t>
            </w:r>
          </w:p>
        </w:tc>
        <w:tc>
          <w:tcPr>
            <w:tcW w:w="1234" w:type="dxa"/>
          </w:tcPr>
          <w:p w14:paraId="0D2DF6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37434AA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1,0</w:t>
            </w:r>
          </w:p>
        </w:tc>
      </w:tr>
      <w:tr w:rsidR="006F0136" w:rsidRPr="00D77020" w14:paraId="6216BBFC" w14:textId="77777777">
        <w:tc>
          <w:tcPr>
            <w:tcW w:w="1234" w:type="dxa"/>
          </w:tcPr>
          <w:p w14:paraId="5547F2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4424ED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HF-231-к</w:t>
            </w:r>
          </w:p>
        </w:tc>
        <w:tc>
          <w:tcPr>
            <w:tcW w:w="1234" w:type="dxa"/>
          </w:tcPr>
          <w:p w14:paraId="57BF8F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231</w:t>
            </w:r>
          </w:p>
        </w:tc>
        <w:tc>
          <w:tcPr>
            <w:tcW w:w="1234" w:type="dxa"/>
          </w:tcPr>
          <w:p w14:paraId="6AFE24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32CD93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138DA6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3C4299E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1,0</w:t>
            </w:r>
          </w:p>
        </w:tc>
      </w:tr>
      <w:tr w:rsidR="006F0136" w:rsidRPr="00D77020" w14:paraId="6ADC2093" w14:textId="77777777">
        <w:tc>
          <w:tcPr>
            <w:tcW w:w="1234" w:type="dxa"/>
          </w:tcPr>
          <w:p w14:paraId="1D368B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094E5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HF-234-ю</w:t>
            </w:r>
          </w:p>
        </w:tc>
        <w:tc>
          <w:tcPr>
            <w:tcW w:w="1234" w:type="dxa"/>
          </w:tcPr>
          <w:p w14:paraId="7B2450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234</w:t>
            </w:r>
          </w:p>
        </w:tc>
        <w:tc>
          <w:tcPr>
            <w:tcW w:w="1234" w:type="dxa"/>
          </w:tcPr>
          <w:p w14:paraId="3B3CDF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ю</w:t>
            </w:r>
          </w:p>
        </w:tc>
        <w:tc>
          <w:tcPr>
            <w:tcW w:w="1234" w:type="dxa"/>
          </w:tcPr>
          <w:p w14:paraId="294F7F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69DCA0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5008561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1,4</w:t>
            </w:r>
          </w:p>
        </w:tc>
      </w:tr>
      <w:tr w:rsidR="006F0136" w:rsidRPr="00D77020" w14:paraId="737B3243" w14:textId="77777777">
        <w:tc>
          <w:tcPr>
            <w:tcW w:w="1234" w:type="dxa"/>
          </w:tcPr>
          <w:p w14:paraId="19DA8E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09122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HF-235-т</w:t>
            </w:r>
          </w:p>
        </w:tc>
        <w:tc>
          <w:tcPr>
            <w:tcW w:w="1234" w:type="dxa"/>
          </w:tcPr>
          <w:p w14:paraId="0AEFA5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235</w:t>
            </w:r>
          </w:p>
        </w:tc>
        <w:tc>
          <w:tcPr>
            <w:tcW w:w="1234" w:type="dxa"/>
          </w:tcPr>
          <w:p w14:paraId="26A91E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411676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15D574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38E2E51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24,8</w:t>
            </w:r>
          </w:p>
        </w:tc>
      </w:tr>
      <w:tr w:rsidR="006F0136" w:rsidRPr="00D77020" w14:paraId="20036B4C" w14:textId="77777777">
        <w:tc>
          <w:tcPr>
            <w:tcW w:w="1234" w:type="dxa"/>
          </w:tcPr>
          <w:p w14:paraId="58443A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4C7820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HF-236-б</w:t>
            </w:r>
          </w:p>
        </w:tc>
        <w:tc>
          <w:tcPr>
            <w:tcW w:w="1234" w:type="dxa"/>
          </w:tcPr>
          <w:p w14:paraId="378832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236</w:t>
            </w:r>
          </w:p>
        </w:tc>
        <w:tc>
          <w:tcPr>
            <w:tcW w:w="1234" w:type="dxa"/>
          </w:tcPr>
          <w:p w14:paraId="7F082D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77BEDA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234" w:type="dxa"/>
          </w:tcPr>
          <w:p w14:paraId="6FC7F6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6544EB4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7F3F555F" w14:textId="77777777">
        <w:tc>
          <w:tcPr>
            <w:tcW w:w="1234" w:type="dxa"/>
          </w:tcPr>
          <w:p w14:paraId="3E380E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788F1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HF-236-к</w:t>
            </w:r>
          </w:p>
        </w:tc>
        <w:tc>
          <w:tcPr>
            <w:tcW w:w="1234" w:type="dxa"/>
          </w:tcPr>
          <w:p w14:paraId="2BB49C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236</w:t>
            </w:r>
          </w:p>
        </w:tc>
        <w:tc>
          <w:tcPr>
            <w:tcW w:w="1234" w:type="dxa"/>
          </w:tcPr>
          <w:p w14:paraId="4AF16B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2AB6CC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41DD5A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63D8624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67287B2D" w14:textId="77777777">
        <w:tc>
          <w:tcPr>
            <w:tcW w:w="1234" w:type="dxa"/>
          </w:tcPr>
          <w:p w14:paraId="3BBB08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11538B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HF-236-у</w:t>
            </w:r>
          </w:p>
        </w:tc>
        <w:tc>
          <w:tcPr>
            <w:tcW w:w="1234" w:type="dxa"/>
          </w:tcPr>
          <w:p w14:paraId="4D0D28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236</w:t>
            </w:r>
          </w:p>
        </w:tc>
        <w:tc>
          <w:tcPr>
            <w:tcW w:w="1234" w:type="dxa"/>
          </w:tcPr>
          <w:p w14:paraId="0CDAD3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у</w:t>
            </w:r>
          </w:p>
        </w:tc>
        <w:tc>
          <w:tcPr>
            <w:tcW w:w="1234" w:type="dxa"/>
          </w:tcPr>
          <w:p w14:paraId="41FBC9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736625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30A93A2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11,8</w:t>
            </w:r>
          </w:p>
        </w:tc>
      </w:tr>
      <w:tr w:rsidR="006F0136" w:rsidRPr="00D77020" w14:paraId="0A8D6485" w14:textId="77777777">
        <w:tc>
          <w:tcPr>
            <w:tcW w:w="1234" w:type="dxa"/>
          </w:tcPr>
          <w:p w14:paraId="170A50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1AFDE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HF-236-ю</w:t>
            </w:r>
          </w:p>
        </w:tc>
        <w:tc>
          <w:tcPr>
            <w:tcW w:w="1234" w:type="dxa"/>
          </w:tcPr>
          <w:p w14:paraId="53001A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236</w:t>
            </w:r>
          </w:p>
        </w:tc>
        <w:tc>
          <w:tcPr>
            <w:tcW w:w="1234" w:type="dxa"/>
          </w:tcPr>
          <w:p w14:paraId="460767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ю</w:t>
            </w:r>
          </w:p>
        </w:tc>
        <w:tc>
          <w:tcPr>
            <w:tcW w:w="1234" w:type="dxa"/>
          </w:tcPr>
          <w:p w14:paraId="2520F0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7BC2AE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76B14AB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1,3</w:t>
            </w:r>
          </w:p>
        </w:tc>
      </w:tr>
      <w:tr w:rsidR="006F0136" w:rsidRPr="00D77020" w14:paraId="3BEF9591" w14:textId="77777777">
        <w:tc>
          <w:tcPr>
            <w:tcW w:w="1234" w:type="dxa"/>
          </w:tcPr>
          <w:p w14:paraId="6D5601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178F29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HF-243-н</w:t>
            </w:r>
          </w:p>
        </w:tc>
        <w:tc>
          <w:tcPr>
            <w:tcW w:w="1234" w:type="dxa"/>
          </w:tcPr>
          <w:p w14:paraId="6A4096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243</w:t>
            </w:r>
          </w:p>
        </w:tc>
        <w:tc>
          <w:tcPr>
            <w:tcW w:w="1234" w:type="dxa"/>
          </w:tcPr>
          <w:p w14:paraId="4AEA80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215A15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17EE07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219DC08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0,8</w:t>
            </w:r>
          </w:p>
        </w:tc>
      </w:tr>
      <w:tr w:rsidR="006F0136" w:rsidRPr="00D77020" w14:paraId="716DD364" w14:textId="77777777">
        <w:tc>
          <w:tcPr>
            <w:tcW w:w="1234" w:type="dxa"/>
          </w:tcPr>
          <w:p w14:paraId="7149C1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58006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HF-244-и1</w:t>
            </w:r>
          </w:p>
        </w:tc>
        <w:tc>
          <w:tcPr>
            <w:tcW w:w="1234" w:type="dxa"/>
          </w:tcPr>
          <w:p w14:paraId="0B8E38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244</w:t>
            </w:r>
          </w:p>
        </w:tc>
        <w:tc>
          <w:tcPr>
            <w:tcW w:w="1234" w:type="dxa"/>
          </w:tcPr>
          <w:p w14:paraId="6A2126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и1</w:t>
            </w:r>
          </w:p>
        </w:tc>
        <w:tc>
          <w:tcPr>
            <w:tcW w:w="1234" w:type="dxa"/>
          </w:tcPr>
          <w:p w14:paraId="14CB2A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51222F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79099E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2,6</w:t>
            </w:r>
          </w:p>
        </w:tc>
      </w:tr>
      <w:tr w:rsidR="006F0136" w:rsidRPr="00D77020" w14:paraId="375AE111" w14:textId="77777777">
        <w:tc>
          <w:tcPr>
            <w:tcW w:w="1234" w:type="dxa"/>
          </w:tcPr>
          <w:p w14:paraId="1D5389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28C757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HF-246-а</w:t>
            </w:r>
          </w:p>
        </w:tc>
        <w:tc>
          <w:tcPr>
            <w:tcW w:w="1234" w:type="dxa"/>
          </w:tcPr>
          <w:p w14:paraId="027174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246</w:t>
            </w:r>
          </w:p>
        </w:tc>
        <w:tc>
          <w:tcPr>
            <w:tcW w:w="1234" w:type="dxa"/>
          </w:tcPr>
          <w:p w14:paraId="559A70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20CE65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2923AF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8FE85A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16,6</w:t>
            </w:r>
          </w:p>
        </w:tc>
      </w:tr>
      <w:tr w:rsidR="006F0136" w:rsidRPr="00D77020" w14:paraId="4C8F67E6" w14:textId="77777777">
        <w:tc>
          <w:tcPr>
            <w:tcW w:w="1234" w:type="dxa"/>
          </w:tcPr>
          <w:p w14:paraId="34790A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22A38B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HF-246-т</w:t>
            </w:r>
          </w:p>
        </w:tc>
        <w:tc>
          <w:tcPr>
            <w:tcW w:w="1234" w:type="dxa"/>
          </w:tcPr>
          <w:p w14:paraId="7735CE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246</w:t>
            </w:r>
          </w:p>
        </w:tc>
        <w:tc>
          <w:tcPr>
            <w:tcW w:w="1234" w:type="dxa"/>
          </w:tcPr>
          <w:p w14:paraId="663529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20819C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2755E7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5A1D5A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6,6</w:t>
            </w:r>
          </w:p>
        </w:tc>
      </w:tr>
      <w:tr w:rsidR="006F0136" w:rsidRPr="00D77020" w14:paraId="08BC82DB" w14:textId="77777777">
        <w:tc>
          <w:tcPr>
            <w:tcW w:w="1234" w:type="dxa"/>
          </w:tcPr>
          <w:p w14:paraId="3491CD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89022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HF-247-я</w:t>
            </w:r>
          </w:p>
        </w:tc>
        <w:tc>
          <w:tcPr>
            <w:tcW w:w="1234" w:type="dxa"/>
          </w:tcPr>
          <w:p w14:paraId="2C82FF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247</w:t>
            </w:r>
          </w:p>
        </w:tc>
        <w:tc>
          <w:tcPr>
            <w:tcW w:w="1234" w:type="dxa"/>
          </w:tcPr>
          <w:p w14:paraId="389C80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я</w:t>
            </w:r>
          </w:p>
        </w:tc>
        <w:tc>
          <w:tcPr>
            <w:tcW w:w="1234" w:type="dxa"/>
          </w:tcPr>
          <w:p w14:paraId="66FEED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5CF42C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1E67A1F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2,0</w:t>
            </w:r>
          </w:p>
        </w:tc>
      </w:tr>
      <w:tr w:rsidR="006F0136" w:rsidRPr="00D77020" w14:paraId="5F975609" w14:textId="77777777">
        <w:tc>
          <w:tcPr>
            <w:tcW w:w="1234" w:type="dxa"/>
          </w:tcPr>
          <w:p w14:paraId="42F4B9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416B98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HF-248-с</w:t>
            </w:r>
          </w:p>
        </w:tc>
        <w:tc>
          <w:tcPr>
            <w:tcW w:w="1234" w:type="dxa"/>
          </w:tcPr>
          <w:p w14:paraId="57BE18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248</w:t>
            </w:r>
          </w:p>
        </w:tc>
        <w:tc>
          <w:tcPr>
            <w:tcW w:w="1234" w:type="dxa"/>
          </w:tcPr>
          <w:p w14:paraId="32C5EE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6E5D96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176483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621F3E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3,5</w:t>
            </w:r>
          </w:p>
        </w:tc>
      </w:tr>
      <w:tr w:rsidR="006F0136" w:rsidRPr="00D77020" w14:paraId="0AE2773D" w14:textId="77777777">
        <w:tc>
          <w:tcPr>
            <w:tcW w:w="1234" w:type="dxa"/>
          </w:tcPr>
          <w:p w14:paraId="4BCC85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018AE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HF-249-и</w:t>
            </w:r>
          </w:p>
        </w:tc>
        <w:tc>
          <w:tcPr>
            <w:tcW w:w="1234" w:type="dxa"/>
          </w:tcPr>
          <w:p w14:paraId="4DE90E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249</w:t>
            </w:r>
          </w:p>
        </w:tc>
        <w:tc>
          <w:tcPr>
            <w:tcW w:w="1234" w:type="dxa"/>
          </w:tcPr>
          <w:p w14:paraId="00E8A7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785EC0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6605E9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0BDBD0B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1,5</w:t>
            </w:r>
          </w:p>
        </w:tc>
      </w:tr>
      <w:tr w:rsidR="006F0136" w:rsidRPr="00D77020" w14:paraId="578BA08D" w14:textId="77777777">
        <w:tc>
          <w:tcPr>
            <w:tcW w:w="1234" w:type="dxa"/>
          </w:tcPr>
          <w:p w14:paraId="2D051D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84C76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HF-252-е</w:t>
            </w:r>
          </w:p>
        </w:tc>
        <w:tc>
          <w:tcPr>
            <w:tcW w:w="1234" w:type="dxa"/>
          </w:tcPr>
          <w:p w14:paraId="6857E9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252</w:t>
            </w:r>
          </w:p>
        </w:tc>
        <w:tc>
          <w:tcPr>
            <w:tcW w:w="1234" w:type="dxa"/>
          </w:tcPr>
          <w:p w14:paraId="0FB4AE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2192EE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1CDA12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4FAE0B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0,9</w:t>
            </w:r>
          </w:p>
        </w:tc>
      </w:tr>
      <w:tr w:rsidR="006F0136" w:rsidRPr="00D77020" w14:paraId="422A3373" w14:textId="77777777">
        <w:tc>
          <w:tcPr>
            <w:tcW w:w="1234" w:type="dxa"/>
          </w:tcPr>
          <w:p w14:paraId="229B13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24A93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HF-258-а1</w:t>
            </w:r>
          </w:p>
        </w:tc>
        <w:tc>
          <w:tcPr>
            <w:tcW w:w="1234" w:type="dxa"/>
          </w:tcPr>
          <w:p w14:paraId="72063F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258</w:t>
            </w:r>
          </w:p>
        </w:tc>
        <w:tc>
          <w:tcPr>
            <w:tcW w:w="1234" w:type="dxa"/>
          </w:tcPr>
          <w:p w14:paraId="74B9EE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а1</w:t>
            </w:r>
          </w:p>
        </w:tc>
        <w:tc>
          <w:tcPr>
            <w:tcW w:w="1234" w:type="dxa"/>
          </w:tcPr>
          <w:p w14:paraId="1C04B5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7BC1A0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E2D7D3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18,2</w:t>
            </w:r>
          </w:p>
        </w:tc>
      </w:tr>
      <w:tr w:rsidR="006F0136" w:rsidRPr="00D77020" w14:paraId="26F3F685" w14:textId="77777777">
        <w:tc>
          <w:tcPr>
            <w:tcW w:w="1234" w:type="dxa"/>
          </w:tcPr>
          <w:p w14:paraId="680495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12EDD7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HF-258-м</w:t>
            </w:r>
          </w:p>
        </w:tc>
        <w:tc>
          <w:tcPr>
            <w:tcW w:w="1234" w:type="dxa"/>
          </w:tcPr>
          <w:p w14:paraId="4961B3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258</w:t>
            </w:r>
          </w:p>
        </w:tc>
        <w:tc>
          <w:tcPr>
            <w:tcW w:w="1234" w:type="dxa"/>
          </w:tcPr>
          <w:p w14:paraId="442097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316D80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50E2AC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312E55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3,0</w:t>
            </w:r>
          </w:p>
        </w:tc>
      </w:tr>
      <w:tr w:rsidR="006F0136" w:rsidRPr="00D77020" w14:paraId="40B96641" w14:textId="77777777">
        <w:tc>
          <w:tcPr>
            <w:tcW w:w="1234" w:type="dxa"/>
          </w:tcPr>
          <w:p w14:paraId="784518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DCD55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HF-258-щ</w:t>
            </w:r>
          </w:p>
        </w:tc>
        <w:tc>
          <w:tcPr>
            <w:tcW w:w="1234" w:type="dxa"/>
          </w:tcPr>
          <w:p w14:paraId="195A2C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258</w:t>
            </w:r>
          </w:p>
        </w:tc>
        <w:tc>
          <w:tcPr>
            <w:tcW w:w="1234" w:type="dxa"/>
          </w:tcPr>
          <w:p w14:paraId="335C65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щ</w:t>
            </w:r>
          </w:p>
        </w:tc>
        <w:tc>
          <w:tcPr>
            <w:tcW w:w="1234" w:type="dxa"/>
          </w:tcPr>
          <w:p w14:paraId="7AB0B1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6794AA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D513DB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5,6</w:t>
            </w:r>
          </w:p>
        </w:tc>
      </w:tr>
      <w:tr w:rsidR="006F0136" w:rsidRPr="00D77020" w14:paraId="74A155E3" w14:textId="77777777">
        <w:tc>
          <w:tcPr>
            <w:tcW w:w="1234" w:type="dxa"/>
          </w:tcPr>
          <w:p w14:paraId="23949E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178271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HF-259-в</w:t>
            </w:r>
          </w:p>
        </w:tc>
        <w:tc>
          <w:tcPr>
            <w:tcW w:w="1234" w:type="dxa"/>
          </w:tcPr>
          <w:p w14:paraId="02488F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259</w:t>
            </w:r>
          </w:p>
        </w:tc>
        <w:tc>
          <w:tcPr>
            <w:tcW w:w="1234" w:type="dxa"/>
          </w:tcPr>
          <w:p w14:paraId="34BC62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3A2E9C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292CCB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68A59B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20,6</w:t>
            </w:r>
          </w:p>
        </w:tc>
      </w:tr>
      <w:tr w:rsidR="006F0136" w:rsidRPr="00D77020" w14:paraId="77950A7E" w14:textId="77777777">
        <w:tc>
          <w:tcPr>
            <w:tcW w:w="1234" w:type="dxa"/>
          </w:tcPr>
          <w:p w14:paraId="6C68E8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FA9FE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HF-259-ж</w:t>
            </w:r>
          </w:p>
        </w:tc>
        <w:tc>
          <w:tcPr>
            <w:tcW w:w="1234" w:type="dxa"/>
          </w:tcPr>
          <w:p w14:paraId="07826D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259</w:t>
            </w:r>
          </w:p>
        </w:tc>
        <w:tc>
          <w:tcPr>
            <w:tcW w:w="1234" w:type="dxa"/>
          </w:tcPr>
          <w:p w14:paraId="31A2C7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4CC526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427024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6324030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21,0</w:t>
            </w:r>
          </w:p>
        </w:tc>
      </w:tr>
      <w:tr w:rsidR="006F0136" w:rsidRPr="00D77020" w14:paraId="7030A5D4" w14:textId="77777777">
        <w:tc>
          <w:tcPr>
            <w:tcW w:w="1234" w:type="dxa"/>
          </w:tcPr>
          <w:p w14:paraId="2BC073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11213B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HF-260-к</w:t>
            </w:r>
          </w:p>
        </w:tc>
        <w:tc>
          <w:tcPr>
            <w:tcW w:w="1234" w:type="dxa"/>
          </w:tcPr>
          <w:p w14:paraId="42FE71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260</w:t>
            </w:r>
          </w:p>
        </w:tc>
        <w:tc>
          <w:tcPr>
            <w:tcW w:w="1234" w:type="dxa"/>
          </w:tcPr>
          <w:p w14:paraId="36633D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182E8D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4CF999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1E77ACE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12,6</w:t>
            </w:r>
          </w:p>
        </w:tc>
      </w:tr>
      <w:tr w:rsidR="006F0136" w:rsidRPr="00D77020" w14:paraId="03B5B401" w14:textId="77777777">
        <w:tc>
          <w:tcPr>
            <w:tcW w:w="1234" w:type="dxa"/>
          </w:tcPr>
          <w:p w14:paraId="1556B1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9E9FC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HF-261-д</w:t>
            </w:r>
          </w:p>
        </w:tc>
        <w:tc>
          <w:tcPr>
            <w:tcW w:w="1234" w:type="dxa"/>
          </w:tcPr>
          <w:p w14:paraId="60777B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261</w:t>
            </w:r>
          </w:p>
        </w:tc>
        <w:tc>
          <w:tcPr>
            <w:tcW w:w="1234" w:type="dxa"/>
          </w:tcPr>
          <w:p w14:paraId="62C042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04B4E9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2B6784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D4B101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15,6</w:t>
            </w:r>
          </w:p>
        </w:tc>
      </w:tr>
      <w:tr w:rsidR="006F0136" w:rsidRPr="00D77020" w14:paraId="05B6952E" w14:textId="77777777">
        <w:tc>
          <w:tcPr>
            <w:tcW w:w="1234" w:type="dxa"/>
          </w:tcPr>
          <w:p w14:paraId="6CC735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168A0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HF-261-з</w:t>
            </w:r>
          </w:p>
        </w:tc>
        <w:tc>
          <w:tcPr>
            <w:tcW w:w="1234" w:type="dxa"/>
          </w:tcPr>
          <w:p w14:paraId="15E693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261</w:t>
            </w:r>
          </w:p>
        </w:tc>
        <w:tc>
          <w:tcPr>
            <w:tcW w:w="1234" w:type="dxa"/>
          </w:tcPr>
          <w:p w14:paraId="49B3C2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104BB1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42EA72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72E491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0,9</w:t>
            </w:r>
          </w:p>
        </w:tc>
      </w:tr>
      <w:tr w:rsidR="006F0136" w:rsidRPr="00D77020" w14:paraId="543D80CF" w14:textId="77777777">
        <w:tc>
          <w:tcPr>
            <w:tcW w:w="1234" w:type="dxa"/>
          </w:tcPr>
          <w:p w14:paraId="4885C4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4ECD64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HF-262-т</w:t>
            </w:r>
          </w:p>
        </w:tc>
        <w:tc>
          <w:tcPr>
            <w:tcW w:w="1234" w:type="dxa"/>
          </w:tcPr>
          <w:p w14:paraId="389D6F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262</w:t>
            </w:r>
          </w:p>
        </w:tc>
        <w:tc>
          <w:tcPr>
            <w:tcW w:w="1234" w:type="dxa"/>
          </w:tcPr>
          <w:p w14:paraId="0ABE57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434100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2FB2DA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B71B51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7E00ACC3" w14:textId="77777777">
        <w:tc>
          <w:tcPr>
            <w:tcW w:w="1234" w:type="dxa"/>
          </w:tcPr>
          <w:p w14:paraId="568361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93DD0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HF-263-г</w:t>
            </w:r>
          </w:p>
        </w:tc>
        <w:tc>
          <w:tcPr>
            <w:tcW w:w="1234" w:type="dxa"/>
          </w:tcPr>
          <w:p w14:paraId="2367CA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263</w:t>
            </w:r>
          </w:p>
        </w:tc>
        <w:tc>
          <w:tcPr>
            <w:tcW w:w="1234" w:type="dxa"/>
          </w:tcPr>
          <w:p w14:paraId="5FC5ED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472CD7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1E5AA6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6A9752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23,4</w:t>
            </w:r>
          </w:p>
        </w:tc>
      </w:tr>
      <w:tr w:rsidR="006F0136" w:rsidRPr="00D77020" w14:paraId="40B11095" w14:textId="77777777">
        <w:tc>
          <w:tcPr>
            <w:tcW w:w="1234" w:type="dxa"/>
          </w:tcPr>
          <w:p w14:paraId="7AF0B3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F193B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HF-263-п</w:t>
            </w:r>
          </w:p>
        </w:tc>
        <w:tc>
          <w:tcPr>
            <w:tcW w:w="1234" w:type="dxa"/>
          </w:tcPr>
          <w:p w14:paraId="0619C4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263</w:t>
            </w:r>
          </w:p>
        </w:tc>
        <w:tc>
          <w:tcPr>
            <w:tcW w:w="1234" w:type="dxa"/>
          </w:tcPr>
          <w:p w14:paraId="258421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5910F2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7A3EEF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B860D1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1,6</w:t>
            </w:r>
          </w:p>
        </w:tc>
      </w:tr>
      <w:tr w:rsidR="006F0136" w:rsidRPr="00D77020" w14:paraId="509DBA28" w14:textId="77777777">
        <w:tc>
          <w:tcPr>
            <w:tcW w:w="1234" w:type="dxa"/>
          </w:tcPr>
          <w:p w14:paraId="63D60D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25C46A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HF-263-р</w:t>
            </w:r>
          </w:p>
        </w:tc>
        <w:tc>
          <w:tcPr>
            <w:tcW w:w="1234" w:type="dxa"/>
          </w:tcPr>
          <w:p w14:paraId="7B3704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263</w:t>
            </w:r>
          </w:p>
        </w:tc>
        <w:tc>
          <w:tcPr>
            <w:tcW w:w="1234" w:type="dxa"/>
          </w:tcPr>
          <w:p w14:paraId="08B08A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77C236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70A421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3A51ED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3,3</w:t>
            </w:r>
          </w:p>
        </w:tc>
      </w:tr>
      <w:tr w:rsidR="006F0136" w:rsidRPr="00D77020" w14:paraId="3FAF9798" w14:textId="77777777">
        <w:tc>
          <w:tcPr>
            <w:tcW w:w="1234" w:type="dxa"/>
          </w:tcPr>
          <w:p w14:paraId="4DFB81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449F08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HF-263-ф</w:t>
            </w:r>
          </w:p>
        </w:tc>
        <w:tc>
          <w:tcPr>
            <w:tcW w:w="1234" w:type="dxa"/>
          </w:tcPr>
          <w:p w14:paraId="241530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263</w:t>
            </w:r>
          </w:p>
        </w:tc>
        <w:tc>
          <w:tcPr>
            <w:tcW w:w="1234" w:type="dxa"/>
          </w:tcPr>
          <w:p w14:paraId="5C01B5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ф</w:t>
            </w:r>
          </w:p>
        </w:tc>
        <w:tc>
          <w:tcPr>
            <w:tcW w:w="1234" w:type="dxa"/>
          </w:tcPr>
          <w:p w14:paraId="48A4A5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</w:t>
            </w:r>
          </w:p>
        </w:tc>
        <w:tc>
          <w:tcPr>
            <w:tcW w:w="1234" w:type="dxa"/>
          </w:tcPr>
          <w:p w14:paraId="6F6F6F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10B0AF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4BF5112B" w14:textId="77777777">
        <w:tc>
          <w:tcPr>
            <w:tcW w:w="1234" w:type="dxa"/>
          </w:tcPr>
          <w:p w14:paraId="4E5766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9F4E3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HF-264-е</w:t>
            </w:r>
          </w:p>
        </w:tc>
        <w:tc>
          <w:tcPr>
            <w:tcW w:w="1234" w:type="dxa"/>
          </w:tcPr>
          <w:p w14:paraId="12B5D5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264</w:t>
            </w:r>
          </w:p>
        </w:tc>
        <w:tc>
          <w:tcPr>
            <w:tcW w:w="1234" w:type="dxa"/>
          </w:tcPr>
          <w:p w14:paraId="64D394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23F420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679C3F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7035687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15,7</w:t>
            </w:r>
          </w:p>
        </w:tc>
      </w:tr>
      <w:tr w:rsidR="006F0136" w:rsidRPr="00D77020" w14:paraId="40AEB69F" w14:textId="77777777">
        <w:tc>
          <w:tcPr>
            <w:tcW w:w="1234" w:type="dxa"/>
          </w:tcPr>
          <w:p w14:paraId="13A06F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CD5A8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HF-268-у</w:t>
            </w:r>
          </w:p>
        </w:tc>
        <w:tc>
          <w:tcPr>
            <w:tcW w:w="1234" w:type="dxa"/>
          </w:tcPr>
          <w:p w14:paraId="7BB0F5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268</w:t>
            </w:r>
          </w:p>
        </w:tc>
        <w:tc>
          <w:tcPr>
            <w:tcW w:w="1234" w:type="dxa"/>
          </w:tcPr>
          <w:p w14:paraId="4EB6EC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у</w:t>
            </w:r>
          </w:p>
        </w:tc>
        <w:tc>
          <w:tcPr>
            <w:tcW w:w="1234" w:type="dxa"/>
          </w:tcPr>
          <w:p w14:paraId="5AA5CF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234" w:type="dxa"/>
          </w:tcPr>
          <w:p w14:paraId="260DB9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779F989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3,0</w:t>
            </w:r>
          </w:p>
        </w:tc>
      </w:tr>
      <w:tr w:rsidR="006F0136" w:rsidRPr="00D77020" w14:paraId="04D93ABC" w14:textId="77777777">
        <w:tc>
          <w:tcPr>
            <w:tcW w:w="1234" w:type="dxa"/>
          </w:tcPr>
          <w:p w14:paraId="09A0C7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81A2B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HF-270-б1</w:t>
            </w:r>
          </w:p>
        </w:tc>
        <w:tc>
          <w:tcPr>
            <w:tcW w:w="1234" w:type="dxa"/>
          </w:tcPr>
          <w:p w14:paraId="1EFD98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270</w:t>
            </w:r>
          </w:p>
        </w:tc>
        <w:tc>
          <w:tcPr>
            <w:tcW w:w="1234" w:type="dxa"/>
          </w:tcPr>
          <w:p w14:paraId="01CF3B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б1</w:t>
            </w:r>
          </w:p>
        </w:tc>
        <w:tc>
          <w:tcPr>
            <w:tcW w:w="1234" w:type="dxa"/>
          </w:tcPr>
          <w:p w14:paraId="061C9E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12EA5D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440B697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511F20F3" w14:textId="77777777">
        <w:tc>
          <w:tcPr>
            <w:tcW w:w="1234" w:type="dxa"/>
          </w:tcPr>
          <w:p w14:paraId="1CAEE0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BF747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HF-270-х1</w:t>
            </w:r>
          </w:p>
        </w:tc>
        <w:tc>
          <w:tcPr>
            <w:tcW w:w="1234" w:type="dxa"/>
          </w:tcPr>
          <w:p w14:paraId="58867D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270</w:t>
            </w:r>
          </w:p>
        </w:tc>
        <w:tc>
          <w:tcPr>
            <w:tcW w:w="1234" w:type="dxa"/>
          </w:tcPr>
          <w:p w14:paraId="3A9A26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х1</w:t>
            </w:r>
          </w:p>
        </w:tc>
        <w:tc>
          <w:tcPr>
            <w:tcW w:w="1234" w:type="dxa"/>
          </w:tcPr>
          <w:p w14:paraId="46D111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5D9263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53FAA1D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4,0</w:t>
            </w:r>
          </w:p>
        </w:tc>
      </w:tr>
      <w:tr w:rsidR="006F0136" w:rsidRPr="00D77020" w14:paraId="5EEC1B68" w14:textId="77777777">
        <w:tc>
          <w:tcPr>
            <w:tcW w:w="1234" w:type="dxa"/>
          </w:tcPr>
          <w:p w14:paraId="323FE9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8EB3B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HF-270-ш</w:t>
            </w:r>
          </w:p>
        </w:tc>
        <w:tc>
          <w:tcPr>
            <w:tcW w:w="1234" w:type="dxa"/>
          </w:tcPr>
          <w:p w14:paraId="53522C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270</w:t>
            </w:r>
          </w:p>
        </w:tc>
        <w:tc>
          <w:tcPr>
            <w:tcW w:w="1234" w:type="dxa"/>
          </w:tcPr>
          <w:p w14:paraId="12885E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ш</w:t>
            </w:r>
          </w:p>
        </w:tc>
        <w:tc>
          <w:tcPr>
            <w:tcW w:w="1234" w:type="dxa"/>
          </w:tcPr>
          <w:p w14:paraId="14A158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0CC8BB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0BBFFA2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4,1</w:t>
            </w:r>
          </w:p>
        </w:tc>
      </w:tr>
      <w:tr w:rsidR="006F0136" w:rsidRPr="00D77020" w14:paraId="78485BE9" w14:textId="77777777">
        <w:tc>
          <w:tcPr>
            <w:tcW w:w="1234" w:type="dxa"/>
          </w:tcPr>
          <w:p w14:paraId="22E446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2025</w:t>
            </w:r>
          </w:p>
        </w:tc>
        <w:tc>
          <w:tcPr>
            <w:tcW w:w="1234" w:type="dxa"/>
          </w:tcPr>
          <w:p w14:paraId="2A823D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HF-270-я</w:t>
            </w:r>
          </w:p>
        </w:tc>
        <w:tc>
          <w:tcPr>
            <w:tcW w:w="1234" w:type="dxa"/>
          </w:tcPr>
          <w:p w14:paraId="616E04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270</w:t>
            </w:r>
          </w:p>
        </w:tc>
        <w:tc>
          <w:tcPr>
            <w:tcW w:w="1234" w:type="dxa"/>
          </w:tcPr>
          <w:p w14:paraId="54B273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я</w:t>
            </w:r>
          </w:p>
        </w:tc>
        <w:tc>
          <w:tcPr>
            <w:tcW w:w="1234" w:type="dxa"/>
          </w:tcPr>
          <w:p w14:paraId="5CFAC9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1C0FB4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2198A6E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0DDC3698" w14:textId="77777777">
        <w:tc>
          <w:tcPr>
            <w:tcW w:w="1234" w:type="dxa"/>
          </w:tcPr>
          <w:p w14:paraId="0AFAF1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821F9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HF-272-ю</w:t>
            </w:r>
          </w:p>
        </w:tc>
        <w:tc>
          <w:tcPr>
            <w:tcW w:w="1234" w:type="dxa"/>
          </w:tcPr>
          <w:p w14:paraId="2A633E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272</w:t>
            </w:r>
          </w:p>
        </w:tc>
        <w:tc>
          <w:tcPr>
            <w:tcW w:w="1234" w:type="dxa"/>
          </w:tcPr>
          <w:p w14:paraId="3C6093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ю</w:t>
            </w:r>
          </w:p>
        </w:tc>
        <w:tc>
          <w:tcPr>
            <w:tcW w:w="1234" w:type="dxa"/>
          </w:tcPr>
          <w:p w14:paraId="6000E2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1CFEDC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785C740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27,9</w:t>
            </w:r>
          </w:p>
        </w:tc>
      </w:tr>
      <w:tr w:rsidR="006F0136" w:rsidRPr="00D77020" w14:paraId="1C98F0DA" w14:textId="77777777">
        <w:tc>
          <w:tcPr>
            <w:tcW w:w="1234" w:type="dxa"/>
          </w:tcPr>
          <w:p w14:paraId="542717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AABF9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HF-273-с</w:t>
            </w:r>
          </w:p>
        </w:tc>
        <w:tc>
          <w:tcPr>
            <w:tcW w:w="1234" w:type="dxa"/>
          </w:tcPr>
          <w:p w14:paraId="328341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273</w:t>
            </w:r>
          </w:p>
        </w:tc>
        <w:tc>
          <w:tcPr>
            <w:tcW w:w="1234" w:type="dxa"/>
          </w:tcPr>
          <w:p w14:paraId="7062E2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1C9F73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2C2933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43B89E2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10,3</w:t>
            </w:r>
          </w:p>
        </w:tc>
      </w:tr>
      <w:tr w:rsidR="006F0136" w:rsidRPr="00D77020" w14:paraId="3ED358C0" w14:textId="77777777">
        <w:tc>
          <w:tcPr>
            <w:tcW w:w="1234" w:type="dxa"/>
          </w:tcPr>
          <w:p w14:paraId="325CA0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2677F0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HF-273-ф</w:t>
            </w:r>
          </w:p>
        </w:tc>
        <w:tc>
          <w:tcPr>
            <w:tcW w:w="1234" w:type="dxa"/>
          </w:tcPr>
          <w:p w14:paraId="623FEE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273</w:t>
            </w:r>
          </w:p>
        </w:tc>
        <w:tc>
          <w:tcPr>
            <w:tcW w:w="1234" w:type="dxa"/>
          </w:tcPr>
          <w:p w14:paraId="49AB64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ф</w:t>
            </w:r>
          </w:p>
        </w:tc>
        <w:tc>
          <w:tcPr>
            <w:tcW w:w="1234" w:type="dxa"/>
          </w:tcPr>
          <w:p w14:paraId="4F3002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7FCD3F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00079B0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7F0453BD" w14:textId="77777777">
        <w:tc>
          <w:tcPr>
            <w:tcW w:w="1234" w:type="dxa"/>
          </w:tcPr>
          <w:p w14:paraId="4D0085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28041A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HF-273-х</w:t>
            </w:r>
          </w:p>
        </w:tc>
        <w:tc>
          <w:tcPr>
            <w:tcW w:w="1234" w:type="dxa"/>
          </w:tcPr>
          <w:p w14:paraId="4086DE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273</w:t>
            </w:r>
          </w:p>
        </w:tc>
        <w:tc>
          <w:tcPr>
            <w:tcW w:w="1234" w:type="dxa"/>
          </w:tcPr>
          <w:p w14:paraId="1119AF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х</w:t>
            </w:r>
          </w:p>
        </w:tc>
        <w:tc>
          <w:tcPr>
            <w:tcW w:w="1234" w:type="dxa"/>
          </w:tcPr>
          <w:p w14:paraId="2180B9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625844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6F57311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12,6</w:t>
            </w:r>
          </w:p>
        </w:tc>
      </w:tr>
      <w:tr w:rsidR="006F0136" w:rsidRPr="00D77020" w14:paraId="06268D3C" w14:textId="77777777">
        <w:tc>
          <w:tcPr>
            <w:tcW w:w="1234" w:type="dxa"/>
          </w:tcPr>
          <w:p w14:paraId="640D86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5DA90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HF-274-в</w:t>
            </w:r>
          </w:p>
        </w:tc>
        <w:tc>
          <w:tcPr>
            <w:tcW w:w="1234" w:type="dxa"/>
          </w:tcPr>
          <w:p w14:paraId="5CD646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274</w:t>
            </w:r>
          </w:p>
        </w:tc>
        <w:tc>
          <w:tcPr>
            <w:tcW w:w="1234" w:type="dxa"/>
          </w:tcPr>
          <w:p w14:paraId="235D6F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529151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2BE140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7B805AC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4,8</w:t>
            </w:r>
          </w:p>
        </w:tc>
      </w:tr>
      <w:tr w:rsidR="006F0136" w:rsidRPr="00D77020" w14:paraId="5364B062" w14:textId="77777777">
        <w:tc>
          <w:tcPr>
            <w:tcW w:w="1234" w:type="dxa"/>
          </w:tcPr>
          <w:p w14:paraId="1004F8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29C438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HF-274-м</w:t>
            </w:r>
          </w:p>
        </w:tc>
        <w:tc>
          <w:tcPr>
            <w:tcW w:w="1234" w:type="dxa"/>
          </w:tcPr>
          <w:p w14:paraId="67AF96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274</w:t>
            </w:r>
          </w:p>
        </w:tc>
        <w:tc>
          <w:tcPr>
            <w:tcW w:w="1234" w:type="dxa"/>
          </w:tcPr>
          <w:p w14:paraId="563AA5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22FB42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1C3A6D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0894E6B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5B42E037" w14:textId="77777777">
        <w:tc>
          <w:tcPr>
            <w:tcW w:w="1234" w:type="dxa"/>
          </w:tcPr>
          <w:p w14:paraId="58CF83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2BF9A4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HF-275-м</w:t>
            </w:r>
          </w:p>
        </w:tc>
        <w:tc>
          <w:tcPr>
            <w:tcW w:w="1234" w:type="dxa"/>
          </w:tcPr>
          <w:p w14:paraId="231A94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275</w:t>
            </w:r>
          </w:p>
        </w:tc>
        <w:tc>
          <w:tcPr>
            <w:tcW w:w="1234" w:type="dxa"/>
          </w:tcPr>
          <w:p w14:paraId="4DC87E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1FA555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24BFE9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717CC94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9,4</w:t>
            </w:r>
          </w:p>
        </w:tc>
      </w:tr>
      <w:tr w:rsidR="006F0136" w:rsidRPr="00D77020" w14:paraId="56A6C5CB" w14:textId="77777777">
        <w:tc>
          <w:tcPr>
            <w:tcW w:w="1234" w:type="dxa"/>
          </w:tcPr>
          <w:p w14:paraId="2FA090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DE759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HF-276-з</w:t>
            </w:r>
          </w:p>
        </w:tc>
        <w:tc>
          <w:tcPr>
            <w:tcW w:w="1234" w:type="dxa"/>
          </w:tcPr>
          <w:p w14:paraId="6F61A6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276</w:t>
            </w:r>
          </w:p>
        </w:tc>
        <w:tc>
          <w:tcPr>
            <w:tcW w:w="1234" w:type="dxa"/>
          </w:tcPr>
          <w:p w14:paraId="102AE6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58E64B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15DCEA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572F8FA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0B35342F" w14:textId="77777777">
        <w:tc>
          <w:tcPr>
            <w:tcW w:w="1234" w:type="dxa"/>
          </w:tcPr>
          <w:p w14:paraId="56FEEB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C9FE5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HF-276-и</w:t>
            </w:r>
          </w:p>
        </w:tc>
        <w:tc>
          <w:tcPr>
            <w:tcW w:w="1234" w:type="dxa"/>
          </w:tcPr>
          <w:p w14:paraId="6D4598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276</w:t>
            </w:r>
          </w:p>
        </w:tc>
        <w:tc>
          <w:tcPr>
            <w:tcW w:w="1234" w:type="dxa"/>
          </w:tcPr>
          <w:p w14:paraId="21E655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1C6368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2CABF3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5BB0082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0,9</w:t>
            </w:r>
          </w:p>
        </w:tc>
      </w:tr>
      <w:tr w:rsidR="006F0136" w:rsidRPr="00D77020" w14:paraId="2842282D" w14:textId="77777777">
        <w:tc>
          <w:tcPr>
            <w:tcW w:w="1234" w:type="dxa"/>
          </w:tcPr>
          <w:p w14:paraId="131FA0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F4FD1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HF-276-л</w:t>
            </w:r>
          </w:p>
        </w:tc>
        <w:tc>
          <w:tcPr>
            <w:tcW w:w="1234" w:type="dxa"/>
          </w:tcPr>
          <w:p w14:paraId="74130A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276</w:t>
            </w:r>
          </w:p>
        </w:tc>
        <w:tc>
          <w:tcPr>
            <w:tcW w:w="1234" w:type="dxa"/>
          </w:tcPr>
          <w:p w14:paraId="197689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7393D3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0912A0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2AA5733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3,0</w:t>
            </w:r>
          </w:p>
        </w:tc>
      </w:tr>
      <w:tr w:rsidR="006F0136" w:rsidRPr="00D77020" w14:paraId="63BDE291" w14:textId="77777777">
        <w:tc>
          <w:tcPr>
            <w:tcW w:w="1234" w:type="dxa"/>
          </w:tcPr>
          <w:p w14:paraId="0D0C11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23027C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HF-276-у</w:t>
            </w:r>
          </w:p>
        </w:tc>
        <w:tc>
          <w:tcPr>
            <w:tcW w:w="1234" w:type="dxa"/>
          </w:tcPr>
          <w:p w14:paraId="31775C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276</w:t>
            </w:r>
          </w:p>
        </w:tc>
        <w:tc>
          <w:tcPr>
            <w:tcW w:w="1234" w:type="dxa"/>
          </w:tcPr>
          <w:p w14:paraId="4B1954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у</w:t>
            </w:r>
          </w:p>
        </w:tc>
        <w:tc>
          <w:tcPr>
            <w:tcW w:w="1234" w:type="dxa"/>
          </w:tcPr>
          <w:p w14:paraId="25C752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6AC141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130C8E5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2,2</w:t>
            </w:r>
          </w:p>
        </w:tc>
      </w:tr>
      <w:tr w:rsidR="006F0136" w:rsidRPr="00D77020" w14:paraId="126DBB7A" w14:textId="77777777">
        <w:tc>
          <w:tcPr>
            <w:tcW w:w="1234" w:type="dxa"/>
          </w:tcPr>
          <w:p w14:paraId="06A9C6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A3665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HF-277-б</w:t>
            </w:r>
          </w:p>
        </w:tc>
        <w:tc>
          <w:tcPr>
            <w:tcW w:w="1234" w:type="dxa"/>
          </w:tcPr>
          <w:p w14:paraId="53F337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277</w:t>
            </w:r>
          </w:p>
        </w:tc>
        <w:tc>
          <w:tcPr>
            <w:tcW w:w="1234" w:type="dxa"/>
          </w:tcPr>
          <w:p w14:paraId="349DA5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1EE1C9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56F39D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ADE04D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1,7</w:t>
            </w:r>
          </w:p>
        </w:tc>
      </w:tr>
      <w:tr w:rsidR="006F0136" w:rsidRPr="00D77020" w14:paraId="1E1A00DC" w14:textId="77777777">
        <w:tc>
          <w:tcPr>
            <w:tcW w:w="1234" w:type="dxa"/>
          </w:tcPr>
          <w:p w14:paraId="16BDF0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FBA1C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HF-277-г</w:t>
            </w:r>
          </w:p>
        </w:tc>
        <w:tc>
          <w:tcPr>
            <w:tcW w:w="1234" w:type="dxa"/>
          </w:tcPr>
          <w:p w14:paraId="71D91E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277</w:t>
            </w:r>
          </w:p>
        </w:tc>
        <w:tc>
          <w:tcPr>
            <w:tcW w:w="1234" w:type="dxa"/>
          </w:tcPr>
          <w:p w14:paraId="318560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64D754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33D93A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2FAD156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2,8</w:t>
            </w:r>
          </w:p>
        </w:tc>
      </w:tr>
      <w:tr w:rsidR="006F0136" w:rsidRPr="00D77020" w14:paraId="7D780595" w14:textId="77777777">
        <w:tc>
          <w:tcPr>
            <w:tcW w:w="1234" w:type="dxa"/>
          </w:tcPr>
          <w:p w14:paraId="669FAA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165CBB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HF-277-м</w:t>
            </w:r>
          </w:p>
        </w:tc>
        <w:tc>
          <w:tcPr>
            <w:tcW w:w="1234" w:type="dxa"/>
          </w:tcPr>
          <w:p w14:paraId="7E8977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277</w:t>
            </w:r>
          </w:p>
        </w:tc>
        <w:tc>
          <w:tcPr>
            <w:tcW w:w="1234" w:type="dxa"/>
          </w:tcPr>
          <w:p w14:paraId="7AB182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06DB2E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219567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7BB5833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2,0</w:t>
            </w:r>
          </w:p>
        </w:tc>
      </w:tr>
      <w:tr w:rsidR="006F0136" w:rsidRPr="00D77020" w14:paraId="7A9FF098" w14:textId="77777777">
        <w:tc>
          <w:tcPr>
            <w:tcW w:w="1234" w:type="dxa"/>
          </w:tcPr>
          <w:p w14:paraId="007B2A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1011B7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HF-278-з</w:t>
            </w:r>
          </w:p>
        </w:tc>
        <w:tc>
          <w:tcPr>
            <w:tcW w:w="1234" w:type="dxa"/>
          </w:tcPr>
          <w:p w14:paraId="12A9CA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278</w:t>
            </w:r>
          </w:p>
        </w:tc>
        <w:tc>
          <w:tcPr>
            <w:tcW w:w="1234" w:type="dxa"/>
          </w:tcPr>
          <w:p w14:paraId="16C181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18800E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03C486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559A1C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2,7</w:t>
            </w:r>
          </w:p>
        </w:tc>
      </w:tr>
      <w:tr w:rsidR="006F0136" w:rsidRPr="00D77020" w14:paraId="0A0D4C4C" w14:textId="77777777">
        <w:tc>
          <w:tcPr>
            <w:tcW w:w="1234" w:type="dxa"/>
          </w:tcPr>
          <w:p w14:paraId="64DE00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3C9DC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HF-278-и</w:t>
            </w:r>
          </w:p>
        </w:tc>
        <w:tc>
          <w:tcPr>
            <w:tcW w:w="1234" w:type="dxa"/>
          </w:tcPr>
          <w:p w14:paraId="620DA8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278</w:t>
            </w:r>
          </w:p>
        </w:tc>
        <w:tc>
          <w:tcPr>
            <w:tcW w:w="1234" w:type="dxa"/>
          </w:tcPr>
          <w:p w14:paraId="40FB06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7934F8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0034C3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0345063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4,4</w:t>
            </w:r>
          </w:p>
        </w:tc>
      </w:tr>
      <w:tr w:rsidR="006F0136" w:rsidRPr="00D77020" w14:paraId="1EC8C4CC" w14:textId="77777777">
        <w:tc>
          <w:tcPr>
            <w:tcW w:w="1234" w:type="dxa"/>
          </w:tcPr>
          <w:p w14:paraId="3B34C4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25BD3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HF-278-м</w:t>
            </w:r>
          </w:p>
        </w:tc>
        <w:tc>
          <w:tcPr>
            <w:tcW w:w="1234" w:type="dxa"/>
          </w:tcPr>
          <w:p w14:paraId="47DEA0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278</w:t>
            </w:r>
          </w:p>
        </w:tc>
        <w:tc>
          <w:tcPr>
            <w:tcW w:w="1234" w:type="dxa"/>
          </w:tcPr>
          <w:p w14:paraId="42BCD0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609DA8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1B49BC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76DD31B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2,0</w:t>
            </w:r>
          </w:p>
        </w:tc>
      </w:tr>
      <w:tr w:rsidR="006F0136" w:rsidRPr="00D77020" w14:paraId="27120BCC" w14:textId="77777777">
        <w:tc>
          <w:tcPr>
            <w:tcW w:w="1234" w:type="dxa"/>
          </w:tcPr>
          <w:p w14:paraId="17328A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8E7A4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HF-278-о</w:t>
            </w:r>
          </w:p>
        </w:tc>
        <w:tc>
          <w:tcPr>
            <w:tcW w:w="1234" w:type="dxa"/>
          </w:tcPr>
          <w:p w14:paraId="39A6C1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278</w:t>
            </w:r>
          </w:p>
        </w:tc>
        <w:tc>
          <w:tcPr>
            <w:tcW w:w="1234" w:type="dxa"/>
          </w:tcPr>
          <w:p w14:paraId="4D5DB8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1F6E01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5A362C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B4DE9D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14,0</w:t>
            </w:r>
          </w:p>
        </w:tc>
      </w:tr>
      <w:tr w:rsidR="006F0136" w:rsidRPr="00D77020" w14:paraId="7D97EEC0" w14:textId="77777777">
        <w:tc>
          <w:tcPr>
            <w:tcW w:w="1234" w:type="dxa"/>
          </w:tcPr>
          <w:p w14:paraId="7A5B47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1ACA7B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HF-278-у</w:t>
            </w:r>
          </w:p>
        </w:tc>
        <w:tc>
          <w:tcPr>
            <w:tcW w:w="1234" w:type="dxa"/>
          </w:tcPr>
          <w:p w14:paraId="64F108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278</w:t>
            </w:r>
          </w:p>
        </w:tc>
        <w:tc>
          <w:tcPr>
            <w:tcW w:w="1234" w:type="dxa"/>
          </w:tcPr>
          <w:p w14:paraId="0DEDC9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у</w:t>
            </w:r>
          </w:p>
        </w:tc>
        <w:tc>
          <w:tcPr>
            <w:tcW w:w="1234" w:type="dxa"/>
          </w:tcPr>
          <w:p w14:paraId="765AC4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1326A4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C914F3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7,0</w:t>
            </w:r>
          </w:p>
        </w:tc>
      </w:tr>
      <w:tr w:rsidR="006F0136" w:rsidRPr="00D77020" w14:paraId="1D219215" w14:textId="77777777">
        <w:tc>
          <w:tcPr>
            <w:tcW w:w="1234" w:type="dxa"/>
          </w:tcPr>
          <w:p w14:paraId="48AF47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761FC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HF-280-а</w:t>
            </w:r>
          </w:p>
        </w:tc>
        <w:tc>
          <w:tcPr>
            <w:tcW w:w="1234" w:type="dxa"/>
          </w:tcPr>
          <w:p w14:paraId="5531FE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280</w:t>
            </w:r>
          </w:p>
        </w:tc>
        <w:tc>
          <w:tcPr>
            <w:tcW w:w="1234" w:type="dxa"/>
          </w:tcPr>
          <w:p w14:paraId="79EBF1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6B94A9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4133C8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7AA4BE3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7,0</w:t>
            </w:r>
          </w:p>
        </w:tc>
      </w:tr>
      <w:tr w:rsidR="006F0136" w:rsidRPr="00D77020" w14:paraId="6F03F276" w14:textId="77777777">
        <w:tc>
          <w:tcPr>
            <w:tcW w:w="1234" w:type="dxa"/>
          </w:tcPr>
          <w:p w14:paraId="2BEDE4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605C52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HF-280-в</w:t>
            </w:r>
          </w:p>
        </w:tc>
        <w:tc>
          <w:tcPr>
            <w:tcW w:w="1234" w:type="dxa"/>
          </w:tcPr>
          <w:p w14:paraId="50D26A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280</w:t>
            </w:r>
          </w:p>
        </w:tc>
        <w:tc>
          <w:tcPr>
            <w:tcW w:w="1234" w:type="dxa"/>
          </w:tcPr>
          <w:p w14:paraId="3345C6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16D80A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791D37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70E7285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0E8983E3" w14:textId="77777777">
        <w:tc>
          <w:tcPr>
            <w:tcW w:w="1234" w:type="dxa"/>
          </w:tcPr>
          <w:p w14:paraId="05799D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258D52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HF-280-т</w:t>
            </w:r>
          </w:p>
        </w:tc>
        <w:tc>
          <w:tcPr>
            <w:tcW w:w="1234" w:type="dxa"/>
          </w:tcPr>
          <w:p w14:paraId="399B3B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280</w:t>
            </w:r>
          </w:p>
        </w:tc>
        <w:tc>
          <w:tcPr>
            <w:tcW w:w="1234" w:type="dxa"/>
          </w:tcPr>
          <w:p w14:paraId="13589D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49AA42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23C6D6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1E32664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24F78CF4" w14:textId="77777777">
        <w:tc>
          <w:tcPr>
            <w:tcW w:w="1234" w:type="dxa"/>
          </w:tcPr>
          <w:p w14:paraId="4C955E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1960C9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HF-280-ф</w:t>
            </w:r>
          </w:p>
        </w:tc>
        <w:tc>
          <w:tcPr>
            <w:tcW w:w="1234" w:type="dxa"/>
          </w:tcPr>
          <w:p w14:paraId="312FBC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280</w:t>
            </w:r>
          </w:p>
        </w:tc>
        <w:tc>
          <w:tcPr>
            <w:tcW w:w="1234" w:type="dxa"/>
          </w:tcPr>
          <w:p w14:paraId="0F4D29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ф</w:t>
            </w:r>
          </w:p>
        </w:tc>
        <w:tc>
          <w:tcPr>
            <w:tcW w:w="1234" w:type="dxa"/>
          </w:tcPr>
          <w:p w14:paraId="1E2E3B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6EA62B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77DAEE5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1,0</w:t>
            </w:r>
          </w:p>
        </w:tc>
      </w:tr>
      <w:tr w:rsidR="006F0136" w:rsidRPr="00D77020" w14:paraId="4B66D455" w14:textId="77777777">
        <w:tc>
          <w:tcPr>
            <w:tcW w:w="1234" w:type="dxa"/>
          </w:tcPr>
          <w:p w14:paraId="47E729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A2C60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HF-280-ц</w:t>
            </w:r>
          </w:p>
        </w:tc>
        <w:tc>
          <w:tcPr>
            <w:tcW w:w="1234" w:type="dxa"/>
          </w:tcPr>
          <w:p w14:paraId="638034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280</w:t>
            </w:r>
          </w:p>
        </w:tc>
        <w:tc>
          <w:tcPr>
            <w:tcW w:w="1234" w:type="dxa"/>
          </w:tcPr>
          <w:p w14:paraId="487925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ц</w:t>
            </w:r>
          </w:p>
        </w:tc>
        <w:tc>
          <w:tcPr>
            <w:tcW w:w="1234" w:type="dxa"/>
          </w:tcPr>
          <w:p w14:paraId="6A99EA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2DD721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31209E5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0,8</w:t>
            </w:r>
          </w:p>
        </w:tc>
      </w:tr>
      <w:tr w:rsidR="006F0136" w:rsidRPr="00D77020" w14:paraId="176B1F31" w14:textId="77777777">
        <w:tc>
          <w:tcPr>
            <w:tcW w:w="1234" w:type="dxa"/>
          </w:tcPr>
          <w:p w14:paraId="42EC96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94BDE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HF-281-з</w:t>
            </w:r>
          </w:p>
        </w:tc>
        <w:tc>
          <w:tcPr>
            <w:tcW w:w="1234" w:type="dxa"/>
          </w:tcPr>
          <w:p w14:paraId="3E9B0D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281</w:t>
            </w:r>
          </w:p>
        </w:tc>
        <w:tc>
          <w:tcPr>
            <w:tcW w:w="1234" w:type="dxa"/>
          </w:tcPr>
          <w:p w14:paraId="5D7135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5B0C2C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7D1EA2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B5E9AF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1,1</w:t>
            </w:r>
          </w:p>
        </w:tc>
      </w:tr>
      <w:tr w:rsidR="006F0136" w:rsidRPr="00D77020" w14:paraId="71846F4E" w14:textId="77777777">
        <w:tc>
          <w:tcPr>
            <w:tcW w:w="1234" w:type="dxa"/>
          </w:tcPr>
          <w:p w14:paraId="039856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62D9D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HF-281-м</w:t>
            </w:r>
          </w:p>
        </w:tc>
        <w:tc>
          <w:tcPr>
            <w:tcW w:w="1234" w:type="dxa"/>
          </w:tcPr>
          <w:p w14:paraId="1F0EDC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281</w:t>
            </w:r>
          </w:p>
        </w:tc>
        <w:tc>
          <w:tcPr>
            <w:tcW w:w="1234" w:type="dxa"/>
          </w:tcPr>
          <w:p w14:paraId="182020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23831D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780C01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7FB22D6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17,8</w:t>
            </w:r>
          </w:p>
        </w:tc>
      </w:tr>
      <w:tr w:rsidR="006F0136" w:rsidRPr="00D77020" w14:paraId="27D13DF2" w14:textId="77777777">
        <w:tc>
          <w:tcPr>
            <w:tcW w:w="1234" w:type="dxa"/>
          </w:tcPr>
          <w:p w14:paraId="00AEE7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0FA46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HF-288-г</w:t>
            </w:r>
          </w:p>
        </w:tc>
        <w:tc>
          <w:tcPr>
            <w:tcW w:w="1234" w:type="dxa"/>
          </w:tcPr>
          <w:p w14:paraId="2C8236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288</w:t>
            </w:r>
          </w:p>
        </w:tc>
        <w:tc>
          <w:tcPr>
            <w:tcW w:w="1234" w:type="dxa"/>
          </w:tcPr>
          <w:p w14:paraId="1A7C07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232DDF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31E47B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557793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2,4</w:t>
            </w:r>
          </w:p>
        </w:tc>
      </w:tr>
      <w:tr w:rsidR="006F0136" w:rsidRPr="00D77020" w14:paraId="4991CAF0" w14:textId="77777777">
        <w:tc>
          <w:tcPr>
            <w:tcW w:w="1234" w:type="dxa"/>
          </w:tcPr>
          <w:p w14:paraId="21422B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2799B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HF-291-г</w:t>
            </w:r>
          </w:p>
        </w:tc>
        <w:tc>
          <w:tcPr>
            <w:tcW w:w="1234" w:type="dxa"/>
          </w:tcPr>
          <w:p w14:paraId="0E548B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291</w:t>
            </w:r>
          </w:p>
        </w:tc>
        <w:tc>
          <w:tcPr>
            <w:tcW w:w="1234" w:type="dxa"/>
          </w:tcPr>
          <w:p w14:paraId="5C867A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2E1089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4B80F6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2D81046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4,2</w:t>
            </w:r>
          </w:p>
        </w:tc>
      </w:tr>
      <w:tr w:rsidR="006F0136" w:rsidRPr="00D77020" w14:paraId="3E16096C" w14:textId="77777777">
        <w:tc>
          <w:tcPr>
            <w:tcW w:w="1234" w:type="dxa"/>
          </w:tcPr>
          <w:p w14:paraId="792340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87D2D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HF-294-к</w:t>
            </w:r>
          </w:p>
        </w:tc>
        <w:tc>
          <w:tcPr>
            <w:tcW w:w="1234" w:type="dxa"/>
          </w:tcPr>
          <w:p w14:paraId="553F4E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294</w:t>
            </w:r>
          </w:p>
        </w:tc>
        <w:tc>
          <w:tcPr>
            <w:tcW w:w="1234" w:type="dxa"/>
          </w:tcPr>
          <w:p w14:paraId="78A888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747AD5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276000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28FE47D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6,5</w:t>
            </w:r>
          </w:p>
        </w:tc>
      </w:tr>
      <w:tr w:rsidR="006F0136" w:rsidRPr="00D77020" w14:paraId="554986BC" w14:textId="77777777">
        <w:tc>
          <w:tcPr>
            <w:tcW w:w="1234" w:type="dxa"/>
          </w:tcPr>
          <w:p w14:paraId="6E744E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EFAFF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HF-295-б1</w:t>
            </w:r>
          </w:p>
        </w:tc>
        <w:tc>
          <w:tcPr>
            <w:tcW w:w="1234" w:type="dxa"/>
          </w:tcPr>
          <w:p w14:paraId="7E2A30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295</w:t>
            </w:r>
          </w:p>
        </w:tc>
        <w:tc>
          <w:tcPr>
            <w:tcW w:w="1234" w:type="dxa"/>
          </w:tcPr>
          <w:p w14:paraId="3382DB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б1</w:t>
            </w:r>
          </w:p>
        </w:tc>
        <w:tc>
          <w:tcPr>
            <w:tcW w:w="1234" w:type="dxa"/>
          </w:tcPr>
          <w:p w14:paraId="3E281F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245C32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7FF7822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13,3</w:t>
            </w:r>
          </w:p>
        </w:tc>
      </w:tr>
      <w:tr w:rsidR="006F0136" w:rsidRPr="00D77020" w14:paraId="5E353DA7" w14:textId="77777777">
        <w:tc>
          <w:tcPr>
            <w:tcW w:w="1234" w:type="dxa"/>
          </w:tcPr>
          <w:p w14:paraId="00C2AF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47CD7C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HF-295-м</w:t>
            </w:r>
          </w:p>
        </w:tc>
        <w:tc>
          <w:tcPr>
            <w:tcW w:w="1234" w:type="dxa"/>
          </w:tcPr>
          <w:p w14:paraId="31345A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295</w:t>
            </w:r>
          </w:p>
        </w:tc>
        <w:tc>
          <w:tcPr>
            <w:tcW w:w="1234" w:type="dxa"/>
          </w:tcPr>
          <w:p w14:paraId="407B16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4D2568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2F34FC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1ECDF4C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78B564EC" w14:textId="77777777">
        <w:tc>
          <w:tcPr>
            <w:tcW w:w="1234" w:type="dxa"/>
          </w:tcPr>
          <w:p w14:paraId="3B8B20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6359CA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HF-295-п</w:t>
            </w:r>
          </w:p>
        </w:tc>
        <w:tc>
          <w:tcPr>
            <w:tcW w:w="1234" w:type="dxa"/>
          </w:tcPr>
          <w:p w14:paraId="06CC7F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295</w:t>
            </w:r>
          </w:p>
        </w:tc>
        <w:tc>
          <w:tcPr>
            <w:tcW w:w="1234" w:type="dxa"/>
          </w:tcPr>
          <w:p w14:paraId="6E3248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1A0799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30A7E5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3410846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11,4</w:t>
            </w:r>
          </w:p>
        </w:tc>
      </w:tr>
      <w:tr w:rsidR="006F0136" w:rsidRPr="00D77020" w14:paraId="4D83181B" w14:textId="77777777">
        <w:tc>
          <w:tcPr>
            <w:tcW w:w="1234" w:type="dxa"/>
          </w:tcPr>
          <w:p w14:paraId="61EDA0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42C94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HF-296-м</w:t>
            </w:r>
          </w:p>
        </w:tc>
        <w:tc>
          <w:tcPr>
            <w:tcW w:w="1234" w:type="dxa"/>
          </w:tcPr>
          <w:p w14:paraId="6D403E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296</w:t>
            </w:r>
          </w:p>
        </w:tc>
        <w:tc>
          <w:tcPr>
            <w:tcW w:w="1234" w:type="dxa"/>
          </w:tcPr>
          <w:p w14:paraId="549795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565A2F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180</w:t>
            </w:r>
          </w:p>
        </w:tc>
        <w:tc>
          <w:tcPr>
            <w:tcW w:w="1234" w:type="dxa"/>
          </w:tcPr>
          <w:p w14:paraId="5CE638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71F0EB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1,6</w:t>
            </w:r>
          </w:p>
        </w:tc>
      </w:tr>
      <w:tr w:rsidR="006F0136" w:rsidRPr="00D77020" w14:paraId="226D0C5D" w14:textId="77777777">
        <w:tc>
          <w:tcPr>
            <w:tcW w:w="1234" w:type="dxa"/>
          </w:tcPr>
          <w:p w14:paraId="394097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DEFC6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HF-296-п</w:t>
            </w:r>
          </w:p>
        </w:tc>
        <w:tc>
          <w:tcPr>
            <w:tcW w:w="1234" w:type="dxa"/>
          </w:tcPr>
          <w:p w14:paraId="72997B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296</w:t>
            </w:r>
          </w:p>
        </w:tc>
        <w:tc>
          <w:tcPr>
            <w:tcW w:w="1234" w:type="dxa"/>
          </w:tcPr>
          <w:p w14:paraId="05306E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2DFBA4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180</w:t>
            </w:r>
          </w:p>
        </w:tc>
        <w:tc>
          <w:tcPr>
            <w:tcW w:w="1234" w:type="dxa"/>
          </w:tcPr>
          <w:p w14:paraId="29EA19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14E7F9F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3,7</w:t>
            </w:r>
          </w:p>
        </w:tc>
      </w:tr>
      <w:tr w:rsidR="006F0136" w:rsidRPr="00D77020" w14:paraId="0933C9AF" w14:textId="77777777">
        <w:tc>
          <w:tcPr>
            <w:tcW w:w="1234" w:type="dxa"/>
          </w:tcPr>
          <w:p w14:paraId="4C8015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68D497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HF-297-б</w:t>
            </w:r>
          </w:p>
        </w:tc>
        <w:tc>
          <w:tcPr>
            <w:tcW w:w="1234" w:type="dxa"/>
          </w:tcPr>
          <w:p w14:paraId="3ED65A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297</w:t>
            </w:r>
          </w:p>
        </w:tc>
        <w:tc>
          <w:tcPr>
            <w:tcW w:w="1234" w:type="dxa"/>
          </w:tcPr>
          <w:p w14:paraId="40592D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3825BA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1A7D67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5803146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7,5</w:t>
            </w:r>
          </w:p>
        </w:tc>
      </w:tr>
      <w:tr w:rsidR="006F0136" w:rsidRPr="00D77020" w14:paraId="6302AFA4" w14:textId="77777777">
        <w:tc>
          <w:tcPr>
            <w:tcW w:w="1234" w:type="dxa"/>
          </w:tcPr>
          <w:p w14:paraId="22CCEC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2A99F7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HF-297-б1</w:t>
            </w:r>
          </w:p>
        </w:tc>
        <w:tc>
          <w:tcPr>
            <w:tcW w:w="1234" w:type="dxa"/>
          </w:tcPr>
          <w:p w14:paraId="6FCA96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297</w:t>
            </w:r>
          </w:p>
        </w:tc>
        <w:tc>
          <w:tcPr>
            <w:tcW w:w="1234" w:type="dxa"/>
          </w:tcPr>
          <w:p w14:paraId="49EFEE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б1</w:t>
            </w:r>
          </w:p>
        </w:tc>
        <w:tc>
          <w:tcPr>
            <w:tcW w:w="1234" w:type="dxa"/>
          </w:tcPr>
          <w:p w14:paraId="14AAE5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7B25FF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BCF83D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14,4</w:t>
            </w:r>
          </w:p>
        </w:tc>
      </w:tr>
      <w:tr w:rsidR="006F0136" w:rsidRPr="00D77020" w14:paraId="161708BC" w14:textId="77777777">
        <w:tc>
          <w:tcPr>
            <w:tcW w:w="1234" w:type="dxa"/>
          </w:tcPr>
          <w:p w14:paraId="791918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2C3F1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HF-297-ж</w:t>
            </w:r>
          </w:p>
        </w:tc>
        <w:tc>
          <w:tcPr>
            <w:tcW w:w="1234" w:type="dxa"/>
          </w:tcPr>
          <w:p w14:paraId="421169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297</w:t>
            </w:r>
          </w:p>
        </w:tc>
        <w:tc>
          <w:tcPr>
            <w:tcW w:w="1234" w:type="dxa"/>
          </w:tcPr>
          <w:p w14:paraId="30FA76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13943A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389108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EF8B3D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2,3</w:t>
            </w:r>
          </w:p>
        </w:tc>
      </w:tr>
      <w:tr w:rsidR="006F0136" w:rsidRPr="00D77020" w14:paraId="64077D1B" w14:textId="77777777">
        <w:tc>
          <w:tcPr>
            <w:tcW w:w="1234" w:type="dxa"/>
          </w:tcPr>
          <w:p w14:paraId="0CB6C3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A7410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HF-297-з</w:t>
            </w:r>
          </w:p>
        </w:tc>
        <w:tc>
          <w:tcPr>
            <w:tcW w:w="1234" w:type="dxa"/>
          </w:tcPr>
          <w:p w14:paraId="319A97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297</w:t>
            </w:r>
          </w:p>
        </w:tc>
        <w:tc>
          <w:tcPr>
            <w:tcW w:w="1234" w:type="dxa"/>
          </w:tcPr>
          <w:p w14:paraId="12B9A6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773D45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04B126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B27E1A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6,7</w:t>
            </w:r>
          </w:p>
        </w:tc>
      </w:tr>
      <w:tr w:rsidR="006F0136" w:rsidRPr="00D77020" w14:paraId="4FD27757" w14:textId="77777777">
        <w:tc>
          <w:tcPr>
            <w:tcW w:w="1234" w:type="dxa"/>
          </w:tcPr>
          <w:p w14:paraId="0E5767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4A311C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HF-298-б</w:t>
            </w:r>
          </w:p>
        </w:tc>
        <w:tc>
          <w:tcPr>
            <w:tcW w:w="1234" w:type="dxa"/>
          </w:tcPr>
          <w:p w14:paraId="592A02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298</w:t>
            </w:r>
          </w:p>
        </w:tc>
        <w:tc>
          <w:tcPr>
            <w:tcW w:w="1234" w:type="dxa"/>
          </w:tcPr>
          <w:p w14:paraId="3BB618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53D94B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5230F7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3B914A0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0,6</w:t>
            </w:r>
          </w:p>
        </w:tc>
      </w:tr>
      <w:tr w:rsidR="006F0136" w:rsidRPr="00D77020" w14:paraId="61727BFC" w14:textId="77777777">
        <w:tc>
          <w:tcPr>
            <w:tcW w:w="1234" w:type="dxa"/>
          </w:tcPr>
          <w:p w14:paraId="58391B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21D912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HF-299-б</w:t>
            </w:r>
          </w:p>
        </w:tc>
        <w:tc>
          <w:tcPr>
            <w:tcW w:w="1234" w:type="dxa"/>
          </w:tcPr>
          <w:p w14:paraId="1FA83E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299</w:t>
            </w:r>
          </w:p>
        </w:tc>
        <w:tc>
          <w:tcPr>
            <w:tcW w:w="1234" w:type="dxa"/>
          </w:tcPr>
          <w:p w14:paraId="1484BB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4312B2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3F4DE2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29F61AE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39B786C5" w14:textId="77777777">
        <w:tc>
          <w:tcPr>
            <w:tcW w:w="1234" w:type="dxa"/>
          </w:tcPr>
          <w:p w14:paraId="000B66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06C56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HF-300-о</w:t>
            </w:r>
          </w:p>
        </w:tc>
        <w:tc>
          <w:tcPr>
            <w:tcW w:w="1234" w:type="dxa"/>
          </w:tcPr>
          <w:p w14:paraId="673A63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300</w:t>
            </w:r>
          </w:p>
        </w:tc>
        <w:tc>
          <w:tcPr>
            <w:tcW w:w="1234" w:type="dxa"/>
          </w:tcPr>
          <w:p w14:paraId="4601C6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4D1B1C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241322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D0CA8E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4,9</w:t>
            </w:r>
          </w:p>
        </w:tc>
      </w:tr>
      <w:tr w:rsidR="006F0136" w:rsidRPr="00D77020" w14:paraId="7FBC5522" w14:textId="77777777">
        <w:tc>
          <w:tcPr>
            <w:tcW w:w="1234" w:type="dxa"/>
          </w:tcPr>
          <w:p w14:paraId="50BA14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DC093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HF-301-в</w:t>
            </w:r>
          </w:p>
        </w:tc>
        <w:tc>
          <w:tcPr>
            <w:tcW w:w="1234" w:type="dxa"/>
          </w:tcPr>
          <w:p w14:paraId="2FE838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301</w:t>
            </w:r>
          </w:p>
        </w:tc>
        <w:tc>
          <w:tcPr>
            <w:tcW w:w="1234" w:type="dxa"/>
          </w:tcPr>
          <w:p w14:paraId="7AD012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1B7239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0814E1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2408C6B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1,4</w:t>
            </w:r>
          </w:p>
        </w:tc>
      </w:tr>
      <w:tr w:rsidR="006F0136" w:rsidRPr="00D77020" w14:paraId="2BFEEAC2" w14:textId="77777777">
        <w:tc>
          <w:tcPr>
            <w:tcW w:w="1234" w:type="dxa"/>
          </w:tcPr>
          <w:p w14:paraId="771B06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62E157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HF-301-н</w:t>
            </w:r>
          </w:p>
        </w:tc>
        <w:tc>
          <w:tcPr>
            <w:tcW w:w="1234" w:type="dxa"/>
          </w:tcPr>
          <w:p w14:paraId="79E18A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301</w:t>
            </w:r>
          </w:p>
        </w:tc>
        <w:tc>
          <w:tcPr>
            <w:tcW w:w="1234" w:type="dxa"/>
          </w:tcPr>
          <w:p w14:paraId="5C7B5F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03FD7F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2F2397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03854D9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2,3</w:t>
            </w:r>
          </w:p>
        </w:tc>
      </w:tr>
      <w:tr w:rsidR="006F0136" w:rsidRPr="00D77020" w14:paraId="4F80C82E" w14:textId="77777777">
        <w:tc>
          <w:tcPr>
            <w:tcW w:w="1234" w:type="dxa"/>
          </w:tcPr>
          <w:p w14:paraId="6D80D7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2E511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HF-301-т</w:t>
            </w:r>
          </w:p>
        </w:tc>
        <w:tc>
          <w:tcPr>
            <w:tcW w:w="1234" w:type="dxa"/>
          </w:tcPr>
          <w:p w14:paraId="28EC60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301</w:t>
            </w:r>
          </w:p>
        </w:tc>
        <w:tc>
          <w:tcPr>
            <w:tcW w:w="1234" w:type="dxa"/>
          </w:tcPr>
          <w:p w14:paraId="0F3BEE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0929FD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2AFEC2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A829AF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5,3</w:t>
            </w:r>
          </w:p>
        </w:tc>
      </w:tr>
      <w:tr w:rsidR="006F0136" w:rsidRPr="00D77020" w14:paraId="605BE470" w14:textId="77777777">
        <w:tc>
          <w:tcPr>
            <w:tcW w:w="1234" w:type="dxa"/>
          </w:tcPr>
          <w:p w14:paraId="1A8C78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19FBC1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HF-302-в</w:t>
            </w:r>
          </w:p>
        </w:tc>
        <w:tc>
          <w:tcPr>
            <w:tcW w:w="1234" w:type="dxa"/>
          </w:tcPr>
          <w:p w14:paraId="6A43DA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302</w:t>
            </w:r>
          </w:p>
        </w:tc>
        <w:tc>
          <w:tcPr>
            <w:tcW w:w="1234" w:type="dxa"/>
          </w:tcPr>
          <w:p w14:paraId="4817E5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57C182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35C16D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8A5813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6,7</w:t>
            </w:r>
          </w:p>
        </w:tc>
      </w:tr>
      <w:tr w:rsidR="006F0136" w:rsidRPr="00D77020" w14:paraId="369248B1" w14:textId="77777777">
        <w:tc>
          <w:tcPr>
            <w:tcW w:w="1234" w:type="dxa"/>
          </w:tcPr>
          <w:p w14:paraId="405790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A4A9E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HF-302-и</w:t>
            </w:r>
          </w:p>
        </w:tc>
        <w:tc>
          <w:tcPr>
            <w:tcW w:w="1234" w:type="dxa"/>
          </w:tcPr>
          <w:p w14:paraId="1B9FFC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302</w:t>
            </w:r>
          </w:p>
        </w:tc>
        <w:tc>
          <w:tcPr>
            <w:tcW w:w="1234" w:type="dxa"/>
          </w:tcPr>
          <w:p w14:paraId="63991A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039461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6E7ED2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25DE12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1,9</w:t>
            </w:r>
          </w:p>
        </w:tc>
      </w:tr>
      <w:tr w:rsidR="006F0136" w:rsidRPr="00D77020" w14:paraId="2AB94ED0" w14:textId="77777777">
        <w:tc>
          <w:tcPr>
            <w:tcW w:w="1234" w:type="dxa"/>
          </w:tcPr>
          <w:p w14:paraId="24FB6D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CA06C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HF-302-т</w:t>
            </w:r>
          </w:p>
        </w:tc>
        <w:tc>
          <w:tcPr>
            <w:tcW w:w="1234" w:type="dxa"/>
          </w:tcPr>
          <w:p w14:paraId="117F5A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302</w:t>
            </w:r>
          </w:p>
        </w:tc>
        <w:tc>
          <w:tcPr>
            <w:tcW w:w="1234" w:type="dxa"/>
          </w:tcPr>
          <w:p w14:paraId="5DB32B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3DA899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081020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6DC49C9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22,0</w:t>
            </w:r>
          </w:p>
        </w:tc>
      </w:tr>
      <w:tr w:rsidR="006F0136" w:rsidRPr="00D77020" w14:paraId="138E7851" w14:textId="77777777">
        <w:tc>
          <w:tcPr>
            <w:tcW w:w="1234" w:type="dxa"/>
          </w:tcPr>
          <w:p w14:paraId="22114D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CCFE8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HF-303-и</w:t>
            </w:r>
          </w:p>
        </w:tc>
        <w:tc>
          <w:tcPr>
            <w:tcW w:w="1234" w:type="dxa"/>
          </w:tcPr>
          <w:p w14:paraId="1F1398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303</w:t>
            </w:r>
          </w:p>
        </w:tc>
        <w:tc>
          <w:tcPr>
            <w:tcW w:w="1234" w:type="dxa"/>
          </w:tcPr>
          <w:p w14:paraId="4DC696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568835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427614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470E884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5,3</w:t>
            </w:r>
          </w:p>
        </w:tc>
      </w:tr>
      <w:tr w:rsidR="006F0136" w:rsidRPr="00D77020" w14:paraId="668A3FC6" w14:textId="77777777">
        <w:tc>
          <w:tcPr>
            <w:tcW w:w="1234" w:type="dxa"/>
          </w:tcPr>
          <w:p w14:paraId="5BAA66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2025</w:t>
            </w:r>
          </w:p>
        </w:tc>
        <w:tc>
          <w:tcPr>
            <w:tcW w:w="1234" w:type="dxa"/>
          </w:tcPr>
          <w:p w14:paraId="331FF4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HF-303-н</w:t>
            </w:r>
          </w:p>
        </w:tc>
        <w:tc>
          <w:tcPr>
            <w:tcW w:w="1234" w:type="dxa"/>
          </w:tcPr>
          <w:p w14:paraId="6BF72F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303</w:t>
            </w:r>
          </w:p>
        </w:tc>
        <w:tc>
          <w:tcPr>
            <w:tcW w:w="1234" w:type="dxa"/>
          </w:tcPr>
          <w:p w14:paraId="04F686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009633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1D41F3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62F7AE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8,0</w:t>
            </w:r>
          </w:p>
        </w:tc>
      </w:tr>
      <w:tr w:rsidR="006F0136" w:rsidRPr="00D77020" w14:paraId="2705EEF6" w14:textId="77777777">
        <w:tc>
          <w:tcPr>
            <w:tcW w:w="1234" w:type="dxa"/>
          </w:tcPr>
          <w:p w14:paraId="60BD87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61FC7A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HF-303-р</w:t>
            </w:r>
          </w:p>
        </w:tc>
        <w:tc>
          <w:tcPr>
            <w:tcW w:w="1234" w:type="dxa"/>
          </w:tcPr>
          <w:p w14:paraId="2DF73E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303</w:t>
            </w:r>
          </w:p>
        </w:tc>
        <w:tc>
          <w:tcPr>
            <w:tcW w:w="1234" w:type="dxa"/>
          </w:tcPr>
          <w:p w14:paraId="01360F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11EB15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02A48B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D865F6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3,1</w:t>
            </w:r>
          </w:p>
        </w:tc>
      </w:tr>
      <w:tr w:rsidR="006F0136" w:rsidRPr="00D77020" w14:paraId="6126C064" w14:textId="77777777">
        <w:tc>
          <w:tcPr>
            <w:tcW w:w="1234" w:type="dxa"/>
          </w:tcPr>
          <w:p w14:paraId="29AD16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04DC2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HF-304-у</w:t>
            </w:r>
          </w:p>
        </w:tc>
        <w:tc>
          <w:tcPr>
            <w:tcW w:w="1234" w:type="dxa"/>
          </w:tcPr>
          <w:p w14:paraId="723415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304</w:t>
            </w:r>
          </w:p>
        </w:tc>
        <w:tc>
          <w:tcPr>
            <w:tcW w:w="1234" w:type="dxa"/>
          </w:tcPr>
          <w:p w14:paraId="532188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у</w:t>
            </w:r>
          </w:p>
        </w:tc>
        <w:tc>
          <w:tcPr>
            <w:tcW w:w="1234" w:type="dxa"/>
          </w:tcPr>
          <w:p w14:paraId="488D07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655A9C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0420E2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17,4</w:t>
            </w:r>
          </w:p>
        </w:tc>
      </w:tr>
      <w:tr w:rsidR="006F0136" w:rsidRPr="00D77020" w14:paraId="2934F17C" w14:textId="77777777">
        <w:tc>
          <w:tcPr>
            <w:tcW w:w="1234" w:type="dxa"/>
          </w:tcPr>
          <w:p w14:paraId="26AFB9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E7343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HF-305-п</w:t>
            </w:r>
          </w:p>
        </w:tc>
        <w:tc>
          <w:tcPr>
            <w:tcW w:w="1234" w:type="dxa"/>
          </w:tcPr>
          <w:p w14:paraId="670443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305</w:t>
            </w:r>
          </w:p>
        </w:tc>
        <w:tc>
          <w:tcPr>
            <w:tcW w:w="1234" w:type="dxa"/>
          </w:tcPr>
          <w:p w14:paraId="29AA42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03C7F9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29C370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9BE6BA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5,4</w:t>
            </w:r>
          </w:p>
        </w:tc>
      </w:tr>
      <w:tr w:rsidR="006F0136" w:rsidRPr="00D77020" w14:paraId="2609A056" w14:textId="77777777">
        <w:tc>
          <w:tcPr>
            <w:tcW w:w="1234" w:type="dxa"/>
          </w:tcPr>
          <w:p w14:paraId="6F20F9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F15C9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HF-305-р</w:t>
            </w:r>
          </w:p>
        </w:tc>
        <w:tc>
          <w:tcPr>
            <w:tcW w:w="1234" w:type="dxa"/>
          </w:tcPr>
          <w:p w14:paraId="61CD80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305</w:t>
            </w:r>
          </w:p>
        </w:tc>
        <w:tc>
          <w:tcPr>
            <w:tcW w:w="1234" w:type="dxa"/>
          </w:tcPr>
          <w:p w14:paraId="23C318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0EA10A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532E02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7348CC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3,8</w:t>
            </w:r>
          </w:p>
        </w:tc>
      </w:tr>
      <w:tr w:rsidR="006F0136" w:rsidRPr="00D77020" w14:paraId="1A86A2EA" w14:textId="77777777">
        <w:tc>
          <w:tcPr>
            <w:tcW w:w="1234" w:type="dxa"/>
          </w:tcPr>
          <w:p w14:paraId="5A58C8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1B0724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HF-305-у</w:t>
            </w:r>
          </w:p>
        </w:tc>
        <w:tc>
          <w:tcPr>
            <w:tcW w:w="1234" w:type="dxa"/>
          </w:tcPr>
          <w:p w14:paraId="7C06A5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305</w:t>
            </w:r>
          </w:p>
        </w:tc>
        <w:tc>
          <w:tcPr>
            <w:tcW w:w="1234" w:type="dxa"/>
          </w:tcPr>
          <w:p w14:paraId="2611DC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у</w:t>
            </w:r>
          </w:p>
        </w:tc>
        <w:tc>
          <w:tcPr>
            <w:tcW w:w="1234" w:type="dxa"/>
          </w:tcPr>
          <w:p w14:paraId="164A5F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3E3B25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E0ED82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3,1</w:t>
            </w:r>
          </w:p>
        </w:tc>
      </w:tr>
      <w:tr w:rsidR="006F0136" w:rsidRPr="00D77020" w14:paraId="592FD416" w14:textId="77777777">
        <w:tc>
          <w:tcPr>
            <w:tcW w:w="1234" w:type="dxa"/>
          </w:tcPr>
          <w:p w14:paraId="3A24A9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2B8A39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HF-307-е</w:t>
            </w:r>
          </w:p>
        </w:tc>
        <w:tc>
          <w:tcPr>
            <w:tcW w:w="1234" w:type="dxa"/>
          </w:tcPr>
          <w:p w14:paraId="70CFC0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307</w:t>
            </w:r>
          </w:p>
        </w:tc>
        <w:tc>
          <w:tcPr>
            <w:tcW w:w="1234" w:type="dxa"/>
          </w:tcPr>
          <w:p w14:paraId="6D0792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567A18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250C6C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6899391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13,8</w:t>
            </w:r>
          </w:p>
        </w:tc>
      </w:tr>
      <w:tr w:rsidR="006F0136" w:rsidRPr="00D77020" w14:paraId="342E3273" w14:textId="77777777">
        <w:tc>
          <w:tcPr>
            <w:tcW w:w="1234" w:type="dxa"/>
          </w:tcPr>
          <w:p w14:paraId="1AE83A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A2064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HF-307-и</w:t>
            </w:r>
          </w:p>
        </w:tc>
        <w:tc>
          <w:tcPr>
            <w:tcW w:w="1234" w:type="dxa"/>
          </w:tcPr>
          <w:p w14:paraId="27CDB7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307</w:t>
            </w:r>
          </w:p>
        </w:tc>
        <w:tc>
          <w:tcPr>
            <w:tcW w:w="1234" w:type="dxa"/>
          </w:tcPr>
          <w:p w14:paraId="1A05F2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713072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6AA9E9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36210E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3,8</w:t>
            </w:r>
          </w:p>
        </w:tc>
      </w:tr>
      <w:tr w:rsidR="006F0136" w:rsidRPr="00D77020" w14:paraId="4C04CD8F" w14:textId="77777777">
        <w:tc>
          <w:tcPr>
            <w:tcW w:w="1234" w:type="dxa"/>
          </w:tcPr>
          <w:p w14:paraId="6B522D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4AB340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HF-308-б</w:t>
            </w:r>
          </w:p>
        </w:tc>
        <w:tc>
          <w:tcPr>
            <w:tcW w:w="1234" w:type="dxa"/>
          </w:tcPr>
          <w:p w14:paraId="59CBB3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308</w:t>
            </w:r>
          </w:p>
        </w:tc>
        <w:tc>
          <w:tcPr>
            <w:tcW w:w="1234" w:type="dxa"/>
          </w:tcPr>
          <w:p w14:paraId="76C359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3F4A96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2B8AAE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259D9C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3,5</w:t>
            </w:r>
          </w:p>
        </w:tc>
      </w:tr>
      <w:tr w:rsidR="006F0136" w:rsidRPr="00D77020" w14:paraId="38ACB403" w14:textId="77777777">
        <w:tc>
          <w:tcPr>
            <w:tcW w:w="1234" w:type="dxa"/>
          </w:tcPr>
          <w:p w14:paraId="6F4EC3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BA00A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HF-308-г</w:t>
            </w:r>
          </w:p>
        </w:tc>
        <w:tc>
          <w:tcPr>
            <w:tcW w:w="1234" w:type="dxa"/>
          </w:tcPr>
          <w:p w14:paraId="05AE58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308</w:t>
            </w:r>
          </w:p>
        </w:tc>
        <w:tc>
          <w:tcPr>
            <w:tcW w:w="1234" w:type="dxa"/>
          </w:tcPr>
          <w:p w14:paraId="0C8182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5F6F3C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496928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23F7D0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22,1</w:t>
            </w:r>
          </w:p>
        </w:tc>
      </w:tr>
      <w:tr w:rsidR="006F0136" w:rsidRPr="00D77020" w14:paraId="3BCEEB8B" w14:textId="77777777">
        <w:tc>
          <w:tcPr>
            <w:tcW w:w="1234" w:type="dxa"/>
          </w:tcPr>
          <w:p w14:paraId="5482A6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33DBD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HF-308-з</w:t>
            </w:r>
          </w:p>
        </w:tc>
        <w:tc>
          <w:tcPr>
            <w:tcW w:w="1234" w:type="dxa"/>
          </w:tcPr>
          <w:p w14:paraId="62AE18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308</w:t>
            </w:r>
          </w:p>
        </w:tc>
        <w:tc>
          <w:tcPr>
            <w:tcW w:w="1234" w:type="dxa"/>
          </w:tcPr>
          <w:p w14:paraId="4BFB64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06426A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3CEC78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56CE1A2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12,0</w:t>
            </w:r>
          </w:p>
        </w:tc>
      </w:tr>
      <w:tr w:rsidR="006F0136" w:rsidRPr="00D77020" w14:paraId="645E307D" w14:textId="77777777">
        <w:tc>
          <w:tcPr>
            <w:tcW w:w="1234" w:type="dxa"/>
          </w:tcPr>
          <w:p w14:paraId="0C2EFA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139CF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HF-308-и</w:t>
            </w:r>
          </w:p>
        </w:tc>
        <w:tc>
          <w:tcPr>
            <w:tcW w:w="1234" w:type="dxa"/>
          </w:tcPr>
          <w:p w14:paraId="21D1CB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308</w:t>
            </w:r>
          </w:p>
        </w:tc>
        <w:tc>
          <w:tcPr>
            <w:tcW w:w="1234" w:type="dxa"/>
          </w:tcPr>
          <w:p w14:paraId="087CD9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38C2CA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</w:t>
            </w:r>
          </w:p>
        </w:tc>
        <w:tc>
          <w:tcPr>
            <w:tcW w:w="1234" w:type="dxa"/>
          </w:tcPr>
          <w:p w14:paraId="23D443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213E0BF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4,3</w:t>
            </w:r>
          </w:p>
        </w:tc>
      </w:tr>
      <w:tr w:rsidR="006F0136" w:rsidRPr="00D77020" w14:paraId="325FE9AF" w14:textId="77777777">
        <w:tc>
          <w:tcPr>
            <w:tcW w:w="1234" w:type="dxa"/>
          </w:tcPr>
          <w:p w14:paraId="0C770D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4E5BCB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HF-309-б</w:t>
            </w:r>
          </w:p>
        </w:tc>
        <w:tc>
          <w:tcPr>
            <w:tcW w:w="1234" w:type="dxa"/>
          </w:tcPr>
          <w:p w14:paraId="32897D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309</w:t>
            </w:r>
          </w:p>
        </w:tc>
        <w:tc>
          <w:tcPr>
            <w:tcW w:w="1234" w:type="dxa"/>
          </w:tcPr>
          <w:p w14:paraId="5FA25D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72DD17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26D6DF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1C48DD5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6,9</w:t>
            </w:r>
          </w:p>
        </w:tc>
      </w:tr>
      <w:tr w:rsidR="006F0136" w:rsidRPr="00D77020" w14:paraId="424241D4" w14:textId="77777777">
        <w:tc>
          <w:tcPr>
            <w:tcW w:w="1234" w:type="dxa"/>
          </w:tcPr>
          <w:p w14:paraId="2494B6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8230F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HF-309-в1</w:t>
            </w:r>
          </w:p>
        </w:tc>
        <w:tc>
          <w:tcPr>
            <w:tcW w:w="1234" w:type="dxa"/>
          </w:tcPr>
          <w:p w14:paraId="742205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309</w:t>
            </w:r>
          </w:p>
        </w:tc>
        <w:tc>
          <w:tcPr>
            <w:tcW w:w="1234" w:type="dxa"/>
          </w:tcPr>
          <w:p w14:paraId="582CE0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в1</w:t>
            </w:r>
          </w:p>
        </w:tc>
        <w:tc>
          <w:tcPr>
            <w:tcW w:w="1234" w:type="dxa"/>
          </w:tcPr>
          <w:p w14:paraId="4C9CD4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379E7F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68EE05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4,4</w:t>
            </w:r>
          </w:p>
        </w:tc>
      </w:tr>
      <w:tr w:rsidR="006F0136" w:rsidRPr="00D77020" w14:paraId="236D7009" w14:textId="77777777">
        <w:tc>
          <w:tcPr>
            <w:tcW w:w="1234" w:type="dxa"/>
          </w:tcPr>
          <w:p w14:paraId="02E427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5B9F6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HF-309-м</w:t>
            </w:r>
          </w:p>
        </w:tc>
        <w:tc>
          <w:tcPr>
            <w:tcW w:w="1234" w:type="dxa"/>
          </w:tcPr>
          <w:p w14:paraId="4A263D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309</w:t>
            </w:r>
          </w:p>
        </w:tc>
        <w:tc>
          <w:tcPr>
            <w:tcW w:w="1234" w:type="dxa"/>
          </w:tcPr>
          <w:p w14:paraId="38077D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126685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0210A6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3BD623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79430664" w14:textId="77777777">
        <w:tc>
          <w:tcPr>
            <w:tcW w:w="1234" w:type="dxa"/>
          </w:tcPr>
          <w:p w14:paraId="386FDF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6DE81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HF-310-д</w:t>
            </w:r>
          </w:p>
        </w:tc>
        <w:tc>
          <w:tcPr>
            <w:tcW w:w="1234" w:type="dxa"/>
          </w:tcPr>
          <w:p w14:paraId="1109AF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310</w:t>
            </w:r>
          </w:p>
        </w:tc>
        <w:tc>
          <w:tcPr>
            <w:tcW w:w="1234" w:type="dxa"/>
          </w:tcPr>
          <w:p w14:paraId="3B8F81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0B649A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2D953A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0EEEE9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1,4</w:t>
            </w:r>
          </w:p>
        </w:tc>
      </w:tr>
      <w:tr w:rsidR="006F0136" w:rsidRPr="00D77020" w14:paraId="251A0296" w14:textId="77777777">
        <w:tc>
          <w:tcPr>
            <w:tcW w:w="1234" w:type="dxa"/>
          </w:tcPr>
          <w:p w14:paraId="1B5922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459682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HF-310-е</w:t>
            </w:r>
          </w:p>
        </w:tc>
        <w:tc>
          <w:tcPr>
            <w:tcW w:w="1234" w:type="dxa"/>
          </w:tcPr>
          <w:p w14:paraId="3A1D34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310</w:t>
            </w:r>
          </w:p>
        </w:tc>
        <w:tc>
          <w:tcPr>
            <w:tcW w:w="1234" w:type="dxa"/>
          </w:tcPr>
          <w:p w14:paraId="0D8325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7B3191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37A9DE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0AB6E27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12,1</w:t>
            </w:r>
          </w:p>
        </w:tc>
      </w:tr>
      <w:tr w:rsidR="006F0136" w:rsidRPr="00D77020" w14:paraId="4E687476" w14:textId="77777777">
        <w:tc>
          <w:tcPr>
            <w:tcW w:w="1234" w:type="dxa"/>
          </w:tcPr>
          <w:p w14:paraId="71E1FF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61EFD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HF-310-ж</w:t>
            </w:r>
          </w:p>
        </w:tc>
        <w:tc>
          <w:tcPr>
            <w:tcW w:w="1234" w:type="dxa"/>
          </w:tcPr>
          <w:p w14:paraId="6DF54F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310</w:t>
            </w:r>
          </w:p>
        </w:tc>
        <w:tc>
          <w:tcPr>
            <w:tcW w:w="1234" w:type="dxa"/>
          </w:tcPr>
          <w:p w14:paraId="770423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74E2FF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4376B1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B8A944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3,5</w:t>
            </w:r>
          </w:p>
        </w:tc>
      </w:tr>
      <w:tr w:rsidR="006F0136" w:rsidRPr="00D77020" w14:paraId="084639D3" w14:textId="77777777">
        <w:tc>
          <w:tcPr>
            <w:tcW w:w="1234" w:type="dxa"/>
          </w:tcPr>
          <w:p w14:paraId="1848C3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A9185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HF-310-м</w:t>
            </w:r>
          </w:p>
        </w:tc>
        <w:tc>
          <w:tcPr>
            <w:tcW w:w="1234" w:type="dxa"/>
          </w:tcPr>
          <w:p w14:paraId="7BB502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310</w:t>
            </w:r>
          </w:p>
        </w:tc>
        <w:tc>
          <w:tcPr>
            <w:tcW w:w="1234" w:type="dxa"/>
          </w:tcPr>
          <w:p w14:paraId="6A1E21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210AEE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3B5989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4F5799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1,7</w:t>
            </w:r>
          </w:p>
        </w:tc>
      </w:tr>
      <w:tr w:rsidR="006F0136" w:rsidRPr="00D77020" w14:paraId="0D2EA21A" w14:textId="77777777">
        <w:tc>
          <w:tcPr>
            <w:tcW w:w="1234" w:type="dxa"/>
          </w:tcPr>
          <w:p w14:paraId="09250E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6DA342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HF-310-о</w:t>
            </w:r>
          </w:p>
        </w:tc>
        <w:tc>
          <w:tcPr>
            <w:tcW w:w="1234" w:type="dxa"/>
          </w:tcPr>
          <w:p w14:paraId="2B3138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310</w:t>
            </w:r>
          </w:p>
        </w:tc>
        <w:tc>
          <w:tcPr>
            <w:tcW w:w="1234" w:type="dxa"/>
          </w:tcPr>
          <w:p w14:paraId="1A493A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06610A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53ED4B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174E98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2,4</w:t>
            </w:r>
          </w:p>
        </w:tc>
      </w:tr>
      <w:tr w:rsidR="006F0136" w:rsidRPr="00D77020" w14:paraId="20778A78" w14:textId="77777777">
        <w:tc>
          <w:tcPr>
            <w:tcW w:w="1234" w:type="dxa"/>
          </w:tcPr>
          <w:p w14:paraId="510D87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0F1AD5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HF-311-в</w:t>
            </w:r>
          </w:p>
        </w:tc>
        <w:tc>
          <w:tcPr>
            <w:tcW w:w="1234" w:type="dxa"/>
          </w:tcPr>
          <w:p w14:paraId="138097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311</w:t>
            </w:r>
          </w:p>
        </w:tc>
        <w:tc>
          <w:tcPr>
            <w:tcW w:w="1234" w:type="dxa"/>
          </w:tcPr>
          <w:p w14:paraId="474FA2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55151E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26430E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91Е0</w:t>
            </w:r>
          </w:p>
        </w:tc>
        <w:tc>
          <w:tcPr>
            <w:tcW w:w="1234" w:type="dxa"/>
          </w:tcPr>
          <w:p w14:paraId="7592EC1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2,3</w:t>
            </w:r>
          </w:p>
        </w:tc>
      </w:tr>
      <w:tr w:rsidR="006F0136" w:rsidRPr="00D77020" w14:paraId="21F9881D" w14:textId="77777777">
        <w:tc>
          <w:tcPr>
            <w:tcW w:w="1234" w:type="dxa"/>
          </w:tcPr>
          <w:p w14:paraId="2507D0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7E6B1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HF-314-о</w:t>
            </w:r>
          </w:p>
        </w:tc>
        <w:tc>
          <w:tcPr>
            <w:tcW w:w="1234" w:type="dxa"/>
          </w:tcPr>
          <w:p w14:paraId="28332A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314</w:t>
            </w:r>
          </w:p>
        </w:tc>
        <w:tc>
          <w:tcPr>
            <w:tcW w:w="1234" w:type="dxa"/>
          </w:tcPr>
          <w:p w14:paraId="4DE7C0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4ED28D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7E9134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3A592B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5986371A" w14:textId="77777777">
        <w:tc>
          <w:tcPr>
            <w:tcW w:w="1234" w:type="dxa"/>
          </w:tcPr>
          <w:p w14:paraId="7CE785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8E6EB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HF-314-ю</w:t>
            </w:r>
          </w:p>
        </w:tc>
        <w:tc>
          <w:tcPr>
            <w:tcW w:w="1234" w:type="dxa"/>
          </w:tcPr>
          <w:p w14:paraId="2DE1BF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314</w:t>
            </w:r>
          </w:p>
        </w:tc>
        <w:tc>
          <w:tcPr>
            <w:tcW w:w="1234" w:type="dxa"/>
          </w:tcPr>
          <w:p w14:paraId="487BD5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ю</w:t>
            </w:r>
          </w:p>
        </w:tc>
        <w:tc>
          <w:tcPr>
            <w:tcW w:w="1234" w:type="dxa"/>
          </w:tcPr>
          <w:p w14:paraId="51BC9C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4BD833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04606F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12,5</w:t>
            </w:r>
          </w:p>
        </w:tc>
      </w:tr>
      <w:tr w:rsidR="006F0136" w:rsidRPr="00D77020" w14:paraId="53B88386" w14:textId="77777777">
        <w:tc>
          <w:tcPr>
            <w:tcW w:w="1234" w:type="dxa"/>
          </w:tcPr>
          <w:p w14:paraId="0CFCC6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85ABE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HF-315-а</w:t>
            </w:r>
          </w:p>
        </w:tc>
        <w:tc>
          <w:tcPr>
            <w:tcW w:w="1234" w:type="dxa"/>
          </w:tcPr>
          <w:p w14:paraId="2C5D8B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315</w:t>
            </w:r>
          </w:p>
        </w:tc>
        <w:tc>
          <w:tcPr>
            <w:tcW w:w="1234" w:type="dxa"/>
          </w:tcPr>
          <w:p w14:paraId="1BB448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6E45BB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0442E3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514A2D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1,8</w:t>
            </w:r>
          </w:p>
        </w:tc>
      </w:tr>
      <w:tr w:rsidR="006F0136" w:rsidRPr="00D77020" w14:paraId="227AC0ED" w14:textId="77777777">
        <w:tc>
          <w:tcPr>
            <w:tcW w:w="1234" w:type="dxa"/>
          </w:tcPr>
          <w:p w14:paraId="689A8E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C6B40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HF-315-д</w:t>
            </w:r>
          </w:p>
        </w:tc>
        <w:tc>
          <w:tcPr>
            <w:tcW w:w="1234" w:type="dxa"/>
          </w:tcPr>
          <w:p w14:paraId="099DB1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315</w:t>
            </w:r>
          </w:p>
        </w:tc>
        <w:tc>
          <w:tcPr>
            <w:tcW w:w="1234" w:type="dxa"/>
          </w:tcPr>
          <w:p w14:paraId="01B038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607DD3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56322B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DB5CCB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3,9</w:t>
            </w:r>
          </w:p>
        </w:tc>
      </w:tr>
      <w:tr w:rsidR="006F0136" w:rsidRPr="00D77020" w14:paraId="57754178" w14:textId="77777777">
        <w:tc>
          <w:tcPr>
            <w:tcW w:w="1234" w:type="dxa"/>
          </w:tcPr>
          <w:p w14:paraId="5A480C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190250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HF-315-з</w:t>
            </w:r>
          </w:p>
        </w:tc>
        <w:tc>
          <w:tcPr>
            <w:tcW w:w="1234" w:type="dxa"/>
          </w:tcPr>
          <w:p w14:paraId="08E162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315</w:t>
            </w:r>
          </w:p>
        </w:tc>
        <w:tc>
          <w:tcPr>
            <w:tcW w:w="1234" w:type="dxa"/>
          </w:tcPr>
          <w:p w14:paraId="498A70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5F173E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19C375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91Е0</w:t>
            </w:r>
          </w:p>
        </w:tc>
        <w:tc>
          <w:tcPr>
            <w:tcW w:w="1234" w:type="dxa"/>
          </w:tcPr>
          <w:p w14:paraId="7A818FC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1,9</w:t>
            </w:r>
          </w:p>
        </w:tc>
      </w:tr>
      <w:tr w:rsidR="006F0136" w:rsidRPr="00D77020" w14:paraId="73902671" w14:textId="77777777">
        <w:tc>
          <w:tcPr>
            <w:tcW w:w="1234" w:type="dxa"/>
          </w:tcPr>
          <w:p w14:paraId="485D8E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483A6D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HF-315-к</w:t>
            </w:r>
          </w:p>
        </w:tc>
        <w:tc>
          <w:tcPr>
            <w:tcW w:w="1234" w:type="dxa"/>
          </w:tcPr>
          <w:p w14:paraId="0478B3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315</w:t>
            </w:r>
          </w:p>
        </w:tc>
        <w:tc>
          <w:tcPr>
            <w:tcW w:w="1234" w:type="dxa"/>
          </w:tcPr>
          <w:p w14:paraId="25929C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048765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595934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E3C1F7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12,7</w:t>
            </w:r>
          </w:p>
        </w:tc>
      </w:tr>
      <w:tr w:rsidR="006F0136" w:rsidRPr="00D77020" w14:paraId="2F35A97D" w14:textId="77777777">
        <w:tc>
          <w:tcPr>
            <w:tcW w:w="1234" w:type="dxa"/>
          </w:tcPr>
          <w:p w14:paraId="7C1FB3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674208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HF-315-н</w:t>
            </w:r>
          </w:p>
        </w:tc>
        <w:tc>
          <w:tcPr>
            <w:tcW w:w="1234" w:type="dxa"/>
          </w:tcPr>
          <w:p w14:paraId="6B52E3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315</w:t>
            </w:r>
          </w:p>
        </w:tc>
        <w:tc>
          <w:tcPr>
            <w:tcW w:w="1234" w:type="dxa"/>
          </w:tcPr>
          <w:p w14:paraId="65F386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4A6BB1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20801F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E46DA6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15,4</w:t>
            </w:r>
          </w:p>
        </w:tc>
      </w:tr>
      <w:tr w:rsidR="006F0136" w:rsidRPr="00D77020" w14:paraId="5525A9B6" w14:textId="77777777">
        <w:tc>
          <w:tcPr>
            <w:tcW w:w="1234" w:type="dxa"/>
          </w:tcPr>
          <w:p w14:paraId="38B3F4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6AC544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HF-315-х</w:t>
            </w:r>
          </w:p>
        </w:tc>
        <w:tc>
          <w:tcPr>
            <w:tcW w:w="1234" w:type="dxa"/>
          </w:tcPr>
          <w:p w14:paraId="2CD780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315</w:t>
            </w:r>
          </w:p>
        </w:tc>
        <w:tc>
          <w:tcPr>
            <w:tcW w:w="1234" w:type="dxa"/>
          </w:tcPr>
          <w:p w14:paraId="627C90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х</w:t>
            </w:r>
          </w:p>
        </w:tc>
        <w:tc>
          <w:tcPr>
            <w:tcW w:w="1234" w:type="dxa"/>
          </w:tcPr>
          <w:p w14:paraId="5FB9AA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70C53A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970BD9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1,0</w:t>
            </w:r>
          </w:p>
        </w:tc>
      </w:tr>
      <w:tr w:rsidR="006F0136" w:rsidRPr="00D77020" w14:paraId="31420881" w14:textId="77777777">
        <w:tc>
          <w:tcPr>
            <w:tcW w:w="1234" w:type="dxa"/>
          </w:tcPr>
          <w:p w14:paraId="20EC87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2D2597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HF-316-а</w:t>
            </w:r>
          </w:p>
        </w:tc>
        <w:tc>
          <w:tcPr>
            <w:tcW w:w="1234" w:type="dxa"/>
          </w:tcPr>
          <w:p w14:paraId="1636F3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316</w:t>
            </w:r>
          </w:p>
        </w:tc>
        <w:tc>
          <w:tcPr>
            <w:tcW w:w="1234" w:type="dxa"/>
          </w:tcPr>
          <w:p w14:paraId="553A74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3E8C3D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251129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E655A3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10,5</w:t>
            </w:r>
          </w:p>
        </w:tc>
      </w:tr>
      <w:tr w:rsidR="006F0136" w:rsidRPr="00D77020" w14:paraId="5667434C" w14:textId="77777777">
        <w:tc>
          <w:tcPr>
            <w:tcW w:w="1234" w:type="dxa"/>
          </w:tcPr>
          <w:p w14:paraId="4D4D1C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224FDE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HF-316-и</w:t>
            </w:r>
          </w:p>
        </w:tc>
        <w:tc>
          <w:tcPr>
            <w:tcW w:w="1234" w:type="dxa"/>
          </w:tcPr>
          <w:p w14:paraId="6D24F1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316</w:t>
            </w:r>
          </w:p>
        </w:tc>
        <w:tc>
          <w:tcPr>
            <w:tcW w:w="1234" w:type="dxa"/>
          </w:tcPr>
          <w:p w14:paraId="3D540D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5C88B9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044FAF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FFE35E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12,6</w:t>
            </w:r>
          </w:p>
        </w:tc>
      </w:tr>
      <w:tr w:rsidR="006F0136" w:rsidRPr="00D77020" w14:paraId="20F2669F" w14:textId="77777777">
        <w:tc>
          <w:tcPr>
            <w:tcW w:w="1234" w:type="dxa"/>
          </w:tcPr>
          <w:p w14:paraId="528DAD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2033A7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HF-326-д</w:t>
            </w:r>
          </w:p>
        </w:tc>
        <w:tc>
          <w:tcPr>
            <w:tcW w:w="1234" w:type="dxa"/>
          </w:tcPr>
          <w:p w14:paraId="789BAE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326</w:t>
            </w:r>
          </w:p>
        </w:tc>
        <w:tc>
          <w:tcPr>
            <w:tcW w:w="1234" w:type="dxa"/>
          </w:tcPr>
          <w:p w14:paraId="077ABC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0A98B6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1FA290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A992A2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1,0</w:t>
            </w:r>
          </w:p>
        </w:tc>
      </w:tr>
      <w:tr w:rsidR="006F0136" w:rsidRPr="00D77020" w14:paraId="22ADCCEC" w14:textId="77777777">
        <w:tc>
          <w:tcPr>
            <w:tcW w:w="1234" w:type="dxa"/>
          </w:tcPr>
          <w:p w14:paraId="0E5796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13314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HF-330-а1</w:t>
            </w:r>
          </w:p>
        </w:tc>
        <w:tc>
          <w:tcPr>
            <w:tcW w:w="1234" w:type="dxa"/>
          </w:tcPr>
          <w:p w14:paraId="2FB061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330</w:t>
            </w:r>
          </w:p>
        </w:tc>
        <w:tc>
          <w:tcPr>
            <w:tcW w:w="1234" w:type="dxa"/>
          </w:tcPr>
          <w:p w14:paraId="1C86D1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а1</w:t>
            </w:r>
          </w:p>
        </w:tc>
        <w:tc>
          <w:tcPr>
            <w:tcW w:w="1234" w:type="dxa"/>
          </w:tcPr>
          <w:p w14:paraId="7B0E26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68E418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19F2DD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24E9CA75" w14:textId="77777777">
        <w:tc>
          <w:tcPr>
            <w:tcW w:w="1234" w:type="dxa"/>
          </w:tcPr>
          <w:p w14:paraId="009B48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6032D3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HF-330-ц</w:t>
            </w:r>
          </w:p>
        </w:tc>
        <w:tc>
          <w:tcPr>
            <w:tcW w:w="1234" w:type="dxa"/>
          </w:tcPr>
          <w:p w14:paraId="18E7A6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330</w:t>
            </w:r>
          </w:p>
        </w:tc>
        <w:tc>
          <w:tcPr>
            <w:tcW w:w="1234" w:type="dxa"/>
          </w:tcPr>
          <w:p w14:paraId="09F2C2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ц</w:t>
            </w:r>
          </w:p>
        </w:tc>
        <w:tc>
          <w:tcPr>
            <w:tcW w:w="1234" w:type="dxa"/>
          </w:tcPr>
          <w:p w14:paraId="411D49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1B9C5D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58B7F97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2,7</w:t>
            </w:r>
          </w:p>
        </w:tc>
      </w:tr>
      <w:tr w:rsidR="006F0136" w:rsidRPr="00D77020" w14:paraId="19FB0D8B" w14:textId="77777777">
        <w:tc>
          <w:tcPr>
            <w:tcW w:w="1234" w:type="dxa"/>
          </w:tcPr>
          <w:p w14:paraId="3808B2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40C373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HF-331-а1</w:t>
            </w:r>
          </w:p>
        </w:tc>
        <w:tc>
          <w:tcPr>
            <w:tcW w:w="1234" w:type="dxa"/>
          </w:tcPr>
          <w:p w14:paraId="253D4D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331</w:t>
            </w:r>
          </w:p>
        </w:tc>
        <w:tc>
          <w:tcPr>
            <w:tcW w:w="1234" w:type="dxa"/>
          </w:tcPr>
          <w:p w14:paraId="3BD0D2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а1</w:t>
            </w:r>
          </w:p>
        </w:tc>
        <w:tc>
          <w:tcPr>
            <w:tcW w:w="1234" w:type="dxa"/>
          </w:tcPr>
          <w:p w14:paraId="5517FD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146775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00AD0D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3,3</w:t>
            </w:r>
          </w:p>
        </w:tc>
      </w:tr>
      <w:tr w:rsidR="006F0136" w:rsidRPr="00D77020" w14:paraId="04D62382" w14:textId="77777777">
        <w:tc>
          <w:tcPr>
            <w:tcW w:w="1234" w:type="dxa"/>
          </w:tcPr>
          <w:p w14:paraId="4F4358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65B558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HF-331-г1</w:t>
            </w:r>
          </w:p>
        </w:tc>
        <w:tc>
          <w:tcPr>
            <w:tcW w:w="1234" w:type="dxa"/>
          </w:tcPr>
          <w:p w14:paraId="791F58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331</w:t>
            </w:r>
          </w:p>
        </w:tc>
        <w:tc>
          <w:tcPr>
            <w:tcW w:w="1234" w:type="dxa"/>
          </w:tcPr>
          <w:p w14:paraId="4292F9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г1</w:t>
            </w:r>
          </w:p>
        </w:tc>
        <w:tc>
          <w:tcPr>
            <w:tcW w:w="1234" w:type="dxa"/>
          </w:tcPr>
          <w:p w14:paraId="1B6CE7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3C0436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08AD8BB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4,5</w:t>
            </w:r>
          </w:p>
        </w:tc>
      </w:tr>
      <w:tr w:rsidR="006F0136" w:rsidRPr="00D77020" w14:paraId="7E9F64DD" w14:textId="77777777">
        <w:tc>
          <w:tcPr>
            <w:tcW w:w="1234" w:type="dxa"/>
          </w:tcPr>
          <w:p w14:paraId="261CE9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E45F4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HF-331-п</w:t>
            </w:r>
          </w:p>
        </w:tc>
        <w:tc>
          <w:tcPr>
            <w:tcW w:w="1234" w:type="dxa"/>
          </w:tcPr>
          <w:p w14:paraId="1CCDF5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331</w:t>
            </w:r>
          </w:p>
        </w:tc>
        <w:tc>
          <w:tcPr>
            <w:tcW w:w="1234" w:type="dxa"/>
          </w:tcPr>
          <w:p w14:paraId="243FE3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42065F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09836F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255BF7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3,7</w:t>
            </w:r>
          </w:p>
        </w:tc>
      </w:tr>
      <w:tr w:rsidR="006F0136" w:rsidRPr="00D77020" w14:paraId="61A6F87F" w14:textId="77777777">
        <w:tc>
          <w:tcPr>
            <w:tcW w:w="1234" w:type="dxa"/>
          </w:tcPr>
          <w:p w14:paraId="43ED5F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46E18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HF-331-х</w:t>
            </w:r>
          </w:p>
        </w:tc>
        <w:tc>
          <w:tcPr>
            <w:tcW w:w="1234" w:type="dxa"/>
          </w:tcPr>
          <w:p w14:paraId="0EA5B5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331</w:t>
            </w:r>
          </w:p>
        </w:tc>
        <w:tc>
          <w:tcPr>
            <w:tcW w:w="1234" w:type="dxa"/>
          </w:tcPr>
          <w:p w14:paraId="063F56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х</w:t>
            </w:r>
          </w:p>
        </w:tc>
        <w:tc>
          <w:tcPr>
            <w:tcW w:w="1234" w:type="dxa"/>
          </w:tcPr>
          <w:p w14:paraId="46D403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4E96AE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59FE1D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8,0</w:t>
            </w:r>
          </w:p>
        </w:tc>
      </w:tr>
      <w:tr w:rsidR="006F0136" w:rsidRPr="00D77020" w14:paraId="50C1093C" w14:textId="77777777">
        <w:tc>
          <w:tcPr>
            <w:tcW w:w="1234" w:type="dxa"/>
          </w:tcPr>
          <w:p w14:paraId="5D981D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2FB8DF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HF-332-а</w:t>
            </w:r>
          </w:p>
        </w:tc>
        <w:tc>
          <w:tcPr>
            <w:tcW w:w="1234" w:type="dxa"/>
          </w:tcPr>
          <w:p w14:paraId="626EB2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332</w:t>
            </w:r>
          </w:p>
        </w:tc>
        <w:tc>
          <w:tcPr>
            <w:tcW w:w="1234" w:type="dxa"/>
          </w:tcPr>
          <w:p w14:paraId="4BAFDE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34EC44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6718A3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7519B5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0,6</w:t>
            </w:r>
          </w:p>
        </w:tc>
      </w:tr>
      <w:tr w:rsidR="006F0136" w:rsidRPr="00D77020" w14:paraId="3A27F951" w14:textId="77777777">
        <w:tc>
          <w:tcPr>
            <w:tcW w:w="1234" w:type="dxa"/>
          </w:tcPr>
          <w:p w14:paraId="188C18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189D2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HF-332-ж</w:t>
            </w:r>
          </w:p>
        </w:tc>
        <w:tc>
          <w:tcPr>
            <w:tcW w:w="1234" w:type="dxa"/>
          </w:tcPr>
          <w:p w14:paraId="2F5DF8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332</w:t>
            </w:r>
          </w:p>
        </w:tc>
        <w:tc>
          <w:tcPr>
            <w:tcW w:w="1234" w:type="dxa"/>
          </w:tcPr>
          <w:p w14:paraId="430BA6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310BA2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2652C0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FACFB0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1,4</w:t>
            </w:r>
          </w:p>
        </w:tc>
      </w:tr>
      <w:tr w:rsidR="006F0136" w:rsidRPr="00D77020" w14:paraId="479E8C0D" w14:textId="77777777">
        <w:tc>
          <w:tcPr>
            <w:tcW w:w="1234" w:type="dxa"/>
          </w:tcPr>
          <w:p w14:paraId="2A9458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1821F8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HF-332-и</w:t>
            </w:r>
          </w:p>
        </w:tc>
        <w:tc>
          <w:tcPr>
            <w:tcW w:w="1234" w:type="dxa"/>
          </w:tcPr>
          <w:p w14:paraId="6A3C3F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332</w:t>
            </w:r>
          </w:p>
        </w:tc>
        <w:tc>
          <w:tcPr>
            <w:tcW w:w="1234" w:type="dxa"/>
          </w:tcPr>
          <w:p w14:paraId="245662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2101C2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5B8114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202FC8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5,9</w:t>
            </w:r>
          </w:p>
        </w:tc>
      </w:tr>
      <w:tr w:rsidR="006F0136" w:rsidRPr="00D77020" w14:paraId="421F862E" w14:textId="77777777">
        <w:tc>
          <w:tcPr>
            <w:tcW w:w="1234" w:type="dxa"/>
          </w:tcPr>
          <w:p w14:paraId="286FB3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604ED1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HF-334-ц</w:t>
            </w:r>
          </w:p>
        </w:tc>
        <w:tc>
          <w:tcPr>
            <w:tcW w:w="1234" w:type="dxa"/>
          </w:tcPr>
          <w:p w14:paraId="4AD04F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334</w:t>
            </w:r>
          </w:p>
        </w:tc>
        <w:tc>
          <w:tcPr>
            <w:tcW w:w="1234" w:type="dxa"/>
          </w:tcPr>
          <w:p w14:paraId="3497B1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ц</w:t>
            </w:r>
          </w:p>
        </w:tc>
        <w:tc>
          <w:tcPr>
            <w:tcW w:w="1234" w:type="dxa"/>
          </w:tcPr>
          <w:p w14:paraId="3A7064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180</w:t>
            </w:r>
          </w:p>
        </w:tc>
        <w:tc>
          <w:tcPr>
            <w:tcW w:w="1234" w:type="dxa"/>
          </w:tcPr>
          <w:p w14:paraId="04CBF9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035919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16,5</w:t>
            </w:r>
          </w:p>
        </w:tc>
      </w:tr>
      <w:tr w:rsidR="006F0136" w:rsidRPr="00D77020" w14:paraId="299ADA6F" w14:textId="77777777">
        <w:tc>
          <w:tcPr>
            <w:tcW w:w="1234" w:type="dxa"/>
          </w:tcPr>
          <w:p w14:paraId="4E6B66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93EB9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HF-336-а1</w:t>
            </w:r>
          </w:p>
        </w:tc>
        <w:tc>
          <w:tcPr>
            <w:tcW w:w="1234" w:type="dxa"/>
          </w:tcPr>
          <w:p w14:paraId="466921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336</w:t>
            </w:r>
          </w:p>
        </w:tc>
        <w:tc>
          <w:tcPr>
            <w:tcW w:w="1234" w:type="dxa"/>
          </w:tcPr>
          <w:p w14:paraId="4A4131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а1</w:t>
            </w:r>
          </w:p>
        </w:tc>
        <w:tc>
          <w:tcPr>
            <w:tcW w:w="1234" w:type="dxa"/>
          </w:tcPr>
          <w:p w14:paraId="420DFD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2DCF0B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AF5250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12,8</w:t>
            </w:r>
          </w:p>
        </w:tc>
      </w:tr>
      <w:tr w:rsidR="006F0136" w:rsidRPr="00D77020" w14:paraId="0A373CFB" w14:textId="77777777">
        <w:tc>
          <w:tcPr>
            <w:tcW w:w="1234" w:type="dxa"/>
          </w:tcPr>
          <w:p w14:paraId="34BA9A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5B5F5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HF-337-м</w:t>
            </w:r>
          </w:p>
        </w:tc>
        <w:tc>
          <w:tcPr>
            <w:tcW w:w="1234" w:type="dxa"/>
          </w:tcPr>
          <w:p w14:paraId="609B73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337</w:t>
            </w:r>
          </w:p>
        </w:tc>
        <w:tc>
          <w:tcPr>
            <w:tcW w:w="1234" w:type="dxa"/>
          </w:tcPr>
          <w:p w14:paraId="469D7C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22B0CD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73DA68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CF5512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10,5</w:t>
            </w:r>
          </w:p>
        </w:tc>
      </w:tr>
      <w:tr w:rsidR="006F0136" w:rsidRPr="00D77020" w14:paraId="73B81AE3" w14:textId="77777777">
        <w:tc>
          <w:tcPr>
            <w:tcW w:w="1234" w:type="dxa"/>
          </w:tcPr>
          <w:p w14:paraId="042B2D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783D3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HF-338-б</w:t>
            </w:r>
          </w:p>
        </w:tc>
        <w:tc>
          <w:tcPr>
            <w:tcW w:w="1234" w:type="dxa"/>
          </w:tcPr>
          <w:p w14:paraId="675DB7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338</w:t>
            </w:r>
          </w:p>
        </w:tc>
        <w:tc>
          <w:tcPr>
            <w:tcW w:w="1234" w:type="dxa"/>
          </w:tcPr>
          <w:p w14:paraId="115EF0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024DAC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78DCED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E8587D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6,0</w:t>
            </w:r>
          </w:p>
        </w:tc>
      </w:tr>
      <w:tr w:rsidR="006F0136" w:rsidRPr="00D77020" w14:paraId="40D06C30" w14:textId="77777777">
        <w:tc>
          <w:tcPr>
            <w:tcW w:w="1234" w:type="dxa"/>
          </w:tcPr>
          <w:p w14:paraId="78EC7E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23D061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HF-339-б</w:t>
            </w:r>
          </w:p>
        </w:tc>
        <w:tc>
          <w:tcPr>
            <w:tcW w:w="1234" w:type="dxa"/>
          </w:tcPr>
          <w:p w14:paraId="0C3CA1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339</w:t>
            </w:r>
          </w:p>
        </w:tc>
        <w:tc>
          <w:tcPr>
            <w:tcW w:w="1234" w:type="dxa"/>
          </w:tcPr>
          <w:p w14:paraId="0D189F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049C69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7F8A66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7B993D4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2,6</w:t>
            </w:r>
          </w:p>
        </w:tc>
      </w:tr>
      <w:tr w:rsidR="006F0136" w:rsidRPr="00D77020" w14:paraId="5A3782BD" w14:textId="77777777">
        <w:tc>
          <w:tcPr>
            <w:tcW w:w="1234" w:type="dxa"/>
          </w:tcPr>
          <w:p w14:paraId="16D34B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430339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HF-339-д</w:t>
            </w:r>
          </w:p>
        </w:tc>
        <w:tc>
          <w:tcPr>
            <w:tcW w:w="1234" w:type="dxa"/>
          </w:tcPr>
          <w:p w14:paraId="6DB718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339</w:t>
            </w:r>
          </w:p>
        </w:tc>
        <w:tc>
          <w:tcPr>
            <w:tcW w:w="1234" w:type="dxa"/>
          </w:tcPr>
          <w:p w14:paraId="2433A3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6C0E2D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76EDB8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8CBB6F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20,6</w:t>
            </w:r>
          </w:p>
        </w:tc>
      </w:tr>
      <w:tr w:rsidR="006F0136" w:rsidRPr="00D77020" w14:paraId="6493EDB9" w14:textId="77777777">
        <w:tc>
          <w:tcPr>
            <w:tcW w:w="1234" w:type="dxa"/>
          </w:tcPr>
          <w:p w14:paraId="1E9F78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66DB0F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HF-339-м</w:t>
            </w:r>
          </w:p>
        </w:tc>
        <w:tc>
          <w:tcPr>
            <w:tcW w:w="1234" w:type="dxa"/>
          </w:tcPr>
          <w:p w14:paraId="7CE563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339</w:t>
            </w:r>
          </w:p>
        </w:tc>
        <w:tc>
          <w:tcPr>
            <w:tcW w:w="1234" w:type="dxa"/>
          </w:tcPr>
          <w:p w14:paraId="071D1C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02DD8E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08AF30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3D1D98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11,7</w:t>
            </w:r>
          </w:p>
        </w:tc>
      </w:tr>
      <w:tr w:rsidR="006F0136" w:rsidRPr="00D77020" w14:paraId="06E22FFC" w14:textId="77777777">
        <w:tc>
          <w:tcPr>
            <w:tcW w:w="1234" w:type="dxa"/>
          </w:tcPr>
          <w:p w14:paraId="1A13B8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190A4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HF-339-н</w:t>
            </w:r>
          </w:p>
        </w:tc>
        <w:tc>
          <w:tcPr>
            <w:tcW w:w="1234" w:type="dxa"/>
          </w:tcPr>
          <w:p w14:paraId="2514EA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339</w:t>
            </w:r>
          </w:p>
        </w:tc>
        <w:tc>
          <w:tcPr>
            <w:tcW w:w="1234" w:type="dxa"/>
          </w:tcPr>
          <w:p w14:paraId="2E7408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3485C5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0AE8E2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3336CD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9,2</w:t>
            </w:r>
          </w:p>
        </w:tc>
      </w:tr>
      <w:tr w:rsidR="006F0136" w:rsidRPr="00D77020" w14:paraId="424585E4" w14:textId="77777777">
        <w:tc>
          <w:tcPr>
            <w:tcW w:w="1234" w:type="dxa"/>
          </w:tcPr>
          <w:p w14:paraId="2E578C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2025</w:t>
            </w:r>
          </w:p>
        </w:tc>
        <w:tc>
          <w:tcPr>
            <w:tcW w:w="1234" w:type="dxa"/>
          </w:tcPr>
          <w:p w14:paraId="6FA8C6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HF-340-д</w:t>
            </w:r>
          </w:p>
        </w:tc>
        <w:tc>
          <w:tcPr>
            <w:tcW w:w="1234" w:type="dxa"/>
          </w:tcPr>
          <w:p w14:paraId="38C723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340</w:t>
            </w:r>
          </w:p>
        </w:tc>
        <w:tc>
          <w:tcPr>
            <w:tcW w:w="1234" w:type="dxa"/>
          </w:tcPr>
          <w:p w14:paraId="4AA88B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3EFDD1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190</w:t>
            </w:r>
          </w:p>
        </w:tc>
        <w:tc>
          <w:tcPr>
            <w:tcW w:w="1234" w:type="dxa"/>
          </w:tcPr>
          <w:p w14:paraId="2A5CCC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517EF5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5,4</w:t>
            </w:r>
          </w:p>
        </w:tc>
      </w:tr>
      <w:tr w:rsidR="006F0136" w:rsidRPr="00D77020" w14:paraId="282C232E" w14:textId="77777777">
        <w:tc>
          <w:tcPr>
            <w:tcW w:w="1234" w:type="dxa"/>
          </w:tcPr>
          <w:p w14:paraId="002E58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D14ED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HF-340-е</w:t>
            </w:r>
          </w:p>
        </w:tc>
        <w:tc>
          <w:tcPr>
            <w:tcW w:w="1234" w:type="dxa"/>
          </w:tcPr>
          <w:p w14:paraId="76DDD8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340</w:t>
            </w:r>
          </w:p>
        </w:tc>
        <w:tc>
          <w:tcPr>
            <w:tcW w:w="1234" w:type="dxa"/>
          </w:tcPr>
          <w:p w14:paraId="37C507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1CABC4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190</w:t>
            </w:r>
          </w:p>
        </w:tc>
        <w:tc>
          <w:tcPr>
            <w:tcW w:w="1234" w:type="dxa"/>
          </w:tcPr>
          <w:p w14:paraId="049A7E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36063BA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20,6</w:t>
            </w:r>
          </w:p>
        </w:tc>
      </w:tr>
      <w:tr w:rsidR="006F0136" w:rsidRPr="00D77020" w14:paraId="77B3500C" w14:textId="77777777">
        <w:tc>
          <w:tcPr>
            <w:tcW w:w="1234" w:type="dxa"/>
          </w:tcPr>
          <w:p w14:paraId="404E72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1C8D79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HF-340-н</w:t>
            </w:r>
          </w:p>
        </w:tc>
        <w:tc>
          <w:tcPr>
            <w:tcW w:w="1234" w:type="dxa"/>
          </w:tcPr>
          <w:p w14:paraId="7A6A65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340</w:t>
            </w:r>
          </w:p>
        </w:tc>
        <w:tc>
          <w:tcPr>
            <w:tcW w:w="1234" w:type="dxa"/>
          </w:tcPr>
          <w:p w14:paraId="5ED627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58AC5B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672DE0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66020CD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2413B071" w14:textId="77777777">
        <w:tc>
          <w:tcPr>
            <w:tcW w:w="1234" w:type="dxa"/>
          </w:tcPr>
          <w:p w14:paraId="3512C2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2BB07F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HF-341-ж</w:t>
            </w:r>
          </w:p>
        </w:tc>
        <w:tc>
          <w:tcPr>
            <w:tcW w:w="1234" w:type="dxa"/>
          </w:tcPr>
          <w:p w14:paraId="2D1B50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341</w:t>
            </w:r>
          </w:p>
        </w:tc>
        <w:tc>
          <w:tcPr>
            <w:tcW w:w="1234" w:type="dxa"/>
          </w:tcPr>
          <w:p w14:paraId="0BE42C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4B9C7E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4DB0BE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08D9ED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2,5</w:t>
            </w:r>
          </w:p>
        </w:tc>
      </w:tr>
      <w:tr w:rsidR="006F0136" w:rsidRPr="00D77020" w14:paraId="4E3C372F" w14:textId="77777777">
        <w:tc>
          <w:tcPr>
            <w:tcW w:w="1234" w:type="dxa"/>
          </w:tcPr>
          <w:p w14:paraId="2264AF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B9D45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HF-341-о</w:t>
            </w:r>
          </w:p>
        </w:tc>
        <w:tc>
          <w:tcPr>
            <w:tcW w:w="1234" w:type="dxa"/>
          </w:tcPr>
          <w:p w14:paraId="2B7DDC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341</w:t>
            </w:r>
          </w:p>
        </w:tc>
        <w:tc>
          <w:tcPr>
            <w:tcW w:w="1234" w:type="dxa"/>
          </w:tcPr>
          <w:p w14:paraId="1675ED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4524C7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2F0653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0B8024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1C65516E" w14:textId="77777777">
        <w:tc>
          <w:tcPr>
            <w:tcW w:w="1234" w:type="dxa"/>
          </w:tcPr>
          <w:p w14:paraId="771DD4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4E6659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HF-341-с</w:t>
            </w:r>
          </w:p>
        </w:tc>
        <w:tc>
          <w:tcPr>
            <w:tcW w:w="1234" w:type="dxa"/>
          </w:tcPr>
          <w:p w14:paraId="478D00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341</w:t>
            </w:r>
          </w:p>
        </w:tc>
        <w:tc>
          <w:tcPr>
            <w:tcW w:w="1234" w:type="dxa"/>
          </w:tcPr>
          <w:p w14:paraId="075DBB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31F346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5CE1E6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614E858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6,3</w:t>
            </w:r>
          </w:p>
        </w:tc>
      </w:tr>
      <w:tr w:rsidR="006F0136" w:rsidRPr="00D77020" w14:paraId="264778C0" w14:textId="77777777">
        <w:tc>
          <w:tcPr>
            <w:tcW w:w="1234" w:type="dxa"/>
          </w:tcPr>
          <w:p w14:paraId="75F1A4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23079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HF-341-т</w:t>
            </w:r>
          </w:p>
        </w:tc>
        <w:tc>
          <w:tcPr>
            <w:tcW w:w="1234" w:type="dxa"/>
          </w:tcPr>
          <w:p w14:paraId="28A541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341</w:t>
            </w:r>
          </w:p>
        </w:tc>
        <w:tc>
          <w:tcPr>
            <w:tcW w:w="1234" w:type="dxa"/>
          </w:tcPr>
          <w:p w14:paraId="66D4BE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0A9BE5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19CAB1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FFADEF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2,7</w:t>
            </w:r>
          </w:p>
        </w:tc>
      </w:tr>
      <w:tr w:rsidR="006F0136" w:rsidRPr="00D77020" w14:paraId="316E542F" w14:textId="77777777">
        <w:tc>
          <w:tcPr>
            <w:tcW w:w="1234" w:type="dxa"/>
          </w:tcPr>
          <w:p w14:paraId="1EF036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05DAF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HF-341-у</w:t>
            </w:r>
          </w:p>
        </w:tc>
        <w:tc>
          <w:tcPr>
            <w:tcW w:w="1234" w:type="dxa"/>
          </w:tcPr>
          <w:p w14:paraId="25303B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341</w:t>
            </w:r>
          </w:p>
        </w:tc>
        <w:tc>
          <w:tcPr>
            <w:tcW w:w="1234" w:type="dxa"/>
          </w:tcPr>
          <w:p w14:paraId="4663A5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у</w:t>
            </w:r>
          </w:p>
        </w:tc>
        <w:tc>
          <w:tcPr>
            <w:tcW w:w="1234" w:type="dxa"/>
          </w:tcPr>
          <w:p w14:paraId="77E05B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752B82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21400E3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5932A0E3" w14:textId="77777777">
        <w:tc>
          <w:tcPr>
            <w:tcW w:w="1234" w:type="dxa"/>
          </w:tcPr>
          <w:p w14:paraId="70A060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3AC58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HF-342-д</w:t>
            </w:r>
          </w:p>
        </w:tc>
        <w:tc>
          <w:tcPr>
            <w:tcW w:w="1234" w:type="dxa"/>
          </w:tcPr>
          <w:p w14:paraId="15D698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342</w:t>
            </w:r>
          </w:p>
        </w:tc>
        <w:tc>
          <w:tcPr>
            <w:tcW w:w="1234" w:type="dxa"/>
          </w:tcPr>
          <w:p w14:paraId="64A8D1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3B8AD2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57B6C1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19186DA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6,4</w:t>
            </w:r>
          </w:p>
        </w:tc>
      </w:tr>
      <w:tr w:rsidR="006F0136" w:rsidRPr="00D77020" w14:paraId="3F512FB3" w14:textId="77777777">
        <w:tc>
          <w:tcPr>
            <w:tcW w:w="1234" w:type="dxa"/>
          </w:tcPr>
          <w:p w14:paraId="065317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CC41C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HF-342-ж</w:t>
            </w:r>
          </w:p>
        </w:tc>
        <w:tc>
          <w:tcPr>
            <w:tcW w:w="1234" w:type="dxa"/>
          </w:tcPr>
          <w:p w14:paraId="4A7470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342</w:t>
            </w:r>
          </w:p>
        </w:tc>
        <w:tc>
          <w:tcPr>
            <w:tcW w:w="1234" w:type="dxa"/>
          </w:tcPr>
          <w:p w14:paraId="701DA8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3CC557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190</w:t>
            </w:r>
          </w:p>
        </w:tc>
        <w:tc>
          <w:tcPr>
            <w:tcW w:w="1234" w:type="dxa"/>
          </w:tcPr>
          <w:p w14:paraId="79C787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76A5523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6,0</w:t>
            </w:r>
          </w:p>
        </w:tc>
      </w:tr>
      <w:tr w:rsidR="006F0136" w:rsidRPr="00D77020" w14:paraId="71E2918A" w14:textId="77777777">
        <w:tc>
          <w:tcPr>
            <w:tcW w:w="1234" w:type="dxa"/>
          </w:tcPr>
          <w:p w14:paraId="289FC6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1498ED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HF-342-и</w:t>
            </w:r>
          </w:p>
        </w:tc>
        <w:tc>
          <w:tcPr>
            <w:tcW w:w="1234" w:type="dxa"/>
          </w:tcPr>
          <w:p w14:paraId="49D926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342</w:t>
            </w:r>
          </w:p>
        </w:tc>
        <w:tc>
          <w:tcPr>
            <w:tcW w:w="1234" w:type="dxa"/>
          </w:tcPr>
          <w:p w14:paraId="2A983D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2D7FAA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190</w:t>
            </w:r>
          </w:p>
        </w:tc>
        <w:tc>
          <w:tcPr>
            <w:tcW w:w="1234" w:type="dxa"/>
          </w:tcPr>
          <w:p w14:paraId="15CBA8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11C332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6,1</w:t>
            </w:r>
          </w:p>
        </w:tc>
      </w:tr>
      <w:tr w:rsidR="006F0136" w:rsidRPr="00D77020" w14:paraId="1DC7D0B1" w14:textId="77777777">
        <w:tc>
          <w:tcPr>
            <w:tcW w:w="1234" w:type="dxa"/>
          </w:tcPr>
          <w:p w14:paraId="1BF654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4124F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HF-342-п</w:t>
            </w:r>
          </w:p>
        </w:tc>
        <w:tc>
          <w:tcPr>
            <w:tcW w:w="1234" w:type="dxa"/>
          </w:tcPr>
          <w:p w14:paraId="5D8F93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342</w:t>
            </w:r>
          </w:p>
        </w:tc>
        <w:tc>
          <w:tcPr>
            <w:tcW w:w="1234" w:type="dxa"/>
          </w:tcPr>
          <w:p w14:paraId="6813CB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5A7364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190</w:t>
            </w:r>
          </w:p>
        </w:tc>
        <w:tc>
          <w:tcPr>
            <w:tcW w:w="1234" w:type="dxa"/>
          </w:tcPr>
          <w:p w14:paraId="17D677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9B7085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13,7</w:t>
            </w:r>
          </w:p>
        </w:tc>
      </w:tr>
      <w:tr w:rsidR="006F0136" w:rsidRPr="00D77020" w14:paraId="5FF5770F" w14:textId="77777777">
        <w:tc>
          <w:tcPr>
            <w:tcW w:w="1234" w:type="dxa"/>
          </w:tcPr>
          <w:p w14:paraId="159DDD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643567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HF-343-у</w:t>
            </w:r>
          </w:p>
        </w:tc>
        <w:tc>
          <w:tcPr>
            <w:tcW w:w="1234" w:type="dxa"/>
          </w:tcPr>
          <w:p w14:paraId="6FD933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343</w:t>
            </w:r>
          </w:p>
        </w:tc>
        <w:tc>
          <w:tcPr>
            <w:tcW w:w="1234" w:type="dxa"/>
          </w:tcPr>
          <w:p w14:paraId="7A8728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у</w:t>
            </w:r>
          </w:p>
        </w:tc>
        <w:tc>
          <w:tcPr>
            <w:tcW w:w="1234" w:type="dxa"/>
          </w:tcPr>
          <w:p w14:paraId="2E2D51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1B8BF1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62AE9E2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2,3</w:t>
            </w:r>
          </w:p>
        </w:tc>
      </w:tr>
      <w:tr w:rsidR="006F0136" w:rsidRPr="00D77020" w14:paraId="174B67F3" w14:textId="77777777">
        <w:tc>
          <w:tcPr>
            <w:tcW w:w="1234" w:type="dxa"/>
          </w:tcPr>
          <w:p w14:paraId="66E56C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A7463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HF-344-а1</w:t>
            </w:r>
          </w:p>
        </w:tc>
        <w:tc>
          <w:tcPr>
            <w:tcW w:w="1234" w:type="dxa"/>
          </w:tcPr>
          <w:p w14:paraId="2E1250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344</w:t>
            </w:r>
          </w:p>
        </w:tc>
        <w:tc>
          <w:tcPr>
            <w:tcW w:w="1234" w:type="dxa"/>
          </w:tcPr>
          <w:p w14:paraId="0F97A1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а1</w:t>
            </w:r>
          </w:p>
        </w:tc>
        <w:tc>
          <w:tcPr>
            <w:tcW w:w="1234" w:type="dxa"/>
          </w:tcPr>
          <w:p w14:paraId="472443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554AB4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E01D4B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4E488751" w14:textId="77777777">
        <w:tc>
          <w:tcPr>
            <w:tcW w:w="1234" w:type="dxa"/>
          </w:tcPr>
          <w:p w14:paraId="42DF90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15B638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HF-346-м</w:t>
            </w:r>
          </w:p>
        </w:tc>
        <w:tc>
          <w:tcPr>
            <w:tcW w:w="1234" w:type="dxa"/>
          </w:tcPr>
          <w:p w14:paraId="0AA104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346</w:t>
            </w:r>
          </w:p>
        </w:tc>
        <w:tc>
          <w:tcPr>
            <w:tcW w:w="1234" w:type="dxa"/>
          </w:tcPr>
          <w:p w14:paraId="5E28F4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642F42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040E37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3062830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6,8</w:t>
            </w:r>
          </w:p>
        </w:tc>
      </w:tr>
      <w:tr w:rsidR="006F0136" w:rsidRPr="00D77020" w14:paraId="196B6EFE" w14:textId="77777777">
        <w:tc>
          <w:tcPr>
            <w:tcW w:w="1234" w:type="dxa"/>
          </w:tcPr>
          <w:p w14:paraId="4F7C12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65F0F7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HF-347-е</w:t>
            </w:r>
          </w:p>
        </w:tc>
        <w:tc>
          <w:tcPr>
            <w:tcW w:w="1234" w:type="dxa"/>
          </w:tcPr>
          <w:p w14:paraId="686264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347</w:t>
            </w:r>
          </w:p>
        </w:tc>
        <w:tc>
          <w:tcPr>
            <w:tcW w:w="1234" w:type="dxa"/>
          </w:tcPr>
          <w:p w14:paraId="21BB51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2A42B7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5C98EB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1926CF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3,3</w:t>
            </w:r>
          </w:p>
        </w:tc>
      </w:tr>
      <w:tr w:rsidR="006F0136" w:rsidRPr="00D77020" w14:paraId="227FC770" w14:textId="77777777">
        <w:tc>
          <w:tcPr>
            <w:tcW w:w="1234" w:type="dxa"/>
          </w:tcPr>
          <w:p w14:paraId="498DB4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C4CD5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HF-348-з</w:t>
            </w:r>
          </w:p>
        </w:tc>
        <w:tc>
          <w:tcPr>
            <w:tcW w:w="1234" w:type="dxa"/>
          </w:tcPr>
          <w:p w14:paraId="0AB05C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348</w:t>
            </w:r>
          </w:p>
        </w:tc>
        <w:tc>
          <w:tcPr>
            <w:tcW w:w="1234" w:type="dxa"/>
          </w:tcPr>
          <w:p w14:paraId="2AD94D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6D88A1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2DB71A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480210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8,6</w:t>
            </w:r>
          </w:p>
        </w:tc>
      </w:tr>
      <w:tr w:rsidR="006F0136" w:rsidRPr="00D77020" w14:paraId="740AA277" w14:textId="77777777">
        <w:tc>
          <w:tcPr>
            <w:tcW w:w="1234" w:type="dxa"/>
          </w:tcPr>
          <w:p w14:paraId="1B12C8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AA325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HF-348-и</w:t>
            </w:r>
          </w:p>
        </w:tc>
        <w:tc>
          <w:tcPr>
            <w:tcW w:w="1234" w:type="dxa"/>
          </w:tcPr>
          <w:p w14:paraId="1FE660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348</w:t>
            </w:r>
          </w:p>
        </w:tc>
        <w:tc>
          <w:tcPr>
            <w:tcW w:w="1234" w:type="dxa"/>
          </w:tcPr>
          <w:p w14:paraId="641F93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2A59F2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57BDE3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AC21E2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12,2</w:t>
            </w:r>
          </w:p>
        </w:tc>
      </w:tr>
      <w:tr w:rsidR="006F0136" w:rsidRPr="00D77020" w14:paraId="6634365A" w14:textId="77777777">
        <w:tc>
          <w:tcPr>
            <w:tcW w:w="1234" w:type="dxa"/>
          </w:tcPr>
          <w:p w14:paraId="57079E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A4CE4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HF-348-о</w:t>
            </w:r>
          </w:p>
        </w:tc>
        <w:tc>
          <w:tcPr>
            <w:tcW w:w="1234" w:type="dxa"/>
          </w:tcPr>
          <w:p w14:paraId="52F2FB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348</w:t>
            </w:r>
          </w:p>
        </w:tc>
        <w:tc>
          <w:tcPr>
            <w:tcW w:w="1234" w:type="dxa"/>
          </w:tcPr>
          <w:p w14:paraId="4E95BC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615B02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190</w:t>
            </w:r>
          </w:p>
        </w:tc>
        <w:tc>
          <w:tcPr>
            <w:tcW w:w="1234" w:type="dxa"/>
          </w:tcPr>
          <w:p w14:paraId="7B819D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689F97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3,2</w:t>
            </w:r>
          </w:p>
        </w:tc>
      </w:tr>
      <w:tr w:rsidR="006F0136" w:rsidRPr="00D77020" w14:paraId="7318C4B0" w14:textId="77777777">
        <w:tc>
          <w:tcPr>
            <w:tcW w:w="1234" w:type="dxa"/>
          </w:tcPr>
          <w:p w14:paraId="7C15F8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1F116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HF-349-ц</w:t>
            </w:r>
          </w:p>
        </w:tc>
        <w:tc>
          <w:tcPr>
            <w:tcW w:w="1234" w:type="dxa"/>
          </w:tcPr>
          <w:p w14:paraId="48F271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349</w:t>
            </w:r>
          </w:p>
        </w:tc>
        <w:tc>
          <w:tcPr>
            <w:tcW w:w="1234" w:type="dxa"/>
          </w:tcPr>
          <w:p w14:paraId="17F925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ц</w:t>
            </w:r>
          </w:p>
        </w:tc>
        <w:tc>
          <w:tcPr>
            <w:tcW w:w="1234" w:type="dxa"/>
          </w:tcPr>
          <w:p w14:paraId="4C1BA0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5AED0D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5336A9B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0A4BBD48" w14:textId="77777777">
        <w:tc>
          <w:tcPr>
            <w:tcW w:w="1234" w:type="dxa"/>
          </w:tcPr>
          <w:p w14:paraId="183E88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2086E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HF-350-е</w:t>
            </w:r>
          </w:p>
        </w:tc>
        <w:tc>
          <w:tcPr>
            <w:tcW w:w="1234" w:type="dxa"/>
          </w:tcPr>
          <w:p w14:paraId="088F54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350</w:t>
            </w:r>
          </w:p>
        </w:tc>
        <w:tc>
          <w:tcPr>
            <w:tcW w:w="1234" w:type="dxa"/>
          </w:tcPr>
          <w:p w14:paraId="7D99B0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0C2355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42A307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37067D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4CB51F84" w14:textId="77777777">
        <w:tc>
          <w:tcPr>
            <w:tcW w:w="1234" w:type="dxa"/>
          </w:tcPr>
          <w:p w14:paraId="16A92C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3193C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HF-351-е</w:t>
            </w:r>
          </w:p>
        </w:tc>
        <w:tc>
          <w:tcPr>
            <w:tcW w:w="1234" w:type="dxa"/>
          </w:tcPr>
          <w:p w14:paraId="2A3555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351</w:t>
            </w:r>
          </w:p>
        </w:tc>
        <w:tc>
          <w:tcPr>
            <w:tcW w:w="1234" w:type="dxa"/>
          </w:tcPr>
          <w:p w14:paraId="5B23AC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029E8E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17BEA4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7BBDA5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7,1</w:t>
            </w:r>
          </w:p>
        </w:tc>
      </w:tr>
      <w:tr w:rsidR="006F0136" w:rsidRPr="00D77020" w14:paraId="509DFD35" w14:textId="77777777">
        <w:tc>
          <w:tcPr>
            <w:tcW w:w="1234" w:type="dxa"/>
          </w:tcPr>
          <w:p w14:paraId="5B86DC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FD35F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HF-352-о</w:t>
            </w:r>
          </w:p>
        </w:tc>
        <w:tc>
          <w:tcPr>
            <w:tcW w:w="1234" w:type="dxa"/>
          </w:tcPr>
          <w:p w14:paraId="4AF536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352</w:t>
            </w:r>
          </w:p>
        </w:tc>
        <w:tc>
          <w:tcPr>
            <w:tcW w:w="1234" w:type="dxa"/>
          </w:tcPr>
          <w:p w14:paraId="3C4616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67C998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3BE524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0C3BFB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17,0</w:t>
            </w:r>
          </w:p>
        </w:tc>
      </w:tr>
      <w:tr w:rsidR="006F0136" w:rsidRPr="00D77020" w14:paraId="32A88B62" w14:textId="77777777">
        <w:tc>
          <w:tcPr>
            <w:tcW w:w="1234" w:type="dxa"/>
          </w:tcPr>
          <w:p w14:paraId="5807C9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DCAE9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HF-353-б1</w:t>
            </w:r>
          </w:p>
        </w:tc>
        <w:tc>
          <w:tcPr>
            <w:tcW w:w="1234" w:type="dxa"/>
          </w:tcPr>
          <w:p w14:paraId="2C68F8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353</w:t>
            </w:r>
          </w:p>
        </w:tc>
        <w:tc>
          <w:tcPr>
            <w:tcW w:w="1234" w:type="dxa"/>
          </w:tcPr>
          <w:p w14:paraId="52101A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б1</w:t>
            </w:r>
          </w:p>
        </w:tc>
        <w:tc>
          <w:tcPr>
            <w:tcW w:w="1234" w:type="dxa"/>
          </w:tcPr>
          <w:p w14:paraId="4EC499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674E0E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388DCAC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1,3</w:t>
            </w:r>
          </w:p>
        </w:tc>
      </w:tr>
      <w:tr w:rsidR="006F0136" w:rsidRPr="00D77020" w14:paraId="6B81C9F6" w14:textId="77777777">
        <w:tc>
          <w:tcPr>
            <w:tcW w:w="1234" w:type="dxa"/>
          </w:tcPr>
          <w:p w14:paraId="06F801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365F4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HF-353-ц</w:t>
            </w:r>
          </w:p>
        </w:tc>
        <w:tc>
          <w:tcPr>
            <w:tcW w:w="1234" w:type="dxa"/>
          </w:tcPr>
          <w:p w14:paraId="295C60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353</w:t>
            </w:r>
          </w:p>
        </w:tc>
        <w:tc>
          <w:tcPr>
            <w:tcW w:w="1234" w:type="dxa"/>
          </w:tcPr>
          <w:p w14:paraId="57EC7B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ц</w:t>
            </w:r>
          </w:p>
        </w:tc>
        <w:tc>
          <w:tcPr>
            <w:tcW w:w="1234" w:type="dxa"/>
          </w:tcPr>
          <w:p w14:paraId="264FD2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5F4FA5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D9D6D9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7,8</w:t>
            </w:r>
          </w:p>
        </w:tc>
      </w:tr>
      <w:tr w:rsidR="006F0136" w:rsidRPr="00D77020" w14:paraId="526E71ED" w14:textId="77777777">
        <w:tc>
          <w:tcPr>
            <w:tcW w:w="1234" w:type="dxa"/>
          </w:tcPr>
          <w:p w14:paraId="6D2DE4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14A769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HF-353-ч1</w:t>
            </w:r>
          </w:p>
        </w:tc>
        <w:tc>
          <w:tcPr>
            <w:tcW w:w="1234" w:type="dxa"/>
          </w:tcPr>
          <w:p w14:paraId="758226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353</w:t>
            </w:r>
          </w:p>
        </w:tc>
        <w:tc>
          <w:tcPr>
            <w:tcW w:w="1234" w:type="dxa"/>
          </w:tcPr>
          <w:p w14:paraId="1D06E1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ч1</w:t>
            </w:r>
          </w:p>
        </w:tc>
        <w:tc>
          <w:tcPr>
            <w:tcW w:w="1234" w:type="dxa"/>
          </w:tcPr>
          <w:p w14:paraId="2C08C7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67D2BB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A693DA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0,8</w:t>
            </w:r>
          </w:p>
        </w:tc>
      </w:tr>
      <w:tr w:rsidR="006F0136" w:rsidRPr="00D77020" w14:paraId="0CC803FE" w14:textId="77777777">
        <w:tc>
          <w:tcPr>
            <w:tcW w:w="1234" w:type="dxa"/>
          </w:tcPr>
          <w:p w14:paraId="721577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C9735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HF-353-ю1</w:t>
            </w:r>
          </w:p>
        </w:tc>
        <w:tc>
          <w:tcPr>
            <w:tcW w:w="1234" w:type="dxa"/>
          </w:tcPr>
          <w:p w14:paraId="0FDE31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353</w:t>
            </w:r>
          </w:p>
        </w:tc>
        <w:tc>
          <w:tcPr>
            <w:tcW w:w="1234" w:type="dxa"/>
          </w:tcPr>
          <w:p w14:paraId="5A0E34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ю1</w:t>
            </w:r>
          </w:p>
        </w:tc>
        <w:tc>
          <w:tcPr>
            <w:tcW w:w="1234" w:type="dxa"/>
          </w:tcPr>
          <w:p w14:paraId="6DF156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5E8CBD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85D425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1,0</w:t>
            </w:r>
          </w:p>
        </w:tc>
      </w:tr>
      <w:tr w:rsidR="006F0136" w:rsidRPr="00D77020" w14:paraId="1F4951B8" w14:textId="77777777">
        <w:tc>
          <w:tcPr>
            <w:tcW w:w="1234" w:type="dxa"/>
          </w:tcPr>
          <w:p w14:paraId="704DD3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4BF95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HF-355-з</w:t>
            </w:r>
          </w:p>
        </w:tc>
        <w:tc>
          <w:tcPr>
            <w:tcW w:w="1234" w:type="dxa"/>
          </w:tcPr>
          <w:p w14:paraId="74DA2B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355</w:t>
            </w:r>
          </w:p>
        </w:tc>
        <w:tc>
          <w:tcPr>
            <w:tcW w:w="1234" w:type="dxa"/>
          </w:tcPr>
          <w:p w14:paraId="70D30E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6BDAF0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495131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AE0708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6460974B" w14:textId="77777777">
        <w:tc>
          <w:tcPr>
            <w:tcW w:w="1234" w:type="dxa"/>
          </w:tcPr>
          <w:p w14:paraId="5AD0CA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16F73A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HF-355-р</w:t>
            </w:r>
          </w:p>
        </w:tc>
        <w:tc>
          <w:tcPr>
            <w:tcW w:w="1234" w:type="dxa"/>
          </w:tcPr>
          <w:p w14:paraId="25871C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355</w:t>
            </w:r>
          </w:p>
        </w:tc>
        <w:tc>
          <w:tcPr>
            <w:tcW w:w="1234" w:type="dxa"/>
          </w:tcPr>
          <w:p w14:paraId="4B57EB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06E17F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13D334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8A1DB2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67D32A99" w14:textId="77777777">
        <w:tc>
          <w:tcPr>
            <w:tcW w:w="1234" w:type="dxa"/>
          </w:tcPr>
          <w:p w14:paraId="689900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0AE2F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HF-356-т</w:t>
            </w:r>
          </w:p>
        </w:tc>
        <w:tc>
          <w:tcPr>
            <w:tcW w:w="1234" w:type="dxa"/>
          </w:tcPr>
          <w:p w14:paraId="455175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356</w:t>
            </w:r>
          </w:p>
        </w:tc>
        <w:tc>
          <w:tcPr>
            <w:tcW w:w="1234" w:type="dxa"/>
          </w:tcPr>
          <w:p w14:paraId="6110AC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57B8A4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6195E3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E4929B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6AB35118" w14:textId="77777777">
        <w:tc>
          <w:tcPr>
            <w:tcW w:w="1234" w:type="dxa"/>
          </w:tcPr>
          <w:p w14:paraId="2B1621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B1D5B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HF-358-н</w:t>
            </w:r>
          </w:p>
        </w:tc>
        <w:tc>
          <w:tcPr>
            <w:tcW w:w="1234" w:type="dxa"/>
          </w:tcPr>
          <w:p w14:paraId="005587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358</w:t>
            </w:r>
          </w:p>
        </w:tc>
        <w:tc>
          <w:tcPr>
            <w:tcW w:w="1234" w:type="dxa"/>
          </w:tcPr>
          <w:p w14:paraId="6C29EC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1F6EB6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754F3F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C552D2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60BEFAF0" w14:textId="77777777">
        <w:tc>
          <w:tcPr>
            <w:tcW w:w="1234" w:type="dxa"/>
          </w:tcPr>
          <w:p w14:paraId="7C3AEA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B48AF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HF-44-е</w:t>
            </w:r>
          </w:p>
        </w:tc>
        <w:tc>
          <w:tcPr>
            <w:tcW w:w="1234" w:type="dxa"/>
          </w:tcPr>
          <w:p w14:paraId="2E80DF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44</w:t>
            </w:r>
          </w:p>
        </w:tc>
        <w:tc>
          <w:tcPr>
            <w:tcW w:w="1234" w:type="dxa"/>
          </w:tcPr>
          <w:p w14:paraId="20FC6F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0F4391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2E39A8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50F230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4,8</w:t>
            </w:r>
          </w:p>
        </w:tc>
      </w:tr>
      <w:tr w:rsidR="006F0136" w:rsidRPr="00D77020" w14:paraId="00BF024B" w14:textId="77777777">
        <w:tc>
          <w:tcPr>
            <w:tcW w:w="1234" w:type="dxa"/>
          </w:tcPr>
          <w:p w14:paraId="19ADA2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54895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HF-44-ф</w:t>
            </w:r>
          </w:p>
        </w:tc>
        <w:tc>
          <w:tcPr>
            <w:tcW w:w="1234" w:type="dxa"/>
          </w:tcPr>
          <w:p w14:paraId="3CA510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44</w:t>
            </w:r>
          </w:p>
        </w:tc>
        <w:tc>
          <w:tcPr>
            <w:tcW w:w="1234" w:type="dxa"/>
          </w:tcPr>
          <w:p w14:paraId="2382A1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ф</w:t>
            </w:r>
          </w:p>
        </w:tc>
        <w:tc>
          <w:tcPr>
            <w:tcW w:w="1234" w:type="dxa"/>
          </w:tcPr>
          <w:p w14:paraId="658ADA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1AFDFA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1C8DA35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9,7</w:t>
            </w:r>
          </w:p>
        </w:tc>
      </w:tr>
      <w:tr w:rsidR="006F0136" w:rsidRPr="00D77020" w14:paraId="6D1B44B9" w14:textId="77777777">
        <w:tc>
          <w:tcPr>
            <w:tcW w:w="1234" w:type="dxa"/>
          </w:tcPr>
          <w:p w14:paraId="3AC79C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16D0E5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HF-57-м</w:t>
            </w:r>
          </w:p>
        </w:tc>
        <w:tc>
          <w:tcPr>
            <w:tcW w:w="1234" w:type="dxa"/>
          </w:tcPr>
          <w:p w14:paraId="66F575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57</w:t>
            </w:r>
          </w:p>
        </w:tc>
        <w:tc>
          <w:tcPr>
            <w:tcW w:w="1234" w:type="dxa"/>
          </w:tcPr>
          <w:p w14:paraId="719BFF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089E3E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39D5AA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55099EB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1,7</w:t>
            </w:r>
          </w:p>
        </w:tc>
      </w:tr>
      <w:tr w:rsidR="006F0136" w:rsidRPr="00D77020" w14:paraId="75D224C6" w14:textId="77777777">
        <w:tc>
          <w:tcPr>
            <w:tcW w:w="1234" w:type="dxa"/>
          </w:tcPr>
          <w:p w14:paraId="4A2850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7A1B8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HF-58-а</w:t>
            </w:r>
          </w:p>
        </w:tc>
        <w:tc>
          <w:tcPr>
            <w:tcW w:w="1234" w:type="dxa"/>
          </w:tcPr>
          <w:p w14:paraId="623DE5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58</w:t>
            </w:r>
          </w:p>
        </w:tc>
        <w:tc>
          <w:tcPr>
            <w:tcW w:w="1234" w:type="dxa"/>
          </w:tcPr>
          <w:p w14:paraId="7B9F28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23D54C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48E936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35D98BB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8,2</w:t>
            </w:r>
          </w:p>
        </w:tc>
      </w:tr>
      <w:tr w:rsidR="006F0136" w:rsidRPr="00D77020" w14:paraId="4B46A794" w14:textId="77777777">
        <w:tc>
          <w:tcPr>
            <w:tcW w:w="1234" w:type="dxa"/>
          </w:tcPr>
          <w:p w14:paraId="19D9C7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2CEFC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HF-58-г</w:t>
            </w:r>
          </w:p>
        </w:tc>
        <w:tc>
          <w:tcPr>
            <w:tcW w:w="1234" w:type="dxa"/>
          </w:tcPr>
          <w:p w14:paraId="69CB48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58</w:t>
            </w:r>
          </w:p>
        </w:tc>
        <w:tc>
          <w:tcPr>
            <w:tcW w:w="1234" w:type="dxa"/>
          </w:tcPr>
          <w:p w14:paraId="36AA30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3A1CD0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7E8032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170C3B2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3,1</w:t>
            </w:r>
          </w:p>
        </w:tc>
      </w:tr>
      <w:tr w:rsidR="006F0136" w:rsidRPr="00D77020" w14:paraId="5CD3A67D" w14:textId="77777777">
        <w:tc>
          <w:tcPr>
            <w:tcW w:w="1234" w:type="dxa"/>
          </w:tcPr>
          <w:p w14:paraId="7097B3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6BFD5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HF-59-г</w:t>
            </w:r>
          </w:p>
        </w:tc>
        <w:tc>
          <w:tcPr>
            <w:tcW w:w="1234" w:type="dxa"/>
          </w:tcPr>
          <w:p w14:paraId="085E1C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59</w:t>
            </w:r>
          </w:p>
        </w:tc>
        <w:tc>
          <w:tcPr>
            <w:tcW w:w="1234" w:type="dxa"/>
          </w:tcPr>
          <w:p w14:paraId="1D86E1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5A95C9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3F6847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1E7A81D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19,3</w:t>
            </w:r>
          </w:p>
        </w:tc>
      </w:tr>
      <w:tr w:rsidR="006F0136" w:rsidRPr="00D77020" w14:paraId="7A2A3431" w14:textId="77777777">
        <w:tc>
          <w:tcPr>
            <w:tcW w:w="1234" w:type="dxa"/>
          </w:tcPr>
          <w:p w14:paraId="3EA6E8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2437D6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HF-60-б</w:t>
            </w:r>
          </w:p>
        </w:tc>
        <w:tc>
          <w:tcPr>
            <w:tcW w:w="1234" w:type="dxa"/>
          </w:tcPr>
          <w:p w14:paraId="0D3102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2C303A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513F28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7F0228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10D9449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1,5</w:t>
            </w:r>
          </w:p>
        </w:tc>
      </w:tr>
      <w:tr w:rsidR="006F0136" w:rsidRPr="00D77020" w14:paraId="6DAE1CCA" w14:textId="77777777">
        <w:tc>
          <w:tcPr>
            <w:tcW w:w="1234" w:type="dxa"/>
          </w:tcPr>
          <w:p w14:paraId="402130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46137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HF-60-д</w:t>
            </w:r>
          </w:p>
        </w:tc>
        <w:tc>
          <w:tcPr>
            <w:tcW w:w="1234" w:type="dxa"/>
          </w:tcPr>
          <w:p w14:paraId="308998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29B521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24DF07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1B26D2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3B6D5DA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246BC962" w14:textId="77777777">
        <w:tc>
          <w:tcPr>
            <w:tcW w:w="1234" w:type="dxa"/>
          </w:tcPr>
          <w:p w14:paraId="4B9364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08DCF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HF-60-з</w:t>
            </w:r>
          </w:p>
        </w:tc>
        <w:tc>
          <w:tcPr>
            <w:tcW w:w="1234" w:type="dxa"/>
          </w:tcPr>
          <w:p w14:paraId="0B55BE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737411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46BD47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667867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343305A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32EAD5E1" w14:textId="77777777">
        <w:tc>
          <w:tcPr>
            <w:tcW w:w="1234" w:type="dxa"/>
          </w:tcPr>
          <w:p w14:paraId="56196A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281974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HF-60-к</w:t>
            </w:r>
          </w:p>
        </w:tc>
        <w:tc>
          <w:tcPr>
            <w:tcW w:w="1234" w:type="dxa"/>
          </w:tcPr>
          <w:p w14:paraId="739DAE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034E3A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6B2E16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62197F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735B84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0,6</w:t>
            </w:r>
          </w:p>
        </w:tc>
      </w:tr>
      <w:tr w:rsidR="006F0136" w:rsidRPr="00D77020" w14:paraId="13311BC6" w14:textId="77777777">
        <w:tc>
          <w:tcPr>
            <w:tcW w:w="1234" w:type="dxa"/>
          </w:tcPr>
          <w:p w14:paraId="761BF6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29BA23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HF-60-р</w:t>
            </w:r>
          </w:p>
        </w:tc>
        <w:tc>
          <w:tcPr>
            <w:tcW w:w="1234" w:type="dxa"/>
          </w:tcPr>
          <w:p w14:paraId="64F04E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71EF01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792598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32583D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E475FB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11,3</w:t>
            </w:r>
          </w:p>
        </w:tc>
      </w:tr>
      <w:tr w:rsidR="006F0136" w:rsidRPr="00D77020" w14:paraId="09E0A7AE" w14:textId="77777777">
        <w:tc>
          <w:tcPr>
            <w:tcW w:w="1234" w:type="dxa"/>
          </w:tcPr>
          <w:p w14:paraId="5E0338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C938C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HF-60-ч</w:t>
            </w:r>
          </w:p>
        </w:tc>
        <w:tc>
          <w:tcPr>
            <w:tcW w:w="1234" w:type="dxa"/>
          </w:tcPr>
          <w:p w14:paraId="037D5E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7B8FBE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ч</w:t>
            </w:r>
          </w:p>
        </w:tc>
        <w:tc>
          <w:tcPr>
            <w:tcW w:w="1234" w:type="dxa"/>
          </w:tcPr>
          <w:p w14:paraId="548816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03CCCB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629504A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7,3</w:t>
            </w:r>
          </w:p>
        </w:tc>
      </w:tr>
      <w:tr w:rsidR="006F0136" w:rsidRPr="00D77020" w14:paraId="3AADAC83" w14:textId="77777777">
        <w:tc>
          <w:tcPr>
            <w:tcW w:w="1234" w:type="dxa"/>
          </w:tcPr>
          <w:p w14:paraId="0A8D81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1A803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HF-61-г</w:t>
            </w:r>
          </w:p>
        </w:tc>
        <w:tc>
          <w:tcPr>
            <w:tcW w:w="1234" w:type="dxa"/>
          </w:tcPr>
          <w:p w14:paraId="559E33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61</w:t>
            </w:r>
          </w:p>
        </w:tc>
        <w:tc>
          <w:tcPr>
            <w:tcW w:w="1234" w:type="dxa"/>
          </w:tcPr>
          <w:p w14:paraId="311F6E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1DE183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6F74E8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72FBA31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14,3</w:t>
            </w:r>
          </w:p>
        </w:tc>
      </w:tr>
      <w:tr w:rsidR="006F0136" w:rsidRPr="00D77020" w14:paraId="789CC151" w14:textId="77777777">
        <w:tc>
          <w:tcPr>
            <w:tcW w:w="1234" w:type="dxa"/>
          </w:tcPr>
          <w:p w14:paraId="33BFE5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63DDA7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HF-61-д</w:t>
            </w:r>
          </w:p>
        </w:tc>
        <w:tc>
          <w:tcPr>
            <w:tcW w:w="1234" w:type="dxa"/>
          </w:tcPr>
          <w:p w14:paraId="49626A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61</w:t>
            </w:r>
          </w:p>
        </w:tc>
        <w:tc>
          <w:tcPr>
            <w:tcW w:w="1234" w:type="dxa"/>
          </w:tcPr>
          <w:p w14:paraId="5F8B10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751406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1C471F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FA06DA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9,3</w:t>
            </w:r>
          </w:p>
        </w:tc>
      </w:tr>
      <w:tr w:rsidR="006F0136" w:rsidRPr="00D77020" w14:paraId="62CBA6FA" w14:textId="77777777">
        <w:tc>
          <w:tcPr>
            <w:tcW w:w="1234" w:type="dxa"/>
          </w:tcPr>
          <w:p w14:paraId="30B12C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17FB55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HF-74-о</w:t>
            </w:r>
          </w:p>
        </w:tc>
        <w:tc>
          <w:tcPr>
            <w:tcW w:w="1234" w:type="dxa"/>
          </w:tcPr>
          <w:p w14:paraId="200885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74</w:t>
            </w:r>
          </w:p>
        </w:tc>
        <w:tc>
          <w:tcPr>
            <w:tcW w:w="1234" w:type="dxa"/>
          </w:tcPr>
          <w:p w14:paraId="020579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271254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0552C6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53A457D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2,7</w:t>
            </w:r>
          </w:p>
        </w:tc>
      </w:tr>
      <w:tr w:rsidR="006F0136" w:rsidRPr="00D77020" w14:paraId="1436F831" w14:textId="77777777">
        <w:tc>
          <w:tcPr>
            <w:tcW w:w="1234" w:type="dxa"/>
          </w:tcPr>
          <w:p w14:paraId="39D1C2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F0D4E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HF-82-з</w:t>
            </w:r>
          </w:p>
        </w:tc>
        <w:tc>
          <w:tcPr>
            <w:tcW w:w="1234" w:type="dxa"/>
          </w:tcPr>
          <w:p w14:paraId="7C7720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82</w:t>
            </w:r>
          </w:p>
        </w:tc>
        <w:tc>
          <w:tcPr>
            <w:tcW w:w="1234" w:type="dxa"/>
          </w:tcPr>
          <w:p w14:paraId="01383C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6579EB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11594F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A442B1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4,5</w:t>
            </w:r>
          </w:p>
        </w:tc>
      </w:tr>
      <w:tr w:rsidR="006F0136" w:rsidRPr="00D77020" w14:paraId="1B866D14" w14:textId="77777777">
        <w:tc>
          <w:tcPr>
            <w:tcW w:w="1234" w:type="dxa"/>
          </w:tcPr>
          <w:p w14:paraId="1BDC1E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668D14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HF-83-а</w:t>
            </w:r>
          </w:p>
        </w:tc>
        <w:tc>
          <w:tcPr>
            <w:tcW w:w="1234" w:type="dxa"/>
          </w:tcPr>
          <w:p w14:paraId="4D5C9B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83</w:t>
            </w:r>
          </w:p>
        </w:tc>
        <w:tc>
          <w:tcPr>
            <w:tcW w:w="1234" w:type="dxa"/>
          </w:tcPr>
          <w:p w14:paraId="74C6A7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0409AC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02284A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EC3E07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11,1</w:t>
            </w:r>
          </w:p>
        </w:tc>
      </w:tr>
      <w:tr w:rsidR="006F0136" w:rsidRPr="00D77020" w14:paraId="67D4EE99" w14:textId="77777777">
        <w:tc>
          <w:tcPr>
            <w:tcW w:w="1234" w:type="dxa"/>
          </w:tcPr>
          <w:p w14:paraId="0F1365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635DC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HF-83-ц</w:t>
            </w:r>
          </w:p>
        </w:tc>
        <w:tc>
          <w:tcPr>
            <w:tcW w:w="1234" w:type="dxa"/>
          </w:tcPr>
          <w:p w14:paraId="0B603D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83</w:t>
            </w:r>
          </w:p>
        </w:tc>
        <w:tc>
          <w:tcPr>
            <w:tcW w:w="1234" w:type="dxa"/>
          </w:tcPr>
          <w:p w14:paraId="06112C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ц</w:t>
            </w:r>
          </w:p>
        </w:tc>
        <w:tc>
          <w:tcPr>
            <w:tcW w:w="1234" w:type="dxa"/>
          </w:tcPr>
          <w:p w14:paraId="5BF63B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1045F9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677753C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3017AC6A" w14:textId="77777777">
        <w:tc>
          <w:tcPr>
            <w:tcW w:w="1234" w:type="dxa"/>
          </w:tcPr>
          <w:p w14:paraId="6ED25B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2025</w:t>
            </w:r>
          </w:p>
        </w:tc>
        <w:tc>
          <w:tcPr>
            <w:tcW w:w="1234" w:type="dxa"/>
          </w:tcPr>
          <w:p w14:paraId="170BD6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HF-84-а1</w:t>
            </w:r>
          </w:p>
        </w:tc>
        <w:tc>
          <w:tcPr>
            <w:tcW w:w="1234" w:type="dxa"/>
          </w:tcPr>
          <w:p w14:paraId="3C1F60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84</w:t>
            </w:r>
          </w:p>
        </w:tc>
        <w:tc>
          <w:tcPr>
            <w:tcW w:w="1234" w:type="dxa"/>
          </w:tcPr>
          <w:p w14:paraId="1AD54F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а1</w:t>
            </w:r>
          </w:p>
        </w:tc>
        <w:tc>
          <w:tcPr>
            <w:tcW w:w="1234" w:type="dxa"/>
          </w:tcPr>
          <w:p w14:paraId="0466AC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71FD3F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5210</w:t>
            </w:r>
          </w:p>
        </w:tc>
        <w:tc>
          <w:tcPr>
            <w:tcW w:w="1234" w:type="dxa"/>
          </w:tcPr>
          <w:p w14:paraId="1B809D1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4F60658B" w14:textId="77777777">
        <w:tc>
          <w:tcPr>
            <w:tcW w:w="1234" w:type="dxa"/>
          </w:tcPr>
          <w:p w14:paraId="173E1A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4483D3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HF-86-с</w:t>
            </w:r>
          </w:p>
        </w:tc>
        <w:tc>
          <w:tcPr>
            <w:tcW w:w="1234" w:type="dxa"/>
          </w:tcPr>
          <w:p w14:paraId="1063A1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86</w:t>
            </w:r>
          </w:p>
        </w:tc>
        <w:tc>
          <w:tcPr>
            <w:tcW w:w="1234" w:type="dxa"/>
          </w:tcPr>
          <w:p w14:paraId="593B3C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507AC3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10A6AD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5210</w:t>
            </w:r>
          </w:p>
        </w:tc>
        <w:tc>
          <w:tcPr>
            <w:tcW w:w="1234" w:type="dxa"/>
          </w:tcPr>
          <w:p w14:paraId="656ADAF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4,0</w:t>
            </w:r>
          </w:p>
        </w:tc>
      </w:tr>
      <w:tr w:rsidR="006F0136" w:rsidRPr="00D77020" w14:paraId="7DE99C88" w14:textId="77777777">
        <w:tc>
          <w:tcPr>
            <w:tcW w:w="1234" w:type="dxa"/>
          </w:tcPr>
          <w:p w14:paraId="402457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4D3C65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HF-91-д</w:t>
            </w:r>
          </w:p>
        </w:tc>
        <w:tc>
          <w:tcPr>
            <w:tcW w:w="1234" w:type="dxa"/>
          </w:tcPr>
          <w:p w14:paraId="210E76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</w:t>
            </w:r>
          </w:p>
        </w:tc>
        <w:tc>
          <w:tcPr>
            <w:tcW w:w="1234" w:type="dxa"/>
          </w:tcPr>
          <w:p w14:paraId="42F362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0E2968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658DEE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1101676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4,2</w:t>
            </w:r>
          </w:p>
        </w:tc>
      </w:tr>
      <w:tr w:rsidR="006F0136" w:rsidRPr="00D77020" w14:paraId="19860783" w14:textId="77777777">
        <w:tc>
          <w:tcPr>
            <w:tcW w:w="1234" w:type="dxa"/>
          </w:tcPr>
          <w:p w14:paraId="062708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228713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HF-93-а</w:t>
            </w:r>
          </w:p>
        </w:tc>
        <w:tc>
          <w:tcPr>
            <w:tcW w:w="1234" w:type="dxa"/>
          </w:tcPr>
          <w:p w14:paraId="331345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93</w:t>
            </w:r>
          </w:p>
        </w:tc>
        <w:tc>
          <w:tcPr>
            <w:tcW w:w="1234" w:type="dxa"/>
          </w:tcPr>
          <w:p w14:paraId="0552D6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55F220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44D4D0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345D84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17,1</w:t>
            </w:r>
          </w:p>
        </w:tc>
      </w:tr>
      <w:tr w:rsidR="006F0136" w:rsidRPr="00D77020" w14:paraId="7A85C47D" w14:textId="77777777">
        <w:tc>
          <w:tcPr>
            <w:tcW w:w="1234" w:type="dxa"/>
          </w:tcPr>
          <w:p w14:paraId="45DAF4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BE37A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HF-93-г</w:t>
            </w:r>
          </w:p>
        </w:tc>
        <w:tc>
          <w:tcPr>
            <w:tcW w:w="1234" w:type="dxa"/>
          </w:tcPr>
          <w:p w14:paraId="60E0F3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93</w:t>
            </w:r>
          </w:p>
        </w:tc>
        <w:tc>
          <w:tcPr>
            <w:tcW w:w="1234" w:type="dxa"/>
          </w:tcPr>
          <w:p w14:paraId="30E56B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6C577F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73B20D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10CF448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14925AA6" w14:textId="77777777">
        <w:tc>
          <w:tcPr>
            <w:tcW w:w="1234" w:type="dxa"/>
          </w:tcPr>
          <w:p w14:paraId="78CFE5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AA41D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HF-93-ц</w:t>
            </w:r>
          </w:p>
        </w:tc>
        <w:tc>
          <w:tcPr>
            <w:tcW w:w="1234" w:type="dxa"/>
          </w:tcPr>
          <w:p w14:paraId="64FFC0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93</w:t>
            </w:r>
          </w:p>
        </w:tc>
        <w:tc>
          <w:tcPr>
            <w:tcW w:w="1234" w:type="dxa"/>
          </w:tcPr>
          <w:p w14:paraId="429B26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ц</w:t>
            </w:r>
          </w:p>
        </w:tc>
        <w:tc>
          <w:tcPr>
            <w:tcW w:w="1234" w:type="dxa"/>
          </w:tcPr>
          <w:p w14:paraId="5513EF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78E91D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211811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609B4F70" w14:textId="77777777">
        <w:tc>
          <w:tcPr>
            <w:tcW w:w="1234" w:type="dxa"/>
          </w:tcPr>
          <w:p w14:paraId="4DAC5F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68D7CE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HF-95-п</w:t>
            </w:r>
          </w:p>
        </w:tc>
        <w:tc>
          <w:tcPr>
            <w:tcW w:w="1234" w:type="dxa"/>
          </w:tcPr>
          <w:p w14:paraId="3A2BDF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</w:t>
            </w:r>
          </w:p>
        </w:tc>
        <w:tc>
          <w:tcPr>
            <w:tcW w:w="1234" w:type="dxa"/>
          </w:tcPr>
          <w:p w14:paraId="40264E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188D4E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65</w:t>
            </w:r>
          </w:p>
        </w:tc>
        <w:tc>
          <w:tcPr>
            <w:tcW w:w="1234" w:type="dxa"/>
          </w:tcPr>
          <w:p w14:paraId="000B14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440DCDC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1,3</w:t>
            </w:r>
          </w:p>
        </w:tc>
      </w:tr>
      <w:tr w:rsidR="006F0136" w:rsidRPr="00D77020" w14:paraId="689C8746" w14:textId="77777777">
        <w:tc>
          <w:tcPr>
            <w:tcW w:w="1234" w:type="dxa"/>
          </w:tcPr>
          <w:p w14:paraId="414359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4FCD46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HF-95-с</w:t>
            </w:r>
          </w:p>
        </w:tc>
        <w:tc>
          <w:tcPr>
            <w:tcW w:w="1234" w:type="dxa"/>
          </w:tcPr>
          <w:p w14:paraId="11244B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</w:t>
            </w:r>
          </w:p>
        </w:tc>
        <w:tc>
          <w:tcPr>
            <w:tcW w:w="1234" w:type="dxa"/>
          </w:tcPr>
          <w:p w14:paraId="3860F9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7B6309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216F21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3F52DAB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2695EED4" w14:textId="77777777">
        <w:tc>
          <w:tcPr>
            <w:tcW w:w="1234" w:type="dxa"/>
          </w:tcPr>
          <w:p w14:paraId="57FE73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7A1E4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HF-95-у</w:t>
            </w:r>
          </w:p>
        </w:tc>
        <w:tc>
          <w:tcPr>
            <w:tcW w:w="1234" w:type="dxa"/>
          </w:tcPr>
          <w:p w14:paraId="78DAC8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</w:t>
            </w:r>
          </w:p>
        </w:tc>
        <w:tc>
          <w:tcPr>
            <w:tcW w:w="1234" w:type="dxa"/>
          </w:tcPr>
          <w:p w14:paraId="7C5A1D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у</w:t>
            </w:r>
          </w:p>
        </w:tc>
        <w:tc>
          <w:tcPr>
            <w:tcW w:w="1234" w:type="dxa"/>
          </w:tcPr>
          <w:p w14:paraId="282DCB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7FD377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6E90082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790D1C2D" w14:textId="77777777">
        <w:tc>
          <w:tcPr>
            <w:tcW w:w="1234" w:type="dxa"/>
          </w:tcPr>
          <w:p w14:paraId="60F7FE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24DB0E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HF-96-о</w:t>
            </w:r>
          </w:p>
        </w:tc>
        <w:tc>
          <w:tcPr>
            <w:tcW w:w="1234" w:type="dxa"/>
          </w:tcPr>
          <w:p w14:paraId="02C9DD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96</w:t>
            </w:r>
          </w:p>
        </w:tc>
        <w:tc>
          <w:tcPr>
            <w:tcW w:w="1234" w:type="dxa"/>
          </w:tcPr>
          <w:p w14:paraId="15327E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4D21B2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20C2BB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9944AF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5,1</w:t>
            </w:r>
          </w:p>
        </w:tc>
      </w:tr>
      <w:tr w:rsidR="006F0136" w:rsidRPr="00D77020" w14:paraId="3C651C69" w14:textId="77777777">
        <w:tc>
          <w:tcPr>
            <w:tcW w:w="1234" w:type="dxa"/>
          </w:tcPr>
          <w:p w14:paraId="06FEF5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E2B01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HF-99-з</w:t>
            </w:r>
          </w:p>
        </w:tc>
        <w:tc>
          <w:tcPr>
            <w:tcW w:w="1234" w:type="dxa"/>
          </w:tcPr>
          <w:p w14:paraId="52E603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99</w:t>
            </w:r>
          </w:p>
        </w:tc>
        <w:tc>
          <w:tcPr>
            <w:tcW w:w="1234" w:type="dxa"/>
          </w:tcPr>
          <w:p w14:paraId="5D2D1A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266DEF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62909E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612DFD8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2,3</w:t>
            </w:r>
          </w:p>
        </w:tc>
      </w:tr>
      <w:tr w:rsidR="006F0136" w:rsidRPr="00D77020" w14:paraId="545EBA74" w14:textId="77777777">
        <w:tc>
          <w:tcPr>
            <w:tcW w:w="1234" w:type="dxa"/>
          </w:tcPr>
          <w:p w14:paraId="0DFFAA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24327B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HF-99-л</w:t>
            </w:r>
          </w:p>
        </w:tc>
        <w:tc>
          <w:tcPr>
            <w:tcW w:w="1234" w:type="dxa"/>
          </w:tcPr>
          <w:p w14:paraId="3FADC8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99</w:t>
            </w:r>
          </w:p>
        </w:tc>
        <w:tc>
          <w:tcPr>
            <w:tcW w:w="1234" w:type="dxa"/>
          </w:tcPr>
          <w:p w14:paraId="08ED95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1D8361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543EC1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06A3C8E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5,3</w:t>
            </w:r>
          </w:p>
        </w:tc>
      </w:tr>
      <w:tr w:rsidR="006F0136" w:rsidRPr="00D77020" w14:paraId="1E7DCEC5" w14:textId="77777777">
        <w:tc>
          <w:tcPr>
            <w:tcW w:w="1234" w:type="dxa"/>
          </w:tcPr>
          <w:p w14:paraId="5123D5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66D57A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HF-99-п</w:t>
            </w:r>
          </w:p>
        </w:tc>
        <w:tc>
          <w:tcPr>
            <w:tcW w:w="1234" w:type="dxa"/>
          </w:tcPr>
          <w:p w14:paraId="26B6D8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99</w:t>
            </w:r>
          </w:p>
        </w:tc>
        <w:tc>
          <w:tcPr>
            <w:tcW w:w="1234" w:type="dxa"/>
          </w:tcPr>
          <w:p w14:paraId="4F92DF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50897A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55</w:t>
            </w:r>
          </w:p>
        </w:tc>
        <w:tc>
          <w:tcPr>
            <w:tcW w:w="1234" w:type="dxa"/>
          </w:tcPr>
          <w:p w14:paraId="451DF1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28C1664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3D563B72" w14:textId="77777777">
        <w:tc>
          <w:tcPr>
            <w:tcW w:w="7404" w:type="dxa"/>
            <w:gridSpan w:val="6"/>
          </w:tcPr>
          <w:p w14:paraId="5B7223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44CE671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1179,2</w:t>
            </w:r>
          </w:p>
        </w:tc>
      </w:tr>
    </w:tbl>
    <w:p w14:paraId="30334694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BG0001013 - Скрино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035A0F20" w14:textId="77777777">
        <w:tc>
          <w:tcPr>
            <w:tcW w:w="1587" w:type="dxa"/>
          </w:tcPr>
          <w:p w14:paraId="3A275E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1353D5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1230DA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774690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69155C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7393DBEF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0A6943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6E795CA9" w14:textId="77777777">
        <w:tc>
          <w:tcPr>
            <w:tcW w:w="1234" w:type="dxa"/>
          </w:tcPr>
          <w:p w14:paraId="3102EC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8314B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HF-1-с</w:t>
            </w:r>
          </w:p>
        </w:tc>
        <w:tc>
          <w:tcPr>
            <w:tcW w:w="1234" w:type="dxa"/>
          </w:tcPr>
          <w:p w14:paraId="7619FB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</w:t>
            </w:r>
          </w:p>
        </w:tc>
        <w:tc>
          <w:tcPr>
            <w:tcW w:w="1234" w:type="dxa"/>
          </w:tcPr>
          <w:p w14:paraId="5DDA26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1503A4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47CDEF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425C6AC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2,5</w:t>
            </w:r>
          </w:p>
        </w:tc>
      </w:tr>
      <w:tr w:rsidR="006F0136" w:rsidRPr="00D77020" w14:paraId="636DA869" w14:textId="77777777">
        <w:tc>
          <w:tcPr>
            <w:tcW w:w="1234" w:type="dxa"/>
          </w:tcPr>
          <w:p w14:paraId="40E4AF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2035BD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HF-10-в</w:t>
            </w:r>
          </w:p>
        </w:tc>
        <w:tc>
          <w:tcPr>
            <w:tcW w:w="1234" w:type="dxa"/>
          </w:tcPr>
          <w:p w14:paraId="48BD20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</w:t>
            </w:r>
          </w:p>
        </w:tc>
        <w:tc>
          <w:tcPr>
            <w:tcW w:w="1234" w:type="dxa"/>
          </w:tcPr>
          <w:p w14:paraId="1A8380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41E53F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12C520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2F8A305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9,6</w:t>
            </w:r>
          </w:p>
        </w:tc>
      </w:tr>
      <w:tr w:rsidR="006F0136" w:rsidRPr="00D77020" w14:paraId="1D026332" w14:textId="77777777">
        <w:tc>
          <w:tcPr>
            <w:tcW w:w="1234" w:type="dxa"/>
          </w:tcPr>
          <w:p w14:paraId="00E2BB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153D4B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HF-11-ж</w:t>
            </w:r>
          </w:p>
        </w:tc>
        <w:tc>
          <w:tcPr>
            <w:tcW w:w="1234" w:type="dxa"/>
          </w:tcPr>
          <w:p w14:paraId="6B8232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</w:t>
            </w:r>
          </w:p>
        </w:tc>
        <w:tc>
          <w:tcPr>
            <w:tcW w:w="1234" w:type="dxa"/>
          </w:tcPr>
          <w:p w14:paraId="7CE25C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130B89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3CAECB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18C6C86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2,2</w:t>
            </w:r>
          </w:p>
        </w:tc>
      </w:tr>
      <w:tr w:rsidR="006F0136" w:rsidRPr="00D77020" w14:paraId="5EC68127" w14:textId="77777777">
        <w:tc>
          <w:tcPr>
            <w:tcW w:w="1234" w:type="dxa"/>
          </w:tcPr>
          <w:p w14:paraId="7FA437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9FF72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HF-12-г</w:t>
            </w:r>
          </w:p>
        </w:tc>
        <w:tc>
          <w:tcPr>
            <w:tcW w:w="1234" w:type="dxa"/>
          </w:tcPr>
          <w:p w14:paraId="37EB81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</w:t>
            </w:r>
          </w:p>
        </w:tc>
        <w:tc>
          <w:tcPr>
            <w:tcW w:w="1234" w:type="dxa"/>
          </w:tcPr>
          <w:p w14:paraId="60D49F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5804AA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460963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12976F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3,3</w:t>
            </w:r>
          </w:p>
        </w:tc>
      </w:tr>
      <w:tr w:rsidR="006F0136" w:rsidRPr="00D77020" w14:paraId="36986256" w14:textId="77777777">
        <w:tc>
          <w:tcPr>
            <w:tcW w:w="1234" w:type="dxa"/>
          </w:tcPr>
          <w:p w14:paraId="0055AC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1CE5E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HF-12-е</w:t>
            </w:r>
          </w:p>
        </w:tc>
        <w:tc>
          <w:tcPr>
            <w:tcW w:w="1234" w:type="dxa"/>
          </w:tcPr>
          <w:p w14:paraId="15001C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</w:t>
            </w:r>
          </w:p>
        </w:tc>
        <w:tc>
          <w:tcPr>
            <w:tcW w:w="1234" w:type="dxa"/>
          </w:tcPr>
          <w:p w14:paraId="4044B5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26EFCA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583825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D0B53B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3,7</w:t>
            </w:r>
          </w:p>
        </w:tc>
      </w:tr>
      <w:tr w:rsidR="006F0136" w:rsidRPr="00D77020" w14:paraId="74B4B0D1" w14:textId="77777777">
        <w:tc>
          <w:tcPr>
            <w:tcW w:w="1234" w:type="dxa"/>
          </w:tcPr>
          <w:p w14:paraId="0F014D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400C62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HF-12-м</w:t>
            </w:r>
          </w:p>
        </w:tc>
        <w:tc>
          <w:tcPr>
            <w:tcW w:w="1234" w:type="dxa"/>
          </w:tcPr>
          <w:p w14:paraId="362F4F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</w:t>
            </w:r>
          </w:p>
        </w:tc>
        <w:tc>
          <w:tcPr>
            <w:tcW w:w="1234" w:type="dxa"/>
          </w:tcPr>
          <w:p w14:paraId="4FFBDD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0C6BD9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207E11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F6805D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3,3</w:t>
            </w:r>
          </w:p>
        </w:tc>
      </w:tr>
      <w:tr w:rsidR="006F0136" w:rsidRPr="00D77020" w14:paraId="77BBE806" w14:textId="77777777">
        <w:tc>
          <w:tcPr>
            <w:tcW w:w="1234" w:type="dxa"/>
          </w:tcPr>
          <w:p w14:paraId="52F026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61F2AE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HF-12-н</w:t>
            </w:r>
          </w:p>
        </w:tc>
        <w:tc>
          <w:tcPr>
            <w:tcW w:w="1234" w:type="dxa"/>
          </w:tcPr>
          <w:p w14:paraId="360E02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</w:t>
            </w:r>
          </w:p>
        </w:tc>
        <w:tc>
          <w:tcPr>
            <w:tcW w:w="1234" w:type="dxa"/>
          </w:tcPr>
          <w:p w14:paraId="52848C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42073E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2B0281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A3ED69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1,0</w:t>
            </w:r>
          </w:p>
        </w:tc>
      </w:tr>
      <w:tr w:rsidR="006F0136" w:rsidRPr="00D77020" w14:paraId="6635DE81" w14:textId="77777777">
        <w:tc>
          <w:tcPr>
            <w:tcW w:w="1234" w:type="dxa"/>
          </w:tcPr>
          <w:p w14:paraId="7EC127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31D62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HF-13-л</w:t>
            </w:r>
          </w:p>
        </w:tc>
        <w:tc>
          <w:tcPr>
            <w:tcW w:w="1234" w:type="dxa"/>
          </w:tcPr>
          <w:p w14:paraId="296941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</w:t>
            </w:r>
          </w:p>
        </w:tc>
        <w:tc>
          <w:tcPr>
            <w:tcW w:w="1234" w:type="dxa"/>
          </w:tcPr>
          <w:p w14:paraId="45FD85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29E8C5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61E099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0080BF4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1,9</w:t>
            </w:r>
          </w:p>
        </w:tc>
      </w:tr>
      <w:tr w:rsidR="006F0136" w:rsidRPr="00D77020" w14:paraId="4C3C0033" w14:textId="77777777">
        <w:tc>
          <w:tcPr>
            <w:tcW w:w="1234" w:type="dxa"/>
          </w:tcPr>
          <w:p w14:paraId="3BA5D6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641198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HF-13-о</w:t>
            </w:r>
          </w:p>
        </w:tc>
        <w:tc>
          <w:tcPr>
            <w:tcW w:w="1234" w:type="dxa"/>
          </w:tcPr>
          <w:p w14:paraId="1208B0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</w:t>
            </w:r>
          </w:p>
        </w:tc>
        <w:tc>
          <w:tcPr>
            <w:tcW w:w="1234" w:type="dxa"/>
          </w:tcPr>
          <w:p w14:paraId="7265F0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4BB675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31BF7B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19F44D0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1,0</w:t>
            </w:r>
          </w:p>
        </w:tc>
      </w:tr>
      <w:tr w:rsidR="006F0136" w:rsidRPr="00D77020" w14:paraId="1D7C6CC9" w14:textId="77777777">
        <w:tc>
          <w:tcPr>
            <w:tcW w:w="1234" w:type="dxa"/>
          </w:tcPr>
          <w:p w14:paraId="34E08B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255976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HF-13-р</w:t>
            </w:r>
          </w:p>
        </w:tc>
        <w:tc>
          <w:tcPr>
            <w:tcW w:w="1234" w:type="dxa"/>
          </w:tcPr>
          <w:p w14:paraId="743461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</w:t>
            </w:r>
          </w:p>
        </w:tc>
        <w:tc>
          <w:tcPr>
            <w:tcW w:w="1234" w:type="dxa"/>
          </w:tcPr>
          <w:p w14:paraId="188697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7E6833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7E991C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2E104A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589AC0E1" w14:textId="77777777">
        <w:tc>
          <w:tcPr>
            <w:tcW w:w="1234" w:type="dxa"/>
          </w:tcPr>
          <w:p w14:paraId="496626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6EF2E5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HF-14-в</w:t>
            </w:r>
          </w:p>
        </w:tc>
        <w:tc>
          <w:tcPr>
            <w:tcW w:w="1234" w:type="dxa"/>
          </w:tcPr>
          <w:p w14:paraId="775BF3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</w:t>
            </w:r>
          </w:p>
        </w:tc>
        <w:tc>
          <w:tcPr>
            <w:tcW w:w="1234" w:type="dxa"/>
          </w:tcPr>
          <w:p w14:paraId="1DA62E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0B4E57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5770FA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24547F0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12,3</w:t>
            </w:r>
          </w:p>
        </w:tc>
      </w:tr>
      <w:tr w:rsidR="006F0136" w:rsidRPr="00D77020" w14:paraId="573A894F" w14:textId="77777777">
        <w:tc>
          <w:tcPr>
            <w:tcW w:w="1234" w:type="dxa"/>
          </w:tcPr>
          <w:p w14:paraId="43E669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96C43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HF-15-г1</w:t>
            </w:r>
          </w:p>
        </w:tc>
        <w:tc>
          <w:tcPr>
            <w:tcW w:w="1234" w:type="dxa"/>
          </w:tcPr>
          <w:p w14:paraId="49553B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</w:t>
            </w:r>
          </w:p>
        </w:tc>
        <w:tc>
          <w:tcPr>
            <w:tcW w:w="1234" w:type="dxa"/>
          </w:tcPr>
          <w:p w14:paraId="65C8B4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г1</w:t>
            </w:r>
          </w:p>
        </w:tc>
        <w:tc>
          <w:tcPr>
            <w:tcW w:w="1234" w:type="dxa"/>
          </w:tcPr>
          <w:p w14:paraId="5FBF8A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523036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EB9C15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7F933C7A" w14:textId="77777777">
        <w:tc>
          <w:tcPr>
            <w:tcW w:w="1234" w:type="dxa"/>
          </w:tcPr>
          <w:p w14:paraId="7BB274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83462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HF-152-о</w:t>
            </w:r>
          </w:p>
        </w:tc>
        <w:tc>
          <w:tcPr>
            <w:tcW w:w="1234" w:type="dxa"/>
          </w:tcPr>
          <w:p w14:paraId="5CA92B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152</w:t>
            </w:r>
          </w:p>
        </w:tc>
        <w:tc>
          <w:tcPr>
            <w:tcW w:w="1234" w:type="dxa"/>
          </w:tcPr>
          <w:p w14:paraId="60F6C4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75EDF3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44978D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052F386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5,3</w:t>
            </w:r>
          </w:p>
        </w:tc>
      </w:tr>
      <w:tr w:rsidR="006F0136" w:rsidRPr="00D77020" w14:paraId="42E64902" w14:textId="77777777">
        <w:tc>
          <w:tcPr>
            <w:tcW w:w="1234" w:type="dxa"/>
          </w:tcPr>
          <w:p w14:paraId="4E8400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9178C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HF-155-м</w:t>
            </w:r>
          </w:p>
        </w:tc>
        <w:tc>
          <w:tcPr>
            <w:tcW w:w="1234" w:type="dxa"/>
          </w:tcPr>
          <w:p w14:paraId="578271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155</w:t>
            </w:r>
          </w:p>
        </w:tc>
        <w:tc>
          <w:tcPr>
            <w:tcW w:w="1234" w:type="dxa"/>
          </w:tcPr>
          <w:p w14:paraId="423766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625782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5228AF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7DDA832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0,8</w:t>
            </w:r>
          </w:p>
        </w:tc>
      </w:tr>
      <w:tr w:rsidR="006F0136" w:rsidRPr="00D77020" w14:paraId="393A0B9B" w14:textId="77777777">
        <w:tc>
          <w:tcPr>
            <w:tcW w:w="1234" w:type="dxa"/>
          </w:tcPr>
          <w:p w14:paraId="178BA3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630B39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HF-155-с</w:t>
            </w:r>
          </w:p>
        </w:tc>
        <w:tc>
          <w:tcPr>
            <w:tcW w:w="1234" w:type="dxa"/>
          </w:tcPr>
          <w:p w14:paraId="40A2A2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155</w:t>
            </w:r>
          </w:p>
        </w:tc>
        <w:tc>
          <w:tcPr>
            <w:tcW w:w="1234" w:type="dxa"/>
          </w:tcPr>
          <w:p w14:paraId="3A4207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1227DB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1E120C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357088B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1,8</w:t>
            </w:r>
          </w:p>
        </w:tc>
      </w:tr>
      <w:tr w:rsidR="006F0136" w:rsidRPr="00D77020" w14:paraId="6A21425A" w14:textId="77777777">
        <w:tc>
          <w:tcPr>
            <w:tcW w:w="1234" w:type="dxa"/>
          </w:tcPr>
          <w:p w14:paraId="02DC10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4F6FEF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HF-155-ц</w:t>
            </w:r>
          </w:p>
        </w:tc>
        <w:tc>
          <w:tcPr>
            <w:tcW w:w="1234" w:type="dxa"/>
          </w:tcPr>
          <w:p w14:paraId="1435BF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155</w:t>
            </w:r>
          </w:p>
        </w:tc>
        <w:tc>
          <w:tcPr>
            <w:tcW w:w="1234" w:type="dxa"/>
          </w:tcPr>
          <w:p w14:paraId="6D061B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ц</w:t>
            </w:r>
          </w:p>
        </w:tc>
        <w:tc>
          <w:tcPr>
            <w:tcW w:w="1234" w:type="dxa"/>
          </w:tcPr>
          <w:p w14:paraId="1E4869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5B0D2B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233CAF6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1,9</w:t>
            </w:r>
          </w:p>
        </w:tc>
      </w:tr>
      <w:tr w:rsidR="006F0136" w:rsidRPr="00D77020" w14:paraId="0D5F9F56" w14:textId="77777777">
        <w:tc>
          <w:tcPr>
            <w:tcW w:w="1234" w:type="dxa"/>
          </w:tcPr>
          <w:p w14:paraId="18FB6B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04F9B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HF-155-ю</w:t>
            </w:r>
          </w:p>
        </w:tc>
        <w:tc>
          <w:tcPr>
            <w:tcW w:w="1234" w:type="dxa"/>
          </w:tcPr>
          <w:p w14:paraId="090498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155</w:t>
            </w:r>
          </w:p>
        </w:tc>
        <w:tc>
          <w:tcPr>
            <w:tcW w:w="1234" w:type="dxa"/>
          </w:tcPr>
          <w:p w14:paraId="1057AE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ю</w:t>
            </w:r>
          </w:p>
        </w:tc>
        <w:tc>
          <w:tcPr>
            <w:tcW w:w="1234" w:type="dxa"/>
          </w:tcPr>
          <w:p w14:paraId="0ED492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0C0AF8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1BF1268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0,9</w:t>
            </w:r>
          </w:p>
        </w:tc>
      </w:tr>
      <w:tr w:rsidR="006F0136" w:rsidRPr="00D77020" w14:paraId="3C272CDE" w14:textId="77777777">
        <w:tc>
          <w:tcPr>
            <w:tcW w:w="1234" w:type="dxa"/>
          </w:tcPr>
          <w:p w14:paraId="28706E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C46A5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HF-163-ж</w:t>
            </w:r>
          </w:p>
        </w:tc>
        <w:tc>
          <w:tcPr>
            <w:tcW w:w="1234" w:type="dxa"/>
          </w:tcPr>
          <w:p w14:paraId="3D56CB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163</w:t>
            </w:r>
          </w:p>
        </w:tc>
        <w:tc>
          <w:tcPr>
            <w:tcW w:w="1234" w:type="dxa"/>
          </w:tcPr>
          <w:p w14:paraId="45BF0C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4D42AB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11C8C3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5E108E1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0,9</w:t>
            </w:r>
          </w:p>
        </w:tc>
      </w:tr>
      <w:tr w:rsidR="006F0136" w:rsidRPr="00D77020" w14:paraId="4D2FE720" w14:textId="77777777">
        <w:tc>
          <w:tcPr>
            <w:tcW w:w="1234" w:type="dxa"/>
          </w:tcPr>
          <w:p w14:paraId="45F122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4ED110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HF-163-м</w:t>
            </w:r>
          </w:p>
        </w:tc>
        <w:tc>
          <w:tcPr>
            <w:tcW w:w="1234" w:type="dxa"/>
          </w:tcPr>
          <w:p w14:paraId="457B8B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163</w:t>
            </w:r>
          </w:p>
        </w:tc>
        <w:tc>
          <w:tcPr>
            <w:tcW w:w="1234" w:type="dxa"/>
          </w:tcPr>
          <w:p w14:paraId="2FB22E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61B09B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4F5249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2D47F9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15,4</w:t>
            </w:r>
          </w:p>
        </w:tc>
      </w:tr>
      <w:tr w:rsidR="006F0136" w:rsidRPr="00D77020" w14:paraId="3C1F8D56" w14:textId="77777777">
        <w:tc>
          <w:tcPr>
            <w:tcW w:w="1234" w:type="dxa"/>
          </w:tcPr>
          <w:p w14:paraId="41C288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EFF24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HF-166-и</w:t>
            </w:r>
          </w:p>
        </w:tc>
        <w:tc>
          <w:tcPr>
            <w:tcW w:w="1234" w:type="dxa"/>
          </w:tcPr>
          <w:p w14:paraId="7D2766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166</w:t>
            </w:r>
          </w:p>
        </w:tc>
        <w:tc>
          <w:tcPr>
            <w:tcW w:w="1234" w:type="dxa"/>
          </w:tcPr>
          <w:p w14:paraId="6B9F20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52B3CB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568685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01CD4D6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5,8</w:t>
            </w:r>
          </w:p>
        </w:tc>
      </w:tr>
      <w:tr w:rsidR="006F0136" w:rsidRPr="00D77020" w14:paraId="20ABD825" w14:textId="77777777">
        <w:tc>
          <w:tcPr>
            <w:tcW w:w="1234" w:type="dxa"/>
          </w:tcPr>
          <w:p w14:paraId="217DEE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722DA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HF-166-п</w:t>
            </w:r>
          </w:p>
        </w:tc>
        <w:tc>
          <w:tcPr>
            <w:tcW w:w="1234" w:type="dxa"/>
          </w:tcPr>
          <w:p w14:paraId="0F177A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166</w:t>
            </w:r>
          </w:p>
        </w:tc>
        <w:tc>
          <w:tcPr>
            <w:tcW w:w="1234" w:type="dxa"/>
          </w:tcPr>
          <w:p w14:paraId="12BDE8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1A99B2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1560EB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423C5C4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6,8</w:t>
            </w:r>
          </w:p>
        </w:tc>
      </w:tr>
      <w:tr w:rsidR="006F0136" w:rsidRPr="00D77020" w14:paraId="231E3C37" w14:textId="77777777">
        <w:tc>
          <w:tcPr>
            <w:tcW w:w="1234" w:type="dxa"/>
          </w:tcPr>
          <w:p w14:paraId="7B8FD5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800D2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HF-168-о</w:t>
            </w:r>
          </w:p>
        </w:tc>
        <w:tc>
          <w:tcPr>
            <w:tcW w:w="1234" w:type="dxa"/>
          </w:tcPr>
          <w:p w14:paraId="328AD7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168</w:t>
            </w:r>
          </w:p>
        </w:tc>
        <w:tc>
          <w:tcPr>
            <w:tcW w:w="1234" w:type="dxa"/>
          </w:tcPr>
          <w:p w14:paraId="138368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335FB1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55</w:t>
            </w:r>
          </w:p>
        </w:tc>
        <w:tc>
          <w:tcPr>
            <w:tcW w:w="1234" w:type="dxa"/>
          </w:tcPr>
          <w:p w14:paraId="792415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7859ABB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1,5</w:t>
            </w:r>
          </w:p>
        </w:tc>
      </w:tr>
      <w:tr w:rsidR="006F0136" w:rsidRPr="00D77020" w14:paraId="3454CE17" w14:textId="77777777">
        <w:tc>
          <w:tcPr>
            <w:tcW w:w="1234" w:type="dxa"/>
          </w:tcPr>
          <w:p w14:paraId="59F8D9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AC1D2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HF-168-п</w:t>
            </w:r>
          </w:p>
        </w:tc>
        <w:tc>
          <w:tcPr>
            <w:tcW w:w="1234" w:type="dxa"/>
          </w:tcPr>
          <w:p w14:paraId="38B735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168</w:t>
            </w:r>
          </w:p>
        </w:tc>
        <w:tc>
          <w:tcPr>
            <w:tcW w:w="1234" w:type="dxa"/>
          </w:tcPr>
          <w:p w14:paraId="679123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45FD60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55</w:t>
            </w:r>
          </w:p>
        </w:tc>
        <w:tc>
          <w:tcPr>
            <w:tcW w:w="1234" w:type="dxa"/>
          </w:tcPr>
          <w:p w14:paraId="247D8B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7F4FD2B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2,0</w:t>
            </w:r>
          </w:p>
        </w:tc>
      </w:tr>
      <w:tr w:rsidR="006F0136" w:rsidRPr="00D77020" w14:paraId="0DE06455" w14:textId="77777777">
        <w:tc>
          <w:tcPr>
            <w:tcW w:w="1234" w:type="dxa"/>
          </w:tcPr>
          <w:p w14:paraId="347326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40ABA1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HF-2-в</w:t>
            </w:r>
          </w:p>
        </w:tc>
        <w:tc>
          <w:tcPr>
            <w:tcW w:w="1234" w:type="dxa"/>
          </w:tcPr>
          <w:p w14:paraId="1361C9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</w:t>
            </w:r>
          </w:p>
        </w:tc>
        <w:tc>
          <w:tcPr>
            <w:tcW w:w="1234" w:type="dxa"/>
          </w:tcPr>
          <w:p w14:paraId="296E03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7C8B2F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029C0F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3804092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5,0</w:t>
            </w:r>
          </w:p>
        </w:tc>
      </w:tr>
      <w:tr w:rsidR="006F0136" w:rsidRPr="00D77020" w14:paraId="63A51A03" w14:textId="77777777">
        <w:tc>
          <w:tcPr>
            <w:tcW w:w="1234" w:type="dxa"/>
          </w:tcPr>
          <w:p w14:paraId="7475D3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6747EE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HF-2-и</w:t>
            </w:r>
          </w:p>
        </w:tc>
        <w:tc>
          <w:tcPr>
            <w:tcW w:w="1234" w:type="dxa"/>
          </w:tcPr>
          <w:p w14:paraId="4D8AB2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</w:t>
            </w:r>
          </w:p>
        </w:tc>
        <w:tc>
          <w:tcPr>
            <w:tcW w:w="1234" w:type="dxa"/>
          </w:tcPr>
          <w:p w14:paraId="5D0142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146D1A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389F75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5862DC2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1,7</w:t>
            </w:r>
          </w:p>
        </w:tc>
      </w:tr>
      <w:tr w:rsidR="006F0136" w:rsidRPr="00D77020" w14:paraId="33F30D93" w14:textId="77777777">
        <w:tc>
          <w:tcPr>
            <w:tcW w:w="1234" w:type="dxa"/>
          </w:tcPr>
          <w:p w14:paraId="4FE3CE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170A7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HF-2-л</w:t>
            </w:r>
          </w:p>
        </w:tc>
        <w:tc>
          <w:tcPr>
            <w:tcW w:w="1234" w:type="dxa"/>
          </w:tcPr>
          <w:p w14:paraId="09D661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</w:t>
            </w:r>
          </w:p>
        </w:tc>
        <w:tc>
          <w:tcPr>
            <w:tcW w:w="1234" w:type="dxa"/>
          </w:tcPr>
          <w:p w14:paraId="005C70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75451E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77BEBF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6BD70BF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1,4</w:t>
            </w:r>
          </w:p>
        </w:tc>
      </w:tr>
      <w:tr w:rsidR="006F0136" w:rsidRPr="00D77020" w14:paraId="690768F2" w14:textId="77777777">
        <w:tc>
          <w:tcPr>
            <w:tcW w:w="1234" w:type="dxa"/>
          </w:tcPr>
          <w:p w14:paraId="0E5C8A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F2EE9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HF-2-м</w:t>
            </w:r>
          </w:p>
        </w:tc>
        <w:tc>
          <w:tcPr>
            <w:tcW w:w="1234" w:type="dxa"/>
          </w:tcPr>
          <w:p w14:paraId="15CEE8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</w:t>
            </w:r>
          </w:p>
        </w:tc>
        <w:tc>
          <w:tcPr>
            <w:tcW w:w="1234" w:type="dxa"/>
          </w:tcPr>
          <w:p w14:paraId="3DCBA3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484924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39045A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770DD73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4CA3DDBD" w14:textId="77777777">
        <w:tc>
          <w:tcPr>
            <w:tcW w:w="1234" w:type="dxa"/>
          </w:tcPr>
          <w:p w14:paraId="5C51FC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05D46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HF-23-д</w:t>
            </w:r>
          </w:p>
        </w:tc>
        <w:tc>
          <w:tcPr>
            <w:tcW w:w="1234" w:type="dxa"/>
          </w:tcPr>
          <w:p w14:paraId="2577D4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23</w:t>
            </w:r>
          </w:p>
        </w:tc>
        <w:tc>
          <w:tcPr>
            <w:tcW w:w="1234" w:type="dxa"/>
          </w:tcPr>
          <w:p w14:paraId="0128FE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1CC4A5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3F1DE3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78BB832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10,6</w:t>
            </w:r>
          </w:p>
        </w:tc>
      </w:tr>
      <w:tr w:rsidR="006F0136" w:rsidRPr="00D77020" w14:paraId="6E59335F" w14:textId="77777777">
        <w:tc>
          <w:tcPr>
            <w:tcW w:w="1234" w:type="dxa"/>
          </w:tcPr>
          <w:p w14:paraId="457E82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21686A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HF-23-л</w:t>
            </w:r>
          </w:p>
        </w:tc>
        <w:tc>
          <w:tcPr>
            <w:tcW w:w="1234" w:type="dxa"/>
          </w:tcPr>
          <w:p w14:paraId="3DC71B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23</w:t>
            </w:r>
          </w:p>
        </w:tc>
        <w:tc>
          <w:tcPr>
            <w:tcW w:w="1234" w:type="dxa"/>
          </w:tcPr>
          <w:p w14:paraId="1A68AA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3C6CCD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3506BC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E689CE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10,7</w:t>
            </w:r>
          </w:p>
        </w:tc>
      </w:tr>
      <w:tr w:rsidR="006F0136" w:rsidRPr="00D77020" w14:paraId="4B4D3762" w14:textId="77777777">
        <w:tc>
          <w:tcPr>
            <w:tcW w:w="1234" w:type="dxa"/>
          </w:tcPr>
          <w:p w14:paraId="6F14A6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63E47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HF-27-г</w:t>
            </w:r>
          </w:p>
        </w:tc>
        <w:tc>
          <w:tcPr>
            <w:tcW w:w="1234" w:type="dxa"/>
          </w:tcPr>
          <w:p w14:paraId="1E5A0D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</w:t>
            </w:r>
          </w:p>
        </w:tc>
        <w:tc>
          <w:tcPr>
            <w:tcW w:w="1234" w:type="dxa"/>
          </w:tcPr>
          <w:p w14:paraId="7FBF80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70AFA9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1E083D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D3592C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7,7</w:t>
            </w:r>
          </w:p>
        </w:tc>
      </w:tr>
      <w:tr w:rsidR="006F0136" w:rsidRPr="00D77020" w14:paraId="2D8CF6F3" w14:textId="77777777">
        <w:tc>
          <w:tcPr>
            <w:tcW w:w="1234" w:type="dxa"/>
          </w:tcPr>
          <w:p w14:paraId="6C5288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55C2C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HF-27-з</w:t>
            </w:r>
          </w:p>
        </w:tc>
        <w:tc>
          <w:tcPr>
            <w:tcW w:w="1234" w:type="dxa"/>
          </w:tcPr>
          <w:p w14:paraId="2C35C8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</w:t>
            </w:r>
          </w:p>
        </w:tc>
        <w:tc>
          <w:tcPr>
            <w:tcW w:w="1234" w:type="dxa"/>
          </w:tcPr>
          <w:p w14:paraId="264DA5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0BDB33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7361DC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C517F4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8,7</w:t>
            </w:r>
          </w:p>
        </w:tc>
      </w:tr>
      <w:tr w:rsidR="006F0136" w:rsidRPr="00D77020" w14:paraId="56B2A159" w14:textId="77777777">
        <w:tc>
          <w:tcPr>
            <w:tcW w:w="1234" w:type="dxa"/>
          </w:tcPr>
          <w:p w14:paraId="13EAA3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2B90C8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HF-27-к</w:t>
            </w:r>
          </w:p>
        </w:tc>
        <w:tc>
          <w:tcPr>
            <w:tcW w:w="1234" w:type="dxa"/>
          </w:tcPr>
          <w:p w14:paraId="6C59D8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</w:t>
            </w:r>
          </w:p>
        </w:tc>
        <w:tc>
          <w:tcPr>
            <w:tcW w:w="1234" w:type="dxa"/>
          </w:tcPr>
          <w:p w14:paraId="4DCDCA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6ACCB7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4A9FE9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3DBEA2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0,8</w:t>
            </w:r>
          </w:p>
        </w:tc>
      </w:tr>
      <w:tr w:rsidR="006F0136" w:rsidRPr="00D77020" w14:paraId="7966573C" w14:textId="77777777">
        <w:tc>
          <w:tcPr>
            <w:tcW w:w="1234" w:type="dxa"/>
          </w:tcPr>
          <w:p w14:paraId="1DE4C2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2025</w:t>
            </w:r>
          </w:p>
        </w:tc>
        <w:tc>
          <w:tcPr>
            <w:tcW w:w="1234" w:type="dxa"/>
          </w:tcPr>
          <w:p w14:paraId="6C101D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HF-27-м</w:t>
            </w:r>
          </w:p>
        </w:tc>
        <w:tc>
          <w:tcPr>
            <w:tcW w:w="1234" w:type="dxa"/>
          </w:tcPr>
          <w:p w14:paraId="414520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</w:t>
            </w:r>
          </w:p>
        </w:tc>
        <w:tc>
          <w:tcPr>
            <w:tcW w:w="1234" w:type="dxa"/>
          </w:tcPr>
          <w:p w14:paraId="140D37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5A278D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3A7645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65C2E3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5,0</w:t>
            </w:r>
          </w:p>
        </w:tc>
      </w:tr>
      <w:tr w:rsidR="006F0136" w:rsidRPr="00D77020" w14:paraId="42F6D5BF" w14:textId="77777777">
        <w:tc>
          <w:tcPr>
            <w:tcW w:w="1234" w:type="dxa"/>
          </w:tcPr>
          <w:p w14:paraId="662D95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DD7CC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HF-28-е</w:t>
            </w:r>
          </w:p>
        </w:tc>
        <w:tc>
          <w:tcPr>
            <w:tcW w:w="1234" w:type="dxa"/>
          </w:tcPr>
          <w:p w14:paraId="5AC2E4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28</w:t>
            </w:r>
          </w:p>
        </w:tc>
        <w:tc>
          <w:tcPr>
            <w:tcW w:w="1234" w:type="dxa"/>
          </w:tcPr>
          <w:p w14:paraId="01C7C0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671ECA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234E30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9B36A0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0,8</w:t>
            </w:r>
          </w:p>
        </w:tc>
      </w:tr>
      <w:tr w:rsidR="006F0136" w:rsidRPr="00D77020" w14:paraId="359F67B5" w14:textId="77777777">
        <w:tc>
          <w:tcPr>
            <w:tcW w:w="1234" w:type="dxa"/>
          </w:tcPr>
          <w:p w14:paraId="1272E6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CFC5F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HF-28-и</w:t>
            </w:r>
          </w:p>
        </w:tc>
        <w:tc>
          <w:tcPr>
            <w:tcW w:w="1234" w:type="dxa"/>
          </w:tcPr>
          <w:p w14:paraId="58F3B8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28</w:t>
            </w:r>
          </w:p>
        </w:tc>
        <w:tc>
          <w:tcPr>
            <w:tcW w:w="1234" w:type="dxa"/>
          </w:tcPr>
          <w:p w14:paraId="19018F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6BEE17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2814EB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59D10E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2,4</w:t>
            </w:r>
          </w:p>
        </w:tc>
      </w:tr>
      <w:tr w:rsidR="006F0136" w:rsidRPr="00D77020" w14:paraId="5E213E7C" w14:textId="77777777">
        <w:tc>
          <w:tcPr>
            <w:tcW w:w="1234" w:type="dxa"/>
          </w:tcPr>
          <w:p w14:paraId="3F5A5E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8DAB8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HF-28-к</w:t>
            </w:r>
          </w:p>
        </w:tc>
        <w:tc>
          <w:tcPr>
            <w:tcW w:w="1234" w:type="dxa"/>
          </w:tcPr>
          <w:p w14:paraId="49D22D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28</w:t>
            </w:r>
          </w:p>
        </w:tc>
        <w:tc>
          <w:tcPr>
            <w:tcW w:w="1234" w:type="dxa"/>
          </w:tcPr>
          <w:p w14:paraId="1F2D01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1C913D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0AE03B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761CDC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6,7</w:t>
            </w:r>
          </w:p>
        </w:tc>
      </w:tr>
      <w:tr w:rsidR="006F0136" w:rsidRPr="00D77020" w14:paraId="210779A8" w14:textId="77777777">
        <w:tc>
          <w:tcPr>
            <w:tcW w:w="1234" w:type="dxa"/>
          </w:tcPr>
          <w:p w14:paraId="3C6715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9AD02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HF-28-н</w:t>
            </w:r>
          </w:p>
        </w:tc>
        <w:tc>
          <w:tcPr>
            <w:tcW w:w="1234" w:type="dxa"/>
          </w:tcPr>
          <w:p w14:paraId="5D32EE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28</w:t>
            </w:r>
          </w:p>
        </w:tc>
        <w:tc>
          <w:tcPr>
            <w:tcW w:w="1234" w:type="dxa"/>
          </w:tcPr>
          <w:p w14:paraId="05FA54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6F76AF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372ACC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FF6257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3,8</w:t>
            </w:r>
          </w:p>
        </w:tc>
      </w:tr>
      <w:tr w:rsidR="006F0136" w:rsidRPr="00D77020" w14:paraId="1BA1CC9E" w14:textId="77777777">
        <w:tc>
          <w:tcPr>
            <w:tcW w:w="1234" w:type="dxa"/>
          </w:tcPr>
          <w:p w14:paraId="36D2E3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37215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HF-29-м</w:t>
            </w:r>
          </w:p>
        </w:tc>
        <w:tc>
          <w:tcPr>
            <w:tcW w:w="1234" w:type="dxa"/>
          </w:tcPr>
          <w:p w14:paraId="5AB2ED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</w:t>
            </w:r>
          </w:p>
        </w:tc>
        <w:tc>
          <w:tcPr>
            <w:tcW w:w="1234" w:type="dxa"/>
          </w:tcPr>
          <w:p w14:paraId="1D49DD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35BA15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3ECC38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BAA9EF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2,6</w:t>
            </w:r>
          </w:p>
        </w:tc>
      </w:tr>
      <w:tr w:rsidR="006F0136" w:rsidRPr="00D77020" w14:paraId="1AF13F7A" w14:textId="77777777">
        <w:tc>
          <w:tcPr>
            <w:tcW w:w="1234" w:type="dxa"/>
          </w:tcPr>
          <w:p w14:paraId="29337D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755EE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HF-30-а</w:t>
            </w:r>
          </w:p>
        </w:tc>
        <w:tc>
          <w:tcPr>
            <w:tcW w:w="1234" w:type="dxa"/>
          </w:tcPr>
          <w:p w14:paraId="76ACA0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</w:t>
            </w:r>
          </w:p>
        </w:tc>
        <w:tc>
          <w:tcPr>
            <w:tcW w:w="1234" w:type="dxa"/>
          </w:tcPr>
          <w:p w14:paraId="578EEC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211EBF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33941C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4033AB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1,0</w:t>
            </w:r>
          </w:p>
        </w:tc>
      </w:tr>
      <w:tr w:rsidR="006F0136" w:rsidRPr="00D77020" w14:paraId="63B6BE4B" w14:textId="77777777">
        <w:tc>
          <w:tcPr>
            <w:tcW w:w="1234" w:type="dxa"/>
          </w:tcPr>
          <w:p w14:paraId="341CE4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53767F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HF-30-б</w:t>
            </w:r>
          </w:p>
        </w:tc>
        <w:tc>
          <w:tcPr>
            <w:tcW w:w="1234" w:type="dxa"/>
          </w:tcPr>
          <w:p w14:paraId="041786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</w:t>
            </w:r>
          </w:p>
        </w:tc>
        <w:tc>
          <w:tcPr>
            <w:tcW w:w="1234" w:type="dxa"/>
          </w:tcPr>
          <w:p w14:paraId="1598C4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20CA37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08B7E4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1CF95E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1,6</w:t>
            </w:r>
          </w:p>
        </w:tc>
      </w:tr>
      <w:tr w:rsidR="006F0136" w:rsidRPr="00D77020" w14:paraId="056CB3FC" w14:textId="77777777">
        <w:tc>
          <w:tcPr>
            <w:tcW w:w="1234" w:type="dxa"/>
          </w:tcPr>
          <w:p w14:paraId="74AF3B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184F2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HF-32-г</w:t>
            </w:r>
          </w:p>
        </w:tc>
        <w:tc>
          <w:tcPr>
            <w:tcW w:w="1234" w:type="dxa"/>
          </w:tcPr>
          <w:p w14:paraId="6454BD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</w:t>
            </w:r>
          </w:p>
        </w:tc>
        <w:tc>
          <w:tcPr>
            <w:tcW w:w="1234" w:type="dxa"/>
          </w:tcPr>
          <w:p w14:paraId="21E84E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681FA7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217C0D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2F12F5C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12,6</w:t>
            </w:r>
          </w:p>
        </w:tc>
      </w:tr>
      <w:tr w:rsidR="006F0136" w:rsidRPr="00D77020" w14:paraId="58A64997" w14:textId="77777777">
        <w:tc>
          <w:tcPr>
            <w:tcW w:w="1234" w:type="dxa"/>
          </w:tcPr>
          <w:p w14:paraId="36417D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9729F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HF-38-н</w:t>
            </w:r>
          </w:p>
        </w:tc>
        <w:tc>
          <w:tcPr>
            <w:tcW w:w="1234" w:type="dxa"/>
          </w:tcPr>
          <w:p w14:paraId="0D4B34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</w:t>
            </w:r>
          </w:p>
        </w:tc>
        <w:tc>
          <w:tcPr>
            <w:tcW w:w="1234" w:type="dxa"/>
          </w:tcPr>
          <w:p w14:paraId="192C8F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5D9909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5305AE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1C00757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4,6</w:t>
            </w:r>
          </w:p>
        </w:tc>
      </w:tr>
      <w:tr w:rsidR="006F0136" w:rsidRPr="00D77020" w14:paraId="30340846" w14:textId="77777777">
        <w:tc>
          <w:tcPr>
            <w:tcW w:w="1234" w:type="dxa"/>
          </w:tcPr>
          <w:p w14:paraId="7E6202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10F43D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HF-39-а1</w:t>
            </w:r>
          </w:p>
        </w:tc>
        <w:tc>
          <w:tcPr>
            <w:tcW w:w="1234" w:type="dxa"/>
          </w:tcPr>
          <w:p w14:paraId="04E18C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39</w:t>
            </w:r>
          </w:p>
        </w:tc>
        <w:tc>
          <w:tcPr>
            <w:tcW w:w="1234" w:type="dxa"/>
          </w:tcPr>
          <w:p w14:paraId="5BD0E0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а1</w:t>
            </w:r>
          </w:p>
        </w:tc>
        <w:tc>
          <w:tcPr>
            <w:tcW w:w="1234" w:type="dxa"/>
          </w:tcPr>
          <w:p w14:paraId="77372B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1A86CF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40C3BCF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7,1</w:t>
            </w:r>
          </w:p>
        </w:tc>
      </w:tr>
      <w:tr w:rsidR="006F0136" w:rsidRPr="00D77020" w14:paraId="4B3947D4" w14:textId="77777777">
        <w:tc>
          <w:tcPr>
            <w:tcW w:w="1234" w:type="dxa"/>
          </w:tcPr>
          <w:p w14:paraId="572E2B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2135EE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HF-39-с</w:t>
            </w:r>
          </w:p>
        </w:tc>
        <w:tc>
          <w:tcPr>
            <w:tcW w:w="1234" w:type="dxa"/>
          </w:tcPr>
          <w:p w14:paraId="2D117C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39</w:t>
            </w:r>
          </w:p>
        </w:tc>
        <w:tc>
          <w:tcPr>
            <w:tcW w:w="1234" w:type="dxa"/>
          </w:tcPr>
          <w:p w14:paraId="12E4C9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6E0793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33AEA3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4DB59C4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4,7</w:t>
            </w:r>
          </w:p>
        </w:tc>
      </w:tr>
      <w:tr w:rsidR="006F0136" w:rsidRPr="00D77020" w14:paraId="704F3B33" w14:textId="77777777">
        <w:tc>
          <w:tcPr>
            <w:tcW w:w="1234" w:type="dxa"/>
          </w:tcPr>
          <w:p w14:paraId="6F8569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6C2989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HF-5-н</w:t>
            </w:r>
          </w:p>
        </w:tc>
        <w:tc>
          <w:tcPr>
            <w:tcW w:w="1234" w:type="dxa"/>
          </w:tcPr>
          <w:p w14:paraId="1079DD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</w:t>
            </w:r>
          </w:p>
        </w:tc>
        <w:tc>
          <w:tcPr>
            <w:tcW w:w="1234" w:type="dxa"/>
          </w:tcPr>
          <w:p w14:paraId="2E3283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62F4AB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5F56A1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9731DE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2B05990D" w14:textId="77777777">
        <w:tc>
          <w:tcPr>
            <w:tcW w:w="1234" w:type="dxa"/>
          </w:tcPr>
          <w:p w14:paraId="2A9EFF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0B402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HF-6-и</w:t>
            </w:r>
          </w:p>
        </w:tc>
        <w:tc>
          <w:tcPr>
            <w:tcW w:w="1234" w:type="dxa"/>
          </w:tcPr>
          <w:p w14:paraId="04BFED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</w:t>
            </w:r>
          </w:p>
        </w:tc>
        <w:tc>
          <w:tcPr>
            <w:tcW w:w="1234" w:type="dxa"/>
          </w:tcPr>
          <w:p w14:paraId="51FF02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3F169C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210</w:t>
            </w:r>
          </w:p>
        </w:tc>
        <w:tc>
          <w:tcPr>
            <w:tcW w:w="1234" w:type="dxa"/>
          </w:tcPr>
          <w:p w14:paraId="616CE2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2936812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24,1</w:t>
            </w:r>
          </w:p>
        </w:tc>
      </w:tr>
      <w:tr w:rsidR="006F0136" w:rsidRPr="00D77020" w14:paraId="359A91D0" w14:textId="77777777">
        <w:tc>
          <w:tcPr>
            <w:tcW w:w="7404" w:type="dxa"/>
            <w:gridSpan w:val="6"/>
          </w:tcPr>
          <w:p w14:paraId="10CD40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2D1FBCC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210,2</w:t>
            </w:r>
          </w:p>
        </w:tc>
      </w:tr>
    </w:tbl>
    <w:p w14:paraId="05D898C8" w14:textId="77777777" w:rsidR="006F0136" w:rsidRPr="00D77020" w:rsidRDefault="00D77020">
      <w:pPr>
        <w:rPr>
          <w:lang w:val="bg-BG"/>
        </w:rPr>
      </w:pPr>
      <w:r w:rsidRPr="00D77020">
        <w:rPr>
          <w:lang w:val="bg-BG"/>
        </w:rPr>
        <w:br w:type="page"/>
      </w:r>
    </w:p>
    <w:p w14:paraId="6169D751" w14:textId="77777777" w:rsidR="006F0136" w:rsidRPr="00D77020" w:rsidRDefault="00D77020">
      <w:pPr>
        <w:pStyle w:val="Heading1"/>
        <w:rPr>
          <w:lang w:val="bg-BG"/>
        </w:rPr>
      </w:pPr>
      <w:bookmarkStart w:id="18" w:name="_Toc222837684"/>
      <w:r w:rsidRPr="00D77020">
        <w:rPr>
          <w:lang w:val="bg-BG"/>
        </w:rPr>
        <w:lastRenderedPageBreak/>
        <w:t xml:space="preserve">ДГС Петрич - Обща площ: 1315,0 </w:t>
      </w:r>
      <w:proofErr w:type="spellStart"/>
      <w:r w:rsidRPr="00D77020">
        <w:rPr>
          <w:lang w:val="bg-BG"/>
        </w:rPr>
        <w:t>хa</w:t>
      </w:r>
      <w:bookmarkEnd w:id="18"/>
      <w:proofErr w:type="spellEnd"/>
    </w:p>
    <w:p w14:paraId="34763424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BG0000167 - Беласица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236B53FC" w14:textId="77777777">
        <w:tc>
          <w:tcPr>
            <w:tcW w:w="1587" w:type="dxa"/>
          </w:tcPr>
          <w:p w14:paraId="35BB0A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6385AD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1A6160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24BA6F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1F5395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648DE058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31E46E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32FD9FC0" w14:textId="77777777">
        <w:tc>
          <w:tcPr>
            <w:tcW w:w="1234" w:type="dxa"/>
          </w:tcPr>
          <w:p w14:paraId="6781AE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51921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BN-114-а</w:t>
            </w:r>
          </w:p>
        </w:tc>
        <w:tc>
          <w:tcPr>
            <w:tcW w:w="1234" w:type="dxa"/>
          </w:tcPr>
          <w:p w14:paraId="60144B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114</w:t>
            </w:r>
          </w:p>
        </w:tc>
        <w:tc>
          <w:tcPr>
            <w:tcW w:w="1234" w:type="dxa"/>
          </w:tcPr>
          <w:p w14:paraId="0595DE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619656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5F8FF0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011B94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7,4</w:t>
            </w:r>
          </w:p>
        </w:tc>
      </w:tr>
      <w:tr w:rsidR="006F0136" w:rsidRPr="00D77020" w14:paraId="4B309741" w14:textId="77777777">
        <w:tc>
          <w:tcPr>
            <w:tcW w:w="1234" w:type="dxa"/>
          </w:tcPr>
          <w:p w14:paraId="46E663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F752B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BN-116-б</w:t>
            </w:r>
          </w:p>
        </w:tc>
        <w:tc>
          <w:tcPr>
            <w:tcW w:w="1234" w:type="dxa"/>
          </w:tcPr>
          <w:p w14:paraId="1D1755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116</w:t>
            </w:r>
          </w:p>
        </w:tc>
        <w:tc>
          <w:tcPr>
            <w:tcW w:w="1234" w:type="dxa"/>
          </w:tcPr>
          <w:p w14:paraId="233E51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28DB70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0579F3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32719A1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6,8</w:t>
            </w:r>
          </w:p>
        </w:tc>
      </w:tr>
      <w:tr w:rsidR="006F0136" w:rsidRPr="00D77020" w14:paraId="695F27D8" w14:textId="77777777">
        <w:tc>
          <w:tcPr>
            <w:tcW w:w="1234" w:type="dxa"/>
          </w:tcPr>
          <w:p w14:paraId="222775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EE5B7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BN-117-г</w:t>
            </w:r>
          </w:p>
        </w:tc>
        <w:tc>
          <w:tcPr>
            <w:tcW w:w="1234" w:type="dxa"/>
          </w:tcPr>
          <w:p w14:paraId="2DC67E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117</w:t>
            </w:r>
          </w:p>
        </w:tc>
        <w:tc>
          <w:tcPr>
            <w:tcW w:w="1234" w:type="dxa"/>
          </w:tcPr>
          <w:p w14:paraId="32FBD1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019CF5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7D8C62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0DBEBCD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13,0</w:t>
            </w:r>
          </w:p>
        </w:tc>
      </w:tr>
      <w:tr w:rsidR="006F0136" w:rsidRPr="00D77020" w14:paraId="5E4D35DE" w14:textId="77777777">
        <w:tc>
          <w:tcPr>
            <w:tcW w:w="1234" w:type="dxa"/>
          </w:tcPr>
          <w:p w14:paraId="02887B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90854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BN-118-б</w:t>
            </w:r>
          </w:p>
        </w:tc>
        <w:tc>
          <w:tcPr>
            <w:tcW w:w="1234" w:type="dxa"/>
          </w:tcPr>
          <w:p w14:paraId="5FAAEE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118</w:t>
            </w:r>
          </w:p>
        </w:tc>
        <w:tc>
          <w:tcPr>
            <w:tcW w:w="1234" w:type="dxa"/>
          </w:tcPr>
          <w:p w14:paraId="3B9D0D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13296B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371CE1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6A0F0C0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9,1</w:t>
            </w:r>
          </w:p>
        </w:tc>
      </w:tr>
      <w:tr w:rsidR="006F0136" w:rsidRPr="00D77020" w14:paraId="00BD2331" w14:textId="77777777">
        <w:tc>
          <w:tcPr>
            <w:tcW w:w="1234" w:type="dxa"/>
          </w:tcPr>
          <w:p w14:paraId="531870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BAEF2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BN-118-к</w:t>
            </w:r>
          </w:p>
        </w:tc>
        <w:tc>
          <w:tcPr>
            <w:tcW w:w="1234" w:type="dxa"/>
          </w:tcPr>
          <w:p w14:paraId="3189C5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118</w:t>
            </w:r>
          </w:p>
        </w:tc>
        <w:tc>
          <w:tcPr>
            <w:tcW w:w="1234" w:type="dxa"/>
          </w:tcPr>
          <w:p w14:paraId="0D7070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2D8B9C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5FF533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5CD55F7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8,5</w:t>
            </w:r>
          </w:p>
        </w:tc>
      </w:tr>
      <w:tr w:rsidR="006F0136" w:rsidRPr="00D77020" w14:paraId="5A9295A7" w14:textId="77777777">
        <w:tc>
          <w:tcPr>
            <w:tcW w:w="1234" w:type="dxa"/>
          </w:tcPr>
          <w:p w14:paraId="72FBCE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11C3B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BN-120-е</w:t>
            </w:r>
          </w:p>
        </w:tc>
        <w:tc>
          <w:tcPr>
            <w:tcW w:w="1234" w:type="dxa"/>
          </w:tcPr>
          <w:p w14:paraId="73167E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40EF3A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34AEAD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2C488C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7641EF9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18,2</w:t>
            </w:r>
          </w:p>
        </w:tc>
      </w:tr>
      <w:tr w:rsidR="006F0136" w:rsidRPr="00D77020" w14:paraId="1A31D278" w14:textId="77777777">
        <w:tc>
          <w:tcPr>
            <w:tcW w:w="1234" w:type="dxa"/>
          </w:tcPr>
          <w:p w14:paraId="448421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BFD73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BN-120-к</w:t>
            </w:r>
          </w:p>
        </w:tc>
        <w:tc>
          <w:tcPr>
            <w:tcW w:w="1234" w:type="dxa"/>
          </w:tcPr>
          <w:p w14:paraId="653417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1A79A9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48598C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2E67A2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58D90F6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0,9</w:t>
            </w:r>
          </w:p>
        </w:tc>
      </w:tr>
      <w:tr w:rsidR="006F0136" w:rsidRPr="00D77020" w14:paraId="51DBD145" w14:textId="77777777">
        <w:tc>
          <w:tcPr>
            <w:tcW w:w="1234" w:type="dxa"/>
          </w:tcPr>
          <w:p w14:paraId="046401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B98EA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BN-122-а</w:t>
            </w:r>
          </w:p>
        </w:tc>
        <w:tc>
          <w:tcPr>
            <w:tcW w:w="1234" w:type="dxa"/>
          </w:tcPr>
          <w:p w14:paraId="0471B9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122</w:t>
            </w:r>
          </w:p>
        </w:tc>
        <w:tc>
          <w:tcPr>
            <w:tcW w:w="1234" w:type="dxa"/>
          </w:tcPr>
          <w:p w14:paraId="19F03F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30C71D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61CC08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6B630C4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2,7</w:t>
            </w:r>
          </w:p>
        </w:tc>
      </w:tr>
      <w:tr w:rsidR="006F0136" w:rsidRPr="00D77020" w14:paraId="765DF316" w14:textId="77777777">
        <w:tc>
          <w:tcPr>
            <w:tcW w:w="1234" w:type="dxa"/>
          </w:tcPr>
          <w:p w14:paraId="78F822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24117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BN-123-в</w:t>
            </w:r>
          </w:p>
        </w:tc>
        <w:tc>
          <w:tcPr>
            <w:tcW w:w="1234" w:type="dxa"/>
          </w:tcPr>
          <w:p w14:paraId="76377A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123</w:t>
            </w:r>
          </w:p>
        </w:tc>
        <w:tc>
          <w:tcPr>
            <w:tcW w:w="1234" w:type="dxa"/>
          </w:tcPr>
          <w:p w14:paraId="49525C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77A901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29B307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543AFF3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11,9</w:t>
            </w:r>
          </w:p>
        </w:tc>
      </w:tr>
      <w:tr w:rsidR="006F0136" w:rsidRPr="00D77020" w14:paraId="493E34B0" w14:textId="77777777">
        <w:tc>
          <w:tcPr>
            <w:tcW w:w="1234" w:type="dxa"/>
          </w:tcPr>
          <w:p w14:paraId="0D439A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597E9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BN-123-г</w:t>
            </w:r>
          </w:p>
        </w:tc>
        <w:tc>
          <w:tcPr>
            <w:tcW w:w="1234" w:type="dxa"/>
          </w:tcPr>
          <w:p w14:paraId="5FEE19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123</w:t>
            </w:r>
          </w:p>
        </w:tc>
        <w:tc>
          <w:tcPr>
            <w:tcW w:w="1234" w:type="dxa"/>
          </w:tcPr>
          <w:p w14:paraId="4C628A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7B5AB8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625F72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02A9DAD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7,3</w:t>
            </w:r>
          </w:p>
        </w:tc>
      </w:tr>
      <w:tr w:rsidR="006F0136" w:rsidRPr="00D77020" w14:paraId="44418671" w14:textId="77777777">
        <w:tc>
          <w:tcPr>
            <w:tcW w:w="1234" w:type="dxa"/>
          </w:tcPr>
          <w:p w14:paraId="72782D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765A9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BN-125-к</w:t>
            </w:r>
          </w:p>
        </w:tc>
        <w:tc>
          <w:tcPr>
            <w:tcW w:w="1234" w:type="dxa"/>
          </w:tcPr>
          <w:p w14:paraId="6227B3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125</w:t>
            </w:r>
          </w:p>
        </w:tc>
        <w:tc>
          <w:tcPr>
            <w:tcW w:w="1234" w:type="dxa"/>
          </w:tcPr>
          <w:p w14:paraId="28120E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57B5E6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65</w:t>
            </w:r>
          </w:p>
        </w:tc>
        <w:tc>
          <w:tcPr>
            <w:tcW w:w="1234" w:type="dxa"/>
          </w:tcPr>
          <w:p w14:paraId="785B91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6BEED3D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0,9</w:t>
            </w:r>
          </w:p>
        </w:tc>
      </w:tr>
      <w:tr w:rsidR="006F0136" w:rsidRPr="00D77020" w14:paraId="1008EDCF" w14:textId="77777777">
        <w:tc>
          <w:tcPr>
            <w:tcW w:w="1234" w:type="dxa"/>
          </w:tcPr>
          <w:p w14:paraId="20CF84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42782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BN-125-л</w:t>
            </w:r>
          </w:p>
        </w:tc>
        <w:tc>
          <w:tcPr>
            <w:tcW w:w="1234" w:type="dxa"/>
          </w:tcPr>
          <w:p w14:paraId="0AC429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125</w:t>
            </w:r>
          </w:p>
        </w:tc>
        <w:tc>
          <w:tcPr>
            <w:tcW w:w="1234" w:type="dxa"/>
          </w:tcPr>
          <w:p w14:paraId="227AF3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61E695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660112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5236813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1,8</w:t>
            </w:r>
          </w:p>
        </w:tc>
      </w:tr>
      <w:tr w:rsidR="006F0136" w:rsidRPr="00D77020" w14:paraId="091AA60D" w14:textId="77777777">
        <w:tc>
          <w:tcPr>
            <w:tcW w:w="1234" w:type="dxa"/>
          </w:tcPr>
          <w:p w14:paraId="4197E0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A8152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BN-125-н</w:t>
            </w:r>
          </w:p>
        </w:tc>
        <w:tc>
          <w:tcPr>
            <w:tcW w:w="1234" w:type="dxa"/>
          </w:tcPr>
          <w:p w14:paraId="4E4425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125</w:t>
            </w:r>
          </w:p>
        </w:tc>
        <w:tc>
          <w:tcPr>
            <w:tcW w:w="1234" w:type="dxa"/>
          </w:tcPr>
          <w:p w14:paraId="275F43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0CA92D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65</w:t>
            </w:r>
          </w:p>
        </w:tc>
        <w:tc>
          <w:tcPr>
            <w:tcW w:w="1234" w:type="dxa"/>
          </w:tcPr>
          <w:p w14:paraId="513F3B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01EA005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1,0</w:t>
            </w:r>
          </w:p>
        </w:tc>
      </w:tr>
      <w:tr w:rsidR="006F0136" w:rsidRPr="00D77020" w14:paraId="3F4E0DD4" w14:textId="77777777">
        <w:tc>
          <w:tcPr>
            <w:tcW w:w="1234" w:type="dxa"/>
          </w:tcPr>
          <w:p w14:paraId="5E6101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A9339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BN-125-о</w:t>
            </w:r>
          </w:p>
        </w:tc>
        <w:tc>
          <w:tcPr>
            <w:tcW w:w="1234" w:type="dxa"/>
          </w:tcPr>
          <w:p w14:paraId="0D12BE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125</w:t>
            </w:r>
          </w:p>
        </w:tc>
        <w:tc>
          <w:tcPr>
            <w:tcW w:w="1234" w:type="dxa"/>
          </w:tcPr>
          <w:p w14:paraId="231748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4F5662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4008DD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2F21D0A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5,8</w:t>
            </w:r>
          </w:p>
        </w:tc>
      </w:tr>
      <w:tr w:rsidR="006F0136" w:rsidRPr="00D77020" w14:paraId="72950284" w14:textId="77777777">
        <w:tc>
          <w:tcPr>
            <w:tcW w:w="1234" w:type="dxa"/>
          </w:tcPr>
          <w:p w14:paraId="307547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E3A1A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BN-125-п</w:t>
            </w:r>
          </w:p>
        </w:tc>
        <w:tc>
          <w:tcPr>
            <w:tcW w:w="1234" w:type="dxa"/>
          </w:tcPr>
          <w:p w14:paraId="362863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125</w:t>
            </w:r>
          </w:p>
        </w:tc>
        <w:tc>
          <w:tcPr>
            <w:tcW w:w="1234" w:type="dxa"/>
          </w:tcPr>
          <w:p w14:paraId="466E7D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17DF61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6FAF19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2B72EA5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11,5</w:t>
            </w:r>
          </w:p>
        </w:tc>
      </w:tr>
      <w:tr w:rsidR="006F0136" w:rsidRPr="00D77020" w14:paraId="14E1EAEF" w14:textId="77777777">
        <w:tc>
          <w:tcPr>
            <w:tcW w:w="1234" w:type="dxa"/>
          </w:tcPr>
          <w:p w14:paraId="598E65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6E85B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BN-126-л</w:t>
            </w:r>
          </w:p>
        </w:tc>
        <w:tc>
          <w:tcPr>
            <w:tcW w:w="1234" w:type="dxa"/>
          </w:tcPr>
          <w:p w14:paraId="5AFC15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126</w:t>
            </w:r>
          </w:p>
        </w:tc>
        <w:tc>
          <w:tcPr>
            <w:tcW w:w="1234" w:type="dxa"/>
          </w:tcPr>
          <w:p w14:paraId="13C7BD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70C61F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7BB8FB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0283C9D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10,3</w:t>
            </w:r>
          </w:p>
        </w:tc>
      </w:tr>
      <w:tr w:rsidR="006F0136" w:rsidRPr="00D77020" w14:paraId="07E37AE8" w14:textId="77777777">
        <w:tc>
          <w:tcPr>
            <w:tcW w:w="1234" w:type="dxa"/>
          </w:tcPr>
          <w:p w14:paraId="39FE99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7501F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BN-133-а</w:t>
            </w:r>
          </w:p>
        </w:tc>
        <w:tc>
          <w:tcPr>
            <w:tcW w:w="1234" w:type="dxa"/>
          </w:tcPr>
          <w:p w14:paraId="57DBCA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133</w:t>
            </w:r>
          </w:p>
        </w:tc>
        <w:tc>
          <w:tcPr>
            <w:tcW w:w="1234" w:type="dxa"/>
          </w:tcPr>
          <w:p w14:paraId="25FDE3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180683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4CFA2B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3467A9A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18,7</w:t>
            </w:r>
          </w:p>
        </w:tc>
      </w:tr>
      <w:tr w:rsidR="006F0136" w:rsidRPr="00D77020" w14:paraId="1236EDDB" w14:textId="77777777">
        <w:tc>
          <w:tcPr>
            <w:tcW w:w="1234" w:type="dxa"/>
          </w:tcPr>
          <w:p w14:paraId="3CEEBB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D9FA1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BN-136-л</w:t>
            </w:r>
          </w:p>
        </w:tc>
        <w:tc>
          <w:tcPr>
            <w:tcW w:w="1234" w:type="dxa"/>
          </w:tcPr>
          <w:p w14:paraId="600702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136</w:t>
            </w:r>
          </w:p>
        </w:tc>
        <w:tc>
          <w:tcPr>
            <w:tcW w:w="1234" w:type="dxa"/>
          </w:tcPr>
          <w:p w14:paraId="080586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56F513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12F3D0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2E8A7F0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7,8</w:t>
            </w:r>
          </w:p>
        </w:tc>
      </w:tr>
      <w:tr w:rsidR="006F0136" w:rsidRPr="00D77020" w14:paraId="2F2387F2" w14:textId="77777777">
        <w:tc>
          <w:tcPr>
            <w:tcW w:w="1234" w:type="dxa"/>
          </w:tcPr>
          <w:p w14:paraId="604FAF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C1212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BN-146-д</w:t>
            </w:r>
          </w:p>
        </w:tc>
        <w:tc>
          <w:tcPr>
            <w:tcW w:w="1234" w:type="dxa"/>
          </w:tcPr>
          <w:p w14:paraId="0C5E7B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146</w:t>
            </w:r>
          </w:p>
        </w:tc>
        <w:tc>
          <w:tcPr>
            <w:tcW w:w="1234" w:type="dxa"/>
          </w:tcPr>
          <w:p w14:paraId="1FAAF9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7D2FA6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281D4A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92C0</w:t>
            </w:r>
          </w:p>
        </w:tc>
        <w:tc>
          <w:tcPr>
            <w:tcW w:w="1234" w:type="dxa"/>
          </w:tcPr>
          <w:p w14:paraId="06BA2B8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5,6</w:t>
            </w:r>
          </w:p>
        </w:tc>
      </w:tr>
      <w:tr w:rsidR="006F0136" w:rsidRPr="00D77020" w14:paraId="74FC0474" w14:textId="77777777">
        <w:tc>
          <w:tcPr>
            <w:tcW w:w="1234" w:type="dxa"/>
          </w:tcPr>
          <w:p w14:paraId="01231C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B07DA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BN-146-е</w:t>
            </w:r>
          </w:p>
        </w:tc>
        <w:tc>
          <w:tcPr>
            <w:tcW w:w="1234" w:type="dxa"/>
          </w:tcPr>
          <w:p w14:paraId="376933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146</w:t>
            </w:r>
          </w:p>
        </w:tc>
        <w:tc>
          <w:tcPr>
            <w:tcW w:w="1234" w:type="dxa"/>
          </w:tcPr>
          <w:p w14:paraId="59E379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06BC0E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190</w:t>
            </w:r>
          </w:p>
        </w:tc>
        <w:tc>
          <w:tcPr>
            <w:tcW w:w="1234" w:type="dxa"/>
          </w:tcPr>
          <w:p w14:paraId="7796D8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9260</w:t>
            </w:r>
          </w:p>
        </w:tc>
        <w:tc>
          <w:tcPr>
            <w:tcW w:w="1234" w:type="dxa"/>
          </w:tcPr>
          <w:p w14:paraId="70F4A8C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16,7</w:t>
            </w:r>
          </w:p>
        </w:tc>
      </w:tr>
      <w:tr w:rsidR="006F0136" w:rsidRPr="00D77020" w14:paraId="5C2EB870" w14:textId="77777777">
        <w:tc>
          <w:tcPr>
            <w:tcW w:w="1234" w:type="dxa"/>
          </w:tcPr>
          <w:p w14:paraId="0343C3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9AE60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BN-147-в</w:t>
            </w:r>
          </w:p>
        </w:tc>
        <w:tc>
          <w:tcPr>
            <w:tcW w:w="1234" w:type="dxa"/>
          </w:tcPr>
          <w:p w14:paraId="11B173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147</w:t>
            </w:r>
          </w:p>
        </w:tc>
        <w:tc>
          <w:tcPr>
            <w:tcW w:w="1234" w:type="dxa"/>
          </w:tcPr>
          <w:p w14:paraId="5FA4B9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4D5E7C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180</w:t>
            </w:r>
          </w:p>
        </w:tc>
        <w:tc>
          <w:tcPr>
            <w:tcW w:w="1234" w:type="dxa"/>
          </w:tcPr>
          <w:p w14:paraId="3CC9FB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9260</w:t>
            </w:r>
          </w:p>
        </w:tc>
        <w:tc>
          <w:tcPr>
            <w:tcW w:w="1234" w:type="dxa"/>
          </w:tcPr>
          <w:p w14:paraId="2BCFC11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10,9</w:t>
            </w:r>
          </w:p>
        </w:tc>
      </w:tr>
      <w:tr w:rsidR="006F0136" w:rsidRPr="00D77020" w14:paraId="7D7ABE0A" w14:textId="77777777">
        <w:tc>
          <w:tcPr>
            <w:tcW w:w="1234" w:type="dxa"/>
          </w:tcPr>
          <w:p w14:paraId="076685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32C4B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BN-147-ж</w:t>
            </w:r>
          </w:p>
        </w:tc>
        <w:tc>
          <w:tcPr>
            <w:tcW w:w="1234" w:type="dxa"/>
          </w:tcPr>
          <w:p w14:paraId="55484B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147</w:t>
            </w:r>
          </w:p>
        </w:tc>
        <w:tc>
          <w:tcPr>
            <w:tcW w:w="1234" w:type="dxa"/>
          </w:tcPr>
          <w:p w14:paraId="517BB7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122A9F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180</w:t>
            </w:r>
          </w:p>
        </w:tc>
        <w:tc>
          <w:tcPr>
            <w:tcW w:w="1234" w:type="dxa"/>
          </w:tcPr>
          <w:p w14:paraId="0822BA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9260</w:t>
            </w:r>
          </w:p>
        </w:tc>
        <w:tc>
          <w:tcPr>
            <w:tcW w:w="1234" w:type="dxa"/>
          </w:tcPr>
          <w:p w14:paraId="3748C35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1,9</w:t>
            </w:r>
          </w:p>
        </w:tc>
      </w:tr>
      <w:tr w:rsidR="006F0136" w:rsidRPr="00D77020" w14:paraId="1A055B56" w14:textId="77777777">
        <w:tc>
          <w:tcPr>
            <w:tcW w:w="1234" w:type="dxa"/>
          </w:tcPr>
          <w:p w14:paraId="68D972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918F5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BN-169-а</w:t>
            </w:r>
          </w:p>
        </w:tc>
        <w:tc>
          <w:tcPr>
            <w:tcW w:w="1234" w:type="dxa"/>
          </w:tcPr>
          <w:p w14:paraId="4D86B9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169</w:t>
            </w:r>
          </w:p>
        </w:tc>
        <w:tc>
          <w:tcPr>
            <w:tcW w:w="1234" w:type="dxa"/>
          </w:tcPr>
          <w:p w14:paraId="447F99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6E2D34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573867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9260</w:t>
            </w:r>
          </w:p>
        </w:tc>
        <w:tc>
          <w:tcPr>
            <w:tcW w:w="1234" w:type="dxa"/>
          </w:tcPr>
          <w:p w14:paraId="29E0395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3,3</w:t>
            </w:r>
          </w:p>
        </w:tc>
      </w:tr>
      <w:tr w:rsidR="006F0136" w:rsidRPr="00D77020" w14:paraId="01115C05" w14:textId="77777777">
        <w:tc>
          <w:tcPr>
            <w:tcW w:w="1234" w:type="dxa"/>
          </w:tcPr>
          <w:p w14:paraId="5A8DAE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87446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BN-169-в</w:t>
            </w:r>
          </w:p>
        </w:tc>
        <w:tc>
          <w:tcPr>
            <w:tcW w:w="1234" w:type="dxa"/>
          </w:tcPr>
          <w:p w14:paraId="6FAE25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169</w:t>
            </w:r>
          </w:p>
        </w:tc>
        <w:tc>
          <w:tcPr>
            <w:tcW w:w="1234" w:type="dxa"/>
          </w:tcPr>
          <w:p w14:paraId="06D6D0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7A0A96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0330DD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49FC9E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13,0</w:t>
            </w:r>
          </w:p>
        </w:tc>
      </w:tr>
      <w:tr w:rsidR="006F0136" w:rsidRPr="00D77020" w14:paraId="5237B84F" w14:textId="77777777">
        <w:tc>
          <w:tcPr>
            <w:tcW w:w="1234" w:type="dxa"/>
          </w:tcPr>
          <w:p w14:paraId="1203DF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9A815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BN-169-г</w:t>
            </w:r>
          </w:p>
        </w:tc>
        <w:tc>
          <w:tcPr>
            <w:tcW w:w="1234" w:type="dxa"/>
          </w:tcPr>
          <w:p w14:paraId="00458D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169</w:t>
            </w:r>
          </w:p>
        </w:tc>
        <w:tc>
          <w:tcPr>
            <w:tcW w:w="1234" w:type="dxa"/>
          </w:tcPr>
          <w:p w14:paraId="075117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4CF3DA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422048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9260</w:t>
            </w:r>
          </w:p>
        </w:tc>
        <w:tc>
          <w:tcPr>
            <w:tcW w:w="1234" w:type="dxa"/>
          </w:tcPr>
          <w:p w14:paraId="6B8E6EA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2,9</w:t>
            </w:r>
          </w:p>
        </w:tc>
      </w:tr>
      <w:tr w:rsidR="006F0136" w:rsidRPr="00D77020" w14:paraId="371A9BA8" w14:textId="77777777">
        <w:tc>
          <w:tcPr>
            <w:tcW w:w="1234" w:type="dxa"/>
          </w:tcPr>
          <w:p w14:paraId="3EA69F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92F41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BN-169-д</w:t>
            </w:r>
          </w:p>
        </w:tc>
        <w:tc>
          <w:tcPr>
            <w:tcW w:w="1234" w:type="dxa"/>
          </w:tcPr>
          <w:p w14:paraId="44DDBA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169</w:t>
            </w:r>
          </w:p>
        </w:tc>
        <w:tc>
          <w:tcPr>
            <w:tcW w:w="1234" w:type="dxa"/>
          </w:tcPr>
          <w:p w14:paraId="0945B3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51F5B0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220</w:t>
            </w:r>
          </w:p>
        </w:tc>
        <w:tc>
          <w:tcPr>
            <w:tcW w:w="1234" w:type="dxa"/>
          </w:tcPr>
          <w:p w14:paraId="59701C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9260</w:t>
            </w:r>
          </w:p>
        </w:tc>
        <w:tc>
          <w:tcPr>
            <w:tcW w:w="1234" w:type="dxa"/>
          </w:tcPr>
          <w:p w14:paraId="3D09AC0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10,7</w:t>
            </w:r>
          </w:p>
        </w:tc>
      </w:tr>
      <w:tr w:rsidR="006F0136" w:rsidRPr="00D77020" w14:paraId="774B64C7" w14:textId="77777777">
        <w:tc>
          <w:tcPr>
            <w:tcW w:w="1234" w:type="dxa"/>
          </w:tcPr>
          <w:p w14:paraId="12D25E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B828E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BN-169-ж</w:t>
            </w:r>
          </w:p>
        </w:tc>
        <w:tc>
          <w:tcPr>
            <w:tcW w:w="1234" w:type="dxa"/>
          </w:tcPr>
          <w:p w14:paraId="4AA897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169</w:t>
            </w:r>
          </w:p>
        </w:tc>
        <w:tc>
          <w:tcPr>
            <w:tcW w:w="1234" w:type="dxa"/>
          </w:tcPr>
          <w:p w14:paraId="40C078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32DAB9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0C0D89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9260</w:t>
            </w:r>
          </w:p>
        </w:tc>
        <w:tc>
          <w:tcPr>
            <w:tcW w:w="1234" w:type="dxa"/>
          </w:tcPr>
          <w:p w14:paraId="7E64ACF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15,1</w:t>
            </w:r>
          </w:p>
        </w:tc>
      </w:tr>
      <w:tr w:rsidR="006F0136" w:rsidRPr="00D77020" w14:paraId="43F06BE5" w14:textId="77777777">
        <w:tc>
          <w:tcPr>
            <w:tcW w:w="1234" w:type="dxa"/>
          </w:tcPr>
          <w:p w14:paraId="22660E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03C51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BN-169-и</w:t>
            </w:r>
          </w:p>
        </w:tc>
        <w:tc>
          <w:tcPr>
            <w:tcW w:w="1234" w:type="dxa"/>
          </w:tcPr>
          <w:p w14:paraId="651A64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169</w:t>
            </w:r>
          </w:p>
        </w:tc>
        <w:tc>
          <w:tcPr>
            <w:tcW w:w="1234" w:type="dxa"/>
          </w:tcPr>
          <w:p w14:paraId="409D1C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665292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190</w:t>
            </w:r>
          </w:p>
        </w:tc>
        <w:tc>
          <w:tcPr>
            <w:tcW w:w="1234" w:type="dxa"/>
          </w:tcPr>
          <w:p w14:paraId="08B906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9260</w:t>
            </w:r>
          </w:p>
        </w:tc>
        <w:tc>
          <w:tcPr>
            <w:tcW w:w="1234" w:type="dxa"/>
          </w:tcPr>
          <w:p w14:paraId="3D320B8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10,9</w:t>
            </w:r>
          </w:p>
        </w:tc>
      </w:tr>
      <w:tr w:rsidR="006F0136" w:rsidRPr="00D77020" w14:paraId="43D2B1BB" w14:textId="77777777">
        <w:tc>
          <w:tcPr>
            <w:tcW w:w="1234" w:type="dxa"/>
          </w:tcPr>
          <w:p w14:paraId="7967F8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4BDA4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BN-19-к</w:t>
            </w:r>
          </w:p>
        </w:tc>
        <w:tc>
          <w:tcPr>
            <w:tcW w:w="1234" w:type="dxa"/>
          </w:tcPr>
          <w:p w14:paraId="1A5AC8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</w:t>
            </w:r>
          </w:p>
        </w:tc>
        <w:tc>
          <w:tcPr>
            <w:tcW w:w="1234" w:type="dxa"/>
          </w:tcPr>
          <w:p w14:paraId="27CA2E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1271CA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32810F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92C0</w:t>
            </w:r>
          </w:p>
        </w:tc>
        <w:tc>
          <w:tcPr>
            <w:tcW w:w="1234" w:type="dxa"/>
          </w:tcPr>
          <w:p w14:paraId="1C31F6B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1,0</w:t>
            </w:r>
          </w:p>
        </w:tc>
      </w:tr>
      <w:tr w:rsidR="006F0136" w:rsidRPr="00D77020" w14:paraId="679FF9CE" w14:textId="77777777">
        <w:tc>
          <w:tcPr>
            <w:tcW w:w="1234" w:type="dxa"/>
          </w:tcPr>
          <w:p w14:paraId="04F938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7F225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BN-34-б</w:t>
            </w:r>
          </w:p>
        </w:tc>
        <w:tc>
          <w:tcPr>
            <w:tcW w:w="1234" w:type="dxa"/>
          </w:tcPr>
          <w:p w14:paraId="4F9C95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34</w:t>
            </w:r>
          </w:p>
        </w:tc>
        <w:tc>
          <w:tcPr>
            <w:tcW w:w="1234" w:type="dxa"/>
          </w:tcPr>
          <w:p w14:paraId="45200A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794715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37040F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92C0</w:t>
            </w:r>
          </w:p>
        </w:tc>
        <w:tc>
          <w:tcPr>
            <w:tcW w:w="1234" w:type="dxa"/>
          </w:tcPr>
          <w:p w14:paraId="31E2DF5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4,0</w:t>
            </w:r>
          </w:p>
        </w:tc>
      </w:tr>
      <w:tr w:rsidR="006F0136" w:rsidRPr="00D77020" w14:paraId="54A2BD24" w14:textId="77777777">
        <w:tc>
          <w:tcPr>
            <w:tcW w:w="1234" w:type="dxa"/>
          </w:tcPr>
          <w:p w14:paraId="7F3F39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799C2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BN-49-е</w:t>
            </w:r>
          </w:p>
        </w:tc>
        <w:tc>
          <w:tcPr>
            <w:tcW w:w="1234" w:type="dxa"/>
          </w:tcPr>
          <w:p w14:paraId="20CA24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49</w:t>
            </w:r>
          </w:p>
        </w:tc>
        <w:tc>
          <w:tcPr>
            <w:tcW w:w="1234" w:type="dxa"/>
          </w:tcPr>
          <w:p w14:paraId="05FA08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64317D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59B0A1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9260</w:t>
            </w:r>
          </w:p>
        </w:tc>
        <w:tc>
          <w:tcPr>
            <w:tcW w:w="1234" w:type="dxa"/>
          </w:tcPr>
          <w:p w14:paraId="681DA72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46C8E794" w14:textId="77777777">
        <w:tc>
          <w:tcPr>
            <w:tcW w:w="1234" w:type="dxa"/>
          </w:tcPr>
          <w:p w14:paraId="023EE1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15CBF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BN-65-б</w:t>
            </w:r>
          </w:p>
        </w:tc>
        <w:tc>
          <w:tcPr>
            <w:tcW w:w="1234" w:type="dxa"/>
          </w:tcPr>
          <w:p w14:paraId="1E1E90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65</w:t>
            </w:r>
          </w:p>
        </w:tc>
        <w:tc>
          <w:tcPr>
            <w:tcW w:w="1234" w:type="dxa"/>
          </w:tcPr>
          <w:p w14:paraId="15A580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094951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5CB9C0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92C0</w:t>
            </w:r>
          </w:p>
        </w:tc>
        <w:tc>
          <w:tcPr>
            <w:tcW w:w="1234" w:type="dxa"/>
          </w:tcPr>
          <w:p w14:paraId="5D093F2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3,6</w:t>
            </w:r>
          </w:p>
        </w:tc>
      </w:tr>
      <w:tr w:rsidR="006F0136" w:rsidRPr="00D77020" w14:paraId="1B815FE4" w14:textId="77777777">
        <w:tc>
          <w:tcPr>
            <w:tcW w:w="1234" w:type="dxa"/>
          </w:tcPr>
          <w:p w14:paraId="2468F0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8EDD8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BN-65-д</w:t>
            </w:r>
          </w:p>
        </w:tc>
        <w:tc>
          <w:tcPr>
            <w:tcW w:w="1234" w:type="dxa"/>
          </w:tcPr>
          <w:p w14:paraId="07A8F4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65</w:t>
            </w:r>
          </w:p>
        </w:tc>
        <w:tc>
          <w:tcPr>
            <w:tcW w:w="1234" w:type="dxa"/>
          </w:tcPr>
          <w:p w14:paraId="77A8DB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240B62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63D85F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92C0</w:t>
            </w:r>
          </w:p>
        </w:tc>
        <w:tc>
          <w:tcPr>
            <w:tcW w:w="1234" w:type="dxa"/>
          </w:tcPr>
          <w:p w14:paraId="7EDA65D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1,7</w:t>
            </w:r>
          </w:p>
        </w:tc>
      </w:tr>
      <w:tr w:rsidR="006F0136" w:rsidRPr="00D77020" w14:paraId="4D3A622F" w14:textId="77777777">
        <w:tc>
          <w:tcPr>
            <w:tcW w:w="1234" w:type="dxa"/>
          </w:tcPr>
          <w:p w14:paraId="4D487A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09553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BN-65-е</w:t>
            </w:r>
          </w:p>
        </w:tc>
        <w:tc>
          <w:tcPr>
            <w:tcW w:w="1234" w:type="dxa"/>
          </w:tcPr>
          <w:p w14:paraId="2BA958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65</w:t>
            </w:r>
          </w:p>
        </w:tc>
        <w:tc>
          <w:tcPr>
            <w:tcW w:w="1234" w:type="dxa"/>
          </w:tcPr>
          <w:p w14:paraId="1AA7F6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38B15B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072212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92C0</w:t>
            </w:r>
          </w:p>
        </w:tc>
        <w:tc>
          <w:tcPr>
            <w:tcW w:w="1234" w:type="dxa"/>
          </w:tcPr>
          <w:p w14:paraId="412BED4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0,6</w:t>
            </w:r>
          </w:p>
        </w:tc>
      </w:tr>
      <w:tr w:rsidR="006F0136" w:rsidRPr="00D77020" w14:paraId="29D9897B" w14:textId="77777777">
        <w:tc>
          <w:tcPr>
            <w:tcW w:w="1234" w:type="dxa"/>
          </w:tcPr>
          <w:p w14:paraId="53D571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E5EE0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BN-65-к</w:t>
            </w:r>
          </w:p>
        </w:tc>
        <w:tc>
          <w:tcPr>
            <w:tcW w:w="1234" w:type="dxa"/>
          </w:tcPr>
          <w:p w14:paraId="58DB6E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65</w:t>
            </w:r>
          </w:p>
        </w:tc>
        <w:tc>
          <w:tcPr>
            <w:tcW w:w="1234" w:type="dxa"/>
          </w:tcPr>
          <w:p w14:paraId="753790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6FB56E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1E5BF2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92C0</w:t>
            </w:r>
          </w:p>
        </w:tc>
        <w:tc>
          <w:tcPr>
            <w:tcW w:w="1234" w:type="dxa"/>
          </w:tcPr>
          <w:p w14:paraId="4863705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3,9</w:t>
            </w:r>
          </w:p>
        </w:tc>
      </w:tr>
      <w:tr w:rsidR="006F0136" w:rsidRPr="00D77020" w14:paraId="3CA74C02" w14:textId="77777777">
        <w:tc>
          <w:tcPr>
            <w:tcW w:w="1234" w:type="dxa"/>
          </w:tcPr>
          <w:p w14:paraId="197BFF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4FD77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BN-70-к</w:t>
            </w:r>
          </w:p>
        </w:tc>
        <w:tc>
          <w:tcPr>
            <w:tcW w:w="1234" w:type="dxa"/>
          </w:tcPr>
          <w:p w14:paraId="4AEE81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3AF8A8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706C6A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0A5139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92C0</w:t>
            </w:r>
          </w:p>
        </w:tc>
        <w:tc>
          <w:tcPr>
            <w:tcW w:w="1234" w:type="dxa"/>
          </w:tcPr>
          <w:p w14:paraId="69249CF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2,5</w:t>
            </w:r>
          </w:p>
        </w:tc>
      </w:tr>
      <w:tr w:rsidR="006F0136" w:rsidRPr="00D77020" w14:paraId="1001AAD4" w14:textId="77777777">
        <w:tc>
          <w:tcPr>
            <w:tcW w:w="1234" w:type="dxa"/>
          </w:tcPr>
          <w:p w14:paraId="791BC8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9D8BC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BN-95-а</w:t>
            </w:r>
          </w:p>
        </w:tc>
        <w:tc>
          <w:tcPr>
            <w:tcW w:w="1234" w:type="dxa"/>
          </w:tcPr>
          <w:p w14:paraId="4ACEF9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</w:t>
            </w:r>
          </w:p>
        </w:tc>
        <w:tc>
          <w:tcPr>
            <w:tcW w:w="1234" w:type="dxa"/>
          </w:tcPr>
          <w:p w14:paraId="014B7F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4864BF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5C0EE8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2F36F4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8,6</w:t>
            </w:r>
          </w:p>
        </w:tc>
      </w:tr>
      <w:tr w:rsidR="006F0136" w:rsidRPr="00D77020" w14:paraId="522B7184" w14:textId="77777777">
        <w:tc>
          <w:tcPr>
            <w:tcW w:w="1234" w:type="dxa"/>
          </w:tcPr>
          <w:p w14:paraId="2B032F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45277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BN-95-л</w:t>
            </w:r>
          </w:p>
        </w:tc>
        <w:tc>
          <w:tcPr>
            <w:tcW w:w="1234" w:type="dxa"/>
          </w:tcPr>
          <w:p w14:paraId="5AC62D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</w:t>
            </w:r>
          </w:p>
        </w:tc>
        <w:tc>
          <w:tcPr>
            <w:tcW w:w="1234" w:type="dxa"/>
          </w:tcPr>
          <w:p w14:paraId="7FC1A3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42A922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6D9EC9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FB8088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11,3</w:t>
            </w:r>
          </w:p>
        </w:tc>
      </w:tr>
      <w:tr w:rsidR="006F0136" w:rsidRPr="00D77020" w14:paraId="4B78B0B4" w14:textId="77777777">
        <w:tc>
          <w:tcPr>
            <w:tcW w:w="1234" w:type="dxa"/>
          </w:tcPr>
          <w:p w14:paraId="67AEAC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31877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BN-96-з</w:t>
            </w:r>
          </w:p>
        </w:tc>
        <w:tc>
          <w:tcPr>
            <w:tcW w:w="1234" w:type="dxa"/>
          </w:tcPr>
          <w:p w14:paraId="4CAF6C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96</w:t>
            </w:r>
          </w:p>
        </w:tc>
        <w:tc>
          <w:tcPr>
            <w:tcW w:w="1234" w:type="dxa"/>
          </w:tcPr>
          <w:p w14:paraId="00EC37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0109C3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6EA27D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AC610A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6,7</w:t>
            </w:r>
          </w:p>
        </w:tc>
      </w:tr>
      <w:tr w:rsidR="006F0136" w:rsidRPr="00D77020" w14:paraId="672A13C9" w14:textId="77777777">
        <w:tc>
          <w:tcPr>
            <w:tcW w:w="7404" w:type="dxa"/>
            <w:gridSpan w:val="6"/>
          </w:tcPr>
          <w:p w14:paraId="701FB6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0BA8D61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279,7</w:t>
            </w:r>
          </w:p>
        </w:tc>
      </w:tr>
    </w:tbl>
    <w:p w14:paraId="5445E148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 xml:space="preserve">Зона Натура 2000: BG0000224 - Огражден - </w:t>
      </w:r>
      <w:proofErr w:type="spellStart"/>
      <w:r w:rsidRPr="00D77020">
        <w:rPr>
          <w:lang w:val="bg-BG"/>
        </w:rPr>
        <w:t>Малешево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7"/>
        <w:gridCol w:w="1406"/>
        <w:gridCol w:w="1081"/>
        <w:gridCol w:w="1201"/>
        <w:gridCol w:w="1135"/>
        <w:gridCol w:w="1135"/>
        <w:gridCol w:w="1325"/>
      </w:tblGrid>
      <w:tr w:rsidR="006F0136" w:rsidRPr="00D77020" w14:paraId="293F3C05" w14:textId="77777777">
        <w:tc>
          <w:tcPr>
            <w:tcW w:w="1587" w:type="dxa"/>
          </w:tcPr>
          <w:p w14:paraId="17E06A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175498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236C6E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11E191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1590BA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6C5EE7AA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0FEA43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33916851" w14:textId="77777777">
        <w:tc>
          <w:tcPr>
            <w:tcW w:w="1234" w:type="dxa"/>
          </w:tcPr>
          <w:p w14:paraId="79EE4F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67FF5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BP-1003-у</w:t>
            </w:r>
          </w:p>
        </w:tc>
        <w:tc>
          <w:tcPr>
            <w:tcW w:w="1234" w:type="dxa"/>
          </w:tcPr>
          <w:p w14:paraId="35E9DB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1003</w:t>
            </w:r>
          </w:p>
        </w:tc>
        <w:tc>
          <w:tcPr>
            <w:tcW w:w="1234" w:type="dxa"/>
          </w:tcPr>
          <w:p w14:paraId="6794CD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у</w:t>
            </w:r>
          </w:p>
        </w:tc>
        <w:tc>
          <w:tcPr>
            <w:tcW w:w="1234" w:type="dxa"/>
          </w:tcPr>
          <w:p w14:paraId="528F2D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59C239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B2F606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3,2</w:t>
            </w:r>
          </w:p>
        </w:tc>
      </w:tr>
      <w:tr w:rsidR="006F0136" w:rsidRPr="00D77020" w14:paraId="0EB21BD2" w14:textId="77777777">
        <w:tc>
          <w:tcPr>
            <w:tcW w:w="1234" w:type="dxa"/>
          </w:tcPr>
          <w:p w14:paraId="6C5BC7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8078F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BP-1004-е</w:t>
            </w:r>
          </w:p>
        </w:tc>
        <w:tc>
          <w:tcPr>
            <w:tcW w:w="1234" w:type="dxa"/>
          </w:tcPr>
          <w:p w14:paraId="750EDF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1004</w:t>
            </w:r>
          </w:p>
        </w:tc>
        <w:tc>
          <w:tcPr>
            <w:tcW w:w="1234" w:type="dxa"/>
          </w:tcPr>
          <w:p w14:paraId="56B0FC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5EC676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7ECE42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9CB135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17,0</w:t>
            </w:r>
          </w:p>
        </w:tc>
      </w:tr>
      <w:tr w:rsidR="006F0136" w:rsidRPr="00D77020" w14:paraId="38641E90" w14:textId="77777777">
        <w:tc>
          <w:tcPr>
            <w:tcW w:w="1234" w:type="dxa"/>
          </w:tcPr>
          <w:p w14:paraId="61E1FC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2020</w:t>
            </w:r>
          </w:p>
        </w:tc>
        <w:tc>
          <w:tcPr>
            <w:tcW w:w="1234" w:type="dxa"/>
          </w:tcPr>
          <w:p w14:paraId="35A5DF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BP-1008-а</w:t>
            </w:r>
          </w:p>
        </w:tc>
        <w:tc>
          <w:tcPr>
            <w:tcW w:w="1234" w:type="dxa"/>
          </w:tcPr>
          <w:p w14:paraId="37817C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1008</w:t>
            </w:r>
          </w:p>
        </w:tc>
        <w:tc>
          <w:tcPr>
            <w:tcW w:w="1234" w:type="dxa"/>
          </w:tcPr>
          <w:p w14:paraId="7D8016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35EBEC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36ED95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37E893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9,6</w:t>
            </w:r>
          </w:p>
        </w:tc>
      </w:tr>
      <w:tr w:rsidR="006F0136" w:rsidRPr="00D77020" w14:paraId="70279746" w14:textId="77777777">
        <w:tc>
          <w:tcPr>
            <w:tcW w:w="1234" w:type="dxa"/>
          </w:tcPr>
          <w:p w14:paraId="73F54A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43D1E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BP-1008-б</w:t>
            </w:r>
          </w:p>
        </w:tc>
        <w:tc>
          <w:tcPr>
            <w:tcW w:w="1234" w:type="dxa"/>
          </w:tcPr>
          <w:p w14:paraId="57BEE2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1008</w:t>
            </w:r>
          </w:p>
        </w:tc>
        <w:tc>
          <w:tcPr>
            <w:tcW w:w="1234" w:type="dxa"/>
          </w:tcPr>
          <w:p w14:paraId="51026E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655545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135AA0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6C073C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5,1</w:t>
            </w:r>
          </w:p>
        </w:tc>
      </w:tr>
      <w:tr w:rsidR="006F0136" w:rsidRPr="00D77020" w14:paraId="1624962A" w14:textId="77777777">
        <w:tc>
          <w:tcPr>
            <w:tcW w:w="1234" w:type="dxa"/>
          </w:tcPr>
          <w:p w14:paraId="39E358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1D1D0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BP-1008-д</w:t>
            </w:r>
          </w:p>
        </w:tc>
        <w:tc>
          <w:tcPr>
            <w:tcW w:w="1234" w:type="dxa"/>
          </w:tcPr>
          <w:p w14:paraId="493271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1008</w:t>
            </w:r>
          </w:p>
        </w:tc>
        <w:tc>
          <w:tcPr>
            <w:tcW w:w="1234" w:type="dxa"/>
          </w:tcPr>
          <w:p w14:paraId="2F4191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0166D7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617558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DC4134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11,3</w:t>
            </w:r>
          </w:p>
        </w:tc>
      </w:tr>
      <w:tr w:rsidR="006F0136" w:rsidRPr="00D77020" w14:paraId="120616AD" w14:textId="77777777">
        <w:tc>
          <w:tcPr>
            <w:tcW w:w="1234" w:type="dxa"/>
          </w:tcPr>
          <w:p w14:paraId="14A177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16093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BP-1010-с</w:t>
            </w:r>
          </w:p>
        </w:tc>
        <w:tc>
          <w:tcPr>
            <w:tcW w:w="1234" w:type="dxa"/>
          </w:tcPr>
          <w:p w14:paraId="4112D8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1010</w:t>
            </w:r>
          </w:p>
        </w:tc>
        <w:tc>
          <w:tcPr>
            <w:tcW w:w="1234" w:type="dxa"/>
          </w:tcPr>
          <w:p w14:paraId="0B13BB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0F1AD8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13E2A2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873EAD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6,6</w:t>
            </w:r>
          </w:p>
        </w:tc>
      </w:tr>
      <w:tr w:rsidR="006F0136" w:rsidRPr="00D77020" w14:paraId="54807D69" w14:textId="77777777">
        <w:tc>
          <w:tcPr>
            <w:tcW w:w="1234" w:type="dxa"/>
          </w:tcPr>
          <w:p w14:paraId="0EA09E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2DB28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BP-1011-а</w:t>
            </w:r>
          </w:p>
        </w:tc>
        <w:tc>
          <w:tcPr>
            <w:tcW w:w="1234" w:type="dxa"/>
          </w:tcPr>
          <w:p w14:paraId="6CA77B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1011</w:t>
            </w:r>
          </w:p>
        </w:tc>
        <w:tc>
          <w:tcPr>
            <w:tcW w:w="1234" w:type="dxa"/>
          </w:tcPr>
          <w:p w14:paraId="7038EA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528597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6A2470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12F4CD9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6,1</w:t>
            </w:r>
          </w:p>
        </w:tc>
      </w:tr>
      <w:tr w:rsidR="006F0136" w:rsidRPr="00D77020" w14:paraId="39FD17C8" w14:textId="77777777">
        <w:tc>
          <w:tcPr>
            <w:tcW w:w="1234" w:type="dxa"/>
          </w:tcPr>
          <w:p w14:paraId="605817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E8F90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BP-1011-в</w:t>
            </w:r>
          </w:p>
        </w:tc>
        <w:tc>
          <w:tcPr>
            <w:tcW w:w="1234" w:type="dxa"/>
          </w:tcPr>
          <w:p w14:paraId="54ADE2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1011</w:t>
            </w:r>
          </w:p>
        </w:tc>
        <w:tc>
          <w:tcPr>
            <w:tcW w:w="1234" w:type="dxa"/>
          </w:tcPr>
          <w:p w14:paraId="2DE129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31F7A6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04C810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0A2EA1A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22,3</w:t>
            </w:r>
          </w:p>
        </w:tc>
      </w:tr>
      <w:tr w:rsidR="006F0136" w:rsidRPr="00D77020" w14:paraId="2D2044BD" w14:textId="77777777">
        <w:tc>
          <w:tcPr>
            <w:tcW w:w="1234" w:type="dxa"/>
          </w:tcPr>
          <w:p w14:paraId="3D8614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BC93E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BP-1011-м</w:t>
            </w:r>
          </w:p>
        </w:tc>
        <w:tc>
          <w:tcPr>
            <w:tcW w:w="1234" w:type="dxa"/>
          </w:tcPr>
          <w:p w14:paraId="526177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1011</w:t>
            </w:r>
          </w:p>
        </w:tc>
        <w:tc>
          <w:tcPr>
            <w:tcW w:w="1234" w:type="dxa"/>
          </w:tcPr>
          <w:p w14:paraId="002763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0213B7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497DC9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79B8444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3,0</w:t>
            </w:r>
          </w:p>
        </w:tc>
      </w:tr>
      <w:tr w:rsidR="006F0136" w:rsidRPr="00D77020" w14:paraId="3324EB9A" w14:textId="77777777">
        <w:tc>
          <w:tcPr>
            <w:tcW w:w="1234" w:type="dxa"/>
          </w:tcPr>
          <w:p w14:paraId="49F9E4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2C758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BP-1011-о</w:t>
            </w:r>
          </w:p>
        </w:tc>
        <w:tc>
          <w:tcPr>
            <w:tcW w:w="1234" w:type="dxa"/>
          </w:tcPr>
          <w:p w14:paraId="04AB7B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1011</w:t>
            </w:r>
          </w:p>
        </w:tc>
        <w:tc>
          <w:tcPr>
            <w:tcW w:w="1234" w:type="dxa"/>
          </w:tcPr>
          <w:p w14:paraId="41A429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51D733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47ED6E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AABFD6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2,2</w:t>
            </w:r>
          </w:p>
        </w:tc>
      </w:tr>
      <w:tr w:rsidR="006F0136" w:rsidRPr="00D77020" w14:paraId="33969495" w14:textId="77777777">
        <w:tc>
          <w:tcPr>
            <w:tcW w:w="1234" w:type="dxa"/>
          </w:tcPr>
          <w:p w14:paraId="2A6F39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801AD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BP-1014-а</w:t>
            </w:r>
          </w:p>
        </w:tc>
        <w:tc>
          <w:tcPr>
            <w:tcW w:w="1234" w:type="dxa"/>
          </w:tcPr>
          <w:p w14:paraId="437557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1014</w:t>
            </w:r>
          </w:p>
        </w:tc>
        <w:tc>
          <w:tcPr>
            <w:tcW w:w="1234" w:type="dxa"/>
          </w:tcPr>
          <w:p w14:paraId="07B18F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41DF7F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3624BF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3AC1B05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1,0</w:t>
            </w:r>
          </w:p>
        </w:tc>
      </w:tr>
      <w:tr w:rsidR="006F0136" w:rsidRPr="00D77020" w14:paraId="1A7ACEBE" w14:textId="77777777">
        <w:tc>
          <w:tcPr>
            <w:tcW w:w="1234" w:type="dxa"/>
          </w:tcPr>
          <w:p w14:paraId="32CEDA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4A4B1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BP-1014-б</w:t>
            </w:r>
          </w:p>
        </w:tc>
        <w:tc>
          <w:tcPr>
            <w:tcW w:w="1234" w:type="dxa"/>
          </w:tcPr>
          <w:p w14:paraId="7D2B92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1014</w:t>
            </w:r>
          </w:p>
        </w:tc>
        <w:tc>
          <w:tcPr>
            <w:tcW w:w="1234" w:type="dxa"/>
          </w:tcPr>
          <w:p w14:paraId="0BA7F6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459C27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12928C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1B2FF94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1,1</w:t>
            </w:r>
          </w:p>
        </w:tc>
      </w:tr>
      <w:tr w:rsidR="006F0136" w:rsidRPr="00D77020" w14:paraId="456298F6" w14:textId="77777777">
        <w:tc>
          <w:tcPr>
            <w:tcW w:w="1234" w:type="dxa"/>
          </w:tcPr>
          <w:p w14:paraId="745A20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09C86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BP-1019-е</w:t>
            </w:r>
          </w:p>
        </w:tc>
        <w:tc>
          <w:tcPr>
            <w:tcW w:w="1234" w:type="dxa"/>
          </w:tcPr>
          <w:p w14:paraId="4FDE77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1019</w:t>
            </w:r>
          </w:p>
        </w:tc>
        <w:tc>
          <w:tcPr>
            <w:tcW w:w="1234" w:type="dxa"/>
          </w:tcPr>
          <w:p w14:paraId="24A658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1CAF30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07E770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4D3334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23,7</w:t>
            </w:r>
          </w:p>
        </w:tc>
      </w:tr>
      <w:tr w:rsidR="006F0136" w:rsidRPr="00D77020" w14:paraId="0AF47D21" w14:textId="77777777">
        <w:tc>
          <w:tcPr>
            <w:tcW w:w="1234" w:type="dxa"/>
          </w:tcPr>
          <w:p w14:paraId="7292E6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89C65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BP-1023-г</w:t>
            </w:r>
          </w:p>
        </w:tc>
        <w:tc>
          <w:tcPr>
            <w:tcW w:w="1234" w:type="dxa"/>
          </w:tcPr>
          <w:p w14:paraId="72E2AF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1023</w:t>
            </w:r>
          </w:p>
        </w:tc>
        <w:tc>
          <w:tcPr>
            <w:tcW w:w="1234" w:type="dxa"/>
          </w:tcPr>
          <w:p w14:paraId="7D6F57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3384A6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02F73D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20F95D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5,5</w:t>
            </w:r>
          </w:p>
        </w:tc>
      </w:tr>
      <w:tr w:rsidR="006F0136" w:rsidRPr="00D77020" w14:paraId="226AE13C" w14:textId="77777777">
        <w:tc>
          <w:tcPr>
            <w:tcW w:w="1234" w:type="dxa"/>
          </w:tcPr>
          <w:p w14:paraId="607116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D7B2E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BP-1030-к</w:t>
            </w:r>
          </w:p>
        </w:tc>
        <w:tc>
          <w:tcPr>
            <w:tcW w:w="1234" w:type="dxa"/>
          </w:tcPr>
          <w:p w14:paraId="29C46F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1030</w:t>
            </w:r>
          </w:p>
        </w:tc>
        <w:tc>
          <w:tcPr>
            <w:tcW w:w="1234" w:type="dxa"/>
          </w:tcPr>
          <w:p w14:paraId="6FF651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57B0BA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31F260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A7E82C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1,8</w:t>
            </w:r>
          </w:p>
        </w:tc>
      </w:tr>
      <w:tr w:rsidR="006F0136" w:rsidRPr="00D77020" w14:paraId="2F17EA31" w14:textId="77777777">
        <w:tc>
          <w:tcPr>
            <w:tcW w:w="1234" w:type="dxa"/>
          </w:tcPr>
          <w:p w14:paraId="794F7A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91510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BP-1030-л</w:t>
            </w:r>
          </w:p>
        </w:tc>
        <w:tc>
          <w:tcPr>
            <w:tcW w:w="1234" w:type="dxa"/>
          </w:tcPr>
          <w:p w14:paraId="381E68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1030</w:t>
            </w:r>
          </w:p>
        </w:tc>
        <w:tc>
          <w:tcPr>
            <w:tcW w:w="1234" w:type="dxa"/>
          </w:tcPr>
          <w:p w14:paraId="019463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34BC3C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345741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285B90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1,7</w:t>
            </w:r>
          </w:p>
        </w:tc>
      </w:tr>
      <w:tr w:rsidR="006F0136" w:rsidRPr="00D77020" w14:paraId="7058803C" w14:textId="77777777">
        <w:tc>
          <w:tcPr>
            <w:tcW w:w="1234" w:type="dxa"/>
          </w:tcPr>
          <w:p w14:paraId="438035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884D9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BP-1031-е</w:t>
            </w:r>
          </w:p>
        </w:tc>
        <w:tc>
          <w:tcPr>
            <w:tcW w:w="1234" w:type="dxa"/>
          </w:tcPr>
          <w:p w14:paraId="0B9CA7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1031</w:t>
            </w:r>
          </w:p>
        </w:tc>
        <w:tc>
          <w:tcPr>
            <w:tcW w:w="1234" w:type="dxa"/>
          </w:tcPr>
          <w:p w14:paraId="13D039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3649E7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4C46B7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FFB221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11,6</w:t>
            </w:r>
          </w:p>
        </w:tc>
      </w:tr>
      <w:tr w:rsidR="006F0136" w:rsidRPr="00D77020" w14:paraId="523519D9" w14:textId="77777777">
        <w:tc>
          <w:tcPr>
            <w:tcW w:w="1234" w:type="dxa"/>
          </w:tcPr>
          <w:p w14:paraId="0E3C65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E0EA1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BP-1031-о</w:t>
            </w:r>
          </w:p>
        </w:tc>
        <w:tc>
          <w:tcPr>
            <w:tcW w:w="1234" w:type="dxa"/>
          </w:tcPr>
          <w:p w14:paraId="526838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1031</w:t>
            </w:r>
          </w:p>
        </w:tc>
        <w:tc>
          <w:tcPr>
            <w:tcW w:w="1234" w:type="dxa"/>
          </w:tcPr>
          <w:p w14:paraId="03513F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5EF613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214524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499FAB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0F0E7736" w14:textId="77777777">
        <w:tc>
          <w:tcPr>
            <w:tcW w:w="1234" w:type="dxa"/>
          </w:tcPr>
          <w:p w14:paraId="5A2D76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D39D9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BP-1033-в</w:t>
            </w:r>
          </w:p>
        </w:tc>
        <w:tc>
          <w:tcPr>
            <w:tcW w:w="1234" w:type="dxa"/>
          </w:tcPr>
          <w:p w14:paraId="4F588E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1033</w:t>
            </w:r>
          </w:p>
        </w:tc>
        <w:tc>
          <w:tcPr>
            <w:tcW w:w="1234" w:type="dxa"/>
          </w:tcPr>
          <w:p w14:paraId="1350A6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181EF6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76DDDB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82C1AD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9,4</w:t>
            </w:r>
          </w:p>
        </w:tc>
      </w:tr>
      <w:tr w:rsidR="006F0136" w:rsidRPr="00D77020" w14:paraId="2863A04D" w14:textId="77777777">
        <w:tc>
          <w:tcPr>
            <w:tcW w:w="1234" w:type="dxa"/>
          </w:tcPr>
          <w:p w14:paraId="390002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06F7E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BP-1033-г</w:t>
            </w:r>
          </w:p>
        </w:tc>
        <w:tc>
          <w:tcPr>
            <w:tcW w:w="1234" w:type="dxa"/>
          </w:tcPr>
          <w:p w14:paraId="60539C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1033</w:t>
            </w:r>
          </w:p>
        </w:tc>
        <w:tc>
          <w:tcPr>
            <w:tcW w:w="1234" w:type="dxa"/>
          </w:tcPr>
          <w:p w14:paraId="02B560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034565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1864F0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36FF05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4,1</w:t>
            </w:r>
          </w:p>
        </w:tc>
      </w:tr>
      <w:tr w:rsidR="006F0136" w:rsidRPr="00D77020" w14:paraId="2EA87B13" w14:textId="77777777">
        <w:tc>
          <w:tcPr>
            <w:tcW w:w="1234" w:type="dxa"/>
          </w:tcPr>
          <w:p w14:paraId="11096C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1A2FB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BP-1034-д</w:t>
            </w:r>
          </w:p>
        </w:tc>
        <w:tc>
          <w:tcPr>
            <w:tcW w:w="1234" w:type="dxa"/>
          </w:tcPr>
          <w:p w14:paraId="54A308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1034</w:t>
            </w:r>
          </w:p>
        </w:tc>
        <w:tc>
          <w:tcPr>
            <w:tcW w:w="1234" w:type="dxa"/>
          </w:tcPr>
          <w:p w14:paraId="0D8F70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52E02C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7D1BC3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D1C384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15,4</w:t>
            </w:r>
          </w:p>
        </w:tc>
      </w:tr>
      <w:tr w:rsidR="006F0136" w:rsidRPr="00D77020" w14:paraId="69B5211D" w14:textId="77777777">
        <w:tc>
          <w:tcPr>
            <w:tcW w:w="1234" w:type="dxa"/>
          </w:tcPr>
          <w:p w14:paraId="10865B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D8331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BP-1043-в</w:t>
            </w:r>
          </w:p>
        </w:tc>
        <w:tc>
          <w:tcPr>
            <w:tcW w:w="1234" w:type="dxa"/>
          </w:tcPr>
          <w:p w14:paraId="7D14B7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1043</w:t>
            </w:r>
          </w:p>
        </w:tc>
        <w:tc>
          <w:tcPr>
            <w:tcW w:w="1234" w:type="dxa"/>
          </w:tcPr>
          <w:p w14:paraId="1ECF74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17BCC5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180</w:t>
            </w:r>
          </w:p>
        </w:tc>
        <w:tc>
          <w:tcPr>
            <w:tcW w:w="1234" w:type="dxa"/>
          </w:tcPr>
          <w:p w14:paraId="3FF0B9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11B91C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5,7</w:t>
            </w:r>
          </w:p>
        </w:tc>
      </w:tr>
      <w:tr w:rsidR="006F0136" w:rsidRPr="00D77020" w14:paraId="1D4BBF1B" w14:textId="77777777">
        <w:tc>
          <w:tcPr>
            <w:tcW w:w="1234" w:type="dxa"/>
          </w:tcPr>
          <w:p w14:paraId="64C445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8B8A0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BP-1046-и</w:t>
            </w:r>
          </w:p>
        </w:tc>
        <w:tc>
          <w:tcPr>
            <w:tcW w:w="1234" w:type="dxa"/>
          </w:tcPr>
          <w:p w14:paraId="3DFBB6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1046</w:t>
            </w:r>
          </w:p>
        </w:tc>
        <w:tc>
          <w:tcPr>
            <w:tcW w:w="1234" w:type="dxa"/>
          </w:tcPr>
          <w:p w14:paraId="7C9325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340AFE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24DCB8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2ADB6D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0,6</w:t>
            </w:r>
          </w:p>
        </w:tc>
      </w:tr>
      <w:tr w:rsidR="006F0136" w:rsidRPr="00D77020" w14:paraId="12718300" w14:textId="77777777">
        <w:tc>
          <w:tcPr>
            <w:tcW w:w="1234" w:type="dxa"/>
          </w:tcPr>
          <w:p w14:paraId="7DEF2B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B5EEC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BP-1046-л</w:t>
            </w:r>
          </w:p>
        </w:tc>
        <w:tc>
          <w:tcPr>
            <w:tcW w:w="1234" w:type="dxa"/>
          </w:tcPr>
          <w:p w14:paraId="63A56A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1046</w:t>
            </w:r>
          </w:p>
        </w:tc>
        <w:tc>
          <w:tcPr>
            <w:tcW w:w="1234" w:type="dxa"/>
          </w:tcPr>
          <w:p w14:paraId="5BE1B7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7D46E0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232C3E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3655B6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4,2</w:t>
            </w:r>
          </w:p>
        </w:tc>
      </w:tr>
      <w:tr w:rsidR="006F0136" w:rsidRPr="00D77020" w14:paraId="7150A59C" w14:textId="77777777">
        <w:tc>
          <w:tcPr>
            <w:tcW w:w="1234" w:type="dxa"/>
          </w:tcPr>
          <w:p w14:paraId="27BB4A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7197C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BP-1046-н</w:t>
            </w:r>
          </w:p>
        </w:tc>
        <w:tc>
          <w:tcPr>
            <w:tcW w:w="1234" w:type="dxa"/>
          </w:tcPr>
          <w:p w14:paraId="07CA71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1046</w:t>
            </w:r>
          </w:p>
        </w:tc>
        <w:tc>
          <w:tcPr>
            <w:tcW w:w="1234" w:type="dxa"/>
          </w:tcPr>
          <w:p w14:paraId="7C61BF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4CEFD4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27C474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6B24D6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2ECE2D98" w14:textId="77777777">
        <w:tc>
          <w:tcPr>
            <w:tcW w:w="1234" w:type="dxa"/>
          </w:tcPr>
          <w:p w14:paraId="3DEE44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8B9C7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BP-1056-д</w:t>
            </w:r>
          </w:p>
        </w:tc>
        <w:tc>
          <w:tcPr>
            <w:tcW w:w="1234" w:type="dxa"/>
          </w:tcPr>
          <w:p w14:paraId="0A2F83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1056</w:t>
            </w:r>
          </w:p>
        </w:tc>
        <w:tc>
          <w:tcPr>
            <w:tcW w:w="1234" w:type="dxa"/>
          </w:tcPr>
          <w:p w14:paraId="5BDE80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01E211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58D141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EC24B4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5,4</w:t>
            </w:r>
          </w:p>
        </w:tc>
      </w:tr>
      <w:tr w:rsidR="006F0136" w:rsidRPr="00D77020" w14:paraId="68EBD419" w14:textId="77777777">
        <w:tc>
          <w:tcPr>
            <w:tcW w:w="1234" w:type="dxa"/>
          </w:tcPr>
          <w:p w14:paraId="36B7FB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B3A60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BP-1056-з</w:t>
            </w:r>
          </w:p>
        </w:tc>
        <w:tc>
          <w:tcPr>
            <w:tcW w:w="1234" w:type="dxa"/>
          </w:tcPr>
          <w:p w14:paraId="19963B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1056</w:t>
            </w:r>
          </w:p>
        </w:tc>
        <w:tc>
          <w:tcPr>
            <w:tcW w:w="1234" w:type="dxa"/>
          </w:tcPr>
          <w:p w14:paraId="337419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081451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0E80B3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A60A6C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2,3</w:t>
            </w:r>
          </w:p>
        </w:tc>
      </w:tr>
      <w:tr w:rsidR="006F0136" w:rsidRPr="00D77020" w14:paraId="185005C5" w14:textId="77777777">
        <w:tc>
          <w:tcPr>
            <w:tcW w:w="1234" w:type="dxa"/>
          </w:tcPr>
          <w:p w14:paraId="3A34A3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07D4F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BP-1058-д</w:t>
            </w:r>
          </w:p>
        </w:tc>
        <w:tc>
          <w:tcPr>
            <w:tcW w:w="1234" w:type="dxa"/>
          </w:tcPr>
          <w:p w14:paraId="32600C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1058</w:t>
            </w:r>
          </w:p>
        </w:tc>
        <w:tc>
          <w:tcPr>
            <w:tcW w:w="1234" w:type="dxa"/>
          </w:tcPr>
          <w:p w14:paraId="29BD7E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65B8C5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7C7696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C87298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23,7</w:t>
            </w:r>
          </w:p>
        </w:tc>
      </w:tr>
      <w:tr w:rsidR="006F0136" w:rsidRPr="00D77020" w14:paraId="062BBF29" w14:textId="77777777">
        <w:tc>
          <w:tcPr>
            <w:tcW w:w="1234" w:type="dxa"/>
          </w:tcPr>
          <w:p w14:paraId="50FA0A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365D9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BP-1060-р</w:t>
            </w:r>
          </w:p>
        </w:tc>
        <w:tc>
          <w:tcPr>
            <w:tcW w:w="1234" w:type="dxa"/>
          </w:tcPr>
          <w:p w14:paraId="155262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1060</w:t>
            </w:r>
          </w:p>
        </w:tc>
        <w:tc>
          <w:tcPr>
            <w:tcW w:w="1234" w:type="dxa"/>
          </w:tcPr>
          <w:p w14:paraId="1491A6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32A29D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237DDB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2E4773A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24,9</w:t>
            </w:r>
          </w:p>
        </w:tc>
      </w:tr>
      <w:tr w:rsidR="006F0136" w:rsidRPr="00D77020" w14:paraId="5A5C321D" w14:textId="77777777">
        <w:tc>
          <w:tcPr>
            <w:tcW w:w="1234" w:type="dxa"/>
          </w:tcPr>
          <w:p w14:paraId="575128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F9C5C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BP-1067-и</w:t>
            </w:r>
          </w:p>
        </w:tc>
        <w:tc>
          <w:tcPr>
            <w:tcW w:w="1234" w:type="dxa"/>
          </w:tcPr>
          <w:p w14:paraId="0CA88C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1067</w:t>
            </w:r>
          </w:p>
        </w:tc>
        <w:tc>
          <w:tcPr>
            <w:tcW w:w="1234" w:type="dxa"/>
          </w:tcPr>
          <w:p w14:paraId="391D8A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3D5A0B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427764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9695E8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15,8</w:t>
            </w:r>
          </w:p>
        </w:tc>
      </w:tr>
      <w:tr w:rsidR="006F0136" w:rsidRPr="00D77020" w14:paraId="4C3D3A19" w14:textId="77777777">
        <w:tc>
          <w:tcPr>
            <w:tcW w:w="1234" w:type="dxa"/>
          </w:tcPr>
          <w:p w14:paraId="1DFB71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22CFC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BP-1072-а</w:t>
            </w:r>
          </w:p>
        </w:tc>
        <w:tc>
          <w:tcPr>
            <w:tcW w:w="1234" w:type="dxa"/>
          </w:tcPr>
          <w:p w14:paraId="22ED1E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1072</w:t>
            </w:r>
          </w:p>
        </w:tc>
        <w:tc>
          <w:tcPr>
            <w:tcW w:w="1234" w:type="dxa"/>
          </w:tcPr>
          <w:p w14:paraId="7DA781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1E1D8A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6E671C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4AF182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5,4</w:t>
            </w:r>
          </w:p>
        </w:tc>
      </w:tr>
      <w:tr w:rsidR="006F0136" w:rsidRPr="00D77020" w14:paraId="239643B1" w14:textId="77777777">
        <w:tc>
          <w:tcPr>
            <w:tcW w:w="1234" w:type="dxa"/>
          </w:tcPr>
          <w:p w14:paraId="63EAAC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CF98D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BP-1073-з</w:t>
            </w:r>
          </w:p>
        </w:tc>
        <w:tc>
          <w:tcPr>
            <w:tcW w:w="1234" w:type="dxa"/>
          </w:tcPr>
          <w:p w14:paraId="4CC627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1073</w:t>
            </w:r>
          </w:p>
        </w:tc>
        <w:tc>
          <w:tcPr>
            <w:tcW w:w="1234" w:type="dxa"/>
          </w:tcPr>
          <w:p w14:paraId="68DB67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442584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6E528F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069BD7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15,9</w:t>
            </w:r>
          </w:p>
        </w:tc>
      </w:tr>
      <w:tr w:rsidR="006F0136" w:rsidRPr="00D77020" w14:paraId="5E84DBA8" w14:textId="77777777">
        <w:tc>
          <w:tcPr>
            <w:tcW w:w="1234" w:type="dxa"/>
          </w:tcPr>
          <w:p w14:paraId="56AF9F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A855A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BP-1077-а</w:t>
            </w:r>
          </w:p>
        </w:tc>
        <w:tc>
          <w:tcPr>
            <w:tcW w:w="1234" w:type="dxa"/>
          </w:tcPr>
          <w:p w14:paraId="58F236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1077</w:t>
            </w:r>
          </w:p>
        </w:tc>
        <w:tc>
          <w:tcPr>
            <w:tcW w:w="1234" w:type="dxa"/>
          </w:tcPr>
          <w:p w14:paraId="5F28EF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406E76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68C45A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4FDFF9F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5,0</w:t>
            </w:r>
          </w:p>
        </w:tc>
      </w:tr>
      <w:tr w:rsidR="006F0136" w:rsidRPr="00D77020" w14:paraId="386C512B" w14:textId="77777777">
        <w:tc>
          <w:tcPr>
            <w:tcW w:w="1234" w:type="dxa"/>
          </w:tcPr>
          <w:p w14:paraId="29EBA9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0E3BB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BP-1077-д</w:t>
            </w:r>
          </w:p>
        </w:tc>
        <w:tc>
          <w:tcPr>
            <w:tcW w:w="1234" w:type="dxa"/>
          </w:tcPr>
          <w:p w14:paraId="4B8AB6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1077</w:t>
            </w:r>
          </w:p>
        </w:tc>
        <w:tc>
          <w:tcPr>
            <w:tcW w:w="1234" w:type="dxa"/>
          </w:tcPr>
          <w:p w14:paraId="238E57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26B7D9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762583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182E046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8,0</w:t>
            </w:r>
          </w:p>
        </w:tc>
      </w:tr>
      <w:tr w:rsidR="006F0136" w:rsidRPr="00D77020" w14:paraId="05041E96" w14:textId="77777777">
        <w:tc>
          <w:tcPr>
            <w:tcW w:w="1234" w:type="dxa"/>
          </w:tcPr>
          <w:p w14:paraId="2E729F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E5863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BP-1077-н</w:t>
            </w:r>
          </w:p>
        </w:tc>
        <w:tc>
          <w:tcPr>
            <w:tcW w:w="1234" w:type="dxa"/>
          </w:tcPr>
          <w:p w14:paraId="1FFBEE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1077</w:t>
            </w:r>
          </w:p>
        </w:tc>
        <w:tc>
          <w:tcPr>
            <w:tcW w:w="1234" w:type="dxa"/>
          </w:tcPr>
          <w:p w14:paraId="1EEC12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61804C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11F6A8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EA6186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0,6</w:t>
            </w:r>
          </w:p>
        </w:tc>
      </w:tr>
      <w:tr w:rsidR="006F0136" w:rsidRPr="00D77020" w14:paraId="635D3728" w14:textId="77777777">
        <w:tc>
          <w:tcPr>
            <w:tcW w:w="1234" w:type="dxa"/>
          </w:tcPr>
          <w:p w14:paraId="0A1626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EC363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BP-1077-ш</w:t>
            </w:r>
          </w:p>
        </w:tc>
        <w:tc>
          <w:tcPr>
            <w:tcW w:w="1234" w:type="dxa"/>
          </w:tcPr>
          <w:p w14:paraId="78C6D6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1077</w:t>
            </w:r>
          </w:p>
        </w:tc>
        <w:tc>
          <w:tcPr>
            <w:tcW w:w="1234" w:type="dxa"/>
          </w:tcPr>
          <w:p w14:paraId="7F0D80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ш</w:t>
            </w:r>
          </w:p>
        </w:tc>
        <w:tc>
          <w:tcPr>
            <w:tcW w:w="1234" w:type="dxa"/>
          </w:tcPr>
          <w:p w14:paraId="440FD2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2E1AF3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B082AC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10,1</w:t>
            </w:r>
          </w:p>
        </w:tc>
      </w:tr>
      <w:tr w:rsidR="006F0136" w:rsidRPr="00D77020" w14:paraId="2EB429A9" w14:textId="77777777">
        <w:tc>
          <w:tcPr>
            <w:tcW w:w="1234" w:type="dxa"/>
          </w:tcPr>
          <w:p w14:paraId="0A19DB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D1386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BP-1078-м</w:t>
            </w:r>
          </w:p>
        </w:tc>
        <w:tc>
          <w:tcPr>
            <w:tcW w:w="1234" w:type="dxa"/>
          </w:tcPr>
          <w:p w14:paraId="111E63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1078</w:t>
            </w:r>
          </w:p>
        </w:tc>
        <w:tc>
          <w:tcPr>
            <w:tcW w:w="1234" w:type="dxa"/>
          </w:tcPr>
          <w:p w14:paraId="55CCFB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33D428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6D33F0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C99ADF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0E503CA3" w14:textId="77777777">
        <w:tc>
          <w:tcPr>
            <w:tcW w:w="1234" w:type="dxa"/>
          </w:tcPr>
          <w:p w14:paraId="50AF0A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624E7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BP-1081-и</w:t>
            </w:r>
          </w:p>
        </w:tc>
        <w:tc>
          <w:tcPr>
            <w:tcW w:w="1234" w:type="dxa"/>
          </w:tcPr>
          <w:p w14:paraId="30CF7D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1081</w:t>
            </w:r>
          </w:p>
        </w:tc>
        <w:tc>
          <w:tcPr>
            <w:tcW w:w="1234" w:type="dxa"/>
          </w:tcPr>
          <w:p w14:paraId="2319A0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293D79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3677AC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8277F6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11,7</w:t>
            </w:r>
          </w:p>
        </w:tc>
      </w:tr>
      <w:tr w:rsidR="006F0136" w:rsidRPr="00D77020" w14:paraId="3B73E5B2" w14:textId="77777777">
        <w:tc>
          <w:tcPr>
            <w:tcW w:w="1234" w:type="dxa"/>
          </w:tcPr>
          <w:p w14:paraId="3732E9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74798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BP-1082-а</w:t>
            </w:r>
          </w:p>
        </w:tc>
        <w:tc>
          <w:tcPr>
            <w:tcW w:w="1234" w:type="dxa"/>
          </w:tcPr>
          <w:p w14:paraId="50B72C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1082</w:t>
            </w:r>
          </w:p>
        </w:tc>
        <w:tc>
          <w:tcPr>
            <w:tcW w:w="1234" w:type="dxa"/>
          </w:tcPr>
          <w:p w14:paraId="1E3DDB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462478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003FA8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2525EFF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11,7</w:t>
            </w:r>
          </w:p>
        </w:tc>
      </w:tr>
      <w:tr w:rsidR="006F0136" w:rsidRPr="00D77020" w14:paraId="4B37D761" w14:textId="77777777">
        <w:tc>
          <w:tcPr>
            <w:tcW w:w="1234" w:type="dxa"/>
          </w:tcPr>
          <w:p w14:paraId="683FB5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F1F25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BP-1083-д</w:t>
            </w:r>
          </w:p>
        </w:tc>
        <w:tc>
          <w:tcPr>
            <w:tcW w:w="1234" w:type="dxa"/>
          </w:tcPr>
          <w:p w14:paraId="18E149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1083</w:t>
            </w:r>
          </w:p>
        </w:tc>
        <w:tc>
          <w:tcPr>
            <w:tcW w:w="1234" w:type="dxa"/>
          </w:tcPr>
          <w:p w14:paraId="15C2D3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6E3957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28E0AB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4E310FC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15,1</w:t>
            </w:r>
          </w:p>
        </w:tc>
      </w:tr>
      <w:tr w:rsidR="006F0136" w:rsidRPr="00D77020" w14:paraId="331F59AB" w14:textId="77777777">
        <w:tc>
          <w:tcPr>
            <w:tcW w:w="1234" w:type="dxa"/>
          </w:tcPr>
          <w:p w14:paraId="384E8F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8D139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BP-1083-к</w:t>
            </w:r>
          </w:p>
        </w:tc>
        <w:tc>
          <w:tcPr>
            <w:tcW w:w="1234" w:type="dxa"/>
          </w:tcPr>
          <w:p w14:paraId="4D9FC9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1083</w:t>
            </w:r>
          </w:p>
        </w:tc>
        <w:tc>
          <w:tcPr>
            <w:tcW w:w="1234" w:type="dxa"/>
          </w:tcPr>
          <w:p w14:paraId="06101F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33A16A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527C6E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AA33B1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1,1</w:t>
            </w:r>
          </w:p>
        </w:tc>
      </w:tr>
      <w:tr w:rsidR="006F0136" w:rsidRPr="00D77020" w14:paraId="6C313546" w14:textId="77777777">
        <w:tc>
          <w:tcPr>
            <w:tcW w:w="1234" w:type="dxa"/>
          </w:tcPr>
          <w:p w14:paraId="54BFCD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D3447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BP-1094-а</w:t>
            </w:r>
          </w:p>
        </w:tc>
        <w:tc>
          <w:tcPr>
            <w:tcW w:w="1234" w:type="dxa"/>
          </w:tcPr>
          <w:p w14:paraId="39B690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1094</w:t>
            </w:r>
          </w:p>
        </w:tc>
        <w:tc>
          <w:tcPr>
            <w:tcW w:w="1234" w:type="dxa"/>
          </w:tcPr>
          <w:p w14:paraId="2BCF91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551EBD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175576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44BB9AD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26,1</w:t>
            </w:r>
          </w:p>
        </w:tc>
      </w:tr>
      <w:tr w:rsidR="006F0136" w:rsidRPr="00D77020" w14:paraId="728619EC" w14:textId="77777777">
        <w:tc>
          <w:tcPr>
            <w:tcW w:w="1234" w:type="dxa"/>
          </w:tcPr>
          <w:p w14:paraId="36D5BD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0D6E0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BP-1095-д</w:t>
            </w:r>
          </w:p>
        </w:tc>
        <w:tc>
          <w:tcPr>
            <w:tcW w:w="1234" w:type="dxa"/>
          </w:tcPr>
          <w:p w14:paraId="0E6BE9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1095</w:t>
            </w:r>
          </w:p>
        </w:tc>
        <w:tc>
          <w:tcPr>
            <w:tcW w:w="1234" w:type="dxa"/>
          </w:tcPr>
          <w:p w14:paraId="5CE88B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6048A7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5E6197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610406C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11,2</w:t>
            </w:r>
          </w:p>
        </w:tc>
      </w:tr>
      <w:tr w:rsidR="006F0136" w:rsidRPr="00D77020" w14:paraId="22674D40" w14:textId="77777777">
        <w:tc>
          <w:tcPr>
            <w:tcW w:w="1234" w:type="dxa"/>
          </w:tcPr>
          <w:p w14:paraId="1D9D74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C7A51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BP-1100-б</w:t>
            </w:r>
          </w:p>
        </w:tc>
        <w:tc>
          <w:tcPr>
            <w:tcW w:w="1234" w:type="dxa"/>
          </w:tcPr>
          <w:p w14:paraId="3B84EF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1100</w:t>
            </w:r>
          </w:p>
        </w:tc>
        <w:tc>
          <w:tcPr>
            <w:tcW w:w="1234" w:type="dxa"/>
          </w:tcPr>
          <w:p w14:paraId="75E181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6722F3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42E737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3B4A09D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7B6A8DA9" w14:textId="77777777">
        <w:tc>
          <w:tcPr>
            <w:tcW w:w="1234" w:type="dxa"/>
          </w:tcPr>
          <w:p w14:paraId="700B5E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F28BA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BP-1100-щ1</w:t>
            </w:r>
          </w:p>
        </w:tc>
        <w:tc>
          <w:tcPr>
            <w:tcW w:w="1234" w:type="dxa"/>
          </w:tcPr>
          <w:p w14:paraId="588B0F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1100</w:t>
            </w:r>
          </w:p>
        </w:tc>
        <w:tc>
          <w:tcPr>
            <w:tcW w:w="1234" w:type="dxa"/>
          </w:tcPr>
          <w:p w14:paraId="69DA55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щ1</w:t>
            </w:r>
          </w:p>
        </w:tc>
        <w:tc>
          <w:tcPr>
            <w:tcW w:w="1234" w:type="dxa"/>
          </w:tcPr>
          <w:p w14:paraId="7818B2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66873C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6D1FE39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23,3</w:t>
            </w:r>
          </w:p>
        </w:tc>
      </w:tr>
      <w:tr w:rsidR="006F0136" w:rsidRPr="00D77020" w14:paraId="59010829" w14:textId="77777777">
        <w:tc>
          <w:tcPr>
            <w:tcW w:w="1234" w:type="dxa"/>
          </w:tcPr>
          <w:p w14:paraId="41C997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DD887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BP-1101-л</w:t>
            </w:r>
          </w:p>
        </w:tc>
        <w:tc>
          <w:tcPr>
            <w:tcW w:w="1234" w:type="dxa"/>
          </w:tcPr>
          <w:p w14:paraId="26D9A5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1101</w:t>
            </w:r>
          </w:p>
        </w:tc>
        <w:tc>
          <w:tcPr>
            <w:tcW w:w="1234" w:type="dxa"/>
          </w:tcPr>
          <w:p w14:paraId="06A58B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17E396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1116DF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358C0DF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22,9</w:t>
            </w:r>
          </w:p>
        </w:tc>
      </w:tr>
      <w:tr w:rsidR="006F0136" w:rsidRPr="00D77020" w14:paraId="71C8782F" w14:textId="77777777">
        <w:tc>
          <w:tcPr>
            <w:tcW w:w="1234" w:type="dxa"/>
          </w:tcPr>
          <w:p w14:paraId="17A2EC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05DA1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BP-1113-в</w:t>
            </w:r>
          </w:p>
        </w:tc>
        <w:tc>
          <w:tcPr>
            <w:tcW w:w="1234" w:type="dxa"/>
          </w:tcPr>
          <w:p w14:paraId="03132F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1113</w:t>
            </w:r>
          </w:p>
        </w:tc>
        <w:tc>
          <w:tcPr>
            <w:tcW w:w="1234" w:type="dxa"/>
          </w:tcPr>
          <w:p w14:paraId="121F5D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584AC8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47F45D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04BA151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16,3</w:t>
            </w:r>
          </w:p>
        </w:tc>
      </w:tr>
      <w:tr w:rsidR="006F0136" w:rsidRPr="00D77020" w14:paraId="38D15433" w14:textId="77777777">
        <w:tc>
          <w:tcPr>
            <w:tcW w:w="1234" w:type="dxa"/>
          </w:tcPr>
          <w:p w14:paraId="32B798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872FE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BP-1113-д</w:t>
            </w:r>
          </w:p>
        </w:tc>
        <w:tc>
          <w:tcPr>
            <w:tcW w:w="1234" w:type="dxa"/>
          </w:tcPr>
          <w:p w14:paraId="7E95F5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1113</w:t>
            </w:r>
          </w:p>
        </w:tc>
        <w:tc>
          <w:tcPr>
            <w:tcW w:w="1234" w:type="dxa"/>
          </w:tcPr>
          <w:p w14:paraId="59FB11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0FEA64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2E0BE7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19CBC1A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5,2</w:t>
            </w:r>
          </w:p>
        </w:tc>
      </w:tr>
      <w:tr w:rsidR="006F0136" w:rsidRPr="00D77020" w14:paraId="7B723702" w14:textId="77777777">
        <w:tc>
          <w:tcPr>
            <w:tcW w:w="1234" w:type="dxa"/>
          </w:tcPr>
          <w:p w14:paraId="519800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F4F25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BP-1133-в</w:t>
            </w:r>
          </w:p>
        </w:tc>
        <w:tc>
          <w:tcPr>
            <w:tcW w:w="1234" w:type="dxa"/>
          </w:tcPr>
          <w:p w14:paraId="2A5C39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1133</w:t>
            </w:r>
          </w:p>
        </w:tc>
        <w:tc>
          <w:tcPr>
            <w:tcW w:w="1234" w:type="dxa"/>
          </w:tcPr>
          <w:p w14:paraId="2F1FF1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778A81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1787DC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52289F4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18,9</w:t>
            </w:r>
          </w:p>
        </w:tc>
      </w:tr>
      <w:tr w:rsidR="006F0136" w:rsidRPr="00D77020" w14:paraId="09CA79AA" w14:textId="77777777">
        <w:tc>
          <w:tcPr>
            <w:tcW w:w="1234" w:type="dxa"/>
          </w:tcPr>
          <w:p w14:paraId="67B542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FD78F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BP-1139-г</w:t>
            </w:r>
          </w:p>
        </w:tc>
        <w:tc>
          <w:tcPr>
            <w:tcW w:w="1234" w:type="dxa"/>
          </w:tcPr>
          <w:p w14:paraId="7BB24F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1139</w:t>
            </w:r>
          </w:p>
        </w:tc>
        <w:tc>
          <w:tcPr>
            <w:tcW w:w="1234" w:type="dxa"/>
          </w:tcPr>
          <w:p w14:paraId="02AD4F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4DD993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2F0CCB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18F1A81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11,6</w:t>
            </w:r>
          </w:p>
        </w:tc>
      </w:tr>
      <w:tr w:rsidR="006F0136" w:rsidRPr="00D77020" w14:paraId="3626BAC9" w14:textId="77777777">
        <w:tc>
          <w:tcPr>
            <w:tcW w:w="1234" w:type="dxa"/>
          </w:tcPr>
          <w:p w14:paraId="37AA13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2AE63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BP-1141-к</w:t>
            </w:r>
          </w:p>
        </w:tc>
        <w:tc>
          <w:tcPr>
            <w:tcW w:w="1234" w:type="dxa"/>
          </w:tcPr>
          <w:p w14:paraId="472A95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1141</w:t>
            </w:r>
          </w:p>
        </w:tc>
        <w:tc>
          <w:tcPr>
            <w:tcW w:w="1234" w:type="dxa"/>
          </w:tcPr>
          <w:p w14:paraId="47C7CE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57374C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7F7F2E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92C0</w:t>
            </w:r>
          </w:p>
        </w:tc>
        <w:tc>
          <w:tcPr>
            <w:tcW w:w="1234" w:type="dxa"/>
          </w:tcPr>
          <w:p w14:paraId="4D22410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31B1B4D6" w14:textId="77777777">
        <w:tc>
          <w:tcPr>
            <w:tcW w:w="1234" w:type="dxa"/>
          </w:tcPr>
          <w:p w14:paraId="06D87E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2020</w:t>
            </w:r>
          </w:p>
        </w:tc>
        <w:tc>
          <w:tcPr>
            <w:tcW w:w="1234" w:type="dxa"/>
          </w:tcPr>
          <w:p w14:paraId="3A8520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BP-1142-е</w:t>
            </w:r>
          </w:p>
        </w:tc>
        <w:tc>
          <w:tcPr>
            <w:tcW w:w="1234" w:type="dxa"/>
          </w:tcPr>
          <w:p w14:paraId="203967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1142</w:t>
            </w:r>
          </w:p>
        </w:tc>
        <w:tc>
          <w:tcPr>
            <w:tcW w:w="1234" w:type="dxa"/>
          </w:tcPr>
          <w:p w14:paraId="553961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1554BD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6F05FE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540A7ED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1,3</w:t>
            </w:r>
          </w:p>
        </w:tc>
      </w:tr>
      <w:tr w:rsidR="006F0136" w:rsidRPr="00D77020" w14:paraId="535F079E" w14:textId="77777777">
        <w:tc>
          <w:tcPr>
            <w:tcW w:w="1234" w:type="dxa"/>
          </w:tcPr>
          <w:p w14:paraId="097333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38529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BP-1143-а</w:t>
            </w:r>
          </w:p>
        </w:tc>
        <w:tc>
          <w:tcPr>
            <w:tcW w:w="1234" w:type="dxa"/>
          </w:tcPr>
          <w:p w14:paraId="469819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1143</w:t>
            </w:r>
          </w:p>
        </w:tc>
        <w:tc>
          <w:tcPr>
            <w:tcW w:w="1234" w:type="dxa"/>
          </w:tcPr>
          <w:p w14:paraId="540715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2EC010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193B86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1B98E39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20,4</w:t>
            </w:r>
          </w:p>
        </w:tc>
      </w:tr>
      <w:tr w:rsidR="006F0136" w:rsidRPr="00D77020" w14:paraId="60F3F7DC" w14:textId="77777777">
        <w:tc>
          <w:tcPr>
            <w:tcW w:w="1234" w:type="dxa"/>
          </w:tcPr>
          <w:p w14:paraId="7FB41F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C2389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BP-1144-а</w:t>
            </w:r>
          </w:p>
        </w:tc>
        <w:tc>
          <w:tcPr>
            <w:tcW w:w="1234" w:type="dxa"/>
          </w:tcPr>
          <w:p w14:paraId="3A534A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1144</w:t>
            </w:r>
          </w:p>
        </w:tc>
        <w:tc>
          <w:tcPr>
            <w:tcW w:w="1234" w:type="dxa"/>
          </w:tcPr>
          <w:p w14:paraId="2865F2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6A0760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381FB0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32BB929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54C917A2" w14:textId="77777777">
        <w:tc>
          <w:tcPr>
            <w:tcW w:w="1234" w:type="dxa"/>
          </w:tcPr>
          <w:p w14:paraId="0A788B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D8EE8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BP-1144-в</w:t>
            </w:r>
          </w:p>
        </w:tc>
        <w:tc>
          <w:tcPr>
            <w:tcW w:w="1234" w:type="dxa"/>
          </w:tcPr>
          <w:p w14:paraId="7E7D6A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1144</w:t>
            </w:r>
          </w:p>
        </w:tc>
        <w:tc>
          <w:tcPr>
            <w:tcW w:w="1234" w:type="dxa"/>
          </w:tcPr>
          <w:p w14:paraId="2C7450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053438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3F7B4B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77FA34D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0,6</w:t>
            </w:r>
          </w:p>
        </w:tc>
      </w:tr>
      <w:tr w:rsidR="006F0136" w:rsidRPr="00D77020" w14:paraId="1B094F77" w14:textId="77777777">
        <w:tc>
          <w:tcPr>
            <w:tcW w:w="1234" w:type="dxa"/>
          </w:tcPr>
          <w:p w14:paraId="419C76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A7310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BP-1144-г</w:t>
            </w:r>
          </w:p>
        </w:tc>
        <w:tc>
          <w:tcPr>
            <w:tcW w:w="1234" w:type="dxa"/>
          </w:tcPr>
          <w:p w14:paraId="1B448F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1144</w:t>
            </w:r>
          </w:p>
        </w:tc>
        <w:tc>
          <w:tcPr>
            <w:tcW w:w="1234" w:type="dxa"/>
          </w:tcPr>
          <w:p w14:paraId="304A5F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303CEE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2C9BA2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69B9E16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6,2</w:t>
            </w:r>
          </w:p>
        </w:tc>
      </w:tr>
      <w:tr w:rsidR="006F0136" w:rsidRPr="00D77020" w14:paraId="317A6469" w14:textId="77777777">
        <w:tc>
          <w:tcPr>
            <w:tcW w:w="1234" w:type="dxa"/>
          </w:tcPr>
          <w:p w14:paraId="4F3A45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9814F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BP-1144-д</w:t>
            </w:r>
          </w:p>
        </w:tc>
        <w:tc>
          <w:tcPr>
            <w:tcW w:w="1234" w:type="dxa"/>
          </w:tcPr>
          <w:p w14:paraId="40E200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1144</w:t>
            </w:r>
          </w:p>
        </w:tc>
        <w:tc>
          <w:tcPr>
            <w:tcW w:w="1234" w:type="dxa"/>
          </w:tcPr>
          <w:p w14:paraId="394CE8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56708F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37459B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046F00B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1,8</w:t>
            </w:r>
          </w:p>
        </w:tc>
      </w:tr>
      <w:tr w:rsidR="006F0136" w:rsidRPr="00D77020" w14:paraId="0252C59F" w14:textId="77777777">
        <w:tc>
          <w:tcPr>
            <w:tcW w:w="1234" w:type="dxa"/>
          </w:tcPr>
          <w:p w14:paraId="3F6AEF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46E30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BP-1146-о</w:t>
            </w:r>
          </w:p>
        </w:tc>
        <w:tc>
          <w:tcPr>
            <w:tcW w:w="1234" w:type="dxa"/>
          </w:tcPr>
          <w:p w14:paraId="125717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1146</w:t>
            </w:r>
          </w:p>
        </w:tc>
        <w:tc>
          <w:tcPr>
            <w:tcW w:w="1234" w:type="dxa"/>
          </w:tcPr>
          <w:p w14:paraId="323B3C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257E4C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793674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3922ACF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12,1</w:t>
            </w:r>
          </w:p>
        </w:tc>
      </w:tr>
      <w:tr w:rsidR="006F0136" w:rsidRPr="00D77020" w14:paraId="3F18ADCF" w14:textId="77777777">
        <w:tc>
          <w:tcPr>
            <w:tcW w:w="1234" w:type="dxa"/>
          </w:tcPr>
          <w:p w14:paraId="3C740D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B2C20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BP-1147-д</w:t>
            </w:r>
          </w:p>
        </w:tc>
        <w:tc>
          <w:tcPr>
            <w:tcW w:w="1234" w:type="dxa"/>
          </w:tcPr>
          <w:p w14:paraId="76F4E6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1147</w:t>
            </w:r>
          </w:p>
        </w:tc>
        <w:tc>
          <w:tcPr>
            <w:tcW w:w="1234" w:type="dxa"/>
          </w:tcPr>
          <w:p w14:paraId="2C48C7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7F11F4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6EE4F4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6083E5E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6,7</w:t>
            </w:r>
          </w:p>
        </w:tc>
      </w:tr>
      <w:tr w:rsidR="006F0136" w:rsidRPr="00D77020" w14:paraId="4C0BDDF0" w14:textId="77777777">
        <w:tc>
          <w:tcPr>
            <w:tcW w:w="1234" w:type="dxa"/>
          </w:tcPr>
          <w:p w14:paraId="30D0A9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00662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BP-1147-е</w:t>
            </w:r>
          </w:p>
        </w:tc>
        <w:tc>
          <w:tcPr>
            <w:tcW w:w="1234" w:type="dxa"/>
          </w:tcPr>
          <w:p w14:paraId="1FF499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1147</w:t>
            </w:r>
          </w:p>
        </w:tc>
        <w:tc>
          <w:tcPr>
            <w:tcW w:w="1234" w:type="dxa"/>
          </w:tcPr>
          <w:p w14:paraId="05BE2C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6BC436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61713D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504A437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13,1</w:t>
            </w:r>
          </w:p>
        </w:tc>
      </w:tr>
      <w:tr w:rsidR="006F0136" w:rsidRPr="00D77020" w14:paraId="169D6B1B" w14:textId="77777777">
        <w:tc>
          <w:tcPr>
            <w:tcW w:w="1234" w:type="dxa"/>
          </w:tcPr>
          <w:p w14:paraId="7E4E1D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5D34A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BP-1153-д</w:t>
            </w:r>
          </w:p>
        </w:tc>
        <w:tc>
          <w:tcPr>
            <w:tcW w:w="1234" w:type="dxa"/>
          </w:tcPr>
          <w:p w14:paraId="65CB02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1153</w:t>
            </w:r>
          </w:p>
        </w:tc>
        <w:tc>
          <w:tcPr>
            <w:tcW w:w="1234" w:type="dxa"/>
          </w:tcPr>
          <w:p w14:paraId="3822FF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31A594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384E5D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3161F91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6,3</w:t>
            </w:r>
          </w:p>
        </w:tc>
      </w:tr>
      <w:tr w:rsidR="006F0136" w:rsidRPr="00D77020" w14:paraId="21B20F2B" w14:textId="77777777">
        <w:tc>
          <w:tcPr>
            <w:tcW w:w="1234" w:type="dxa"/>
          </w:tcPr>
          <w:p w14:paraId="3022A1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B97E2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BP-1153-з</w:t>
            </w:r>
          </w:p>
        </w:tc>
        <w:tc>
          <w:tcPr>
            <w:tcW w:w="1234" w:type="dxa"/>
          </w:tcPr>
          <w:p w14:paraId="4CE318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1153</w:t>
            </w:r>
          </w:p>
        </w:tc>
        <w:tc>
          <w:tcPr>
            <w:tcW w:w="1234" w:type="dxa"/>
          </w:tcPr>
          <w:p w14:paraId="3F3383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364A3C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590B14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192453D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5,7</w:t>
            </w:r>
          </w:p>
        </w:tc>
      </w:tr>
      <w:tr w:rsidR="006F0136" w:rsidRPr="00D77020" w14:paraId="562824B0" w14:textId="77777777">
        <w:tc>
          <w:tcPr>
            <w:tcW w:w="1234" w:type="dxa"/>
          </w:tcPr>
          <w:p w14:paraId="46FC9B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3F382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BP-1154-м</w:t>
            </w:r>
          </w:p>
        </w:tc>
        <w:tc>
          <w:tcPr>
            <w:tcW w:w="1234" w:type="dxa"/>
          </w:tcPr>
          <w:p w14:paraId="0FDA1C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1154</w:t>
            </w:r>
          </w:p>
        </w:tc>
        <w:tc>
          <w:tcPr>
            <w:tcW w:w="1234" w:type="dxa"/>
          </w:tcPr>
          <w:p w14:paraId="3D7266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68C89A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72DE31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511CBA6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11,3</w:t>
            </w:r>
          </w:p>
        </w:tc>
      </w:tr>
      <w:tr w:rsidR="006F0136" w:rsidRPr="00D77020" w14:paraId="39AD0ACE" w14:textId="77777777">
        <w:tc>
          <w:tcPr>
            <w:tcW w:w="1234" w:type="dxa"/>
          </w:tcPr>
          <w:p w14:paraId="5D1445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DCACA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BP-1165-п</w:t>
            </w:r>
          </w:p>
        </w:tc>
        <w:tc>
          <w:tcPr>
            <w:tcW w:w="1234" w:type="dxa"/>
          </w:tcPr>
          <w:p w14:paraId="17C91A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1165</w:t>
            </w:r>
          </w:p>
        </w:tc>
        <w:tc>
          <w:tcPr>
            <w:tcW w:w="1234" w:type="dxa"/>
          </w:tcPr>
          <w:p w14:paraId="190E53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559A89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2496A9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42E0807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15,5</w:t>
            </w:r>
          </w:p>
        </w:tc>
      </w:tr>
      <w:tr w:rsidR="006F0136" w:rsidRPr="00D77020" w14:paraId="2BD8EC61" w14:textId="77777777">
        <w:tc>
          <w:tcPr>
            <w:tcW w:w="1234" w:type="dxa"/>
          </w:tcPr>
          <w:p w14:paraId="3E8455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5DC98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BP-1172-н</w:t>
            </w:r>
          </w:p>
        </w:tc>
        <w:tc>
          <w:tcPr>
            <w:tcW w:w="1234" w:type="dxa"/>
          </w:tcPr>
          <w:p w14:paraId="2AE394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1172</w:t>
            </w:r>
          </w:p>
        </w:tc>
        <w:tc>
          <w:tcPr>
            <w:tcW w:w="1234" w:type="dxa"/>
          </w:tcPr>
          <w:p w14:paraId="77D0CB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202741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1D19F6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080E68D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0,6</w:t>
            </w:r>
          </w:p>
        </w:tc>
      </w:tr>
      <w:tr w:rsidR="006F0136" w:rsidRPr="00D77020" w14:paraId="75B6D808" w14:textId="77777777">
        <w:tc>
          <w:tcPr>
            <w:tcW w:w="1234" w:type="dxa"/>
          </w:tcPr>
          <w:p w14:paraId="3BF10A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93716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BP-1179-к</w:t>
            </w:r>
          </w:p>
        </w:tc>
        <w:tc>
          <w:tcPr>
            <w:tcW w:w="1234" w:type="dxa"/>
          </w:tcPr>
          <w:p w14:paraId="41799F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1179</w:t>
            </w:r>
          </w:p>
        </w:tc>
        <w:tc>
          <w:tcPr>
            <w:tcW w:w="1234" w:type="dxa"/>
          </w:tcPr>
          <w:p w14:paraId="71DD90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5BEBBD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7DBF96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3A0BE75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3,8</w:t>
            </w:r>
          </w:p>
        </w:tc>
      </w:tr>
      <w:tr w:rsidR="006F0136" w:rsidRPr="00D77020" w14:paraId="5F5376D5" w14:textId="77777777">
        <w:tc>
          <w:tcPr>
            <w:tcW w:w="1234" w:type="dxa"/>
          </w:tcPr>
          <w:p w14:paraId="028AAC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D09C0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BP-1179-н</w:t>
            </w:r>
          </w:p>
        </w:tc>
        <w:tc>
          <w:tcPr>
            <w:tcW w:w="1234" w:type="dxa"/>
          </w:tcPr>
          <w:p w14:paraId="1A2C2D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1179</w:t>
            </w:r>
          </w:p>
        </w:tc>
        <w:tc>
          <w:tcPr>
            <w:tcW w:w="1234" w:type="dxa"/>
          </w:tcPr>
          <w:p w14:paraId="2BDB51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17DD59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21B690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73CB74F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9,7</w:t>
            </w:r>
          </w:p>
        </w:tc>
      </w:tr>
      <w:tr w:rsidR="006F0136" w:rsidRPr="00D77020" w14:paraId="143CC2DA" w14:textId="77777777">
        <w:tc>
          <w:tcPr>
            <w:tcW w:w="1234" w:type="dxa"/>
          </w:tcPr>
          <w:p w14:paraId="2002A5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08CE9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BP-1180-к</w:t>
            </w:r>
          </w:p>
        </w:tc>
        <w:tc>
          <w:tcPr>
            <w:tcW w:w="1234" w:type="dxa"/>
          </w:tcPr>
          <w:p w14:paraId="58E2A0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1180</w:t>
            </w:r>
          </w:p>
        </w:tc>
        <w:tc>
          <w:tcPr>
            <w:tcW w:w="1234" w:type="dxa"/>
          </w:tcPr>
          <w:p w14:paraId="093EF1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4EBEA5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02E981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530F7D0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15,3</w:t>
            </w:r>
          </w:p>
        </w:tc>
      </w:tr>
      <w:tr w:rsidR="006F0136" w:rsidRPr="00D77020" w14:paraId="7571098C" w14:textId="77777777">
        <w:tc>
          <w:tcPr>
            <w:tcW w:w="1234" w:type="dxa"/>
          </w:tcPr>
          <w:p w14:paraId="7A0BE3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5361C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BP-1187-д</w:t>
            </w:r>
          </w:p>
        </w:tc>
        <w:tc>
          <w:tcPr>
            <w:tcW w:w="1234" w:type="dxa"/>
          </w:tcPr>
          <w:p w14:paraId="77F51D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1187</w:t>
            </w:r>
          </w:p>
        </w:tc>
        <w:tc>
          <w:tcPr>
            <w:tcW w:w="1234" w:type="dxa"/>
          </w:tcPr>
          <w:p w14:paraId="117905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6AD2D9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35F7A3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78411FE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16,2</w:t>
            </w:r>
          </w:p>
        </w:tc>
      </w:tr>
      <w:tr w:rsidR="006F0136" w:rsidRPr="00D77020" w14:paraId="2A941292" w14:textId="77777777">
        <w:tc>
          <w:tcPr>
            <w:tcW w:w="1234" w:type="dxa"/>
          </w:tcPr>
          <w:p w14:paraId="0C8848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344E9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BP-1187-е</w:t>
            </w:r>
          </w:p>
        </w:tc>
        <w:tc>
          <w:tcPr>
            <w:tcW w:w="1234" w:type="dxa"/>
          </w:tcPr>
          <w:p w14:paraId="65C235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1187</w:t>
            </w:r>
          </w:p>
        </w:tc>
        <w:tc>
          <w:tcPr>
            <w:tcW w:w="1234" w:type="dxa"/>
          </w:tcPr>
          <w:p w14:paraId="668B3B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067E37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333015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6A59D6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21,2</w:t>
            </w:r>
          </w:p>
        </w:tc>
      </w:tr>
      <w:tr w:rsidR="006F0136" w:rsidRPr="00D77020" w14:paraId="10857FFC" w14:textId="77777777">
        <w:tc>
          <w:tcPr>
            <w:tcW w:w="1234" w:type="dxa"/>
          </w:tcPr>
          <w:p w14:paraId="0D992D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87645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BP-1188-и</w:t>
            </w:r>
          </w:p>
        </w:tc>
        <w:tc>
          <w:tcPr>
            <w:tcW w:w="1234" w:type="dxa"/>
          </w:tcPr>
          <w:p w14:paraId="7C5A1A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1188</w:t>
            </w:r>
          </w:p>
        </w:tc>
        <w:tc>
          <w:tcPr>
            <w:tcW w:w="1234" w:type="dxa"/>
          </w:tcPr>
          <w:p w14:paraId="27B8EC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7C666D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008B8D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4B78C1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4,5</w:t>
            </w:r>
          </w:p>
        </w:tc>
      </w:tr>
      <w:tr w:rsidR="006F0136" w:rsidRPr="00D77020" w14:paraId="2C715847" w14:textId="77777777">
        <w:tc>
          <w:tcPr>
            <w:tcW w:w="1234" w:type="dxa"/>
          </w:tcPr>
          <w:p w14:paraId="6C8BA5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45F77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BP-1190-д</w:t>
            </w:r>
          </w:p>
        </w:tc>
        <w:tc>
          <w:tcPr>
            <w:tcW w:w="1234" w:type="dxa"/>
          </w:tcPr>
          <w:p w14:paraId="1D8203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1190</w:t>
            </w:r>
          </w:p>
        </w:tc>
        <w:tc>
          <w:tcPr>
            <w:tcW w:w="1234" w:type="dxa"/>
          </w:tcPr>
          <w:p w14:paraId="1FBBDE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055B05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0FEAA6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7F0D03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1,6</w:t>
            </w:r>
          </w:p>
        </w:tc>
      </w:tr>
      <w:tr w:rsidR="006F0136" w:rsidRPr="00D77020" w14:paraId="53157561" w14:textId="77777777">
        <w:tc>
          <w:tcPr>
            <w:tcW w:w="1234" w:type="dxa"/>
          </w:tcPr>
          <w:p w14:paraId="135464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79C77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BP-1191-а</w:t>
            </w:r>
          </w:p>
        </w:tc>
        <w:tc>
          <w:tcPr>
            <w:tcW w:w="1234" w:type="dxa"/>
          </w:tcPr>
          <w:p w14:paraId="389860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1191</w:t>
            </w:r>
          </w:p>
        </w:tc>
        <w:tc>
          <w:tcPr>
            <w:tcW w:w="1234" w:type="dxa"/>
          </w:tcPr>
          <w:p w14:paraId="48B009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245B07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532BB7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F2B818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54BAF2BF" w14:textId="77777777">
        <w:tc>
          <w:tcPr>
            <w:tcW w:w="1234" w:type="dxa"/>
          </w:tcPr>
          <w:p w14:paraId="7944F9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6303F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BP-1193-п</w:t>
            </w:r>
          </w:p>
        </w:tc>
        <w:tc>
          <w:tcPr>
            <w:tcW w:w="1234" w:type="dxa"/>
          </w:tcPr>
          <w:p w14:paraId="63FE58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1193</w:t>
            </w:r>
          </w:p>
        </w:tc>
        <w:tc>
          <w:tcPr>
            <w:tcW w:w="1234" w:type="dxa"/>
          </w:tcPr>
          <w:p w14:paraId="2FA42A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480A88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571196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8C33AF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13,1</w:t>
            </w:r>
          </w:p>
        </w:tc>
      </w:tr>
      <w:tr w:rsidR="006F0136" w:rsidRPr="00D77020" w14:paraId="401495EF" w14:textId="77777777">
        <w:tc>
          <w:tcPr>
            <w:tcW w:w="1234" w:type="dxa"/>
          </w:tcPr>
          <w:p w14:paraId="22FF66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B0734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BP-1195-г</w:t>
            </w:r>
          </w:p>
        </w:tc>
        <w:tc>
          <w:tcPr>
            <w:tcW w:w="1234" w:type="dxa"/>
          </w:tcPr>
          <w:p w14:paraId="1E6EA6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1195</w:t>
            </w:r>
          </w:p>
        </w:tc>
        <w:tc>
          <w:tcPr>
            <w:tcW w:w="1234" w:type="dxa"/>
          </w:tcPr>
          <w:p w14:paraId="1602A4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7E63FC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5CDC63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DEC5F6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1,3</w:t>
            </w:r>
          </w:p>
        </w:tc>
      </w:tr>
      <w:tr w:rsidR="006F0136" w:rsidRPr="00D77020" w14:paraId="4FEABEFC" w14:textId="77777777">
        <w:tc>
          <w:tcPr>
            <w:tcW w:w="1234" w:type="dxa"/>
          </w:tcPr>
          <w:p w14:paraId="70C8CF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2C9C3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BP-1195-е</w:t>
            </w:r>
          </w:p>
        </w:tc>
        <w:tc>
          <w:tcPr>
            <w:tcW w:w="1234" w:type="dxa"/>
          </w:tcPr>
          <w:p w14:paraId="716FA5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1195</w:t>
            </w:r>
          </w:p>
        </w:tc>
        <w:tc>
          <w:tcPr>
            <w:tcW w:w="1234" w:type="dxa"/>
          </w:tcPr>
          <w:p w14:paraId="633BB0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03DE0B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785C2A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2D5675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13,4</w:t>
            </w:r>
          </w:p>
        </w:tc>
      </w:tr>
      <w:tr w:rsidR="006F0136" w:rsidRPr="00D77020" w14:paraId="0039ED96" w14:textId="77777777">
        <w:tc>
          <w:tcPr>
            <w:tcW w:w="1234" w:type="dxa"/>
          </w:tcPr>
          <w:p w14:paraId="7BADBA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2E5AD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BP-1195-з</w:t>
            </w:r>
          </w:p>
        </w:tc>
        <w:tc>
          <w:tcPr>
            <w:tcW w:w="1234" w:type="dxa"/>
          </w:tcPr>
          <w:p w14:paraId="5030DC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1195</w:t>
            </w:r>
          </w:p>
        </w:tc>
        <w:tc>
          <w:tcPr>
            <w:tcW w:w="1234" w:type="dxa"/>
          </w:tcPr>
          <w:p w14:paraId="7D9490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476BDC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0FE5A0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773D282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7,8</w:t>
            </w:r>
          </w:p>
        </w:tc>
      </w:tr>
      <w:tr w:rsidR="006F0136" w:rsidRPr="00D77020" w14:paraId="288C083A" w14:textId="77777777">
        <w:tc>
          <w:tcPr>
            <w:tcW w:w="1234" w:type="dxa"/>
          </w:tcPr>
          <w:p w14:paraId="495C34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15289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BP-1198-р</w:t>
            </w:r>
          </w:p>
        </w:tc>
        <w:tc>
          <w:tcPr>
            <w:tcW w:w="1234" w:type="dxa"/>
          </w:tcPr>
          <w:p w14:paraId="067ED7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1198</w:t>
            </w:r>
          </w:p>
        </w:tc>
        <w:tc>
          <w:tcPr>
            <w:tcW w:w="1234" w:type="dxa"/>
          </w:tcPr>
          <w:p w14:paraId="4B0E93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0939AE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04E988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E2B273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14,9</w:t>
            </w:r>
          </w:p>
        </w:tc>
      </w:tr>
      <w:tr w:rsidR="006F0136" w:rsidRPr="00D77020" w14:paraId="03E0E478" w14:textId="77777777">
        <w:tc>
          <w:tcPr>
            <w:tcW w:w="1234" w:type="dxa"/>
          </w:tcPr>
          <w:p w14:paraId="1F2469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2E097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BP-1198-ф</w:t>
            </w:r>
          </w:p>
        </w:tc>
        <w:tc>
          <w:tcPr>
            <w:tcW w:w="1234" w:type="dxa"/>
          </w:tcPr>
          <w:p w14:paraId="0D179B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1198</w:t>
            </w:r>
          </w:p>
        </w:tc>
        <w:tc>
          <w:tcPr>
            <w:tcW w:w="1234" w:type="dxa"/>
          </w:tcPr>
          <w:p w14:paraId="5DA777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ф</w:t>
            </w:r>
          </w:p>
        </w:tc>
        <w:tc>
          <w:tcPr>
            <w:tcW w:w="1234" w:type="dxa"/>
          </w:tcPr>
          <w:p w14:paraId="7CA3A8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2D8735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72E3CD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8,6</w:t>
            </w:r>
          </w:p>
        </w:tc>
      </w:tr>
      <w:tr w:rsidR="006F0136" w:rsidRPr="00D77020" w14:paraId="4D508C32" w14:textId="77777777">
        <w:tc>
          <w:tcPr>
            <w:tcW w:w="1234" w:type="dxa"/>
          </w:tcPr>
          <w:p w14:paraId="65A973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0BA76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BP-1199-а</w:t>
            </w:r>
          </w:p>
        </w:tc>
        <w:tc>
          <w:tcPr>
            <w:tcW w:w="1234" w:type="dxa"/>
          </w:tcPr>
          <w:p w14:paraId="7C5BE2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1199</w:t>
            </w:r>
          </w:p>
        </w:tc>
        <w:tc>
          <w:tcPr>
            <w:tcW w:w="1234" w:type="dxa"/>
          </w:tcPr>
          <w:p w14:paraId="6C1F10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7EC3E3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3BEA62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9C3884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24,6</w:t>
            </w:r>
          </w:p>
        </w:tc>
      </w:tr>
      <w:tr w:rsidR="006F0136" w:rsidRPr="00D77020" w14:paraId="790C6EE1" w14:textId="77777777">
        <w:tc>
          <w:tcPr>
            <w:tcW w:w="1234" w:type="dxa"/>
          </w:tcPr>
          <w:p w14:paraId="261F4A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967F6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BP-1199-р</w:t>
            </w:r>
          </w:p>
        </w:tc>
        <w:tc>
          <w:tcPr>
            <w:tcW w:w="1234" w:type="dxa"/>
          </w:tcPr>
          <w:p w14:paraId="4455BA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1199</w:t>
            </w:r>
          </w:p>
        </w:tc>
        <w:tc>
          <w:tcPr>
            <w:tcW w:w="1234" w:type="dxa"/>
          </w:tcPr>
          <w:p w14:paraId="27E123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031181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190</w:t>
            </w:r>
          </w:p>
        </w:tc>
        <w:tc>
          <w:tcPr>
            <w:tcW w:w="1234" w:type="dxa"/>
          </w:tcPr>
          <w:p w14:paraId="518EAC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97999C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3F4EE102" w14:textId="77777777">
        <w:tc>
          <w:tcPr>
            <w:tcW w:w="1234" w:type="dxa"/>
          </w:tcPr>
          <w:p w14:paraId="6D06B1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4E421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BP-1199-т</w:t>
            </w:r>
          </w:p>
        </w:tc>
        <w:tc>
          <w:tcPr>
            <w:tcW w:w="1234" w:type="dxa"/>
          </w:tcPr>
          <w:p w14:paraId="2EE0F8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1199</w:t>
            </w:r>
          </w:p>
        </w:tc>
        <w:tc>
          <w:tcPr>
            <w:tcW w:w="1234" w:type="dxa"/>
          </w:tcPr>
          <w:p w14:paraId="07A563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6EF747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190</w:t>
            </w:r>
          </w:p>
        </w:tc>
        <w:tc>
          <w:tcPr>
            <w:tcW w:w="1234" w:type="dxa"/>
          </w:tcPr>
          <w:p w14:paraId="1F8E23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AEF745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0,8</w:t>
            </w:r>
          </w:p>
        </w:tc>
      </w:tr>
      <w:tr w:rsidR="006F0136" w:rsidRPr="00D77020" w14:paraId="7F8024D4" w14:textId="77777777">
        <w:tc>
          <w:tcPr>
            <w:tcW w:w="1234" w:type="dxa"/>
          </w:tcPr>
          <w:p w14:paraId="501AD4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0545D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BP-1200-в</w:t>
            </w:r>
          </w:p>
        </w:tc>
        <w:tc>
          <w:tcPr>
            <w:tcW w:w="1234" w:type="dxa"/>
          </w:tcPr>
          <w:p w14:paraId="2F92B8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1200</w:t>
            </w:r>
          </w:p>
        </w:tc>
        <w:tc>
          <w:tcPr>
            <w:tcW w:w="1234" w:type="dxa"/>
          </w:tcPr>
          <w:p w14:paraId="2AC8AC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6F8D7E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223C53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F4E723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19,2</w:t>
            </w:r>
          </w:p>
        </w:tc>
      </w:tr>
      <w:tr w:rsidR="006F0136" w:rsidRPr="00D77020" w14:paraId="61449BB3" w14:textId="77777777">
        <w:tc>
          <w:tcPr>
            <w:tcW w:w="1234" w:type="dxa"/>
          </w:tcPr>
          <w:p w14:paraId="7211E7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3EEF2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BP-1200-г</w:t>
            </w:r>
          </w:p>
        </w:tc>
        <w:tc>
          <w:tcPr>
            <w:tcW w:w="1234" w:type="dxa"/>
          </w:tcPr>
          <w:p w14:paraId="70D0BC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1200</w:t>
            </w:r>
          </w:p>
        </w:tc>
        <w:tc>
          <w:tcPr>
            <w:tcW w:w="1234" w:type="dxa"/>
          </w:tcPr>
          <w:p w14:paraId="12E7AA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5C806E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190</w:t>
            </w:r>
          </w:p>
        </w:tc>
        <w:tc>
          <w:tcPr>
            <w:tcW w:w="1234" w:type="dxa"/>
          </w:tcPr>
          <w:p w14:paraId="461C43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54ACA6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11,9</w:t>
            </w:r>
          </w:p>
        </w:tc>
      </w:tr>
      <w:tr w:rsidR="006F0136" w:rsidRPr="00D77020" w14:paraId="1E87B62B" w14:textId="77777777">
        <w:tc>
          <w:tcPr>
            <w:tcW w:w="1234" w:type="dxa"/>
          </w:tcPr>
          <w:p w14:paraId="201615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A4918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BP-1200-д</w:t>
            </w:r>
          </w:p>
        </w:tc>
        <w:tc>
          <w:tcPr>
            <w:tcW w:w="1234" w:type="dxa"/>
          </w:tcPr>
          <w:p w14:paraId="314A7E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1200</w:t>
            </w:r>
          </w:p>
        </w:tc>
        <w:tc>
          <w:tcPr>
            <w:tcW w:w="1234" w:type="dxa"/>
          </w:tcPr>
          <w:p w14:paraId="11E65C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4D7EA7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0EFB11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0D5360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13,2</w:t>
            </w:r>
          </w:p>
        </w:tc>
      </w:tr>
      <w:tr w:rsidR="006F0136" w:rsidRPr="00D77020" w14:paraId="6559C2BC" w14:textId="77777777">
        <w:tc>
          <w:tcPr>
            <w:tcW w:w="1234" w:type="dxa"/>
          </w:tcPr>
          <w:p w14:paraId="576445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CCAE3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BP-1200-ж</w:t>
            </w:r>
          </w:p>
        </w:tc>
        <w:tc>
          <w:tcPr>
            <w:tcW w:w="1234" w:type="dxa"/>
          </w:tcPr>
          <w:p w14:paraId="4E8AED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1200</w:t>
            </w:r>
          </w:p>
        </w:tc>
        <w:tc>
          <w:tcPr>
            <w:tcW w:w="1234" w:type="dxa"/>
          </w:tcPr>
          <w:p w14:paraId="42B319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6BE910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673ACC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5B6EAC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2,1</w:t>
            </w:r>
          </w:p>
        </w:tc>
      </w:tr>
      <w:tr w:rsidR="006F0136" w:rsidRPr="00D77020" w14:paraId="29FAD236" w14:textId="77777777">
        <w:tc>
          <w:tcPr>
            <w:tcW w:w="1234" w:type="dxa"/>
          </w:tcPr>
          <w:p w14:paraId="3F909C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9CF1F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BP-1203-п</w:t>
            </w:r>
          </w:p>
        </w:tc>
        <w:tc>
          <w:tcPr>
            <w:tcW w:w="1234" w:type="dxa"/>
          </w:tcPr>
          <w:p w14:paraId="09F85A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1203</w:t>
            </w:r>
          </w:p>
        </w:tc>
        <w:tc>
          <w:tcPr>
            <w:tcW w:w="1234" w:type="dxa"/>
          </w:tcPr>
          <w:p w14:paraId="17A280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503901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360514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7BDEB60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2F01668A" w14:textId="77777777">
        <w:tc>
          <w:tcPr>
            <w:tcW w:w="1234" w:type="dxa"/>
          </w:tcPr>
          <w:p w14:paraId="165F32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D1459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BP-1204-в</w:t>
            </w:r>
          </w:p>
        </w:tc>
        <w:tc>
          <w:tcPr>
            <w:tcW w:w="1234" w:type="dxa"/>
          </w:tcPr>
          <w:p w14:paraId="70AF52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1204</w:t>
            </w:r>
          </w:p>
        </w:tc>
        <w:tc>
          <w:tcPr>
            <w:tcW w:w="1234" w:type="dxa"/>
          </w:tcPr>
          <w:p w14:paraId="10F4F3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20379A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102D83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D2AD38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4,3</w:t>
            </w:r>
          </w:p>
        </w:tc>
      </w:tr>
      <w:tr w:rsidR="006F0136" w:rsidRPr="00D77020" w14:paraId="45890933" w14:textId="77777777">
        <w:tc>
          <w:tcPr>
            <w:tcW w:w="1234" w:type="dxa"/>
          </w:tcPr>
          <w:p w14:paraId="63C792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A3BC9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BP-1204-г</w:t>
            </w:r>
          </w:p>
        </w:tc>
        <w:tc>
          <w:tcPr>
            <w:tcW w:w="1234" w:type="dxa"/>
          </w:tcPr>
          <w:p w14:paraId="62BBA0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1204</w:t>
            </w:r>
          </w:p>
        </w:tc>
        <w:tc>
          <w:tcPr>
            <w:tcW w:w="1234" w:type="dxa"/>
          </w:tcPr>
          <w:p w14:paraId="52F866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1E940E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31037B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D9D45B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3,0</w:t>
            </w:r>
          </w:p>
        </w:tc>
      </w:tr>
      <w:tr w:rsidR="006F0136" w:rsidRPr="00D77020" w14:paraId="17B41AFD" w14:textId="77777777">
        <w:tc>
          <w:tcPr>
            <w:tcW w:w="1234" w:type="dxa"/>
          </w:tcPr>
          <w:p w14:paraId="3532C3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7837E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BP-1204-г1</w:t>
            </w:r>
          </w:p>
        </w:tc>
        <w:tc>
          <w:tcPr>
            <w:tcW w:w="1234" w:type="dxa"/>
          </w:tcPr>
          <w:p w14:paraId="0A9B2B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1204</w:t>
            </w:r>
          </w:p>
        </w:tc>
        <w:tc>
          <w:tcPr>
            <w:tcW w:w="1234" w:type="dxa"/>
          </w:tcPr>
          <w:p w14:paraId="7DDF1C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г1</w:t>
            </w:r>
          </w:p>
        </w:tc>
        <w:tc>
          <w:tcPr>
            <w:tcW w:w="1234" w:type="dxa"/>
          </w:tcPr>
          <w:p w14:paraId="73652F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0BCACA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7DD60CC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1,5</w:t>
            </w:r>
          </w:p>
        </w:tc>
      </w:tr>
      <w:tr w:rsidR="006F0136" w:rsidRPr="00D77020" w14:paraId="009B3AB6" w14:textId="77777777">
        <w:tc>
          <w:tcPr>
            <w:tcW w:w="1234" w:type="dxa"/>
          </w:tcPr>
          <w:p w14:paraId="737C0B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8D1A1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BP-1204-д</w:t>
            </w:r>
          </w:p>
        </w:tc>
        <w:tc>
          <w:tcPr>
            <w:tcW w:w="1234" w:type="dxa"/>
          </w:tcPr>
          <w:p w14:paraId="1D2836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1204</w:t>
            </w:r>
          </w:p>
        </w:tc>
        <w:tc>
          <w:tcPr>
            <w:tcW w:w="1234" w:type="dxa"/>
          </w:tcPr>
          <w:p w14:paraId="2ABD55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3C91A7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3AE65A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236EFD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4C0A78A3" w14:textId="77777777">
        <w:tc>
          <w:tcPr>
            <w:tcW w:w="1234" w:type="dxa"/>
          </w:tcPr>
          <w:p w14:paraId="5E280F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1E431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BP-1204-д1</w:t>
            </w:r>
          </w:p>
        </w:tc>
        <w:tc>
          <w:tcPr>
            <w:tcW w:w="1234" w:type="dxa"/>
          </w:tcPr>
          <w:p w14:paraId="6A4403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1204</w:t>
            </w:r>
          </w:p>
        </w:tc>
        <w:tc>
          <w:tcPr>
            <w:tcW w:w="1234" w:type="dxa"/>
          </w:tcPr>
          <w:p w14:paraId="4E37FC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д1</w:t>
            </w:r>
          </w:p>
        </w:tc>
        <w:tc>
          <w:tcPr>
            <w:tcW w:w="1234" w:type="dxa"/>
          </w:tcPr>
          <w:p w14:paraId="54D01E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4F3D93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0862A96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1,3</w:t>
            </w:r>
          </w:p>
        </w:tc>
      </w:tr>
      <w:tr w:rsidR="006F0136" w:rsidRPr="00D77020" w14:paraId="10E34F1C" w14:textId="77777777">
        <w:tc>
          <w:tcPr>
            <w:tcW w:w="1234" w:type="dxa"/>
          </w:tcPr>
          <w:p w14:paraId="48C2EE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93E53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BP-1204-е</w:t>
            </w:r>
          </w:p>
        </w:tc>
        <w:tc>
          <w:tcPr>
            <w:tcW w:w="1234" w:type="dxa"/>
          </w:tcPr>
          <w:p w14:paraId="671166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1204</w:t>
            </w:r>
          </w:p>
        </w:tc>
        <w:tc>
          <w:tcPr>
            <w:tcW w:w="1234" w:type="dxa"/>
          </w:tcPr>
          <w:p w14:paraId="219870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70198A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1EDA77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E31A06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5,9</w:t>
            </w:r>
          </w:p>
        </w:tc>
      </w:tr>
      <w:tr w:rsidR="006F0136" w:rsidRPr="00D77020" w14:paraId="53CD36DC" w14:textId="77777777">
        <w:tc>
          <w:tcPr>
            <w:tcW w:w="1234" w:type="dxa"/>
          </w:tcPr>
          <w:p w14:paraId="7B5EA7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9578F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BP-1204-ж</w:t>
            </w:r>
          </w:p>
        </w:tc>
        <w:tc>
          <w:tcPr>
            <w:tcW w:w="1234" w:type="dxa"/>
          </w:tcPr>
          <w:p w14:paraId="2F3683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1204</w:t>
            </w:r>
          </w:p>
        </w:tc>
        <w:tc>
          <w:tcPr>
            <w:tcW w:w="1234" w:type="dxa"/>
          </w:tcPr>
          <w:p w14:paraId="59512F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1AA688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01D463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C00BFD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5C404313" w14:textId="77777777">
        <w:tc>
          <w:tcPr>
            <w:tcW w:w="1234" w:type="dxa"/>
          </w:tcPr>
          <w:p w14:paraId="02BE81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189FE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BP-1204-з</w:t>
            </w:r>
          </w:p>
        </w:tc>
        <w:tc>
          <w:tcPr>
            <w:tcW w:w="1234" w:type="dxa"/>
          </w:tcPr>
          <w:p w14:paraId="05EA5D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1204</w:t>
            </w:r>
          </w:p>
        </w:tc>
        <w:tc>
          <w:tcPr>
            <w:tcW w:w="1234" w:type="dxa"/>
          </w:tcPr>
          <w:p w14:paraId="0B12AA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662311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6A62DC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DAB35E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4,4</w:t>
            </w:r>
          </w:p>
        </w:tc>
      </w:tr>
      <w:tr w:rsidR="006F0136" w:rsidRPr="00D77020" w14:paraId="190E5D44" w14:textId="77777777">
        <w:tc>
          <w:tcPr>
            <w:tcW w:w="1234" w:type="dxa"/>
          </w:tcPr>
          <w:p w14:paraId="285A0D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1C449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BP-1204-к</w:t>
            </w:r>
          </w:p>
        </w:tc>
        <w:tc>
          <w:tcPr>
            <w:tcW w:w="1234" w:type="dxa"/>
          </w:tcPr>
          <w:p w14:paraId="023A27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1204</w:t>
            </w:r>
          </w:p>
        </w:tc>
        <w:tc>
          <w:tcPr>
            <w:tcW w:w="1234" w:type="dxa"/>
          </w:tcPr>
          <w:p w14:paraId="0C0D86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7DEBC5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58FBAA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9BDFFE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3,9</w:t>
            </w:r>
          </w:p>
        </w:tc>
      </w:tr>
      <w:tr w:rsidR="006F0136" w:rsidRPr="00D77020" w14:paraId="0CD621CD" w14:textId="77777777">
        <w:tc>
          <w:tcPr>
            <w:tcW w:w="1234" w:type="dxa"/>
          </w:tcPr>
          <w:p w14:paraId="571CBD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493B3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BP-1204-л</w:t>
            </w:r>
          </w:p>
        </w:tc>
        <w:tc>
          <w:tcPr>
            <w:tcW w:w="1234" w:type="dxa"/>
          </w:tcPr>
          <w:p w14:paraId="316200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1204</w:t>
            </w:r>
          </w:p>
        </w:tc>
        <w:tc>
          <w:tcPr>
            <w:tcW w:w="1234" w:type="dxa"/>
          </w:tcPr>
          <w:p w14:paraId="17BD98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5F9F3C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7AD5FE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E93F2C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3,7</w:t>
            </w:r>
          </w:p>
        </w:tc>
      </w:tr>
      <w:tr w:rsidR="006F0136" w:rsidRPr="00D77020" w14:paraId="365B83A0" w14:textId="77777777">
        <w:tc>
          <w:tcPr>
            <w:tcW w:w="1234" w:type="dxa"/>
          </w:tcPr>
          <w:p w14:paraId="0DDB77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7726B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BP-1204-п</w:t>
            </w:r>
          </w:p>
        </w:tc>
        <w:tc>
          <w:tcPr>
            <w:tcW w:w="1234" w:type="dxa"/>
          </w:tcPr>
          <w:p w14:paraId="3B981E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1204</w:t>
            </w:r>
          </w:p>
        </w:tc>
        <w:tc>
          <w:tcPr>
            <w:tcW w:w="1234" w:type="dxa"/>
          </w:tcPr>
          <w:p w14:paraId="55C806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75ACEB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05D1B4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901D52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0,8</w:t>
            </w:r>
          </w:p>
        </w:tc>
      </w:tr>
      <w:tr w:rsidR="006F0136" w:rsidRPr="00D77020" w14:paraId="587692D1" w14:textId="77777777">
        <w:tc>
          <w:tcPr>
            <w:tcW w:w="1234" w:type="dxa"/>
          </w:tcPr>
          <w:p w14:paraId="6FD563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844A5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BP-1204-х</w:t>
            </w:r>
          </w:p>
        </w:tc>
        <w:tc>
          <w:tcPr>
            <w:tcW w:w="1234" w:type="dxa"/>
          </w:tcPr>
          <w:p w14:paraId="2C7F0B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1204</w:t>
            </w:r>
          </w:p>
        </w:tc>
        <w:tc>
          <w:tcPr>
            <w:tcW w:w="1234" w:type="dxa"/>
          </w:tcPr>
          <w:p w14:paraId="20E514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х</w:t>
            </w:r>
          </w:p>
        </w:tc>
        <w:tc>
          <w:tcPr>
            <w:tcW w:w="1234" w:type="dxa"/>
          </w:tcPr>
          <w:p w14:paraId="0F60D6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1107AB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E4E99F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3,6</w:t>
            </w:r>
          </w:p>
        </w:tc>
      </w:tr>
      <w:tr w:rsidR="006F0136" w:rsidRPr="00D77020" w14:paraId="64195393" w14:textId="77777777">
        <w:tc>
          <w:tcPr>
            <w:tcW w:w="1234" w:type="dxa"/>
          </w:tcPr>
          <w:p w14:paraId="57EB4B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8B64C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BP-1204-щ</w:t>
            </w:r>
          </w:p>
        </w:tc>
        <w:tc>
          <w:tcPr>
            <w:tcW w:w="1234" w:type="dxa"/>
          </w:tcPr>
          <w:p w14:paraId="04A698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1204</w:t>
            </w:r>
          </w:p>
        </w:tc>
        <w:tc>
          <w:tcPr>
            <w:tcW w:w="1234" w:type="dxa"/>
          </w:tcPr>
          <w:p w14:paraId="062CA2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щ</w:t>
            </w:r>
          </w:p>
        </w:tc>
        <w:tc>
          <w:tcPr>
            <w:tcW w:w="1234" w:type="dxa"/>
          </w:tcPr>
          <w:p w14:paraId="797239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2E225A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6F3052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72D245C5" w14:textId="77777777">
        <w:tc>
          <w:tcPr>
            <w:tcW w:w="1234" w:type="dxa"/>
          </w:tcPr>
          <w:p w14:paraId="3AA827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2020</w:t>
            </w:r>
          </w:p>
        </w:tc>
        <w:tc>
          <w:tcPr>
            <w:tcW w:w="1234" w:type="dxa"/>
          </w:tcPr>
          <w:p w14:paraId="5FFCCE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BP-1204-ю</w:t>
            </w:r>
          </w:p>
        </w:tc>
        <w:tc>
          <w:tcPr>
            <w:tcW w:w="1234" w:type="dxa"/>
          </w:tcPr>
          <w:p w14:paraId="0086DE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1204</w:t>
            </w:r>
          </w:p>
        </w:tc>
        <w:tc>
          <w:tcPr>
            <w:tcW w:w="1234" w:type="dxa"/>
          </w:tcPr>
          <w:p w14:paraId="510229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ю</w:t>
            </w:r>
          </w:p>
        </w:tc>
        <w:tc>
          <w:tcPr>
            <w:tcW w:w="1234" w:type="dxa"/>
          </w:tcPr>
          <w:p w14:paraId="5AF1F4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0F49E2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09442C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2,7</w:t>
            </w:r>
          </w:p>
        </w:tc>
      </w:tr>
      <w:tr w:rsidR="006F0136" w:rsidRPr="00D77020" w14:paraId="5DD98FCC" w14:textId="77777777">
        <w:tc>
          <w:tcPr>
            <w:tcW w:w="1234" w:type="dxa"/>
          </w:tcPr>
          <w:p w14:paraId="07CB9E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98628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BP-1209-ж</w:t>
            </w:r>
          </w:p>
        </w:tc>
        <w:tc>
          <w:tcPr>
            <w:tcW w:w="1234" w:type="dxa"/>
          </w:tcPr>
          <w:p w14:paraId="1AC025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1209</w:t>
            </w:r>
          </w:p>
        </w:tc>
        <w:tc>
          <w:tcPr>
            <w:tcW w:w="1234" w:type="dxa"/>
          </w:tcPr>
          <w:p w14:paraId="586BB9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37C8A0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26CD9A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8BDA11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7,4</w:t>
            </w:r>
          </w:p>
        </w:tc>
      </w:tr>
      <w:tr w:rsidR="006F0136" w:rsidRPr="00D77020" w14:paraId="7BC5B1A8" w14:textId="77777777">
        <w:tc>
          <w:tcPr>
            <w:tcW w:w="1234" w:type="dxa"/>
          </w:tcPr>
          <w:p w14:paraId="7E6E77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EFA96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BP-1210-р</w:t>
            </w:r>
          </w:p>
        </w:tc>
        <w:tc>
          <w:tcPr>
            <w:tcW w:w="1234" w:type="dxa"/>
          </w:tcPr>
          <w:p w14:paraId="1E7B3E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1210</w:t>
            </w:r>
          </w:p>
        </w:tc>
        <w:tc>
          <w:tcPr>
            <w:tcW w:w="1234" w:type="dxa"/>
          </w:tcPr>
          <w:p w14:paraId="791321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6E0507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520612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DEF98C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7,7</w:t>
            </w:r>
          </w:p>
        </w:tc>
      </w:tr>
      <w:tr w:rsidR="006F0136" w:rsidRPr="00D77020" w14:paraId="59A6CD46" w14:textId="77777777">
        <w:tc>
          <w:tcPr>
            <w:tcW w:w="1234" w:type="dxa"/>
          </w:tcPr>
          <w:p w14:paraId="6A3D7B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3AF5F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BP-1214-а</w:t>
            </w:r>
          </w:p>
        </w:tc>
        <w:tc>
          <w:tcPr>
            <w:tcW w:w="1234" w:type="dxa"/>
          </w:tcPr>
          <w:p w14:paraId="09F87C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1214</w:t>
            </w:r>
          </w:p>
        </w:tc>
        <w:tc>
          <w:tcPr>
            <w:tcW w:w="1234" w:type="dxa"/>
          </w:tcPr>
          <w:p w14:paraId="1CC64B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7E4B55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2B0AAE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53D97D3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7,5</w:t>
            </w:r>
          </w:p>
        </w:tc>
      </w:tr>
      <w:tr w:rsidR="006F0136" w:rsidRPr="00D77020" w14:paraId="6C04A51B" w14:textId="77777777">
        <w:tc>
          <w:tcPr>
            <w:tcW w:w="1234" w:type="dxa"/>
          </w:tcPr>
          <w:p w14:paraId="6F1DEC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9F908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BP-1214-и</w:t>
            </w:r>
          </w:p>
        </w:tc>
        <w:tc>
          <w:tcPr>
            <w:tcW w:w="1234" w:type="dxa"/>
          </w:tcPr>
          <w:p w14:paraId="11CCE3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1214</w:t>
            </w:r>
          </w:p>
        </w:tc>
        <w:tc>
          <w:tcPr>
            <w:tcW w:w="1234" w:type="dxa"/>
          </w:tcPr>
          <w:p w14:paraId="7C4180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77DCE3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70004A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5639372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1,9</w:t>
            </w:r>
          </w:p>
        </w:tc>
      </w:tr>
      <w:tr w:rsidR="006F0136" w:rsidRPr="00D77020" w14:paraId="5D36BEE1" w14:textId="77777777">
        <w:tc>
          <w:tcPr>
            <w:tcW w:w="1234" w:type="dxa"/>
          </w:tcPr>
          <w:p w14:paraId="093EFE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0C50A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BP-1214-н</w:t>
            </w:r>
          </w:p>
        </w:tc>
        <w:tc>
          <w:tcPr>
            <w:tcW w:w="1234" w:type="dxa"/>
          </w:tcPr>
          <w:p w14:paraId="3231C2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1214</w:t>
            </w:r>
          </w:p>
        </w:tc>
        <w:tc>
          <w:tcPr>
            <w:tcW w:w="1234" w:type="dxa"/>
          </w:tcPr>
          <w:p w14:paraId="39FF59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14221B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7B80ED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1C21F16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2,8</w:t>
            </w:r>
          </w:p>
        </w:tc>
      </w:tr>
      <w:tr w:rsidR="006F0136" w:rsidRPr="00D77020" w14:paraId="1C092303" w14:textId="77777777">
        <w:tc>
          <w:tcPr>
            <w:tcW w:w="1234" w:type="dxa"/>
          </w:tcPr>
          <w:p w14:paraId="18459C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17E72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BP-1214-о</w:t>
            </w:r>
          </w:p>
        </w:tc>
        <w:tc>
          <w:tcPr>
            <w:tcW w:w="1234" w:type="dxa"/>
          </w:tcPr>
          <w:p w14:paraId="2B073B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1214</w:t>
            </w:r>
          </w:p>
        </w:tc>
        <w:tc>
          <w:tcPr>
            <w:tcW w:w="1234" w:type="dxa"/>
          </w:tcPr>
          <w:p w14:paraId="4F874D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14B33D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3B4364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23735ED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20,0</w:t>
            </w:r>
          </w:p>
        </w:tc>
      </w:tr>
      <w:tr w:rsidR="006F0136" w:rsidRPr="00D77020" w14:paraId="33986ED9" w14:textId="77777777">
        <w:tc>
          <w:tcPr>
            <w:tcW w:w="1234" w:type="dxa"/>
          </w:tcPr>
          <w:p w14:paraId="2590EE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41D57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BP-1214-т</w:t>
            </w:r>
          </w:p>
        </w:tc>
        <w:tc>
          <w:tcPr>
            <w:tcW w:w="1234" w:type="dxa"/>
          </w:tcPr>
          <w:p w14:paraId="34C575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1214</w:t>
            </w:r>
          </w:p>
        </w:tc>
        <w:tc>
          <w:tcPr>
            <w:tcW w:w="1234" w:type="dxa"/>
          </w:tcPr>
          <w:p w14:paraId="1648F5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07FD81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236AE4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56B9DE7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1,9</w:t>
            </w:r>
          </w:p>
        </w:tc>
      </w:tr>
      <w:tr w:rsidR="006F0136" w:rsidRPr="00D77020" w14:paraId="2F1C822E" w14:textId="77777777">
        <w:tc>
          <w:tcPr>
            <w:tcW w:w="1234" w:type="dxa"/>
          </w:tcPr>
          <w:p w14:paraId="79E138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049EC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BP-1215-а</w:t>
            </w:r>
          </w:p>
        </w:tc>
        <w:tc>
          <w:tcPr>
            <w:tcW w:w="1234" w:type="dxa"/>
          </w:tcPr>
          <w:p w14:paraId="3EFEBA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1215</w:t>
            </w:r>
          </w:p>
        </w:tc>
        <w:tc>
          <w:tcPr>
            <w:tcW w:w="1234" w:type="dxa"/>
          </w:tcPr>
          <w:p w14:paraId="4D5047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1BC840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6C5A7C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6660EAC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26,4</w:t>
            </w:r>
          </w:p>
        </w:tc>
      </w:tr>
      <w:tr w:rsidR="006F0136" w:rsidRPr="00D77020" w14:paraId="3325330D" w14:textId="77777777">
        <w:tc>
          <w:tcPr>
            <w:tcW w:w="1234" w:type="dxa"/>
          </w:tcPr>
          <w:p w14:paraId="73BAF2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5E3F6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BP-1224-б</w:t>
            </w:r>
          </w:p>
        </w:tc>
        <w:tc>
          <w:tcPr>
            <w:tcW w:w="1234" w:type="dxa"/>
          </w:tcPr>
          <w:p w14:paraId="7566D0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1224</w:t>
            </w:r>
          </w:p>
        </w:tc>
        <w:tc>
          <w:tcPr>
            <w:tcW w:w="1234" w:type="dxa"/>
          </w:tcPr>
          <w:p w14:paraId="044CDC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13B72D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7562EE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6F693BB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6,7</w:t>
            </w:r>
          </w:p>
        </w:tc>
      </w:tr>
      <w:tr w:rsidR="006F0136" w:rsidRPr="00D77020" w14:paraId="0499EAAE" w14:textId="77777777">
        <w:tc>
          <w:tcPr>
            <w:tcW w:w="1234" w:type="dxa"/>
          </w:tcPr>
          <w:p w14:paraId="352443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B3F68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BP-1237-е</w:t>
            </w:r>
          </w:p>
        </w:tc>
        <w:tc>
          <w:tcPr>
            <w:tcW w:w="1234" w:type="dxa"/>
          </w:tcPr>
          <w:p w14:paraId="5A9EF4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1237</w:t>
            </w:r>
          </w:p>
        </w:tc>
        <w:tc>
          <w:tcPr>
            <w:tcW w:w="1234" w:type="dxa"/>
          </w:tcPr>
          <w:p w14:paraId="1F1052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50276E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13BF23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26BB904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1,5</w:t>
            </w:r>
          </w:p>
        </w:tc>
      </w:tr>
      <w:tr w:rsidR="006F0136" w:rsidRPr="00D77020" w14:paraId="3DECD7FB" w14:textId="77777777">
        <w:tc>
          <w:tcPr>
            <w:tcW w:w="1234" w:type="dxa"/>
          </w:tcPr>
          <w:p w14:paraId="1FCCB9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BEBB4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BP-1238-ж</w:t>
            </w:r>
          </w:p>
        </w:tc>
        <w:tc>
          <w:tcPr>
            <w:tcW w:w="1234" w:type="dxa"/>
          </w:tcPr>
          <w:p w14:paraId="6C6ED9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1238</w:t>
            </w:r>
          </w:p>
        </w:tc>
        <w:tc>
          <w:tcPr>
            <w:tcW w:w="1234" w:type="dxa"/>
          </w:tcPr>
          <w:p w14:paraId="739E1D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13D5A8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06AEE9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7F2EB54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4,2</w:t>
            </w:r>
          </w:p>
        </w:tc>
      </w:tr>
      <w:tr w:rsidR="006F0136" w:rsidRPr="00D77020" w14:paraId="5EC63680" w14:textId="77777777">
        <w:tc>
          <w:tcPr>
            <w:tcW w:w="1234" w:type="dxa"/>
          </w:tcPr>
          <w:p w14:paraId="42268F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C6685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BP-1239-г</w:t>
            </w:r>
          </w:p>
        </w:tc>
        <w:tc>
          <w:tcPr>
            <w:tcW w:w="1234" w:type="dxa"/>
          </w:tcPr>
          <w:p w14:paraId="642538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1239</w:t>
            </w:r>
          </w:p>
        </w:tc>
        <w:tc>
          <w:tcPr>
            <w:tcW w:w="1234" w:type="dxa"/>
          </w:tcPr>
          <w:p w14:paraId="03035F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3378B2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3865B5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30EBBD3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4,9</w:t>
            </w:r>
          </w:p>
        </w:tc>
      </w:tr>
      <w:tr w:rsidR="006F0136" w:rsidRPr="00D77020" w14:paraId="53DB0D04" w14:textId="77777777">
        <w:tc>
          <w:tcPr>
            <w:tcW w:w="1234" w:type="dxa"/>
          </w:tcPr>
          <w:p w14:paraId="7525B8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32B69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BP-1239-е</w:t>
            </w:r>
          </w:p>
        </w:tc>
        <w:tc>
          <w:tcPr>
            <w:tcW w:w="1234" w:type="dxa"/>
          </w:tcPr>
          <w:p w14:paraId="737EB9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1239</w:t>
            </w:r>
          </w:p>
        </w:tc>
        <w:tc>
          <w:tcPr>
            <w:tcW w:w="1234" w:type="dxa"/>
          </w:tcPr>
          <w:p w14:paraId="5F9E14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4E92A4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6AB0EF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20E387B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20,2</w:t>
            </w:r>
          </w:p>
        </w:tc>
      </w:tr>
      <w:tr w:rsidR="006F0136" w:rsidRPr="00D77020" w14:paraId="777BB48D" w14:textId="77777777">
        <w:tc>
          <w:tcPr>
            <w:tcW w:w="1234" w:type="dxa"/>
          </w:tcPr>
          <w:p w14:paraId="158F24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F7818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BP-1243-б</w:t>
            </w:r>
          </w:p>
        </w:tc>
        <w:tc>
          <w:tcPr>
            <w:tcW w:w="1234" w:type="dxa"/>
          </w:tcPr>
          <w:p w14:paraId="2D4BAE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1243</w:t>
            </w:r>
          </w:p>
        </w:tc>
        <w:tc>
          <w:tcPr>
            <w:tcW w:w="1234" w:type="dxa"/>
          </w:tcPr>
          <w:p w14:paraId="4B641B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5A9226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33DDDC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61543B8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6,3</w:t>
            </w:r>
          </w:p>
        </w:tc>
      </w:tr>
      <w:tr w:rsidR="006F0136" w:rsidRPr="00D77020" w14:paraId="0E73E9BB" w14:textId="77777777">
        <w:tc>
          <w:tcPr>
            <w:tcW w:w="1234" w:type="dxa"/>
          </w:tcPr>
          <w:p w14:paraId="5FCA8C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8816B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BP-1248-г</w:t>
            </w:r>
          </w:p>
        </w:tc>
        <w:tc>
          <w:tcPr>
            <w:tcW w:w="1234" w:type="dxa"/>
          </w:tcPr>
          <w:p w14:paraId="18165D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1248</w:t>
            </w:r>
          </w:p>
        </w:tc>
        <w:tc>
          <w:tcPr>
            <w:tcW w:w="1234" w:type="dxa"/>
          </w:tcPr>
          <w:p w14:paraId="2D1A7C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6C1CEB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2C7249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76A921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5,9</w:t>
            </w:r>
          </w:p>
        </w:tc>
      </w:tr>
      <w:tr w:rsidR="006F0136" w:rsidRPr="00D77020" w14:paraId="3D33A1CB" w14:textId="77777777">
        <w:tc>
          <w:tcPr>
            <w:tcW w:w="1234" w:type="dxa"/>
          </w:tcPr>
          <w:p w14:paraId="0FDA6F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9E896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BP-1250-г</w:t>
            </w:r>
          </w:p>
        </w:tc>
        <w:tc>
          <w:tcPr>
            <w:tcW w:w="1234" w:type="dxa"/>
          </w:tcPr>
          <w:p w14:paraId="7AEFD9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1250</w:t>
            </w:r>
          </w:p>
        </w:tc>
        <w:tc>
          <w:tcPr>
            <w:tcW w:w="1234" w:type="dxa"/>
          </w:tcPr>
          <w:p w14:paraId="5E8449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13F414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180</w:t>
            </w:r>
          </w:p>
        </w:tc>
        <w:tc>
          <w:tcPr>
            <w:tcW w:w="1234" w:type="dxa"/>
          </w:tcPr>
          <w:p w14:paraId="15B303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F90B31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17,0</w:t>
            </w:r>
          </w:p>
        </w:tc>
      </w:tr>
      <w:tr w:rsidR="006F0136" w:rsidRPr="00D77020" w14:paraId="02010BF9" w14:textId="77777777">
        <w:tc>
          <w:tcPr>
            <w:tcW w:w="1234" w:type="dxa"/>
          </w:tcPr>
          <w:p w14:paraId="00D2CF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262B0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BP-1252-к</w:t>
            </w:r>
          </w:p>
        </w:tc>
        <w:tc>
          <w:tcPr>
            <w:tcW w:w="1234" w:type="dxa"/>
          </w:tcPr>
          <w:p w14:paraId="0F1790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1252</w:t>
            </w:r>
          </w:p>
        </w:tc>
        <w:tc>
          <w:tcPr>
            <w:tcW w:w="1234" w:type="dxa"/>
          </w:tcPr>
          <w:p w14:paraId="1606E6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21B617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61A8A8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E5019F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19,8</w:t>
            </w:r>
          </w:p>
        </w:tc>
      </w:tr>
      <w:tr w:rsidR="006F0136" w:rsidRPr="00D77020" w14:paraId="64BE2642" w14:textId="77777777">
        <w:tc>
          <w:tcPr>
            <w:tcW w:w="1234" w:type="dxa"/>
          </w:tcPr>
          <w:p w14:paraId="7D3510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7D504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BP-1260-б</w:t>
            </w:r>
          </w:p>
        </w:tc>
        <w:tc>
          <w:tcPr>
            <w:tcW w:w="1234" w:type="dxa"/>
          </w:tcPr>
          <w:p w14:paraId="421854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1260</w:t>
            </w:r>
          </w:p>
        </w:tc>
        <w:tc>
          <w:tcPr>
            <w:tcW w:w="1234" w:type="dxa"/>
          </w:tcPr>
          <w:p w14:paraId="3A65A0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67C09D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636CB5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5C708C2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1,6</w:t>
            </w:r>
          </w:p>
        </w:tc>
      </w:tr>
      <w:tr w:rsidR="006F0136" w:rsidRPr="00D77020" w14:paraId="7F90CB84" w14:textId="77777777">
        <w:tc>
          <w:tcPr>
            <w:tcW w:w="1234" w:type="dxa"/>
          </w:tcPr>
          <w:p w14:paraId="6DCEAD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CE708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BP-1260-в</w:t>
            </w:r>
          </w:p>
        </w:tc>
        <w:tc>
          <w:tcPr>
            <w:tcW w:w="1234" w:type="dxa"/>
          </w:tcPr>
          <w:p w14:paraId="36352D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1260</w:t>
            </w:r>
          </w:p>
        </w:tc>
        <w:tc>
          <w:tcPr>
            <w:tcW w:w="1234" w:type="dxa"/>
          </w:tcPr>
          <w:p w14:paraId="31286A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767760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5CC310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425CDCD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5,8</w:t>
            </w:r>
          </w:p>
        </w:tc>
      </w:tr>
      <w:tr w:rsidR="006F0136" w:rsidRPr="00D77020" w14:paraId="4CE38EBE" w14:textId="77777777">
        <w:tc>
          <w:tcPr>
            <w:tcW w:w="1234" w:type="dxa"/>
          </w:tcPr>
          <w:p w14:paraId="70DC75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49939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BP-1260-г</w:t>
            </w:r>
          </w:p>
        </w:tc>
        <w:tc>
          <w:tcPr>
            <w:tcW w:w="1234" w:type="dxa"/>
          </w:tcPr>
          <w:p w14:paraId="154148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1260</w:t>
            </w:r>
          </w:p>
        </w:tc>
        <w:tc>
          <w:tcPr>
            <w:tcW w:w="1234" w:type="dxa"/>
          </w:tcPr>
          <w:p w14:paraId="049319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1A4D9C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2E6A74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4504314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2,6</w:t>
            </w:r>
          </w:p>
        </w:tc>
      </w:tr>
      <w:tr w:rsidR="006F0136" w:rsidRPr="00D77020" w14:paraId="28C431E7" w14:textId="77777777">
        <w:tc>
          <w:tcPr>
            <w:tcW w:w="1234" w:type="dxa"/>
          </w:tcPr>
          <w:p w14:paraId="50E7E4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B47BE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BP-1260-з</w:t>
            </w:r>
          </w:p>
        </w:tc>
        <w:tc>
          <w:tcPr>
            <w:tcW w:w="1234" w:type="dxa"/>
          </w:tcPr>
          <w:p w14:paraId="3A6B09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1260</w:t>
            </w:r>
          </w:p>
        </w:tc>
        <w:tc>
          <w:tcPr>
            <w:tcW w:w="1234" w:type="dxa"/>
          </w:tcPr>
          <w:p w14:paraId="374825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65D176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2FC7A8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19929E0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1,6</w:t>
            </w:r>
          </w:p>
        </w:tc>
      </w:tr>
      <w:tr w:rsidR="006F0136" w:rsidRPr="00D77020" w14:paraId="3BD60AFB" w14:textId="77777777">
        <w:tc>
          <w:tcPr>
            <w:tcW w:w="1234" w:type="dxa"/>
          </w:tcPr>
          <w:p w14:paraId="09BB44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04C78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BP-1260-к</w:t>
            </w:r>
          </w:p>
        </w:tc>
        <w:tc>
          <w:tcPr>
            <w:tcW w:w="1234" w:type="dxa"/>
          </w:tcPr>
          <w:p w14:paraId="40A52D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1260</w:t>
            </w:r>
          </w:p>
        </w:tc>
        <w:tc>
          <w:tcPr>
            <w:tcW w:w="1234" w:type="dxa"/>
          </w:tcPr>
          <w:p w14:paraId="1BBF73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1AC816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09082B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1971BFC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6,2</w:t>
            </w:r>
          </w:p>
        </w:tc>
      </w:tr>
      <w:tr w:rsidR="006F0136" w:rsidRPr="00D77020" w14:paraId="79F556BE" w14:textId="77777777">
        <w:tc>
          <w:tcPr>
            <w:tcW w:w="1234" w:type="dxa"/>
          </w:tcPr>
          <w:p w14:paraId="1D701E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13D64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BP-1260-л</w:t>
            </w:r>
          </w:p>
        </w:tc>
        <w:tc>
          <w:tcPr>
            <w:tcW w:w="1234" w:type="dxa"/>
          </w:tcPr>
          <w:p w14:paraId="5B3957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1260</w:t>
            </w:r>
          </w:p>
        </w:tc>
        <w:tc>
          <w:tcPr>
            <w:tcW w:w="1234" w:type="dxa"/>
          </w:tcPr>
          <w:p w14:paraId="41D566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32C284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6B5B0A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1EA6A42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1,1</w:t>
            </w:r>
          </w:p>
        </w:tc>
      </w:tr>
      <w:tr w:rsidR="006F0136" w:rsidRPr="00D77020" w14:paraId="2F7B6C17" w14:textId="77777777">
        <w:tc>
          <w:tcPr>
            <w:tcW w:w="1234" w:type="dxa"/>
          </w:tcPr>
          <w:p w14:paraId="540DB5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CFEA0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BP-1260-о</w:t>
            </w:r>
          </w:p>
        </w:tc>
        <w:tc>
          <w:tcPr>
            <w:tcW w:w="1234" w:type="dxa"/>
          </w:tcPr>
          <w:p w14:paraId="3F644B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1260</w:t>
            </w:r>
          </w:p>
        </w:tc>
        <w:tc>
          <w:tcPr>
            <w:tcW w:w="1234" w:type="dxa"/>
          </w:tcPr>
          <w:p w14:paraId="05AF5F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33E630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20E75F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6743CF7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1,6</w:t>
            </w:r>
          </w:p>
        </w:tc>
      </w:tr>
      <w:tr w:rsidR="006F0136" w:rsidRPr="00D77020" w14:paraId="0D796590" w14:textId="77777777">
        <w:tc>
          <w:tcPr>
            <w:tcW w:w="1234" w:type="dxa"/>
          </w:tcPr>
          <w:p w14:paraId="2CEE6F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24B41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BP-1260-с</w:t>
            </w:r>
          </w:p>
        </w:tc>
        <w:tc>
          <w:tcPr>
            <w:tcW w:w="1234" w:type="dxa"/>
          </w:tcPr>
          <w:p w14:paraId="2C20CB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1260</w:t>
            </w:r>
          </w:p>
        </w:tc>
        <w:tc>
          <w:tcPr>
            <w:tcW w:w="1234" w:type="dxa"/>
          </w:tcPr>
          <w:p w14:paraId="0129C3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3A2DE1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0D2A58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2C928EB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8,7</w:t>
            </w:r>
          </w:p>
        </w:tc>
      </w:tr>
      <w:tr w:rsidR="006F0136" w:rsidRPr="00D77020" w14:paraId="6C5D36BB" w14:textId="77777777">
        <w:tc>
          <w:tcPr>
            <w:tcW w:w="1234" w:type="dxa"/>
          </w:tcPr>
          <w:p w14:paraId="0539F4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B6376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BP-1266-а</w:t>
            </w:r>
          </w:p>
        </w:tc>
        <w:tc>
          <w:tcPr>
            <w:tcW w:w="1234" w:type="dxa"/>
          </w:tcPr>
          <w:p w14:paraId="51C807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1266</w:t>
            </w:r>
          </w:p>
        </w:tc>
        <w:tc>
          <w:tcPr>
            <w:tcW w:w="1234" w:type="dxa"/>
          </w:tcPr>
          <w:p w14:paraId="01E0BB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2590E6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42DC77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1EDF020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04A7A31F" w14:textId="77777777">
        <w:tc>
          <w:tcPr>
            <w:tcW w:w="1234" w:type="dxa"/>
          </w:tcPr>
          <w:p w14:paraId="4F0997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E0A99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BP-1268-д</w:t>
            </w:r>
          </w:p>
        </w:tc>
        <w:tc>
          <w:tcPr>
            <w:tcW w:w="1234" w:type="dxa"/>
          </w:tcPr>
          <w:p w14:paraId="37C22F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1268</w:t>
            </w:r>
          </w:p>
        </w:tc>
        <w:tc>
          <w:tcPr>
            <w:tcW w:w="1234" w:type="dxa"/>
          </w:tcPr>
          <w:p w14:paraId="2FA976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1330E5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55E6F8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18C625D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9,0</w:t>
            </w:r>
          </w:p>
        </w:tc>
      </w:tr>
      <w:tr w:rsidR="006F0136" w:rsidRPr="00D77020" w14:paraId="3105A912" w14:textId="77777777">
        <w:tc>
          <w:tcPr>
            <w:tcW w:w="1234" w:type="dxa"/>
          </w:tcPr>
          <w:p w14:paraId="2E299E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DA6DE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BP-1269-х</w:t>
            </w:r>
          </w:p>
        </w:tc>
        <w:tc>
          <w:tcPr>
            <w:tcW w:w="1234" w:type="dxa"/>
          </w:tcPr>
          <w:p w14:paraId="55ADC6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1269</w:t>
            </w:r>
          </w:p>
        </w:tc>
        <w:tc>
          <w:tcPr>
            <w:tcW w:w="1234" w:type="dxa"/>
          </w:tcPr>
          <w:p w14:paraId="069829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х</w:t>
            </w:r>
          </w:p>
        </w:tc>
        <w:tc>
          <w:tcPr>
            <w:tcW w:w="1234" w:type="dxa"/>
          </w:tcPr>
          <w:p w14:paraId="167A11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63F343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06817F8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5,1</w:t>
            </w:r>
          </w:p>
        </w:tc>
      </w:tr>
      <w:tr w:rsidR="006F0136" w:rsidRPr="00D77020" w14:paraId="77475DA1" w14:textId="77777777">
        <w:tc>
          <w:tcPr>
            <w:tcW w:w="1234" w:type="dxa"/>
          </w:tcPr>
          <w:p w14:paraId="4133E1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E55E3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BP-1273-в</w:t>
            </w:r>
          </w:p>
        </w:tc>
        <w:tc>
          <w:tcPr>
            <w:tcW w:w="1234" w:type="dxa"/>
          </w:tcPr>
          <w:p w14:paraId="400DC0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1273</w:t>
            </w:r>
          </w:p>
        </w:tc>
        <w:tc>
          <w:tcPr>
            <w:tcW w:w="1234" w:type="dxa"/>
          </w:tcPr>
          <w:p w14:paraId="6AA05F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256B45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1F4E4A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1994A9E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6,9</w:t>
            </w:r>
          </w:p>
        </w:tc>
      </w:tr>
      <w:tr w:rsidR="006F0136" w:rsidRPr="00D77020" w14:paraId="3BADB7E4" w14:textId="77777777">
        <w:tc>
          <w:tcPr>
            <w:tcW w:w="7404" w:type="dxa"/>
            <w:gridSpan w:val="6"/>
          </w:tcPr>
          <w:p w14:paraId="07DFF1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35488F4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1023,2</w:t>
            </w:r>
          </w:p>
        </w:tc>
      </w:tr>
    </w:tbl>
    <w:p w14:paraId="12746D8A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BG0001023 - Рупите - Струмешница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64A91BE4" w14:textId="77777777">
        <w:tc>
          <w:tcPr>
            <w:tcW w:w="1587" w:type="dxa"/>
          </w:tcPr>
          <w:p w14:paraId="179AF4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2E92EF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55FE80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1FA2BF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41867A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5F27CA91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1492F4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48DA4620" w14:textId="77777777">
        <w:tc>
          <w:tcPr>
            <w:tcW w:w="1234" w:type="dxa"/>
          </w:tcPr>
          <w:p w14:paraId="469FE8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F98D5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BN-187-д</w:t>
            </w:r>
          </w:p>
        </w:tc>
        <w:tc>
          <w:tcPr>
            <w:tcW w:w="1234" w:type="dxa"/>
          </w:tcPr>
          <w:p w14:paraId="2542E9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187</w:t>
            </w:r>
          </w:p>
        </w:tc>
        <w:tc>
          <w:tcPr>
            <w:tcW w:w="1234" w:type="dxa"/>
          </w:tcPr>
          <w:p w14:paraId="12FC7D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7B6555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7998AB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5210</w:t>
            </w:r>
          </w:p>
        </w:tc>
        <w:tc>
          <w:tcPr>
            <w:tcW w:w="1234" w:type="dxa"/>
          </w:tcPr>
          <w:p w14:paraId="70FA2E9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9,7</w:t>
            </w:r>
          </w:p>
        </w:tc>
      </w:tr>
      <w:tr w:rsidR="006F0136" w:rsidRPr="00D77020" w14:paraId="455A655D" w14:textId="77777777">
        <w:tc>
          <w:tcPr>
            <w:tcW w:w="1234" w:type="dxa"/>
          </w:tcPr>
          <w:p w14:paraId="78C109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0935F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BN-190-в</w:t>
            </w:r>
          </w:p>
        </w:tc>
        <w:tc>
          <w:tcPr>
            <w:tcW w:w="1234" w:type="dxa"/>
          </w:tcPr>
          <w:p w14:paraId="50B942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190</w:t>
            </w:r>
          </w:p>
        </w:tc>
        <w:tc>
          <w:tcPr>
            <w:tcW w:w="1234" w:type="dxa"/>
          </w:tcPr>
          <w:p w14:paraId="6E4A99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3EF958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7EC158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92C0</w:t>
            </w:r>
          </w:p>
        </w:tc>
        <w:tc>
          <w:tcPr>
            <w:tcW w:w="1234" w:type="dxa"/>
          </w:tcPr>
          <w:p w14:paraId="5A77EA0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1,1</w:t>
            </w:r>
          </w:p>
        </w:tc>
      </w:tr>
      <w:tr w:rsidR="006F0136" w:rsidRPr="00D77020" w14:paraId="4D03E0D6" w14:textId="77777777">
        <w:tc>
          <w:tcPr>
            <w:tcW w:w="1234" w:type="dxa"/>
          </w:tcPr>
          <w:p w14:paraId="37EF71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7E44D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BN-190-г</w:t>
            </w:r>
          </w:p>
        </w:tc>
        <w:tc>
          <w:tcPr>
            <w:tcW w:w="1234" w:type="dxa"/>
          </w:tcPr>
          <w:p w14:paraId="0C7BE7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190</w:t>
            </w:r>
          </w:p>
        </w:tc>
        <w:tc>
          <w:tcPr>
            <w:tcW w:w="1234" w:type="dxa"/>
          </w:tcPr>
          <w:p w14:paraId="0875B8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2727FF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44885B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92C0</w:t>
            </w:r>
          </w:p>
        </w:tc>
        <w:tc>
          <w:tcPr>
            <w:tcW w:w="1234" w:type="dxa"/>
          </w:tcPr>
          <w:p w14:paraId="3E292F2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0,9</w:t>
            </w:r>
          </w:p>
        </w:tc>
      </w:tr>
      <w:tr w:rsidR="006F0136" w:rsidRPr="00D77020" w14:paraId="70BF1D27" w14:textId="77777777">
        <w:tc>
          <w:tcPr>
            <w:tcW w:w="1234" w:type="dxa"/>
          </w:tcPr>
          <w:p w14:paraId="28D545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8D88F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BN-194-п</w:t>
            </w:r>
          </w:p>
        </w:tc>
        <w:tc>
          <w:tcPr>
            <w:tcW w:w="1234" w:type="dxa"/>
          </w:tcPr>
          <w:p w14:paraId="46FD64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194</w:t>
            </w:r>
          </w:p>
        </w:tc>
        <w:tc>
          <w:tcPr>
            <w:tcW w:w="1234" w:type="dxa"/>
          </w:tcPr>
          <w:p w14:paraId="020DBD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641BD1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1A3F2E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92C0</w:t>
            </w:r>
          </w:p>
        </w:tc>
        <w:tc>
          <w:tcPr>
            <w:tcW w:w="1234" w:type="dxa"/>
          </w:tcPr>
          <w:p w14:paraId="04E8C44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01FBB6AF" w14:textId="77777777">
        <w:tc>
          <w:tcPr>
            <w:tcW w:w="7404" w:type="dxa"/>
            <w:gridSpan w:val="6"/>
          </w:tcPr>
          <w:p w14:paraId="6ECE4B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7B44303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12,1</w:t>
            </w:r>
          </w:p>
        </w:tc>
      </w:tr>
    </w:tbl>
    <w:p w14:paraId="309C0A4D" w14:textId="77777777" w:rsidR="006F0136" w:rsidRPr="00D77020" w:rsidRDefault="00D77020">
      <w:pPr>
        <w:rPr>
          <w:lang w:val="bg-BG"/>
        </w:rPr>
      </w:pPr>
      <w:r w:rsidRPr="00D77020">
        <w:rPr>
          <w:lang w:val="bg-BG"/>
        </w:rPr>
        <w:br w:type="page"/>
      </w:r>
    </w:p>
    <w:p w14:paraId="6D4404B0" w14:textId="77777777" w:rsidR="006F0136" w:rsidRPr="00D77020" w:rsidRDefault="00D77020">
      <w:pPr>
        <w:pStyle w:val="Heading1"/>
        <w:rPr>
          <w:lang w:val="bg-BG"/>
        </w:rPr>
      </w:pPr>
      <w:bookmarkStart w:id="19" w:name="_Toc222837685"/>
      <w:r w:rsidRPr="00D77020">
        <w:rPr>
          <w:lang w:val="bg-BG"/>
        </w:rPr>
        <w:lastRenderedPageBreak/>
        <w:t xml:space="preserve">ДГС Пирдоп - Обща площ: 624,9 </w:t>
      </w:r>
      <w:proofErr w:type="spellStart"/>
      <w:r w:rsidRPr="00D77020">
        <w:rPr>
          <w:lang w:val="bg-BG"/>
        </w:rPr>
        <w:t>хa</w:t>
      </w:r>
      <w:bookmarkEnd w:id="19"/>
      <w:proofErr w:type="spellEnd"/>
    </w:p>
    <w:p w14:paraId="6574C72D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BG0001043 - Етрополе - Байлово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79A507C6" w14:textId="77777777">
        <w:tc>
          <w:tcPr>
            <w:tcW w:w="1587" w:type="dxa"/>
          </w:tcPr>
          <w:p w14:paraId="4C09F1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3479E1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42D821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787711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0AED42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4B13AAED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4C9134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13CD4581" w14:textId="77777777">
        <w:tc>
          <w:tcPr>
            <w:tcW w:w="1234" w:type="dxa"/>
          </w:tcPr>
          <w:p w14:paraId="4B2837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0F1C3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RM-72-б</w:t>
            </w:r>
          </w:p>
        </w:tc>
        <w:tc>
          <w:tcPr>
            <w:tcW w:w="1234" w:type="dxa"/>
          </w:tcPr>
          <w:p w14:paraId="35F3A9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72</w:t>
            </w:r>
          </w:p>
        </w:tc>
        <w:tc>
          <w:tcPr>
            <w:tcW w:w="1234" w:type="dxa"/>
          </w:tcPr>
          <w:p w14:paraId="5FBDB1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0B3F91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20C851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FF0CBF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47754ED6" w14:textId="77777777">
        <w:tc>
          <w:tcPr>
            <w:tcW w:w="7404" w:type="dxa"/>
            <w:gridSpan w:val="6"/>
          </w:tcPr>
          <w:p w14:paraId="44F034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4E2DA08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</w:tbl>
    <w:p w14:paraId="7A5E4D1E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BG0001389 - Средна гора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6A56F7FF" w14:textId="77777777">
        <w:tc>
          <w:tcPr>
            <w:tcW w:w="1587" w:type="dxa"/>
          </w:tcPr>
          <w:p w14:paraId="0EC16E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2DC7BF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62F82A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658C5B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549257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0D351796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48D68F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33FC2508" w14:textId="77777777">
        <w:tc>
          <w:tcPr>
            <w:tcW w:w="1234" w:type="dxa"/>
          </w:tcPr>
          <w:p w14:paraId="2574D3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DE82A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RM-271-п</w:t>
            </w:r>
          </w:p>
        </w:tc>
        <w:tc>
          <w:tcPr>
            <w:tcW w:w="1234" w:type="dxa"/>
          </w:tcPr>
          <w:p w14:paraId="1EC277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271</w:t>
            </w:r>
          </w:p>
        </w:tc>
        <w:tc>
          <w:tcPr>
            <w:tcW w:w="1234" w:type="dxa"/>
          </w:tcPr>
          <w:p w14:paraId="2578AB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214836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6A6069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0FC5D80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5,1</w:t>
            </w:r>
          </w:p>
        </w:tc>
      </w:tr>
      <w:tr w:rsidR="006F0136" w:rsidRPr="00D77020" w14:paraId="60EC1C71" w14:textId="77777777">
        <w:tc>
          <w:tcPr>
            <w:tcW w:w="1234" w:type="dxa"/>
          </w:tcPr>
          <w:p w14:paraId="6B2584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94A2F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RM-288-е</w:t>
            </w:r>
          </w:p>
        </w:tc>
        <w:tc>
          <w:tcPr>
            <w:tcW w:w="1234" w:type="dxa"/>
          </w:tcPr>
          <w:p w14:paraId="4DFC73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288</w:t>
            </w:r>
          </w:p>
        </w:tc>
        <w:tc>
          <w:tcPr>
            <w:tcW w:w="1234" w:type="dxa"/>
          </w:tcPr>
          <w:p w14:paraId="68EC69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5095BC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1B7C2A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0567246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11,7</w:t>
            </w:r>
          </w:p>
        </w:tc>
      </w:tr>
      <w:tr w:rsidR="006F0136" w:rsidRPr="00D77020" w14:paraId="57B50DB3" w14:textId="77777777">
        <w:tc>
          <w:tcPr>
            <w:tcW w:w="1234" w:type="dxa"/>
          </w:tcPr>
          <w:p w14:paraId="5D0C0E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295B4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RM-292-к</w:t>
            </w:r>
          </w:p>
        </w:tc>
        <w:tc>
          <w:tcPr>
            <w:tcW w:w="1234" w:type="dxa"/>
          </w:tcPr>
          <w:p w14:paraId="34319E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292</w:t>
            </w:r>
          </w:p>
        </w:tc>
        <w:tc>
          <w:tcPr>
            <w:tcW w:w="1234" w:type="dxa"/>
          </w:tcPr>
          <w:p w14:paraId="6E9A49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2FFEB1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58DA7E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5126C73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17,7</w:t>
            </w:r>
          </w:p>
        </w:tc>
      </w:tr>
      <w:tr w:rsidR="006F0136" w:rsidRPr="00D77020" w14:paraId="4F484008" w14:textId="77777777">
        <w:tc>
          <w:tcPr>
            <w:tcW w:w="1234" w:type="dxa"/>
          </w:tcPr>
          <w:p w14:paraId="57DB76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96C49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RM-293-г</w:t>
            </w:r>
          </w:p>
        </w:tc>
        <w:tc>
          <w:tcPr>
            <w:tcW w:w="1234" w:type="dxa"/>
          </w:tcPr>
          <w:p w14:paraId="6A5E53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293</w:t>
            </w:r>
          </w:p>
        </w:tc>
        <w:tc>
          <w:tcPr>
            <w:tcW w:w="1234" w:type="dxa"/>
          </w:tcPr>
          <w:p w14:paraId="3FB0C6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7BCDC3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1FD99F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7AC0BE0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121B279E" w14:textId="77777777">
        <w:tc>
          <w:tcPr>
            <w:tcW w:w="1234" w:type="dxa"/>
          </w:tcPr>
          <w:p w14:paraId="21CD53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CF782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RM-294-а</w:t>
            </w:r>
          </w:p>
        </w:tc>
        <w:tc>
          <w:tcPr>
            <w:tcW w:w="1234" w:type="dxa"/>
          </w:tcPr>
          <w:p w14:paraId="1E4A90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294</w:t>
            </w:r>
          </w:p>
        </w:tc>
        <w:tc>
          <w:tcPr>
            <w:tcW w:w="1234" w:type="dxa"/>
          </w:tcPr>
          <w:p w14:paraId="2D9C44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5EF77A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572839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3D44C3D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2,6</w:t>
            </w:r>
          </w:p>
        </w:tc>
      </w:tr>
      <w:tr w:rsidR="006F0136" w:rsidRPr="00D77020" w14:paraId="365A26C9" w14:textId="77777777">
        <w:tc>
          <w:tcPr>
            <w:tcW w:w="1234" w:type="dxa"/>
          </w:tcPr>
          <w:p w14:paraId="36CB97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B824D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RM-294-г</w:t>
            </w:r>
          </w:p>
        </w:tc>
        <w:tc>
          <w:tcPr>
            <w:tcW w:w="1234" w:type="dxa"/>
          </w:tcPr>
          <w:p w14:paraId="10F246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294</w:t>
            </w:r>
          </w:p>
        </w:tc>
        <w:tc>
          <w:tcPr>
            <w:tcW w:w="1234" w:type="dxa"/>
          </w:tcPr>
          <w:p w14:paraId="398ED6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37CBDE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2315B8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135EC93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10,1</w:t>
            </w:r>
          </w:p>
        </w:tc>
      </w:tr>
      <w:tr w:rsidR="006F0136" w:rsidRPr="00D77020" w14:paraId="46EE4EFA" w14:textId="77777777">
        <w:tc>
          <w:tcPr>
            <w:tcW w:w="1234" w:type="dxa"/>
          </w:tcPr>
          <w:p w14:paraId="3B8EC4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F1F3B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RM-306-ж</w:t>
            </w:r>
          </w:p>
        </w:tc>
        <w:tc>
          <w:tcPr>
            <w:tcW w:w="1234" w:type="dxa"/>
          </w:tcPr>
          <w:p w14:paraId="1C2F86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306</w:t>
            </w:r>
          </w:p>
        </w:tc>
        <w:tc>
          <w:tcPr>
            <w:tcW w:w="1234" w:type="dxa"/>
          </w:tcPr>
          <w:p w14:paraId="664E38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61D27D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6332B7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BAA7F9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5,5</w:t>
            </w:r>
          </w:p>
        </w:tc>
      </w:tr>
      <w:tr w:rsidR="006F0136" w:rsidRPr="00D77020" w14:paraId="11FEF72F" w14:textId="77777777">
        <w:tc>
          <w:tcPr>
            <w:tcW w:w="1234" w:type="dxa"/>
          </w:tcPr>
          <w:p w14:paraId="3F5895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46670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RM-307-г</w:t>
            </w:r>
          </w:p>
        </w:tc>
        <w:tc>
          <w:tcPr>
            <w:tcW w:w="1234" w:type="dxa"/>
          </w:tcPr>
          <w:p w14:paraId="29079F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307</w:t>
            </w:r>
          </w:p>
        </w:tc>
        <w:tc>
          <w:tcPr>
            <w:tcW w:w="1234" w:type="dxa"/>
          </w:tcPr>
          <w:p w14:paraId="248B26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094007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7869FC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4F83B1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9,8</w:t>
            </w:r>
          </w:p>
        </w:tc>
      </w:tr>
      <w:tr w:rsidR="006F0136" w:rsidRPr="00D77020" w14:paraId="7B4DB2A7" w14:textId="77777777">
        <w:tc>
          <w:tcPr>
            <w:tcW w:w="1234" w:type="dxa"/>
          </w:tcPr>
          <w:p w14:paraId="7D5D91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9965F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RM-309-в</w:t>
            </w:r>
          </w:p>
        </w:tc>
        <w:tc>
          <w:tcPr>
            <w:tcW w:w="1234" w:type="dxa"/>
          </w:tcPr>
          <w:p w14:paraId="68CD61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309</w:t>
            </w:r>
          </w:p>
        </w:tc>
        <w:tc>
          <w:tcPr>
            <w:tcW w:w="1234" w:type="dxa"/>
          </w:tcPr>
          <w:p w14:paraId="2A1753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5BDBB0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161FAC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5820BF0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11,1</w:t>
            </w:r>
          </w:p>
        </w:tc>
      </w:tr>
      <w:tr w:rsidR="006F0136" w:rsidRPr="00D77020" w14:paraId="09F6D012" w14:textId="77777777">
        <w:tc>
          <w:tcPr>
            <w:tcW w:w="1234" w:type="dxa"/>
          </w:tcPr>
          <w:p w14:paraId="6ECBB0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741AD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RM-309-г</w:t>
            </w:r>
          </w:p>
        </w:tc>
        <w:tc>
          <w:tcPr>
            <w:tcW w:w="1234" w:type="dxa"/>
          </w:tcPr>
          <w:p w14:paraId="4DA147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309</w:t>
            </w:r>
          </w:p>
        </w:tc>
        <w:tc>
          <w:tcPr>
            <w:tcW w:w="1234" w:type="dxa"/>
          </w:tcPr>
          <w:p w14:paraId="3F3AF0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5338CA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44B893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77FB97A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20,2</w:t>
            </w:r>
          </w:p>
        </w:tc>
      </w:tr>
      <w:tr w:rsidR="006F0136" w:rsidRPr="00D77020" w14:paraId="5622CA2F" w14:textId="77777777">
        <w:tc>
          <w:tcPr>
            <w:tcW w:w="1234" w:type="dxa"/>
          </w:tcPr>
          <w:p w14:paraId="5C98FE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4703A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RM-310-а</w:t>
            </w:r>
          </w:p>
        </w:tc>
        <w:tc>
          <w:tcPr>
            <w:tcW w:w="1234" w:type="dxa"/>
          </w:tcPr>
          <w:p w14:paraId="1072A5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310</w:t>
            </w:r>
          </w:p>
        </w:tc>
        <w:tc>
          <w:tcPr>
            <w:tcW w:w="1234" w:type="dxa"/>
          </w:tcPr>
          <w:p w14:paraId="193D81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67953A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62F761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476DB0C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3,8</w:t>
            </w:r>
          </w:p>
        </w:tc>
      </w:tr>
      <w:tr w:rsidR="006F0136" w:rsidRPr="00D77020" w14:paraId="6545C86E" w14:textId="77777777">
        <w:tc>
          <w:tcPr>
            <w:tcW w:w="1234" w:type="dxa"/>
          </w:tcPr>
          <w:p w14:paraId="0FB340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ABA3B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RM-314-в</w:t>
            </w:r>
          </w:p>
        </w:tc>
        <w:tc>
          <w:tcPr>
            <w:tcW w:w="1234" w:type="dxa"/>
          </w:tcPr>
          <w:p w14:paraId="059A00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314</w:t>
            </w:r>
          </w:p>
        </w:tc>
        <w:tc>
          <w:tcPr>
            <w:tcW w:w="1234" w:type="dxa"/>
          </w:tcPr>
          <w:p w14:paraId="00032C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14D028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10B3B6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5977D57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17,8</w:t>
            </w:r>
          </w:p>
        </w:tc>
      </w:tr>
      <w:tr w:rsidR="006F0136" w:rsidRPr="00D77020" w14:paraId="6BA1E2D7" w14:textId="77777777">
        <w:tc>
          <w:tcPr>
            <w:tcW w:w="1234" w:type="dxa"/>
          </w:tcPr>
          <w:p w14:paraId="412705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11CC5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RM-314-г</w:t>
            </w:r>
          </w:p>
        </w:tc>
        <w:tc>
          <w:tcPr>
            <w:tcW w:w="1234" w:type="dxa"/>
          </w:tcPr>
          <w:p w14:paraId="17C041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314</w:t>
            </w:r>
          </w:p>
        </w:tc>
        <w:tc>
          <w:tcPr>
            <w:tcW w:w="1234" w:type="dxa"/>
          </w:tcPr>
          <w:p w14:paraId="45AD7E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2BE2B1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32B7F4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62F321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9,5</w:t>
            </w:r>
          </w:p>
        </w:tc>
      </w:tr>
      <w:tr w:rsidR="006F0136" w:rsidRPr="00D77020" w14:paraId="7DDFE0B8" w14:textId="77777777">
        <w:tc>
          <w:tcPr>
            <w:tcW w:w="1234" w:type="dxa"/>
          </w:tcPr>
          <w:p w14:paraId="3C8832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FFF09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RM-314-д</w:t>
            </w:r>
          </w:p>
        </w:tc>
        <w:tc>
          <w:tcPr>
            <w:tcW w:w="1234" w:type="dxa"/>
          </w:tcPr>
          <w:p w14:paraId="061FE0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314</w:t>
            </w:r>
          </w:p>
        </w:tc>
        <w:tc>
          <w:tcPr>
            <w:tcW w:w="1234" w:type="dxa"/>
          </w:tcPr>
          <w:p w14:paraId="0FF7C8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2FD60F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422293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371C00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5,9</w:t>
            </w:r>
          </w:p>
        </w:tc>
      </w:tr>
      <w:tr w:rsidR="006F0136" w:rsidRPr="00D77020" w14:paraId="4D801962" w14:textId="77777777">
        <w:tc>
          <w:tcPr>
            <w:tcW w:w="1234" w:type="dxa"/>
          </w:tcPr>
          <w:p w14:paraId="10BCE4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9945E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RM-314-ж</w:t>
            </w:r>
          </w:p>
        </w:tc>
        <w:tc>
          <w:tcPr>
            <w:tcW w:w="1234" w:type="dxa"/>
          </w:tcPr>
          <w:p w14:paraId="0BF094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314</w:t>
            </w:r>
          </w:p>
        </w:tc>
        <w:tc>
          <w:tcPr>
            <w:tcW w:w="1234" w:type="dxa"/>
          </w:tcPr>
          <w:p w14:paraId="278243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4B5C82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3708D0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682E264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3,2</w:t>
            </w:r>
          </w:p>
        </w:tc>
      </w:tr>
      <w:tr w:rsidR="006F0136" w:rsidRPr="00D77020" w14:paraId="50B4F625" w14:textId="77777777">
        <w:tc>
          <w:tcPr>
            <w:tcW w:w="1234" w:type="dxa"/>
          </w:tcPr>
          <w:p w14:paraId="465AB4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0C760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RM-314-з</w:t>
            </w:r>
          </w:p>
        </w:tc>
        <w:tc>
          <w:tcPr>
            <w:tcW w:w="1234" w:type="dxa"/>
          </w:tcPr>
          <w:p w14:paraId="1BDA92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314</w:t>
            </w:r>
          </w:p>
        </w:tc>
        <w:tc>
          <w:tcPr>
            <w:tcW w:w="1234" w:type="dxa"/>
          </w:tcPr>
          <w:p w14:paraId="2B3567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3AC59F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4A7433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6DD3E8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6,6</w:t>
            </w:r>
          </w:p>
        </w:tc>
      </w:tr>
      <w:tr w:rsidR="006F0136" w:rsidRPr="00D77020" w14:paraId="362A8297" w14:textId="77777777">
        <w:tc>
          <w:tcPr>
            <w:tcW w:w="1234" w:type="dxa"/>
          </w:tcPr>
          <w:p w14:paraId="4953C4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D9CD1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RM-315-б</w:t>
            </w:r>
          </w:p>
        </w:tc>
        <w:tc>
          <w:tcPr>
            <w:tcW w:w="1234" w:type="dxa"/>
          </w:tcPr>
          <w:p w14:paraId="741068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315</w:t>
            </w:r>
          </w:p>
        </w:tc>
        <w:tc>
          <w:tcPr>
            <w:tcW w:w="1234" w:type="dxa"/>
          </w:tcPr>
          <w:p w14:paraId="34985E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5473A4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7374E4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6667C62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8,1</w:t>
            </w:r>
          </w:p>
        </w:tc>
      </w:tr>
      <w:tr w:rsidR="006F0136" w:rsidRPr="00D77020" w14:paraId="45469251" w14:textId="77777777">
        <w:tc>
          <w:tcPr>
            <w:tcW w:w="1234" w:type="dxa"/>
          </w:tcPr>
          <w:p w14:paraId="17E0B7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2E57D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RM-315-в</w:t>
            </w:r>
          </w:p>
        </w:tc>
        <w:tc>
          <w:tcPr>
            <w:tcW w:w="1234" w:type="dxa"/>
          </w:tcPr>
          <w:p w14:paraId="591850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315</w:t>
            </w:r>
          </w:p>
        </w:tc>
        <w:tc>
          <w:tcPr>
            <w:tcW w:w="1234" w:type="dxa"/>
          </w:tcPr>
          <w:p w14:paraId="14E0CA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0EB8E3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660D1B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FE5930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30,1</w:t>
            </w:r>
          </w:p>
        </w:tc>
      </w:tr>
      <w:tr w:rsidR="006F0136" w:rsidRPr="00D77020" w14:paraId="2377F510" w14:textId="77777777">
        <w:tc>
          <w:tcPr>
            <w:tcW w:w="1234" w:type="dxa"/>
          </w:tcPr>
          <w:p w14:paraId="3F6803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45334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RM-317-м</w:t>
            </w:r>
          </w:p>
        </w:tc>
        <w:tc>
          <w:tcPr>
            <w:tcW w:w="1234" w:type="dxa"/>
          </w:tcPr>
          <w:p w14:paraId="570789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317</w:t>
            </w:r>
          </w:p>
        </w:tc>
        <w:tc>
          <w:tcPr>
            <w:tcW w:w="1234" w:type="dxa"/>
          </w:tcPr>
          <w:p w14:paraId="5721E5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4A6202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2D0CC4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DEB35B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6,7</w:t>
            </w:r>
          </w:p>
        </w:tc>
      </w:tr>
      <w:tr w:rsidR="006F0136" w:rsidRPr="00D77020" w14:paraId="2780E994" w14:textId="77777777">
        <w:tc>
          <w:tcPr>
            <w:tcW w:w="1234" w:type="dxa"/>
          </w:tcPr>
          <w:p w14:paraId="4C0122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2A4EB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RM-429-з</w:t>
            </w:r>
          </w:p>
        </w:tc>
        <w:tc>
          <w:tcPr>
            <w:tcW w:w="1234" w:type="dxa"/>
          </w:tcPr>
          <w:p w14:paraId="6BF264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429</w:t>
            </w:r>
          </w:p>
        </w:tc>
        <w:tc>
          <w:tcPr>
            <w:tcW w:w="1234" w:type="dxa"/>
          </w:tcPr>
          <w:p w14:paraId="4D0296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774F4A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234" w:type="dxa"/>
          </w:tcPr>
          <w:p w14:paraId="37EE91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655754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8,1</w:t>
            </w:r>
          </w:p>
        </w:tc>
      </w:tr>
      <w:tr w:rsidR="006F0136" w:rsidRPr="00D77020" w14:paraId="035D5B1F" w14:textId="77777777">
        <w:tc>
          <w:tcPr>
            <w:tcW w:w="1234" w:type="dxa"/>
          </w:tcPr>
          <w:p w14:paraId="178DA2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FADD8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RM-430-г</w:t>
            </w:r>
          </w:p>
        </w:tc>
        <w:tc>
          <w:tcPr>
            <w:tcW w:w="1234" w:type="dxa"/>
          </w:tcPr>
          <w:p w14:paraId="3B62BB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430</w:t>
            </w:r>
          </w:p>
        </w:tc>
        <w:tc>
          <w:tcPr>
            <w:tcW w:w="1234" w:type="dxa"/>
          </w:tcPr>
          <w:p w14:paraId="55CAF8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66A338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1EB29A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4E43F4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1,1</w:t>
            </w:r>
          </w:p>
        </w:tc>
      </w:tr>
      <w:tr w:rsidR="006F0136" w:rsidRPr="00D77020" w14:paraId="5EBBE7D1" w14:textId="77777777">
        <w:tc>
          <w:tcPr>
            <w:tcW w:w="1234" w:type="dxa"/>
          </w:tcPr>
          <w:p w14:paraId="2F7D68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912CE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RM-430-к</w:t>
            </w:r>
          </w:p>
        </w:tc>
        <w:tc>
          <w:tcPr>
            <w:tcW w:w="1234" w:type="dxa"/>
          </w:tcPr>
          <w:p w14:paraId="618B04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430</w:t>
            </w:r>
          </w:p>
        </w:tc>
        <w:tc>
          <w:tcPr>
            <w:tcW w:w="1234" w:type="dxa"/>
          </w:tcPr>
          <w:p w14:paraId="2D3CCB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105AF7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0CC5C6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A558AD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14,8</w:t>
            </w:r>
          </w:p>
        </w:tc>
      </w:tr>
      <w:tr w:rsidR="006F0136" w:rsidRPr="00D77020" w14:paraId="7AAD9D06" w14:textId="77777777">
        <w:tc>
          <w:tcPr>
            <w:tcW w:w="1234" w:type="dxa"/>
          </w:tcPr>
          <w:p w14:paraId="69B91F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E0CBE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RM-460-а</w:t>
            </w:r>
          </w:p>
        </w:tc>
        <w:tc>
          <w:tcPr>
            <w:tcW w:w="1234" w:type="dxa"/>
          </w:tcPr>
          <w:p w14:paraId="4A0701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460</w:t>
            </w:r>
          </w:p>
        </w:tc>
        <w:tc>
          <w:tcPr>
            <w:tcW w:w="1234" w:type="dxa"/>
          </w:tcPr>
          <w:p w14:paraId="09CA56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32603B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30C81D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0831D46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11,1</w:t>
            </w:r>
          </w:p>
        </w:tc>
      </w:tr>
      <w:tr w:rsidR="006F0136" w:rsidRPr="00D77020" w14:paraId="69DB89A7" w14:textId="77777777">
        <w:tc>
          <w:tcPr>
            <w:tcW w:w="1234" w:type="dxa"/>
          </w:tcPr>
          <w:p w14:paraId="716DDE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F0A11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RM-460-в</w:t>
            </w:r>
          </w:p>
        </w:tc>
        <w:tc>
          <w:tcPr>
            <w:tcW w:w="1234" w:type="dxa"/>
          </w:tcPr>
          <w:p w14:paraId="603B30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460</w:t>
            </w:r>
          </w:p>
        </w:tc>
        <w:tc>
          <w:tcPr>
            <w:tcW w:w="1234" w:type="dxa"/>
          </w:tcPr>
          <w:p w14:paraId="59CBEF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7FAA49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42D0C7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E7C83D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11,7</w:t>
            </w:r>
          </w:p>
        </w:tc>
      </w:tr>
      <w:tr w:rsidR="006F0136" w:rsidRPr="00D77020" w14:paraId="579C28A6" w14:textId="77777777">
        <w:tc>
          <w:tcPr>
            <w:tcW w:w="1234" w:type="dxa"/>
          </w:tcPr>
          <w:p w14:paraId="263CB9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2AE5A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RM-460-г</w:t>
            </w:r>
          </w:p>
        </w:tc>
        <w:tc>
          <w:tcPr>
            <w:tcW w:w="1234" w:type="dxa"/>
          </w:tcPr>
          <w:p w14:paraId="75E528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460</w:t>
            </w:r>
          </w:p>
        </w:tc>
        <w:tc>
          <w:tcPr>
            <w:tcW w:w="1234" w:type="dxa"/>
          </w:tcPr>
          <w:p w14:paraId="734C9D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5D51F8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2CB88F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F5FC1D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10,7</w:t>
            </w:r>
          </w:p>
        </w:tc>
      </w:tr>
      <w:tr w:rsidR="006F0136" w:rsidRPr="00D77020" w14:paraId="70871399" w14:textId="77777777">
        <w:tc>
          <w:tcPr>
            <w:tcW w:w="1234" w:type="dxa"/>
          </w:tcPr>
          <w:p w14:paraId="1CD056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F9154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RM-460-д</w:t>
            </w:r>
          </w:p>
        </w:tc>
        <w:tc>
          <w:tcPr>
            <w:tcW w:w="1234" w:type="dxa"/>
          </w:tcPr>
          <w:p w14:paraId="0552E5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460</w:t>
            </w:r>
          </w:p>
        </w:tc>
        <w:tc>
          <w:tcPr>
            <w:tcW w:w="1234" w:type="dxa"/>
          </w:tcPr>
          <w:p w14:paraId="583355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445B2E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792330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617F7B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12,2</w:t>
            </w:r>
          </w:p>
        </w:tc>
      </w:tr>
      <w:tr w:rsidR="006F0136" w:rsidRPr="00D77020" w14:paraId="3003DBEE" w14:textId="77777777">
        <w:tc>
          <w:tcPr>
            <w:tcW w:w="1234" w:type="dxa"/>
          </w:tcPr>
          <w:p w14:paraId="0907D8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D190D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RM-460-е</w:t>
            </w:r>
          </w:p>
        </w:tc>
        <w:tc>
          <w:tcPr>
            <w:tcW w:w="1234" w:type="dxa"/>
          </w:tcPr>
          <w:p w14:paraId="153083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460</w:t>
            </w:r>
          </w:p>
        </w:tc>
        <w:tc>
          <w:tcPr>
            <w:tcW w:w="1234" w:type="dxa"/>
          </w:tcPr>
          <w:p w14:paraId="012E7A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6F1CCB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3EB79D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528F9C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2,1</w:t>
            </w:r>
          </w:p>
        </w:tc>
      </w:tr>
      <w:tr w:rsidR="006F0136" w:rsidRPr="00D77020" w14:paraId="277320CC" w14:textId="77777777">
        <w:tc>
          <w:tcPr>
            <w:tcW w:w="1234" w:type="dxa"/>
          </w:tcPr>
          <w:p w14:paraId="1F1904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DD2DB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RM-460-ж</w:t>
            </w:r>
          </w:p>
        </w:tc>
        <w:tc>
          <w:tcPr>
            <w:tcW w:w="1234" w:type="dxa"/>
          </w:tcPr>
          <w:p w14:paraId="3D4E7A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460</w:t>
            </w:r>
          </w:p>
        </w:tc>
        <w:tc>
          <w:tcPr>
            <w:tcW w:w="1234" w:type="dxa"/>
          </w:tcPr>
          <w:p w14:paraId="06C85C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4F8C27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4ECA25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C125C7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11,9</w:t>
            </w:r>
          </w:p>
        </w:tc>
      </w:tr>
      <w:tr w:rsidR="006F0136" w:rsidRPr="00D77020" w14:paraId="06728210" w14:textId="77777777">
        <w:tc>
          <w:tcPr>
            <w:tcW w:w="1234" w:type="dxa"/>
          </w:tcPr>
          <w:p w14:paraId="06BDEF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F98EC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RM-461-а</w:t>
            </w:r>
          </w:p>
        </w:tc>
        <w:tc>
          <w:tcPr>
            <w:tcW w:w="1234" w:type="dxa"/>
          </w:tcPr>
          <w:p w14:paraId="68A627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461</w:t>
            </w:r>
          </w:p>
        </w:tc>
        <w:tc>
          <w:tcPr>
            <w:tcW w:w="1234" w:type="dxa"/>
          </w:tcPr>
          <w:p w14:paraId="493B42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016B24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067228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489684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18,2</w:t>
            </w:r>
          </w:p>
        </w:tc>
      </w:tr>
      <w:tr w:rsidR="006F0136" w:rsidRPr="00D77020" w14:paraId="58944AEE" w14:textId="77777777">
        <w:tc>
          <w:tcPr>
            <w:tcW w:w="1234" w:type="dxa"/>
          </w:tcPr>
          <w:p w14:paraId="71F443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2C4EB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RM-461-б</w:t>
            </w:r>
          </w:p>
        </w:tc>
        <w:tc>
          <w:tcPr>
            <w:tcW w:w="1234" w:type="dxa"/>
          </w:tcPr>
          <w:p w14:paraId="17810F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461</w:t>
            </w:r>
          </w:p>
        </w:tc>
        <w:tc>
          <w:tcPr>
            <w:tcW w:w="1234" w:type="dxa"/>
          </w:tcPr>
          <w:p w14:paraId="4D37A0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6A1B0B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</w:t>
            </w:r>
          </w:p>
        </w:tc>
        <w:tc>
          <w:tcPr>
            <w:tcW w:w="1234" w:type="dxa"/>
          </w:tcPr>
          <w:p w14:paraId="2A877A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A74A96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3,4</w:t>
            </w:r>
          </w:p>
        </w:tc>
      </w:tr>
      <w:tr w:rsidR="006F0136" w:rsidRPr="00D77020" w14:paraId="564EDE8F" w14:textId="77777777">
        <w:tc>
          <w:tcPr>
            <w:tcW w:w="1234" w:type="dxa"/>
          </w:tcPr>
          <w:p w14:paraId="4C0B7D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FD002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RM-461-е</w:t>
            </w:r>
          </w:p>
        </w:tc>
        <w:tc>
          <w:tcPr>
            <w:tcW w:w="1234" w:type="dxa"/>
          </w:tcPr>
          <w:p w14:paraId="19EC4A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461</w:t>
            </w:r>
          </w:p>
        </w:tc>
        <w:tc>
          <w:tcPr>
            <w:tcW w:w="1234" w:type="dxa"/>
          </w:tcPr>
          <w:p w14:paraId="190141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60301D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30E299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029953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3,5</w:t>
            </w:r>
          </w:p>
        </w:tc>
      </w:tr>
      <w:tr w:rsidR="006F0136" w:rsidRPr="00D77020" w14:paraId="367166F3" w14:textId="77777777">
        <w:tc>
          <w:tcPr>
            <w:tcW w:w="1234" w:type="dxa"/>
          </w:tcPr>
          <w:p w14:paraId="2ABD03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04B38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RM-461-ж</w:t>
            </w:r>
          </w:p>
        </w:tc>
        <w:tc>
          <w:tcPr>
            <w:tcW w:w="1234" w:type="dxa"/>
          </w:tcPr>
          <w:p w14:paraId="50BB4F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461</w:t>
            </w:r>
          </w:p>
        </w:tc>
        <w:tc>
          <w:tcPr>
            <w:tcW w:w="1234" w:type="dxa"/>
          </w:tcPr>
          <w:p w14:paraId="3CE187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33130B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7CA911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D07FC9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1,4</w:t>
            </w:r>
          </w:p>
        </w:tc>
      </w:tr>
      <w:tr w:rsidR="006F0136" w:rsidRPr="00D77020" w14:paraId="28AF0E53" w14:textId="77777777">
        <w:tc>
          <w:tcPr>
            <w:tcW w:w="1234" w:type="dxa"/>
          </w:tcPr>
          <w:p w14:paraId="378740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AB439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RM-462-а</w:t>
            </w:r>
          </w:p>
        </w:tc>
        <w:tc>
          <w:tcPr>
            <w:tcW w:w="1234" w:type="dxa"/>
          </w:tcPr>
          <w:p w14:paraId="4F12E6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462</w:t>
            </w:r>
          </w:p>
        </w:tc>
        <w:tc>
          <w:tcPr>
            <w:tcW w:w="1234" w:type="dxa"/>
          </w:tcPr>
          <w:p w14:paraId="232815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53CE82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347649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38E4481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10,2</w:t>
            </w:r>
          </w:p>
        </w:tc>
      </w:tr>
      <w:tr w:rsidR="006F0136" w:rsidRPr="00D77020" w14:paraId="6BA07E00" w14:textId="77777777">
        <w:tc>
          <w:tcPr>
            <w:tcW w:w="1234" w:type="dxa"/>
          </w:tcPr>
          <w:p w14:paraId="5EC549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1AD8B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RM-463-а</w:t>
            </w:r>
          </w:p>
        </w:tc>
        <w:tc>
          <w:tcPr>
            <w:tcW w:w="1234" w:type="dxa"/>
          </w:tcPr>
          <w:p w14:paraId="09C301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463</w:t>
            </w:r>
          </w:p>
        </w:tc>
        <w:tc>
          <w:tcPr>
            <w:tcW w:w="1234" w:type="dxa"/>
          </w:tcPr>
          <w:p w14:paraId="1923CF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0DDDD9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12FAFE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20F9A5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6,8</w:t>
            </w:r>
          </w:p>
        </w:tc>
      </w:tr>
      <w:tr w:rsidR="006F0136" w:rsidRPr="00D77020" w14:paraId="43F6DB81" w14:textId="77777777">
        <w:tc>
          <w:tcPr>
            <w:tcW w:w="1234" w:type="dxa"/>
          </w:tcPr>
          <w:p w14:paraId="070EBF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BC297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RM-463-б</w:t>
            </w:r>
          </w:p>
        </w:tc>
        <w:tc>
          <w:tcPr>
            <w:tcW w:w="1234" w:type="dxa"/>
          </w:tcPr>
          <w:p w14:paraId="5329BA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463</w:t>
            </w:r>
          </w:p>
        </w:tc>
        <w:tc>
          <w:tcPr>
            <w:tcW w:w="1234" w:type="dxa"/>
          </w:tcPr>
          <w:p w14:paraId="02D411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1C9E97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0B3763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66F0EE6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17,7</w:t>
            </w:r>
          </w:p>
        </w:tc>
      </w:tr>
      <w:tr w:rsidR="006F0136" w:rsidRPr="00D77020" w14:paraId="4B25AC87" w14:textId="77777777">
        <w:tc>
          <w:tcPr>
            <w:tcW w:w="1234" w:type="dxa"/>
          </w:tcPr>
          <w:p w14:paraId="704FC7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FB462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RM-463-в</w:t>
            </w:r>
          </w:p>
        </w:tc>
        <w:tc>
          <w:tcPr>
            <w:tcW w:w="1234" w:type="dxa"/>
          </w:tcPr>
          <w:p w14:paraId="0632A4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463</w:t>
            </w:r>
          </w:p>
        </w:tc>
        <w:tc>
          <w:tcPr>
            <w:tcW w:w="1234" w:type="dxa"/>
          </w:tcPr>
          <w:p w14:paraId="5FDCEB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3940D8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07C2F0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C8A929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18,4</w:t>
            </w:r>
          </w:p>
        </w:tc>
      </w:tr>
      <w:tr w:rsidR="006F0136" w:rsidRPr="00D77020" w14:paraId="4A033016" w14:textId="77777777">
        <w:tc>
          <w:tcPr>
            <w:tcW w:w="1234" w:type="dxa"/>
          </w:tcPr>
          <w:p w14:paraId="7F5887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250D0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RM-464-е</w:t>
            </w:r>
          </w:p>
        </w:tc>
        <w:tc>
          <w:tcPr>
            <w:tcW w:w="1234" w:type="dxa"/>
          </w:tcPr>
          <w:p w14:paraId="714B0A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464</w:t>
            </w:r>
          </w:p>
        </w:tc>
        <w:tc>
          <w:tcPr>
            <w:tcW w:w="1234" w:type="dxa"/>
          </w:tcPr>
          <w:p w14:paraId="66CF26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34039B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097C78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71BA12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21,8</w:t>
            </w:r>
          </w:p>
        </w:tc>
      </w:tr>
      <w:tr w:rsidR="006F0136" w:rsidRPr="00D77020" w14:paraId="6BD1D908" w14:textId="77777777">
        <w:tc>
          <w:tcPr>
            <w:tcW w:w="1234" w:type="dxa"/>
          </w:tcPr>
          <w:p w14:paraId="775895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C731E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RM-464-ж</w:t>
            </w:r>
          </w:p>
        </w:tc>
        <w:tc>
          <w:tcPr>
            <w:tcW w:w="1234" w:type="dxa"/>
          </w:tcPr>
          <w:p w14:paraId="075E9E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464</w:t>
            </w:r>
          </w:p>
        </w:tc>
        <w:tc>
          <w:tcPr>
            <w:tcW w:w="1234" w:type="dxa"/>
          </w:tcPr>
          <w:p w14:paraId="53ECF0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43CDA5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436091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6AB639B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14,6</w:t>
            </w:r>
          </w:p>
        </w:tc>
      </w:tr>
      <w:tr w:rsidR="006F0136" w:rsidRPr="00D77020" w14:paraId="2FCB5815" w14:textId="77777777">
        <w:tc>
          <w:tcPr>
            <w:tcW w:w="1234" w:type="dxa"/>
          </w:tcPr>
          <w:p w14:paraId="6C7FEB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2855C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RM-650-з</w:t>
            </w:r>
          </w:p>
        </w:tc>
        <w:tc>
          <w:tcPr>
            <w:tcW w:w="1234" w:type="dxa"/>
          </w:tcPr>
          <w:p w14:paraId="51461C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650</w:t>
            </w:r>
          </w:p>
        </w:tc>
        <w:tc>
          <w:tcPr>
            <w:tcW w:w="1234" w:type="dxa"/>
          </w:tcPr>
          <w:p w14:paraId="09B221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11B301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1B40DC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24AEF4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5,1</w:t>
            </w:r>
          </w:p>
        </w:tc>
      </w:tr>
      <w:tr w:rsidR="006F0136" w:rsidRPr="00D77020" w14:paraId="72892B57" w14:textId="77777777">
        <w:tc>
          <w:tcPr>
            <w:tcW w:w="1234" w:type="dxa"/>
          </w:tcPr>
          <w:p w14:paraId="26FEE1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B29CD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RM-652-г</w:t>
            </w:r>
          </w:p>
        </w:tc>
        <w:tc>
          <w:tcPr>
            <w:tcW w:w="1234" w:type="dxa"/>
          </w:tcPr>
          <w:p w14:paraId="2DC2E7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652</w:t>
            </w:r>
          </w:p>
        </w:tc>
        <w:tc>
          <w:tcPr>
            <w:tcW w:w="1234" w:type="dxa"/>
          </w:tcPr>
          <w:p w14:paraId="293F46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7B7A7E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2541A7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2B5C66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11,1</w:t>
            </w:r>
          </w:p>
        </w:tc>
      </w:tr>
      <w:tr w:rsidR="006F0136" w:rsidRPr="00D77020" w14:paraId="4A4A3B3B" w14:textId="77777777">
        <w:tc>
          <w:tcPr>
            <w:tcW w:w="1234" w:type="dxa"/>
          </w:tcPr>
          <w:p w14:paraId="1350A5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2020</w:t>
            </w:r>
          </w:p>
        </w:tc>
        <w:tc>
          <w:tcPr>
            <w:tcW w:w="1234" w:type="dxa"/>
          </w:tcPr>
          <w:p w14:paraId="17DEE5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RM-659-г</w:t>
            </w:r>
          </w:p>
        </w:tc>
        <w:tc>
          <w:tcPr>
            <w:tcW w:w="1234" w:type="dxa"/>
          </w:tcPr>
          <w:p w14:paraId="5D09EF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659</w:t>
            </w:r>
          </w:p>
        </w:tc>
        <w:tc>
          <w:tcPr>
            <w:tcW w:w="1234" w:type="dxa"/>
          </w:tcPr>
          <w:p w14:paraId="61369F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079D57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3A268C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3E8EFF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4,2</w:t>
            </w:r>
          </w:p>
        </w:tc>
      </w:tr>
      <w:tr w:rsidR="006F0136" w:rsidRPr="00D77020" w14:paraId="7F8AF5C4" w14:textId="77777777">
        <w:tc>
          <w:tcPr>
            <w:tcW w:w="1234" w:type="dxa"/>
          </w:tcPr>
          <w:p w14:paraId="1CCF2D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30A18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RM-659-е</w:t>
            </w:r>
          </w:p>
        </w:tc>
        <w:tc>
          <w:tcPr>
            <w:tcW w:w="1234" w:type="dxa"/>
          </w:tcPr>
          <w:p w14:paraId="455E8A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659</w:t>
            </w:r>
          </w:p>
        </w:tc>
        <w:tc>
          <w:tcPr>
            <w:tcW w:w="1234" w:type="dxa"/>
          </w:tcPr>
          <w:p w14:paraId="570010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387C34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0FE5B7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ABEA9F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3,4</w:t>
            </w:r>
          </w:p>
        </w:tc>
      </w:tr>
      <w:tr w:rsidR="006F0136" w:rsidRPr="00D77020" w14:paraId="6E5F8F90" w14:textId="77777777">
        <w:tc>
          <w:tcPr>
            <w:tcW w:w="1234" w:type="dxa"/>
          </w:tcPr>
          <w:p w14:paraId="110351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75761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RM-659-з</w:t>
            </w:r>
          </w:p>
        </w:tc>
        <w:tc>
          <w:tcPr>
            <w:tcW w:w="1234" w:type="dxa"/>
          </w:tcPr>
          <w:p w14:paraId="7E402C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659</w:t>
            </w:r>
          </w:p>
        </w:tc>
        <w:tc>
          <w:tcPr>
            <w:tcW w:w="1234" w:type="dxa"/>
          </w:tcPr>
          <w:p w14:paraId="7EEF1E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3683EA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180</w:t>
            </w:r>
          </w:p>
        </w:tc>
        <w:tc>
          <w:tcPr>
            <w:tcW w:w="1234" w:type="dxa"/>
          </w:tcPr>
          <w:p w14:paraId="7DB807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7FD602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32D11A95" w14:textId="77777777">
        <w:tc>
          <w:tcPr>
            <w:tcW w:w="1234" w:type="dxa"/>
          </w:tcPr>
          <w:p w14:paraId="631372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C2668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RM-662-в</w:t>
            </w:r>
          </w:p>
        </w:tc>
        <w:tc>
          <w:tcPr>
            <w:tcW w:w="1234" w:type="dxa"/>
          </w:tcPr>
          <w:p w14:paraId="688793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662</w:t>
            </w:r>
          </w:p>
        </w:tc>
        <w:tc>
          <w:tcPr>
            <w:tcW w:w="1234" w:type="dxa"/>
          </w:tcPr>
          <w:p w14:paraId="34340C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4BE164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20D577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85BBF9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1,0</w:t>
            </w:r>
          </w:p>
        </w:tc>
      </w:tr>
      <w:tr w:rsidR="006F0136" w:rsidRPr="00D77020" w14:paraId="4708C7B2" w14:textId="77777777">
        <w:tc>
          <w:tcPr>
            <w:tcW w:w="1234" w:type="dxa"/>
          </w:tcPr>
          <w:p w14:paraId="1AF598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AD8EC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RM-662-ж</w:t>
            </w:r>
          </w:p>
        </w:tc>
        <w:tc>
          <w:tcPr>
            <w:tcW w:w="1234" w:type="dxa"/>
          </w:tcPr>
          <w:p w14:paraId="4EEFD0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662</w:t>
            </w:r>
          </w:p>
        </w:tc>
        <w:tc>
          <w:tcPr>
            <w:tcW w:w="1234" w:type="dxa"/>
          </w:tcPr>
          <w:p w14:paraId="610E36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79405A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34D9BC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01E575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47B69583" w14:textId="77777777">
        <w:tc>
          <w:tcPr>
            <w:tcW w:w="1234" w:type="dxa"/>
          </w:tcPr>
          <w:p w14:paraId="36E1C8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ED623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RM-681-н</w:t>
            </w:r>
          </w:p>
        </w:tc>
        <w:tc>
          <w:tcPr>
            <w:tcW w:w="1234" w:type="dxa"/>
          </w:tcPr>
          <w:p w14:paraId="480BA5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681</w:t>
            </w:r>
          </w:p>
        </w:tc>
        <w:tc>
          <w:tcPr>
            <w:tcW w:w="1234" w:type="dxa"/>
          </w:tcPr>
          <w:p w14:paraId="01D082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37364B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390448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464524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6,5</w:t>
            </w:r>
          </w:p>
        </w:tc>
      </w:tr>
      <w:tr w:rsidR="006F0136" w:rsidRPr="00D77020" w14:paraId="4B286331" w14:textId="77777777">
        <w:tc>
          <w:tcPr>
            <w:tcW w:w="1234" w:type="dxa"/>
          </w:tcPr>
          <w:p w14:paraId="4292A3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E906D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RM-698-а</w:t>
            </w:r>
          </w:p>
        </w:tc>
        <w:tc>
          <w:tcPr>
            <w:tcW w:w="1234" w:type="dxa"/>
          </w:tcPr>
          <w:p w14:paraId="55CEA3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698</w:t>
            </w:r>
          </w:p>
        </w:tc>
        <w:tc>
          <w:tcPr>
            <w:tcW w:w="1234" w:type="dxa"/>
          </w:tcPr>
          <w:p w14:paraId="73570C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6D83AC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6F7B9A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3DB9D2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13E7B28E" w14:textId="77777777">
        <w:tc>
          <w:tcPr>
            <w:tcW w:w="1234" w:type="dxa"/>
          </w:tcPr>
          <w:p w14:paraId="677225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103F3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RM-699-г</w:t>
            </w:r>
          </w:p>
        </w:tc>
        <w:tc>
          <w:tcPr>
            <w:tcW w:w="1234" w:type="dxa"/>
          </w:tcPr>
          <w:p w14:paraId="2F9FAE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699</w:t>
            </w:r>
          </w:p>
        </w:tc>
        <w:tc>
          <w:tcPr>
            <w:tcW w:w="1234" w:type="dxa"/>
          </w:tcPr>
          <w:p w14:paraId="1C051D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0B3916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282F79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04E38D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155D3F16" w14:textId="77777777">
        <w:tc>
          <w:tcPr>
            <w:tcW w:w="1234" w:type="dxa"/>
          </w:tcPr>
          <w:p w14:paraId="3AB99D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DD335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RM-703-м</w:t>
            </w:r>
          </w:p>
        </w:tc>
        <w:tc>
          <w:tcPr>
            <w:tcW w:w="1234" w:type="dxa"/>
          </w:tcPr>
          <w:p w14:paraId="2AC8F1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703</w:t>
            </w:r>
          </w:p>
        </w:tc>
        <w:tc>
          <w:tcPr>
            <w:tcW w:w="1234" w:type="dxa"/>
          </w:tcPr>
          <w:p w14:paraId="79F15F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3BF8E2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560CC0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23F66F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3,8</w:t>
            </w:r>
          </w:p>
        </w:tc>
      </w:tr>
      <w:tr w:rsidR="006F0136" w:rsidRPr="00D77020" w14:paraId="2DD4B796" w14:textId="77777777">
        <w:tc>
          <w:tcPr>
            <w:tcW w:w="1234" w:type="dxa"/>
          </w:tcPr>
          <w:p w14:paraId="3549FB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23F1C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RM-704-а</w:t>
            </w:r>
          </w:p>
        </w:tc>
        <w:tc>
          <w:tcPr>
            <w:tcW w:w="1234" w:type="dxa"/>
          </w:tcPr>
          <w:p w14:paraId="7A29B2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704</w:t>
            </w:r>
          </w:p>
        </w:tc>
        <w:tc>
          <w:tcPr>
            <w:tcW w:w="1234" w:type="dxa"/>
          </w:tcPr>
          <w:p w14:paraId="2CB8BB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460260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643779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F40A3B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9,6</w:t>
            </w:r>
          </w:p>
        </w:tc>
      </w:tr>
      <w:tr w:rsidR="006F0136" w:rsidRPr="00D77020" w14:paraId="3CE8E086" w14:textId="77777777">
        <w:tc>
          <w:tcPr>
            <w:tcW w:w="1234" w:type="dxa"/>
          </w:tcPr>
          <w:p w14:paraId="5493B9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249E6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RM-704-и</w:t>
            </w:r>
          </w:p>
        </w:tc>
        <w:tc>
          <w:tcPr>
            <w:tcW w:w="1234" w:type="dxa"/>
          </w:tcPr>
          <w:p w14:paraId="2827F7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704</w:t>
            </w:r>
          </w:p>
        </w:tc>
        <w:tc>
          <w:tcPr>
            <w:tcW w:w="1234" w:type="dxa"/>
          </w:tcPr>
          <w:p w14:paraId="203F75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3D997B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44300D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2882B1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0,9</w:t>
            </w:r>
          </w:p>
        </w:tc>
      </w:tr>
      <w:tr w:rsidR="006F0136" w:rsidRPr="00D77020" w14:paraId="545F93D1" w14:textId="77777777">
        <w:tc>
          <w:tcPr>
            <w:tcW w:w="1234" w:type="dxa"/>
          </w:tcPr>
          <w:p w14:paraId="4CFA5B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B8617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RM-704-л</w:t>
            </w:r>
          </w:p>
        </w:tc>
        <w:tc>
          <w:tcPr>
            <w:tcW w:w="1234" w:type="dxa"/>
          </w:tcPr>
          <w:p w14:paraId="22375A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704</w:t>
            </w:r>
          </w:p>
        </w:tc>
        <w:tc>
          <w:tcPr>
            <w:tcW w:w="1234" w:type="dxa"/>
          </w:tcPr>
          <w:p w14:paraId="408D4A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077770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0C2480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F6A197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15,7</w:t>
            </w:r>
          </w:p>
        </w:tc>
      </w:tr>
      <w:tr w:rsidR="006F0136" w:rsidRPr="00D77020" w14:paraId="2AA48EEE" w14:textId="77777777">
        <w:tc>
          <w:tcPr>
            <w:tcW w:w="1234" w:type="dxa"/>
          </w:tcPr>
          <w:p w14:paraId="71B68B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31547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RM-705-ж</w:t>
            </w:r>
          </w:p>
        </w:tc>
        <w:tc>
          <w:tcPr>
            <w:tcW w:w="1234" w:type="dxa"/>
          </w:tcPr>
          <w:p w14:paraId="625CC7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705</w:t>
            </w:r>
          </w:p>
        </w:tc>
        <w:tc>
          <w:tcPr>
            <w:tcW w:w="1234" w:type="dxa"/>
          </w:tcPr>
          <w:p w14:paraId="1C5AE5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662B24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2013C6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1A539B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0,9</w:t>
            </w:r>
          </w:p>
        </w:tc>
      </w:tr>
      <w:tr w:rsidR="006F0136" w:rsidRPr="00D77020" w14:paraId="639B60B7" w14:textId="77777777">
        <w:tc>
          <w:tcPr>
            <w:tcW w:w="1234" w:type="dxa"/>
          </w:tcPr>
          <w:p w14:paraId="060C0B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72946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RM-705-з</w:t>
            </w:r>
          </w:p>
        </w:tc>
        <w:tc>
          <w:tcPr>
            <w:tcW w:w="1234" w:type="dxa"/>
          </w:tcPr>
          <w:p w14:paraId="259063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705</w:t>
            </w:r>
          </w:p>
        </w:tc>
        <w:tc>
          <w:tcPr>
            <w:tcW w:w="1234" w:type="dxa"/>
          </w:tcPr>
          <w:p w14:paraId="2F4BCF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0A66B5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2151E3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D92CBA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1,6</w:t>
            </w:r>
          </w:p>
        </w:tc>
      </w:tr>
      <w:tr w:rsidR="006F0136" w:rsidRPr="00D77020" w14:paraId="56B86CC8" w14:textId="77777777">
        <w:tc>
          <w:tcPr>
            <w:tcW w:w="1234" w:type="dxa"/>
          </w:tcPr>
          <w:p w14:paraId="5ADA3C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14723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RM-714-г</w:t>
            </w:r>
          </w:p>
        </w:tc>
        <w:tc>
          <w:tcPr>
            <w:tcW w:w="1234" w:type="dxa"/>
          </w:tcPr>
          <w:p w14:paraId="212C5F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714</w:t>
            </w:r>
          </w:p>
        </w:tc>
        <w:tc>
          <w:tcPr>
            <w:tcW w:w="1234" w:type="dxa"/>
          </w:tcPr>
          <w:p w14:paraId="3E4DD6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4B2F20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69F576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8D461C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12,5</w:t>
            </w:r>
          </w:p>
        </w:tc>
      </w:tr>
      <w:tr w:rsidR="006F0136" w:rsidRPr="00D77020" w14:paraId="159CC368" w14:textId="77777777">
        <w:tc>
          <w:tcPr>
            <w:tcW w:w="1234" w:type="dxa"/>
          </w:tcPr>
          <w:p w14:paraId="7C320B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6FB74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RM-714-д</w:t>
            </w:r>
          </w:p>
        </w:tc>
        <w:tc>
          <w:tcPr>
            <w:tcW w:w="1234" w:type="dxa"/>
          </w:tcPr>
          <w:p w14:paraId="17AFCD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714</w:t>
            </w:r>
          </w:p>
        </w:tc>
        <w:tc>
          <w:tcPr>
            <w:tcW w:w="1234" w:type="dxa"/>
          </w:tcPr>
          <w:p w14:paraId="4E7234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0E55C7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0BE1DC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2CF4BD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0,6</w:t>
            </w:r>
          </w:p>
        </w:tc>
      </w:tr>
      <w:tr w:rsidR="006F0136" w:rsidRPr="00D77020" w14:paraId="7352F841" w14:textId="77777777">
        <w:tc>
          <w:tcPr>
            <w:tcW w:w="1234" w:type="dxa"/>
          </w:tcPr>
          <w:p w14:paraId="3A013A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C1C29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RM-717-е</w:t>
            </w:r>
          </w:p>
        </w:tc>
        <w:tc>
          <w:tcPr>
            <w:tcW w:w="1234" w:type="dxa"/>
          </w:tcPr>
          <w:p w14:paraId="3F63E5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717</w:t>
            </w:r>
          </w:p>
        </w:tc>
        <w:tc>
          <w:tcPr>
            <w:tcW w:w="1234" w:type="dxa"/>
          </w:tcPr>
          <w:p w14:paraId="765832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309B99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5C5D31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E53E3B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17,5</w:t>
            </w:r>
          </w:p>
        </w:tc>
      </w:tr>
      <w:tr w:rsidR="006F0136" w:rsidRPr="00D77020" w14:paraId="5C03F1FC" w14:textId="77777777">
        <w:tc>
          <w:tcPr>
            <w:tcW w:w="1234" w:type="dxa"/>
          </w:tcPr>
          <w:p w14:paraId="510AD8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826BF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RM-717-ж</w:t>
            </w:r>
          </w:p>
        </w:tc>
        <w:tc>
          <w:tcPr>
            <w:tcW w:w="1234" w:type="dxa"/>
          </w:tcPr>
          <w:p w14:paraId="719752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717</w:t>
            </w:r>
          </w:p>
        </w:tc>
        <w:tc>
          <w:tcPr>
            <w:tcW w:w="1234" w:type="dxa"/>
          </w:tcPr>
          <w:p w14:paraId="554C02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60003D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044909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0F1EC5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1,7</w:t>
            </w:r>
          </w:p>
        </w:tc>
      </w:tr>
      <w:tr w:rsidR="006F0136" w:rsidRPr="00D77020" w14:paraId="1940874D" w14:textId="77777777">
        <w:tc>
          <w:tcPr>
            <w:tcW w:w="1234" w:type="dxa"/>
          </w:tcPr>
          <w:p w14:paraId="1E6735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87B61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RM-717-л</w:t>
            </w:r>
          </w:p>
        </w:tc>
        <w:tc>
          <w:tcPr>
            <w:tcW w:w="1234" w:type="dxa"/>
          </w:tcPr>
          <w:p w14:paraId="3069EF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717</w:t>
            </w:r>
          </w:p>
        </w:tc>
        <w:tc>
          <w:tcPr>
            <w:tcW w:w="1234" w:type="dxa"/>
          </w:tcPr>
          <w:p w14:paraId="6B1B0E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0819EF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661520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3810F9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6,0</w:t>
            </w:r>
          </w:p>
        </w:tc>
      </w:tr>
      <w:tr w:rsidR="006F0136" w:rsidRPr="00D77020" w14:paraId="0BE3EF20" w14:textId="77777777">
        <w:tc>
          <w:tcPr>
            <w:tcW w:w="1234" w:type="dxa"/>
          </w:tcPr>
          <w:p w14:paraId="5B934E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D2C8B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RM-717-м</w:t>
            </w:r>
          </w:p>
        </w:tc>
        <w:tc>
          <w:tcPr>
            <w:tcW w:w="1234" w:type="dxa"/>
          </w:tcPr>
          <w:p w14:paraId="70F02F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717</w:t>
            </w:r>
          </w:p>
        </w:tc>
        <w:tc>
          <w:tcPr>
            <w:tcW w:w="1234" w:type="dxa"/>
          </w:tcPr>
          <w:p w14:paraId="49649D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33F981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05D97B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355C14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0,8</w:t>
            </w:r>
          </w:p>
        </w:tc>
      </w:tr>
      <w:tr w:rsidR="006F0136" w:rsidRPr="00D77020" w14:paraId="5B98D472" w14:textId="77777777">
        <w:tc>
          <w:tcPr>
            <w:tcW w:w="1234" w:type="dxa"/>
          </w:tcPr>
          <w:p w14:paraId="425952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7C0C0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RM-717-н</w:t>
            </w:r>
          </w:p>
        </w:tc>
        <w:tc>
          <w:tcPr>
            <w:tcW w:w="1234" w:type="dxa"/>
          </w:tcPr>
          <w:p w14:paraId="389FB0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717</w:t>
            </w:r>
          </w:p>
        </w:tc>
        <w:tc>
          <w:tcPr>
            <w:tcW w:w="1234" w:type="dxa"/>
          </w:tcPr>
          <w:p w14:paraId="614807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2350B8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6AB00A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7E8BFDE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1,0</w:t>
            </w:r>
          </w:p>
        </w:tc>
      </w:tr>
      <w:tr w:rsidR="006F0136" w:rsidRPr="00D77020" w14:paraId="774EF333" w14:textId="77777777">
        <w:tc>
          <w:tcPr>
            <w:tcW w:w="1234" w:type="dxa"/>
          </w:tcPr>
          <w:p w14:paraId="111AFC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35746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RM-717-о</w:t>
            </w:r>
          </w:p>
        </w:tc>
        <w:tc>
          <w:tcPr>
            <w:tcW w:w="1234" w:type="dxa"/>
          </w:tcPr>
          <w:p w14:paraId="562ED2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717</w:t>
            </w:r>
          </w:p>
        </w:tc>
        <w:tc>
          <w:tcPr>
            <w:tcW w:w="1234" w:type="dxa"/>
          </w:tcPr>
          <w:p w14:paraId="5D489D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45BC5F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66A94C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7EBACC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0,8</w:t>
            </w:r>
          </w:p>
        </w:tc>
      </w:tr>
      <w:tr w:rsidR="006F0136" w:rsidRPr="00D77020" w14:paraId="460E7184" w14:textId="77777777">
        <w:tc>
          <w:tcPr>
            <w:tcW w:w="1234" w:type="dxa"/>
          </w:tcPr>
          <w:p w14:paraId="2AD4E7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4B7BE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RM-726-ж</w:t>
            </w:r>
          </w:p>
        </w:tc>
        <w:tc>
          <w:tcPr>
            <w:tcW w:w="1234" w:type="dxa"/>
          </w:tcPr>
          <w:p w14:paraId="5811C0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726</w:t>
            </w:r>
          </w:p>
        </w:tc>
        <w:tc>
          <w:tcPr>
            <w:tcW w:w="1234" w:type="dxa"/>
          </w:tcPr>
          <w:p w14:paraId="3C048B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157AD5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245AAE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5D6372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24,5</w:t>
            </w:r>
          </w:p>
        </w:tc>
      </w:tr>
      <w:tr w:rsidR="006F0136" w:rsidRPr="00D77020" w14:paraId="32D08735" w14:textId="77777777">
        <w:tc>
          <w:tcPr>
            <w:tcW w:w="1234" w:type="dxa"/>
          </w:tcPr>
          <w:p w14:paraId="33259E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52E70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RM-727-д</w:t>
            </w:r>
          </w:p>
        </w:tc>
        <w:tc>
          <w:tcPr>
            <w:tcW w:w="1234" w:type="dxa"/>
          </w:tcPr>
          <w:p w14:paraId="21956B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727</w:t>
            </w:r>
          </w:p>
        </w:tc>
        <w:tc>
          <w:tcPr>
            <w:tcW w:w="1234" w:type="dxa"/>
          </w:tcPr>
          <w:p w14:paraId="7C4F60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0C3014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2B8192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4E9A7A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25,0</w:t>
            </w:r>
          </w:p>
        </w:tc>
      </w:tr>
      <w:tr w:rsidR="006F0136" w:rsidRPr="00D77020" w14:paraId="5314C386" w14:textId="77777777">
        <w:tc>
          <w:tcPr>
            <w:tcW w:w="1234" w:type="dxa"/>
          </w:tcPr>
          <w:p w14:paraId="04DFCD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8CF17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RM-740-а</w:t>
            </w:r>
          </w:p>
        </w:tc>
        <w:tc>
          <w:tcPr>
            <w:tcW w:w="1234" w:type="dxa"/>
          </w:tcPr>
          <w:p w14:paraId="5BD024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740</w:t>
            </w:r>
          </w:p>
        </w:tc>
        <w:tc>
          <w:tcPr>
            <w:tcW w:w="1234" w:type="dxa"/>
          </w:tcPr>
          <w:p w14:paraId="5B1DE1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2471A3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3695AF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7751E3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13,2</w:t>
            </w:r>
          </w:p>
        </w:tc>
      </w:tr>
      <w:tr w:rsidR="006F0136" w:rsidRPr="00D77020" w14:paraId="06174DC9" w14:textId="77777777">
        <w:tc>
          <w:tcPr>
            <w:tcW w:w="1234" w:type="dxa"/>
          </w:tcPr>
          <w:p w14:paraId="5E9DD7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86411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RM-756-а</w:t>
            </w:r>
          </w:p>
        </w:tc>
        <w:tc>
          <w:tcPr>
            <w:tcW w:w="1234" w:type="dxa"/>
          </w:tcPr>
          <w:p w14:paraId="620C82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756</w:t>
            </w:r>
          </w:p>
        </w:tc>
        <w:tc>
          <w:tcPr>
            <w:tcW w:w="1234" w:type="dxa"/>
          </w:tcPr>
          <w:p w14:paraId="150880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0225D3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002479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259477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12,2</w:t>
            </w:r>
          </w:p>
        </w:tc>
      </w:tr>
      <w:tr w:rsidR="006F0136" w:rsidRPr="00D77020" w14:paraId="1D25FBD3" w14:textId="77777777">
        <w:tc>
          <w:tcPr>
            <w:tcW w:w="7404" w:type="dxa"/>
            <w:gridSpan w:val="6"/>
          </w:tcPr>
          <w:p w14:paraId="470FCC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4412B7E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568,5</w:t>
            </w:r>
          </w:p>
        </w:tc>
      </w:tr>
    </w:tbl>
    <w:p w14:paraId="553A9E80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BG0001493 - Централен Балкан - буфер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1682B2EE" w14:textId="77777777">
        <w:tc>
          <w:tcPr>
            <w:tcW w:w="1587" w:type="dxa"/>
          </w:tcPr>
          <w:p w14:paraId="44DF6D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4A8A71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3C4158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31F5CA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3D5E2F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615FB104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2F16BD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0541FE90" w14:textId="77777777">
        <w:tc>
          <w:tcPr>
            <w:tcW w:w="1234" w:type="dxa"/>
          </w:tcPr>
          <w:p w14:paraId="2F1714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36CDE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RM-533-а</w:t>
            </w:r>
          </w:p>
        </w:tc>
        <w:tc>
          <w:tcPr>
            <w:tcW w:w="1234" w:type="dxa"/>
          </w:tcPr>
          <w:p w14:paraId="22AB64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533</w:t>
            </w:r>
          </w:p>
        </w:tc>
        <w:tc>
          <w:tcPr>
            <w:tcW w:w="1234" w:type="dxa"/>
          </w:tcPr>
          <w:p w14:paraId="243AF4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04BC7A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4DBF27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96C27D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2,0</w:t>
            </w:r>
          </w:p>
        </w:tc>
      </w:tr>
      <w:tr w:rsidR="006F0136" w:rsidRPr="00D77020" w14:paraId="2F4FCE36" w14:textId="77777777">
        <w:tc>
          <w:tcPr>
            <w:tcW w:w="1234" w:type="dxa"/>
          </w:tcPr>
          <w:p w14:paraId="4FCF93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956E6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RM-533-б</w:t>
            </w:r>
          </w:p>
        </w:tc>
        <w:tc>
          <w:tcPr>
            <w:tcW w:w="1234" w:type="dxa"/>
          </w:tcPr>
          <w:p w14:paraId="45D008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533</w:t>
            </w:r>
          </w:p>
        </w:tc>
        <w:tc>
          <w:tcPr>
            <w:tcW w:w="1234" w:type="dxa"/>
          </w:tcPr>
          <w:p w14:paraId="58DA4F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4A326F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0BE42B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B524C8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16,7</w:t>
            </w:r>
          </w:p>
        </w:tc>
      </w:tr>
      <w:tr w:rsidR="006F0136" w:rsidRPr="00D77020" w14:paraId="5635D08F" w14:textId="77777777">
        <w:tc>
          <w:tcPr>
            <w:tcW w:w="1234" w:type="dxa"/>
          </w:tcPr>
          <w:p w14:paraId="23A6B3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D3967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RM-533-в</w:t>
            </w:r>
          </w:p>
        </w:tc>
        <w:tc>
          <w:tcPr>
            <w:tcW w:w="1234" w:type="dxa"/>
          </w:tcPr>
          <w:p w14:paraId="2E5644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533</w:t>
            </w:r>
          </w:p>
        </w:tc>
        <w:tc>
          <w:tcPr>
            <w:tcW w:w="1234" w:type="dxa"/>
          </w:tcPr>
          <w:p w14:paraId="3E8142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7FDAE9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0C4E3A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026A93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17,8</w:t>
            </w:r>
          </w:p>
        </w:tc>
      </w:tr>
      <w:tr w:rsidR="006F0136" w:rsidRPr="00D77020" w14:paraId="285EC34A" w14:textId="77777777">
        <w:tc>
          <w:tcPr>
            <w:tcW w:w="1234" w:type="dxa"/>
          </w:tcPr>
          <w:p w14:paraId="698EDF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918A5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RM-533-г</w:t>
            </w:r>
          </w:p>
        </w:tc>
        <w:tc>
          <w:tcPr>
            <w:tcW w:w="1234" w:type="dxa"/>
          </w:tcPr>
          <w:p w14:paraId="318379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533</w:t>
            </w:r>
          </w:p>
        </w:tc>
        <w:tc>
          <w:tcPr>
            <w:tcW w:w="1234" w:type="dxa"/>
          </w:tcPr>
          <w:p w14:paraId="1BDA96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2BD8E1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3A5035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2274A6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15,2</w:t>
            </w:r>
          </w:p>
        </w:tc>
      </w:tr>
      <w:tr w:rsidR="006F0136" w:rsidRPr="00D77020" w14:paraId="65FEFCB9" w14:textId="77777777">
        <w:tc>
          <w:tcPr>
            <w:tcW w:w="1234" w:type="dxa"/>
          </w:tcPr>
          <w:p w14:paraId="5676AE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20781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RM-533-д</w:t>
            </w:r>
          </w:p>
        </w:tc>
        <w:tc>
          <w:tcPr>
            <w:tcW w:w="1234" w:type="dxa"/>
          </w:tcPr>
          <w:p w14:paraId="150D4F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533</w:t>
            </w:r>
          </w:p>
        </w:tc>
        <w:tc>
          <w:tcPr>
            <w:tcW w:w="1234" w:type="dxa"/>
          </w:tcPr>
          <w:p w14:paraId="3AA825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5FAAC2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34EBDB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740A4C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0,8</w:t>
            </w:r>
          </w:p>
        </w:tc>
      </w:tr>
      <w:tr w:rsidR="006F0136" w:rsidRPr="00D77020" w14:paraId="7F217139" w14:textId="77777777">
        <w:tc>
          <w:tcPr>
            <w:tcW w:w="1234" w:type="dxa"/>
          </w:tcPr>
          <w:p w14:paraId="023244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D7B20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RM-533-е</w:t>
            </w:r>
          </w:p>
        </w:tc>
        <w:tc>
          <w:tcPr>
            <w:tcW w:w="1234" w:type="dxa"/>
          </w:tcPr>
          <w:p w14:paraId="57959A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533</w:t>
            </w:r>
          </w:p>
        </w:tc>
        <w:tc>
          <w:tcPr>
            <w:tcW w:w="1234" w:type="dxa"/>
          </w:tcPr>
          <w:p w14:paraId="2159F3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12D498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00E32C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6394BE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3,6</w:t>
            </w:r>
          </w:p>
        </w:tc>
      </w:tr>
      <w:tr w:rsidR="006F0136" w:rsidRPr="00D77020" w14:paraId="0D1A8F61" w14:textId="77777777">
        <w:tc>
          <w:tcPr>
            <w:tcW w:w="7404" w:type="dxa"/>
            <w:gridSpan w:val="6"/>
          </w:tcPr>
          <w:p w14:paraId="410185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7271A6D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56,1</w:t>
            </w:r>
          </w:p>
        </w:tc>
      </w:tr>
    </w:tbl>
    <w:p w14:paraId="4EFB26B9" w14:textId="77777777" w:rsidR="006F0136" w:rsidRPr="00D77020" w:rsidRDefault="00D77020">
      <w:pPr>
        <w:rPr>
          <w:lang w:val="bg-BG"/>
        </w:rPr>
      </w:pPr>
      <w:r w:rsidRPr="00D77020">
        <w:rPr>
          <w:lang w:val="bg-BG"/>
        </w:rPr>
        <w:br w:type="page"/>
      </w:r>
    </w:p>
    <w:p w14:paraId="140960AD" w14:textId="77777777" w:rsidR="006F0136" w:rsidRPr="00D77020" w:rsidRDefault="00D77020">
      <w:pPr>
        <w:pStyle w:val="Heading1"/>
        <w:rPr>
          <w:lang w:val="bg-BG"/>
        </w:rPr>
      </w:pPr>
      <w:bookmarkStart w:id="20" w:name="_Toc222837686"/>
      <w:r w:rsidRPr="00D77020">
        <w:rPr>
          <w:lang w:val="bg-BG"/>
        </w:rPr>
        <w:lastRenderedPageBreak/>
        <w:t xml:space="preserve">ДГС Радомир - Обща площ: 244,2 </w:t>
      </w:r>
      <w:proofErr w:type="spellStart"/>
      <w:r w:rsidRPr="00D77020">
        <w:rPr>
          <w:lang w:val="bg-BG"/>
        </w:rPr>
        <w:t>хa</w:t>
      </w:r>
      <w:bookmarkEnd w:id="20"/>
      <w:proofErr w:type="spellEnd"/>
    </w:p>
    <w:p w14:paraId="46CE7BAE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 xml:space="preserve">Зона Натура 2000: BG0000134 - </w:t>
      </w:r>
      <w:proofErr w:type="spellStart"/>
      <w:r w:rsidRPr="00D77020">
        <w:rPr>
          <w:lang w:val="bg-BG"/>
        </w:rPr>
        <w:t>Чокльово</w:t>
      </w:r>
      <w:proofErr w:type="spellEnd"/>
      <w:r w:rsidRPr="00D77020">
        <w:rPr>
          <w:lang w:val="bg-BG"/>
        </w:rPr>
        <w:t xml:space="preserve"> блато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3DF11C11" w14:textId="77777777">
        <w:tc>
          <w:tcPr>
            <w:tcW w:w="1587" w:type="dxa"/>
          </w:tcPr>
          <w:p w14:paraId="7A6B89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0A93EF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686428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657B2E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41B1EB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61A5C6FA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2FCF47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241FEC58" w14:textId="77777777">
        <w:tc>
          <w:tcPr>
            <w:tcW w:w="1234" w:type="dxa"/>
          </w:tcPr>
          <w:p w14:paraId="65CE7F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3E0CD4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HG-328-ж</w:t>
            </w:r>
          </w:p>
        </w:tc>
        <w:tc>
          <w:tcPr>
            <w:tcW w:w="1234" w:type="dxa"/>
          </w:tcPr>
          <w:p w14:paraId="0D3E0C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328</w:t>
            </w:r>
          </w:p>
        </w:tc>
        <w:tc>
          <w:tcPr>
            <w:tcW w:w="1234" w:type="dxa"/>
          </w:tcPr>
          <w:p w14:paraId="207164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392D88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22E0D3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2618E54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7,3</w:t>
            </w:r>
          </w:p>
        </w:tc>
      </w:tr>
      <w:tr w:rsidR="006F0136" w:rsidRPr="00D77020" w14:paraId="32CCD6FE" w14:textId="77777777">
        <w:tc>
          <w:tcPr>
            <w:tcW w:w="7404" w:type="dxa"/>
            <w:gridSpan w:val="6"/>
          </w:tcPr>
          <w:p w14:paraId="77BABD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5212B59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7,3</w:t>
            </w:r>
          </w:p>
        </w:tc>
      </w:tr>
    </w:tbl>
    <w:p w14:paraId="77609B26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BG0000298 - Конявска планина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090F6BCC" w14:textId="77777777">
        <w:tc>
          <w:tcPr>
            <w:tcW w:w="1587" w:type="dxa"/>
          </w:tcPr>
          <w:p w14:paraId="502CE8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65E365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5FBED8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379618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1433FD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2986FFBA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3B0D51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24270204" w14:textId="77777777">
        <w:tc>
          <w:tcPr>
            <w:tcW w:w="1234" w:type="dxa"/>
          </w:tcPr>
          <w:p w14:paraId="2FA721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39BD85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HG-281-и</w:t>
            </w:r>
          </w:p>
        </w:tc>
        <w:tc>
          <w:tcPr>
            <w:tcW w:w="1234" w:type="dxa"/>
          </w:tcPr>
          <w:p w14:paraId="36B60F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281</w:t>
            </w:r>
          </w:p>
        </w:tc>
        <w:tc>
          <w:tcPr>
            <w:tcW w:w="1234" w:type="dxa"/>
          </w:tcPr>
          <w:p w14:paraId="016F4A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257F09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158A44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747AC00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9,4</w:t>
            </w:r>
          </w:p>
        </w:tc>
      </w:tr>
      <w:tr w:rsidR="006F0136" w:rsidRPr="00D77020" w14:paraId="5C5B3E77" w14:textId="77777777">
        <w:tc>
          <w:tcPr>
            <w:tcW w:w="1234" w:type="dxa"/>
          </w:tcPr>
          <w:p w14:paraId="078507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1578E9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HG-287-л</w:t>
            </w:r>
          </w:p>
        </w:tc>
        <w:tc>
          <w:tcPr>
            <w:tcW w:w="1234" w:type="dxa"/>
          </w:tcPr>
          <w:p w14:paraId="5A9D2F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287</w:t>
            </w:r>
          </w:p>
        </w:tc>
        <w:tc>
          <w:tcPr>
            <w:tcW w:w="1234" w:type="dxa"/>
          </w:tcPr>
          <w:p w14:paraId="5B242F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163DC5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5AC3B8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194966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14,8</w:t>
            </w:r>
          </w:p>
        </w:tc>
      </w:tr>
      <w:tr w:rsidR="006F0136" w:rsidRPr="00D77020" w14:paraId="36D2572B" w14:textId="77777777">
        <w:tc>
          <w:tcPr>
            <w:tcW w:w="1234" w:type="dxa"/>
          </w:tcPr>
          <w:p w14:paraId="337852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2A10D1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HG-287-н</w:t>
            </w:r>
          </w:p>
        </w:tc>
        <w:tc>
          <w:tcPr>
            <w:tcW w:w="1234" w:type="dxa"/>
          </w:tcPr>
          <w:p w14:paraId="624B22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287</w:t>
            </w:r>
          </w:p>
        </w:tc>
        <w:tc>
          <w:tcPr>
            <w:tcW w:w="1234" w:type="dxa"/>
          </w:tcPr>
          <w:p w14:paraId="777705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2C20B5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7DD653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224E745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4526BC02" w14:textId="77777777">
        <w:tc>
          <w:tcPr>
            <w:tcW w:w="1234" w:type="dxa"/>
          </w:tcPr>
          <w:p w14:paraId="3E66E8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0CF1AB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HG-288-ц</w:t>
            </w:r>
          </w:p>
        </w:tc>
        <w:tc>
          <w:tcPr>
            <w:tcW w:w="1234" w:type="dxa"/>
          </w:tcPr>
          <w:p w14:paraId="2E3BC8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288</w:t>
            </w:r>
          </w:p>
        </w:tc>
        <w:tc>
          <w:tcPr>
            <w:tcW w:w="1234" w:type="dxa"/>
          </w:tcPr>
          <w:p w14:paraId="468A61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ц</w:t>
            </w:r>
          </w:p>
        </w:tc>
        <w:tc>
          <w:tcPr>
            <w:tcW w:w="1234" w:type="dxa"/>
          </w:tcPr>
          <w:p w14:paraId="45C6A5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65</w:t>
            </w:r>
          </w:p>
        </w:tc>
        <w:tc>
          <w:tcPr>
            <w:tcW w:w="1234" w:type="dxa"/>
          </w:tcPr>
          <w:p w14:paraId="70DB06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D9DADF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22,1</w:t>
            </w:r>
          </w:p>
        </w:tc>
      </w:tr>
      <w:tr w:rsidR="006F0136" w:rsidRPr="00D77020" w14:paraId="1FC40CF5" w14:textId="77777777">
        <w:tc>
          <w:tcPr>
            <w:tcW w:w="1234" w:type="dxa"/>
          </w:tcPr>
          <w:p w14:paraId="7A0781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0CF37D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HG-289-и</w:t>
            </w:r>
          </w:p>
        </w:tc>
        <w:tc>
          <w:tcPr>
            <w:tcW w:w="1234" w:type="dxa"/>
          </w:tcPr>
          <w:p w14:paraId="741436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289</w:t>
            </w:r>
          </w:p>
        </w:tc>
        <w:tc>
          <w:tcPr>
            <w:tcW w:w="1234" w:type="dxa"/>
          </w:tcPr>
          <w:p w14:paraId="467AB7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6CEBA4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2722C8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7C673E0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10,2</w:t>
            </w:r>
          </w:p>
        </w:tc>
      </w:tr>
      <w:tr w:rsidR="006F0136" w:rsidRPr="00D77020" w14:paraId="65E157E3" w14:textId="77777777">
        <w:tc>
          <w:tcPr>
            <w:tcW w:w="1234" w:type="dxa"/>
          </w:tcPr>
          <w:p w14:paraId="3F31C8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73DD2B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HG-290-е</w:t>
            </w:r>
          </w:p>
        </w:tc>
        <w:tc>
          <w:tcPr>
            <w:tcW w:w="1234" w:type="dxa"/>
          </w:tcPr>
          <w:p w14:paraId="06D11F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290</w:t>
            </w:r>
          </w:p>
        </w:tc>
        <w:tc>
          <w:tcPr>
            <w:tcW w:w="1234" w:type="dxa"/>
          </w:tcPr>
          <w:p w14:paraId="1FBEB8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72C9E6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46A9B8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7818AE3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21,1</w:t>
            </w:r>
          </w:p>
        </w:tc>
      </w:tr>
      <w:tr w:rsidR="006F0136" w:rsidRPr="00D77020" w14:paraId="44838B3F" w14:textId="77777777">
        <w:tc>
          <w:tcPr>
            <w:tcW w:w="1234" w:type="dxa"/>
          </w:tcPr>
          <w:p w14:paraId="10F597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38D042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HG-291-п</w:t>
            </w:r>
          </w:p>
        </w:tc>
        <w:tc>
          <w:tcPr>
            <w:tcW w:w="1234" w:type="dxa"/>
          </w:tcPr>
          <w:p w14:paraId="288A24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291</w:t>
            </w:r>
          </w:p>
        </w:tc>
        <w:tc>
          <w:tcPr>
            <w:tcW w:w="1234" w:type="dxa"/>
          </w:tcPr>
          <w:p w14:paraId="56A75C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6DA1F7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79B12C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CF3800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11,4</w:t>
            </w:r>
          </w:p>
        </w:tc>
      </w:tr>
      <w:tr w:rsidR="006F0136" w:rsidRPr="00D77020" w14:paraId="2BAC7C97" w14:textId="77777777">
        <w:tc>
          <w:tcPr>
            <w:tcW w:w="1234" w:type="dxa"/>
          </w:tcPr>
          <w:p w14:paraId="0581CF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6007CC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HG-295-с</w:t>
            </w:r>
          </w:p>
        </w:tc>
        <w:tc>
          <w:tcPr>
            <w:tcW w:w="1234" w:type="dxa"/>
          </w:tcPr>
          <w:p w14:paraId="262AEF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295</w:t>
            </w:r>
          </w:p>
        </w:tc>
        <w:tc>
          <w:tcPr>
            <w:tcW w:w="1234" w:type="dxa"/>
          </w:tcPr>
          <w:p w14:paraId="582A3C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67564B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74A2F3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A70279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4,7</w:t>
            </w:r>
          </w:p>
        </w:tc>
      </w:tr>
      <w:tr w:rsidR="006F0136" w:rsidRPr="00D77020" w14:paraId="526C9D8B" w14:textId="77777777">
        <w:tc>
          <w:tcPr>
            <w:tcW w:w="1234" w:type="dxa"/>
          </w:tcPr>
          <w:p w14:paraId="13347C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5F965E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HG-300-м</w:t>
            </w:r>
          </w:p>
        </w:tc>
        <w:tc>
          <w:tcPr>
            <w:tcW w:w="1234" w:type="dxa"/>
          </w:tcPr>
          <w:p w14:paraId="26A30D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300</w:t>
            </w:r>
          </w:p>
        </w:tc>
        <w:tc>
          <w:tcPr>
            <w:tcW w:w="1234" w:type="dxa"/>
          </w:tcPr>
          <w:p w14:paraId="584E01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4394A2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382991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DC3FA7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17,8</w:t>
            </w:r>
          </w:p>
        </w:tc>
      </w:tr>
      <w:tr w:rsidR="006F0136" w:rsidRPr="00D77020" w14:paraId="08563BEC" w14:textId="77777777">
        <w:tc>
          <w:tcPr>
            <w:tcW w:w="1234" w:type="dxa"/>
          </w:tcPr>
          <w:p w14:paraId="2BE4B0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7F435C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HG-303-в</w:t>
            </w:r>
          </w:p>
        </w:tc>
        <w:tc>
          <w:tcPr>
            <w:tcW w:w="1234" w:type="dxa"/>
          </w:tcPr>
          <w:p w14:paraId="563EDE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303</w:t>
            </w:r>
          </w:p>
        </w:tc>
        <w:tc>
          <w:tcPr>
            <w:tcW w:w="1234" w:type="dxa"/>
          </w:tcPr>
          <w:p w14:paraId="44D79C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1E9FFB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7A717D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EF000A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6,9</w:t>
            </w:r>
          </w:p>
        </w:tc>
      </w:tr>
      <w:tr w:rsidR="006F0136" w:rsidRPr="00D77020" w14:paraId="633FFA44" w14:textId="77777777">
        <w:tc>
          <w:tcPr>
            <w:tcW w:w="1234" w:type="dxa"/>
          </w:tcPr>
          <w:p w14:paraId="6F458F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5A934F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HG-304-е</w:t>
            </w:r>
          </w:p>
        </w:tc>
        <w:tc>
          <w:tcPr>
            <w:tcW w:w="1234" w:type="dxa"/>
          </w:tcPr>
          <w:p w14:paraId="605ACF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304</w:t>
            </w:r>
          </w:p>
        </w:tc>
        <w:tc>
          <w:tcPr>
            <w:tcW w:w="1234" w:type="dxa"/>
          </w:tcPr>
          <w:p w14:paraId="16D954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2A9CCA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5C0C34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B4E3B2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794F2134" w14:textId="77777777">
        <w:tc>
          <w:tcPr>
            <w:tcW w:w="1234" w:type="dxa"/>
          </w:tcPr>
          <w:p w14:paraId="2870FE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11D717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HG-305-б</w:t>
            </w:r>
          </w:p>
        </w:tc>
        <w:tc>
          <w:tcPr>
            <w:tcW w:w="1234" w:type="dxa"/>
          </w:tcPr>
          <w:p w14:paraId="03BF77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305</w:t>
            </w:r>
          </w:p>
        </w:tc>
        <w:tc>
          <w:tcPr>
            <w:tcW w:w="1234" w:type="dxa"/>
          </w:tcPr>
          <w:p w14:paraId="63641D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12CEDD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2509D1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04BA475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3,2</w:t>
            </w:r>
          </w:p>
        </w:tc>
      </w:tr>
      <w:tr w:rsidR="006F0136" w:rsidRPr="00D77020" w14:paraId="476C9C59" w14:textId="77777777">
        <w:tc>
          <w:tcPr>
            <w:tcW w:w="1234" w:type="dxa"/>
          </w:tcPr>
          <w:p w14:paraId="6BB9B0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4DC2FA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HG-305-д</w:t>
            </w:r>
          </w:p>
        </w:tc>
        <w:tc>
          <w:tcPr>
            <w:tcW w:w="1234" w:type="dxa"/>
          </w:tcPr>
          <w:p w14:paraId="4C1305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305</w:t>
            </w:r>
          </w:p>
        </w:tc>
        <w:tc>
          <w:tcPr>
            <w:tcW w:w="1234" w:type="dxa"/>
          </w:tcPr>
          <w:p w14:paraId="10C90E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0C5040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55</w:t>
            </w:r>
          </w:p>
        </w:tc>
        <w:tc>
          <w:tcPr>
            <w:tcW w:w="1234" w:type="dxa"/>
          </w:tcPr>
          <w:p w14:paraId="7DB3F5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7BE97CF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2B442728" w14:textId="77777777">
        <w:tc>
          <w:tcPr>
            <w:tcW w:w="1234" w:type="dxa"/>
          </w:tcPr>
          <w:p w14:paraId="2CB6E3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7F3789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HG-305-о</w:t>
            </w:r>
          </w:p>
        </w:tc>
        <w:tc>
          <w:tcPr>
            <w:tcW w:w="1234" w:type="dxa"/>
          </w:tcPr>
          <w:p w14:paraId="10A2C9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305</w:t>
            </w:r>
          </w:p>
        </w:tc>
        <w:tc>
          <w:tcPr>
            <w:tcW w:w="1234" w:type="dxa"/>
          </w:tcPr>
          <w:p w14:paraId="500B5B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5EC5B7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621114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4459274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3,0</w:t>
            </w:r>
          </w:p>
        </w:tc>
      </w:tr>
      <w:tr w:rsidR="006F0136" w:rsidRPr="00D77020" w14:paraId="14710C76" w14:textId="77777777">
        <w:tc>
          <w:tcPr>
            <w:tcW w:w="1234" w:type="dxa"/>
          </w:tcPr>
          <w:p w14:paraId="709EFF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1ECFCB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HG-305-р</w:t>
            </w:r>
          </w:p>
        </w:tc>
        <w:tc>
          <w:tcPr>
            <w:tcW w:w="1234" w:type="dxa"/>
          </w:tcPr>
          <w:p w14:paraId="24ABB8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305</w:t>
            </w:r>
          </w:p>
        </w:tc>
        <w:tc>
          <w:tcPr>
            <w:tcW w:w="1234" w:type="dxa"/>
          </w:tcPr>
          <w:p w14:paraId="6AD04B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53E1D6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65</w:t>
            </w:r>
          </w:p>
        </w:tc>
        <w:tc>
          <w:tcPr>
            <w:tcW w:w="1234" w:type="dxa"/>
          </w:tcPr>
          <w:p w14:paraId="19F065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6707CD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3,6</w:t>
            </w:r>
          </w:p>
        </w:tc>
      </w:tr>
      <w:tr w:rsidR="006F0136" w:rsidRPr="00D77020" w14:paraId="7AF30E48" w14:textId="77777777">
        <w:tc>
          <w:tcPr>
            <w:tcW w:w="1234" w:type="dxa"/>
          </w:tcPr>
          <w:p w14:paraId="4FF7B6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6D25F4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HG-305-с</w:t>
            </w:r>
          </w:p>
        </w:tc>
        <w:tc>
          <w:tcPr>
            <w:tcW w:w="1234" w:type="dxa"/>
          </w:tcPr>
          <w:p w14:paraId="64335D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305</w:t>
            </w:r>
          </w:p>
        </w:tc>
        <w:tc>
          <w:tcPr>
            <w:tcW w:w="1234" w:type="dxa"/>
          </w:tcPr>
          <w:p w14:paraId="218C6E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237B35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48B7B4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AA36F5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1,5</w:t>
            </w:r>
          </w:p>
        </w:tc>
      </w:tr>
      <w:tr w:rsidR="006F0136" w:rsidRPr="00D77020" w14:paraId="263A8ECB" w14:textId="77777777">
        <w:tc>
          <w:tcPr>
            <w:tcW w:w="1234" w:type="dxa"/>
          </w:tcPr>
          <w:p w14:paraId="5977CA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639CC1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HG-307-в</w:t>
            </w:r>
          </w:p>
        </w:tc>
        <w:tc>
          <w:tcPr>
            <w:tcW w:w="1234" w:type="dxa"/>
          </w:tcPr>
          <w:p w14:paraId="0FAA2E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307</w:t>
            </w:r>
          </w:p>
        </w:tc>
        <w:tc>
          <w:tcPr>
            <w:tcW w:w="1234" w:type="dxa"/>
          </w:tcPr>
          <w:p w14:paraId="0ED585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30799F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44D955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60AB49C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1,0</w:t>
            </w:r>
          </w:p>
        </w:tc>
      </w:tr>
      <w:tr w:rsidR="006F0136" w:rsidRPr="00D77020" w14:paraId="3DF68661" w14:textId="77777777">
        <w:tc>
          <w:tcPr>
            <w:tcW w:w="1234" w:type="dxa"/>
          </w:tcPr>
          <w:p w14:paraId="2F84D5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15FA45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HG-307-и</w:t>
            </w:r>
          </w:p>
        </w:tc>
        <w:tc>
          <w:tcPr>
            <w:tcW w:w="1234" w:type="dxa"/>
          </w:tcPr>
          <w:p w14:paraId="3D585E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307</w:t>
            </w:r>
          </w:p>
        </w:tc>
        <w:tc>
          <w:tcPr>
            <w:tcW w:w="1234" w:type="dxa"/>
          </w:tcPr>
          <w:p w14:paraId="0236B4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07BF1A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4969B5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776A241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2,1</w:t>
            </w:r>
          </w:p>
        </w:tc>
      </w:tr>
      <w:tr w:rsidR="006F0136" w:rsidRPr="00D77020" w14:paraId="7844FD94" w14:textId="77777777">
        <w:tc>
          <w:tcPr>
            <w:tcW w:w="1234" w:type="dxa"/>
          </w:tcPr>
          <w:p w14:paraId="358E07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24CD8D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HG-307-н</w:t>
            </w:r>
          </w:p>
        </w:tc>
        <w:tc>
          <w:tcPr>
            <w:tcW w:w="1234" w:type="dxa"/>
          </w:tcPr>
          <w:p w14:paraId="7CCC6F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307</w:t>
            </w:r>
          </w:p>
        </w:tc>
        <w:tc>
          <w:tcPr>
            <w:tcW w:w="1234" w:type="dxa"/>
          </w:tcPr>
          <w:p w14:paraId="49D057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58C6FA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647C0C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5E9E00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1,9</w:t>
            </w:r>
          </w:p>
        </w:tc>
      </w:tr>
      <w:tr w:rsidR="006F0136" w:rsidRPr="00D77020" w14:paraId="2CC337E7" w14:textId="77777777">
        <w:tc>
          <w:tcPr>
            <w:tcW w:w="1234" w:type="dxa"/>
          </w:tcPr>
          <w:p w14:paraId="09C113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4F0580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HG-309-г</w:t>
            </w:r>
          </w:p>
        </w:tc>
        <w:tc>
          <w:tcPr>
            <w:tcW w:w="1234" w:type="dxa"/>
          </w:tcPr>
          <w:p w14:paraId="21220B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309</w:t>
            </w:r>
          </w:p>
        </w:tc>
        <w:tc>
          <w:tcPr>
            <w:tcW w:w="1234" w:type="dxa"/>
          </w:tcPr>
          <w:p w14:paraId="32128D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0CD668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186798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95F015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2F7A272B" w14:textId="77777777">
        <w:tc>
          <w:tcPr>
            <w:tcW w:w="1234" w:type="dxa"/>
          </w:tcPr>
          <w:p w14:paraId="584475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556928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HG-310-к</w:t>
            </w:r>
          </w:p>
        </w:tc>
        <w:tc>
          <w:tcPr>
            <w:tcW w:w="1234" w:type="dxa"/>
          </w:tcPr>
          <w:p w14:paraId="3E50D6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310</w:t>
            </w:r>
          </w:p>
        </w:tc>
        <w:tc>
          <w:tcPr>
            <w:tcW w:w="1234" w:type="dxa"/>
          </w:tcPr>
          <w:p w14:paraId="3E49E1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33648B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333D61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4DCA38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12,6</w:t>
            </w:r>
          </w:p>
        </w:tc>
      </w:tr>
      <w:tr w:rsidR="006F0136" w:rsidRPr="00D77020" w14:paraId="60239787" w14:textId="77777777">
        <w:tc>
          <w:tcPr>
            <w:tcW w:w="1234" w:type="dxa"/>
          </w:tcPr>
          <w:p w14:paraId="7C3D6E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5BB74C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HG-310-л</w:t>
            </w:r>
          </w:p>
        </w:tc>
        <w:tc>
          <w:tcPr>
            <w:tcW w:w="1234" w:type="dxa"/>
          </w:tcPr>
          <w:p w14:paraId="220DC3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310</w:t>
            </w:r>
          </w:p>
        </w:tc>
        <w:tc>
          <w:tcPr>
            <w:tcW w:w="1234" w:type="dxa"/>
          </w:tcPr>
          <w:p w14:paraId="051AD5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717486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45</w:t>
            </w:r>
          </w:p>
        </w:tc>
        <w:tc>
          <w:tcPr>
            <w:tcW w:w="1234" w:type="dxa"/>
          </w:tcPr>
          <w:p w14:paraId="1E6A95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A02FFF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3462854C" w14:textId="77777777">
        <w:tc>
          <w:tcPr>
            <w:tcW w:w="1234" w:type="dxa"/>
          </w:tcPr>
          <w:p w14:paraId="5078F1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4AD100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HG-311-ж</w:t>
            </w:r>
          </w:p>
        </w:tc>
        <w:tc>
          <w:tcPr>
            <w:tcW w:w="1234" w:type="dxa"/>
          </w:tcPr>
          <w:p w14:paraId="4F0105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311</w:t>
            </w:r>
          </w:p>
        </w:tc>
        <w:tc>
          <w:tcPr>
            <w:tcW w:w="1234" w:type="dxa"/>
          </w:tcPr>
          <w:p w14:paraId="752EBF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1D64E7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85</w:t>
            </w:r>
          </w:p>
        </w:tc>
        <w:tc>
          <w:tcPr>
            <w:tcW w:w="1234" w:type="dxa"/>
          </w:tcPr>
          <w:p w14:paraId="43153B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2095F84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13,7</w:t>
            </w:r>
          </w:p>
        </w:tc>
      </w:tr>
      <w:tr w:rsidR="006F0136" w:rsidRPr="00D77020" w14:paraId="75CE2F95" w14:textId="77777777">
        <w:tc>
          <w:tcPr>
            <w:tcW w:w="1234" w:type="dxa"/>
          </w:tcPr>
          <w:p w14:paraId="42A095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259C76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HG-311-о</w:t>
            </w:r>
          </w:p>
        </w:tc>
        <w:tc>
          <w:tcPr>
            <w:tcW w:w="1234" w:type="dxa"/>
          </w:tcPr>
          <w:p w14:paraId="7E8A6B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311</w:t>
            </w:r>
          </w:p>
        </w:tc>
        <w:tc>
          <w:tcPr>
            <w:tcW w:w="1234" w:type="dxa"/>
          </w:tcPr>
          <w:p w14:paraId="1F4D3F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718A7A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688883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8209A5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3,0</w:t>
            </w:r>
          </w:p>
        </w:tc>
      </w:tr>
      <w:tr w:rsidR="006F0136" w:rsidRPr="00D77020" w14:paraId="245BEDB7" w14:textId="77777777">
        <w:tc>
          <w:tcPr>
            <w:tcW w:w="1234" w:type="dxa"/>
          </w:tcPr>
          <w:p w14:paraId="02044C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79F7E7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HG-312-н</w:t>
            </w:r>
          </w:p>
        </w:tc>
        <w:tc>
          <w:tcPr>
            <w:tcW w:w="1234" w:type="dxa"/>
          </w:tcPr>
          <w:p w14:paraId="36893A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312</w:t>
            </w:r>
          </w:p>
        </w:tc>
        <w:tc>
          <w:tcPr>
            <w:tcW w:w="1234" w:type="dxa"/>
          </w:tcPr>
          <w:p w14:paraId="499B00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5A7458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3C6EB7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E91399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1,8</w:t>
            </w:r>
          </w:p>
        </w:tc>
      </w:tr>
      <w:tr w:rsidR="006F0136" w:rsidRPr="00D77020" w14:paraId="12A49567" w14:textId="77777777">
        <w:tc>
          <w:tcPr>
            <w:tcW w:w="1234" w:type="dxa"/>
          </w:tcPr>
          <w:p w14:paraId="75BB49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2CFD44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HG-313-г</w:t>
            </w:r>
          </w:p>
        </w:tc>
        <w:tc>
          <w:tcPr>
            <w:tcW w:w="1234" w:type="dxa"/>
          </w:tcPr>
          <w:p w14:paraId="0B2F26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313</w:t>
            </w:r>
          </w:p>
        </w:tc>
        <w:tc>
          <w:tcPr>
            <w:tcW w:w="1234" w:type="dxa"/>
          </w:tcPr>
          <w:p w14:paraId="2ADE6C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31FE4A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0383BB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6FC278E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10,6</w:t>
            </w:r>
          </w:p>
        </w:tc>
      </w:tr>
      <w:tr w:rsidR="006F0136" w:rsidRPr="00D77020" w14:paraId="19C1B2CC" w14:textId="77777777">
        <w:tc>
          <w:tcPr>
            <w:tcW w:w="1234" w:type="dxa"/>
          </w:tcPr>
          <w:p w14:paraId="4F044A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72AA6E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HG-313-к</w:t>
            </w:r>
          </w:p>
        </w:tc>
        <w:tc>
          <w:tcPr>
            <w:tcW w:w="1234" w:type="dxa"/>
          </w:tcPr>
          <w:p w14:paraId="0F5D53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313</w:t>
            </w:r>
          </w:p>
        </w:tc>
        <w:tc>
          <w:tcPr>
            <w:tcW w:w="1234" w:type="dxa"/>
          </w:tcPr>
          <w:p w14:paraId="0A4808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088DC8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423E65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ECF176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2,4</w:t>
            </w:r>
          </w:p>
        </w:tc>
      </w:tr>
      <w:tr w:rsidR="006F0136" w:rsidRPr="00D77020" w14:paraId="41003EEF" w14:textId="77777777">
        <w:tc>
          <w:tcPr>
            <w:tcW w:w="1234" w:type="dxa"/>
          </w:tcPr>
          <w:p w14:paraId="36F4F0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6DC05D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HG-314-и</w:t>
            </w:r>
          </w:p>
        </w:tc>
        <w:tc>
          <w:tcPr>
            <w:tcW w:w="1234" w:type="dxa"/>
          </w:tcPr>
          <w:p w14:paraId="07CA32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314</w:t>
            </w:r>
          </w:p>
        </w:tc>
        <w:tc>
          <w:tcPr>
            <w:tcW w:w="1234" w:type="dxa"/>
          </w:tcPr>
          <w:p w14:paraId="72F17C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353FE9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6FE1FD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BCAE00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11,6</w:t>
            </w:r>
          </w:p>
        </w:tc>
      </w:tr>
      <w:tr w:rsidR="006F0136" w:rsidRPr="00D77020" w14:paraId="1D6896E5" w14:textId="77777777">
        <w:tc>
          <w:tcPr>
            <w:tcW w:w="1234" w:type="dxa"/>
          </w:tcPr>
          <w:p w14:paraId="417B35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2ED2D2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HG-314-н</w:t>
            </w:r>
          </w:p>
        </w:tc>
        <w:tc>
          <w:tcPr>
            <w:tcW w:w="1234" w:type="dxa"/>
          </w:tcPr>
          <w:p w14:paraId="68D8A2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314</w:t>
            </w:r>
          </w:p>
        </w:tc>
        <w:tc>
          <w:tcPr>
            <w:tcW w:w="1234" w:type="dxa"/>
          </w:tcPr>
          <w:p w14:paraId="59E23D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57572A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460D68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B7833D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2,3</w:t>
            </w:r>
          </w:p>
        </w:tc>
      </w:tr>
      <w:tr w:rsidR="006F0136" w:rsidRPr="00D77020" w14:paraId="422AF51A" w14:textId="77777777">
        <w:tc>
          <w:tcPr>
            <w:tcW w:w="1234" w:type="dxa"/>
          </w:tcPr>
          <w:p w14:paraId="50718A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2EEDBD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HG-325-ц</w:t>
            </w:r>
          </w:p>
        </w:tc>
        <w:tc>
          <w:tcPr>
            <w:tcW w:w="1234" w:type="dxa"/>
          </w:tcPr>
          <w:p w14:paraId="71894D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325</w:t>
            </w:r>
          </w:p>
        </w:tc>
        <w:tc>
          <w:tcPr>
            <w:tcW w:w="1234" w:type="dxa"/>
          </w:tcPr>
          <w:p w14:paraId="3B8227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ц</w:t>
            </w:r>
          </w:p>
        </w:tc>
        <w:tc>
          <w:tcPr>
            <w:tcW w:w="1234" w:type="dxa"/>
          </w:tcPr>
          <w:p w14:paraId="0B302B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51FB63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43075F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4,7</w:t>
            </w:r>
          </w:p>
        </w:tc>
      </w:tr>
      <w:tr w:rsidR="006F0136" w:rsidRPr="00D77020" w14:paraId="0BFC9A73" w14:textId="77777777">
        <w:tc>
          <w:tcPr>
            <w:tcW w:w="1234" w:type="dxa"/>
          </w:tcPr>
          <w:p w14:paraId="0509B4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606D95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HG-326-п</w:t>
            </w:r>
          </w:p>
        </w:tc>
        <w:tc>
          <w:tcPr>
            <w:tcW w:w="1234" w:type="dxa"/>
          </w:tcPr>
          <w:p w14:paraId="671A8B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326</w:t>
            </w:r>
          </w:p>
        </w:tc>
        <w:tc>
          <w:tcPr>
            <w:tcW w:w="1234" w:type="dxa"/>
          </w:tcPr>
          <w:p w14:paraId="007266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3FC7C9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85</w:t>
            </w:r>
          </w:p>
        </w:tc>
        <w:tc>
          <w:tcPr>
            <w:tcW w:w="1234" w:type="dxa"/>
          </w:tcPr>
          <w:p w14:paraId="6E7EDA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139D135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1,4</w:t>
            </w:r>
          </w:p>
        </w:tc>
      </w:tr>
      <w:tr w:rsidR="006F0136" w:rsidRPr="00D77020" w14:paraId="119F278B" w14:textId="77777777">
        <w:tc>
          <w:tcPr>
            <w:tcW w:w="1234" w:type="dxa"/>
          </w:tcPr>
          <w:p w14:paraId="74BDE2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3396EA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HG-339-и</w:t>
            </w:r>
          </w:p>
        </w:tc>
        <w:tc>
          <w:tcPr>
            <w:tcW w:w="1234" w:type="dxa"/>
          </w:tcPr>
          <w:p w14:paraId="3FBCF2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339</w:t>
            </w:r>
          </w:p>
        </w:tc>
        <w:tc>
          <w:tcPr>
            <w:tcW w:w="1234" w:type="dxa"/>
          </w:tcPr>
          <w:p w14:paraId="4EBABB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6CCA06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1D706A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7CACF0C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5,5</w:t>
            </w:r>
          </w:p>
        </w:tc>
      </w:tr>
      <w:tr w:rsidR="006F0136" w:rsidRPr="00D77020" w14:paraId="5D068B73" w14:textId="77777777">
        <w:tc>
          <w:tcPr>
            <w:tcW w:w="1234" w:type="dxa"/>
          </w:tcPr>
          <w:p w14:paraId="21BCBA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603EBF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HG-343-и</w:t>
            </w:r>
          </w:p>
        </w:tc>
        <w:tc>
          <w:tcPr>
            <w:tcW w:w="1234" w:type="dxa"/>
          </w:tcPr>
          <w:p w14:paraId="624D9C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343</w:t>
            </w:r>
          </w:p>
        </w:tc>
        <w:tc>
          <w:tcPr>
            <w:tcW w:w="1234" w:type="dxa"/>
          </w:tcPr>
          <w:p w14:paraId="568855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47555E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311398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7CFE16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12,7</w:t>
            </w:r>
          </w:p>
        </w:tc>
      </w:tr>
      <w:tr w:rsidR="006F0136" w:rsidRPr="00D77020" w14:paraId="47046E8E" w14:textId="77777777">
        <w:tc>
          <w:tcPr>
            <w:tcW w:w="7404" w:type="dxa"/>
            <w:gridSpan w:val="6"/>
          </w:tcPr>
          <w:p w14:paraId="5F2097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00653DE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220,7</w:t>
            </w:r>
          </w:p>
        </w:tc>
      </w:tr>
    </w:tbl>
    <w:p w14:paraId="10121ACD" w14:textId="77777777" w:rsidR="00812F18" w:rsidRPr="00D77020" w:rsidRDefault="00812F18">
      <w:pPr>
        <w:pStyle w:val="Heading2"/>
        <w:rPr>
          <w:lang w:val="bg-BG"/>
        </w:rPr>
      </w:pPr>
    </w:p>
    <w:p w14:paraId="219AEAD7" w14:textId="77777777" w:rsidR="00812F18" w:rsidRPr="00D77020" w:rsidRDefault="00812F18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bg-BG"/>
        </w:rPr>
      </w:pPr>
      <w:r w:rsidRPr="00D77020">
        <w:rPr>
          <w:lang w:val="bg-BG"/>
        </w:rPr>
        <w:br w:type="page"/>
      </w:r>
    </w:p>
    <w:p w14:paraId="4F2FEEB4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lastRenderedPageBreak/>
        <w:t>Зона Натура 2000: BG0001375 - Острица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3CE35E19" w14:textId="77777777">
        <w:tc>
          <w:tcPr>
            <w:tcW w:w="1587" w:type="dxa"/>
          </w:tcPr>
          <w:p w14:paraId="7CE55C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06284C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5300FA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6798D6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6D783F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392A8E1D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309AC7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24EEA949" w14:textId="77777777">
        <w:tc>
          <w:tcPr>
            <w:tcW w:w="1234" w:type="dxa"/>
          </w:tcPr>
          <w:p w14:paraId="799DC9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354A63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HG-164-о</w:t>
            </w:r>
          </w:p>
        </w:tc>
        <w:tc>
          <w:tcPr>
            <w:tcW w:w="1234" w:type="dxa"/>
          </w:tcPr>
          <w:p w14:paraId="01C66C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164</w:t>
            </w:r>
          </w:p>
        </w:tc>
        <w:tc>
          <w:tcPr>
            <w:tcW w:w="1234" w:type="dxa"/>
          </w:tcPr>
          <w:p w14:paraId="3442D3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02A597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25BC39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0EB7B8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2,1</w:t>
            </w:r>
          </w:p>
        </w:tc>
      </w:tr>
      <w:tr w:rsidR="006F0136" w:rsidRPr="00D77020" w14:paraId="5D068137" w14:textId="77777777">
        <w:tc>
          <w:tcPr>
            <w:tcW w:w="1234" w:type="dxa"/>
          </w:tcPr>
          <w:p w14:paraId="72E114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3FE35C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HG-164-ц</w:t>
            </w:r>
          </w:p>
        </w:tc>
        <w:tc>
          <w:tcPr>
            <w:tcW w:w="1234" w:type="dxa"/>
          </w:tcPr>
          <w:p w14:paraId="105267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164</w:t>
            </w:r>
          </w:p>
        </w:tc>
        <w:tc>
          <w:tcPr>
            <w:tcW w:w="1234" w:type="dxa"/>
          </w:tcPr>
          <w:p w14:paraId="444D3F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ц</w:t>
            </w:r>
          </w:p>
        </w:tc>
        <w:tc>
          <w:tcPr>
            <w:tcW w:w="1234" w:type="dxa"/>
          </w:tcPr>
          <w:p w14:paraId="629B51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7B87F2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97DDFF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6,7</w:t>
            </w:r>
          </w:p>
        </w:tc>
      </w:tr>
      <w:tr w:rsidR="006F0136" w:rsidRPr="00D77020" w14:paraId="0B8B9293" w14:textId="77777777">
        <w:tc>
          <w:tcPr>
            <w:tcW w:w="1234" w:type="dxa"/>
          </w:tcPr>
          <w:p w14:paraId="5D97FD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2AE27F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HG-172-г</w:t>
            </w:r>
          </w:p>
        </w:tc>
        <w:tc>
          <w:tcPr>
            <w:tcW w:w="1234" w:type="dxa"/>
          </w:tcPr>
          <w:p w14:paraId="4E3261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172</w:t>
            </w:r>
          </w:p>
        </w:tc>
        <w:tc>
          <w:tcPr>
            <w:tcW w:w="1234" w:type="dxa"/>
          </w:tcPr>
          <w:p w14:paraId="7DC71B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5A646B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597FE1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A06A24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4,2</w:t>
            </w:r>
          </w:p>
        </w:tc>
      </w:tr>
      <w:tr w:rsidR="006F0136" w:rsidRPr="00D77020" w14:paraId="662FC12A" w14:textId="77777777">
        <w:tc>
          <w:tcPr>
            <w:tcW w:w="1234" w:type="dxa"/>
          </w:tcPr>
          <w:p w14:paraId="0482C7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283218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HG-91-г</w:t>
            </w:r>
          </w:p>
        </w:tc>
        <w:tc>
          <w:tcPr>
            <w:tcW w:w="1234" w:type="dxa"/>
          </w:tcPr>
          <w:p w14:paraId="24E78C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</w:t>
            </w:r>
          </w:p>
        </w:tc>
        <w:tc>
          <w:tcPr>
            <w:tcW w:w="1234" w:type="dxa"/>
          </w:tcPr>
          <w:p w14:paraId="620573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062CB2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7BB720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3B73D7E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0,6</w:t>
            </w:r>
          </w:p>
        </w:tc>
      </w:tr>
      <w:tr w:rsidR="006F0136" w:rsidRPr="00D77020" w14:paraId="1931A879" w14:textId="77777777">
        <w:tc>
          <w:tcPr>
            <w:tcW w:w="1234" w:type="dxa"/>
          </w:tcPr>
          <w:p w14:paraId="511264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499A6F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HG-91-л</w:t>
            </w:r>
          </w:p>
        </w:tc>
        <w:tc>
          <w:tcPr>
            <w:tcW w:w="1234" w:type="dxa"/>
          </w:tcPr>
          <w:p w14:paraId="44C41B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</w:t>
            </w:r>
          </w:p>
        </w:tc>
        <w:tc>
          <w:tcPr>
            <w:tcW w:w="1234" w:type="dxa"/>
          </w:tcPr>
          <w:p w14:paraId="32699A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18531D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478C6C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712E52F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0AD4C9D2" w14:textId="77777777">
        <w:tc>
          <w:tcPr>
            <w:tcW w:w="1234" w:type="dxa"/>
          </w:tcPr>
          <w:p w14:paraId="2118DC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51C5BF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HG-91-н</w:t>
            </w:r>
          </w:p>
        </w:tc>
        <w:tc>
          <w:tcPr>
            <w:tcW w:w="1234" w:type="dxa"/>
          </w:tcPr>
          <w:p w14:paraId="2A3FBD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</w:t>
            </w:r>
          </w:p>
        </w:tc>
        <w:tc>
          <w:tcPr>
            <w:tcW w:w="1234" w:type="dxa"/>
          </w:tcPr>
          <w:p w14:paraId="6A6043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0A0B49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6E0C4A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6889D59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0,8</w:t>
            </w:r>
          </w:p>
        </w:tc>
      </w:tr>
      <w:tr w:rsidR="006F0136" w:rsidRPr="00D77020" w14:paraId="505792F6" w14:textId="77777777">
        <w:tc>
          <w:tcPr>
            <w:tcW w:w="1234" w:type="dxa"/>
          </w:tcPr>
          <w:p w14:paraId="204F32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194AFE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HG-91-ф</w:t>
            </w:r>
          </w:p>
        </w:tc>
        <w:tc>
          <w:tcPr>
            <w:tcW w:w="1234" w:type="dxa"/>
          </w:tcPr>
          <w:p w14:paraId="6D053A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</w:t>
            </w:r>
          </w:p>
        </w:tc>
        <w:tc>
          <w:tcPr>
            <w:tcW w:w="1234" w:type="dxa"/>
          </w:tcPr>
          <w:p w14:paraId="7CA0E3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ф</w:t>
            </w:r>
          </w:p>
        </w:tc>
        <w:tc>
          <w:tcPr>
            <w:tcW w:w="1234" w:type="dxa"/>
          </w:tcPr>
          <w:p w14:paraId="434BA5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481A67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37FF186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1,4</w:t>
            </w:r>
          </w:p>
        </w:tc>
      </w:tr>
      <w:tr w:rsidR="006F0136" w:rsidRPr="00D77020" w14:paraId="5379A76B" w14:textId="77777777">
        <w:tc>
          <w:tcPr>
            <w:tcW w:w="7404" w:type="dxa"/>
            <w:gridSpan w:val="6"/>
          </w:tcPr>
          <w:p w14:paraId="4AADD1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093864A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16,2</w:t>
            </w:r>
          </w:p>
        </w:tc>
      </w:tr>
    </w:tbl>
    <w:p w14:paraId="7D18846A" w14:textId="77777777" w:rsidR="006F0136" w:rsidRPr="00D77020" w:rsidRDefault="00D77020">
      <w:pPr>
        <w:rPr>
          <w:lang w:val="bg-BG"/>
        </w:rPr>
      </w:pPr>
      <w:r w:rsidRPr="00D77020">
        <w:rPr>
          <w:lang w:val="bg-BG"/>
        </w:rPr>
        <w:br w:type="page"/>
      </w:r>
    </w:p>
    <w:p w14:paraId="309CE0D4" w14:textId="77777777" w:rsidR="006F0136" w:rsidRPr="00D77020" w:rsidRDefault="00D77020">
      <w:pPr>
        <w:pStyle w:val="Heading1"/>
        <w:rPr>
          <w:lang w:val="bg-BG"/>
        </w:rPr>
      </w:pPr>
      <w:bookmarkStart w:id="21" w:name="_Toc222837687"/>
      <w:r w:rsidRPr="00D77020">
        <w:rPr>
          <w:lang w:val="bg-BG"/>
        </w:rPr>
        <w:lastRenderedPageBreak/>
        <w:t xml:space="preserve">ДГС Разлог - Обща площ: 436,8 </w:t>
      </w:r>
      <w:proofErr w:type="spellStart"/>
      <w:r w:rsidRPr="00D77020">
        <w:rPr>
          <w:lang w:val="bg-BG"/>
        </w:rPr>
        <w:t>хa</w:t>
      </w:r>
      <w:bookmarkEnd w:id="21"/>
      <w:proofErr w:type="spellEnd"/>
    </w:p>
    <w:p w14:paraId="0D69E47C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BG0000636 - Ниска Рила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48B0AF1A" w14:textId="77777777">
        <w:tc>
          <w:tcPr>
            <w:tcW w:w="1587" w:type="dxa"/>
          </w:tcPr>
          <w:p w14:paraId="326F16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6AC8BC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31ED06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6D1F5A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66E3BA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497DA56A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743FA5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171C95D0" w14:textId="77777777">
        <w:tc>
          <w:tcPr>
            <w:tcW w:w="1234" w:type="dxa"/>
          </w:tcPr>
          <w:p w14:paraId="3D3A46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7FB8E0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BQ-10-а</w:t>
            </w:r>
          </w:p>
        </w:tc>
        <w:tc>
          <w:tcPr>
            <w:tcW w:w="1234" w:type="dxa"/>
          </w:tcPr>
          <w:p w14:paraId="727A5A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</w:t>
            </w:r>
          </w:p>
        </w:tc>
        <w:tc>
          <w:tcPr>
            <w:tcW w:w="1234" w:type="dxa"/>
          </w:tcPr>
          <w:p w14:paraId="5ADC9F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5CEE2C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382AC8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5C6483A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4,9</w:t>
            </w:r>
          </w:p>
        </w:tc>
      </w:tr>
      <w:tr w:rsidR="006F0136" w:rsidRPr="00D77020" w14:paraId="0FEA86B1" w14:textId="77777777">
        <w:tc>
          <w:tcPr>
            <w:tcW w:w="1234" w:type="dxa"/>
          </w:tcPr>
          <w:p w14:paraId="3EABF9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6698DC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BQ-10-б</w:t>
            </w:r>
          </w:p>
        </w:tc>
        <w:tc>
          <w:tcPr>
            <w:tcW w:w="1234" w:type="dxa"/>
          </w:tcPr>
          <w:p w14:paraId="114337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</w:t>
            </w:r>
          </w:p>
        </w:tc>
        <w:tc>
          <w:tcPr>
            <w:tcW w:w="1234" w:type="dxa"/>
          </w:tcPr>
          <w:p w14:paraId="5AC4BA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483DB1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01DD62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50A1C4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3,6</w:t>
            </w:r>
          </w:p>
        </w:tc>
      </w:tr>
      <w:tr w:rsidR="006F0136" w:rsidRPr="00D77020" w14:paraId="5A6DF1BB" w14:textId="77777777">
        <w:tc>
          <w:tcPr>
            <w:tcW w:w="1234" w:type="dxa"/>
          </w:tcPr>
          <w:p w14:paraId="333DEA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6961A9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BQ-10-е</w:t>
            </w:r>
          </w:p>
        </w:tc>
        <w:tc>
          <w:tcPr>
            <w:tcW w:w="1234" w:type="dxa"/>
          </w:tcPr>
          <w:p w14:paraId="62C094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</w:t>
            </w:r>
          </w:p>
        </w:tc>
        <w:tc>
          <w:tcPr>
            <w:tcW w:w="1234" w:type="dxa"/>
          </w:tcPr>
          <w:p w14:paraId="111B72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650068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5BB7DD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7BCA0B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9,3</w:t>
            </w:r>
          </w:p>
        </w:tc>
      </w:tr>
      <w:tr w:rsidR="006F0136" w:rsidRPr="00D77020" w14:paraId="62FDA084" w14:textId="77777777">
        <w:tc>
          <w:tcPr>
            <w:tcW w:w="1234" w:type="dxa"/>
          </w:tcPr>
          <w:p w14:paraId="46DF72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053FCF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BQ-106-г</w:t>
            </w:r>
          </w:p>
        </w:tc>
        <w:tc>
          <w:tcPr>
            <w:tcW w:w="1234" w:type="dxa"/>
          </w:tcPr>
          <w:p w14:paraId="7C03CF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106</w:t>
            </w:r>
          </w:p>
        </w:tc>
        <w:tc>
          <w:tcPr>
            <w:tcW w:w="1234" w:type="dxa"/>
          </w:tcPr>
          <w:p w14:paraId="3943CB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78E23C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1A3A95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54913DD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3,6</w:t>
            </w:r>
          </w:p>
        </w:tc>
      </w:tr>
      <w:tr w:rsidR="006F0136" w:rsidRPr="00D77020" w14:paraId="59E5F95E" w14:textId="77777777">
        <w:tc>
          <w:tcPr>
            <w:tcW w:w="1234" w:type="dxa"/>
          </w:tcPr>
          <w:p w14:paraId="3703D2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28A0FE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BQ-11-а</w:t>
            </w:r>
          </w:p>
        </w:tc>
        <w:tc>
          <w:tcPr>
            <w:tcW w:w="1234" w:type="dxa"/>
          </w:tcPr>
          <w:p w14:paraId="4345C0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</w:t>
            </w:r>
          </w:p>
        </w:tc>
        <w:tc>
          <w:tcPr>
            <w:tcW w:w="1234" w:type="dxa"/>
          </w:tcPr>
          <w:p w14:paraId="65F3E8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593598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78366B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5AC886B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14,4</w:t>
            </w:r>
          </w:p>
        </w:tc>
      </w:tr>
      <w:tr w:rsidR="006F0136" w:rsidRPr="00D77020" w14:paraId="13F9E381" w14:textId="77777777">
        <w:tc>
          <w:tcPr>
            <w:tcW w:w="1234" w:type="dxa"/>
          </w:tcPr>
          <w:p w14:paraId="669C7C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1C7006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BQ-11-д</w:t>
            </w:r>
          </w:p>
        </w:tc>
        <w:tc>
          <w:tcPr>
            <w:tcW w:w="1234" w:type="dxa"/>
          </w:tcPr>
          <w:p w14:paraId="10AF93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</w:t>
            </w:r>
          </w:p>
        </w:tc>
        <w:tc>
          <w:tcPr>
            <w:tcW w:w="1234" w:type="dxa"/>
          </w:tcPr>
          <w:p w14:paraId="3ABFCD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6B30EA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4EB29E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572E64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7,9</w:t>
            </w:r>
          </w:p>
        </w:tc>
      </w:tr>
      <w:tr w:rsidR="006F0136" w:rsidRPr="00D77020" w14:paraId="07106AAB" w14:textId="77777777">
        <w:tc>
          <w:tcPr>
            <w:tcW w:w="1234" w:type="dxa"/>
          </w:tcPr>
          <w:p w14:paraId="749982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4040F8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BQ-12-а</w:t>
            </w:r>
          </w:p>
        </w:tc>
        <w:tc>
          <w:tcPr>
            <w:tcW w:w="1234" w:type="dxa"/>
          </w:tcPr>
          <w:p w14:paraId="17799E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</w:t>
            </w:r>
          </w:p>
        </w:tc>
        <w:tc>
          <w:tcPr>
            <w:tcW w:w="1234" w:type="dxa"/>
          </w:tcPr>
          <w:p w14:paraId="2FB279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6CF67B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46E1E8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639FDDE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23,8</w:t>
            </w:r>
          </w:p>
        </w:tc>
      </w:tr>
      <w:tr w:rsidR="006F0136" w:rsidRPr="00D77020" w14:paraId="2AB648BB" w14:textId="77777777">
        <w:tc>
          <w:tcPr>
            <w:tcW w:w="1234" w:type="dxa"/>
          </w:tcPr>
          <w:p w14:paraId="1BD8D8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68FFDA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BQ-12-в</w:t>
            </w:r>
          </w:p>
        </w:tc>
        <w:tc>
          <w:tcPr>
            <w:tcW w:w="1234" w:type="dxa"/>
          </w:tcPr>
          <w:p w14:paraId="3A7A96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</w:t>
            </w:r>
          </w:p>
        </w:tc>
        <w:tc>
          <w:tcPr>
            <w:tcW w:w="1234" w:type="dxa"/>
          </w:tcPr>
          <w:p w14:paraId="0BE918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084E95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49BB09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2770BAA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7,1</w:t>
            </w:r>
          </w:p>
        </w:tc>
      </w:tr>
      <w:tr w:rsidR="006F0136" w:rsidRPr="00D77020" w14:paraId="0571D841" w14:textId="77777777">
        <w:tc>
          <w:tcPr>
            <w:tcW w:w="1234" w:type="dxa"/>
          </w:tcPr>
          <w:p w14:paraId="2E10E5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593404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BQ-12-г</w:t>
            </w:r>
          </w:p>
        </w:tc>
        <w:tc>
          <w:tcPr>
            <w:tcW w:w="1234" w:type="dxa"/>
          </w:tcPr>
          <w:p w14:paraId="3B97BB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</w:t>
            </w:r>
          </w:p>
        </w:tc>
        <w:tc>
          <w:tcPr>
            <w:tcW w:w="1234" w:type="dxa"/>
          </w:tcPr>
          <w:p w14:paraId="470E54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0BD7A4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6ADCD0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3438E33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7,0</w:t>
            </w:r>
          </w:p>
        </w:tc>
      </w:tr>
      <w:tr w:rsidR="006F0136" w:rsidRPr="00D77020" w14:paraId="4BFEBB46" w14:textId="77777777">
        <w:tc>
          <w:tcPr>
            <w:tcW w:w="1234" w:type="dxa"/>
          </w:tcPr>
          <w:p w14:paraId="7B81E1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40AA16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BQ-12-д</w:t>
            </w:r>
          </w:p>
        </w:tc>
        <w:tc>
          <w:tcPr>
            <w:tcW w:w="1234" w:type="dxa"/>
          </w:tcPr>
          <w:p w14:paraId="58321C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</w:t>
            </w:r>
          </w:p>
        </w:tc>
        <w:tc>
          <w:tcPr>
            <w:tcW w:w="1234" w:type="dxa"/>
          </w:tcPr>
          <w:p w14:paraId="157BBB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46D9EF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31CA82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0F682A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7,8</w:t>
            </w:r>
          </w:p>
        </w:tc>
      </w:tr>
      <w:tr w:rsidR="006F0136" w:rsidRPr="00D77020" w14:paraId="77D13724" w14:textId="77777777">
        <w:tc>
          <w:tcPr>
            <w:tcW w:w="1234" w:type="dxa"/>
          </w:tcPr>
          <w:p w14:paraId="066343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29189B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BQ-12-о</w:t>
            </w:r>
          </w:p>
        </w:tc>
        <w:tc>
          <w:tcPr>
            <w:tcW w:w="1234" w:type="dxa"/>
          </w:tcPr>
          <w:p w14:paraId="30221E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</w:t>
            </w:r>
          </w:p>
        </w:tc>
        <w:tc>
          <w:tcPr>
            <w:tcW w:w="1234" w:type="dxa"/>
          </w:tcPr>
          <w:p w14:paraId="27F5FA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22A4C9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200</w:t>
            </w:r>
          </w:p>
        </w:tc>
        <w:tc>
          <w:tcPr>
            <w:tcW w:w="1234" w:type="dxa"/>
          </w:tcPr>
          <w:p w14:paraId="26CA3A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737EEC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2,5</w:t>
            </w:r>
          </w:p>
        </w:tc>
      </w:tr>
      <w:tr w:rsidR="006F0136" w:rsidRPr="00D77020" w14:paraId="31364689" w14:textId="77777777">
        <w:tc>
          <w:tcPr>
            <w:tcW w:w="1234" w:type="dxa"/>
          </w:tcPr>
          <w:p w14:paraId="303D45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39AFA9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BQ-12-т</w:t>
            </w:r>
          </w:p>
        </w:tc>
        <w:tc>
          <w:tcPr>
            <w:tcW w:w="1234" w:type="dxa"/>
          </w:tcPr>
          <w:p w14:paraId="230393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</w:t>
            </w:r>
          </w:p>
        </w:tc>
        <w:tc>
          <w:tcPr>
            <w:tcW w:w="1234" w:type="dxa"/>
          </w:tcPr>
          <w:p w14:paraId="5B487F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07510F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4BD7CF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3151FBD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6,0</w:t>
            </w:r>
          </w:p>
        </w:tc>
      </w:tr>
      <w:tr w:rsidR="006F0136" w:rsidRPr="00D77020" w14:paraId="55FBBC25" w14:textId="77777777">
        <w:tc>
          <w:tcPr>
            <w:tcW w:w="1234" w:type="dxa"/>
          </w:tcPr>
          <w:p w14:paraId="0A3CC5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587CD6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BQ-12-у</w:t>
            </w:r>
          </w:p>
        </w:tc>
        <w:tc>
          <w:tcPr>
            <w:tcW w:w="1234" w:type="dxa"/>
          </w:tcPr>
          <w:p w14:paraId="48358A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</w:t>
            </w:r>
          </w:p>
        </w:tc>
        <w:tc>
          <w:tcPr>
            <w:tcW w:w="1234" w:type="dxa"/>
          </w:tcPr>
          <w:p w14:paraId="49161F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у</w:t>
            </w:r>
          </w:p>
        </w:tc>
        <w:tc>
          <w:tcPr>
            <w:tcW w:w="1234" w:type="dxa"/>
          </w:tcPr>
          <w:p w14:paraId="70B35B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2BD27B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44DFBA5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1,7</w:t>
            </w:r>
          </w:p>
        </w:tc>
      </w:tr>
      <w:tr w:rsidR="006F0136" w:rsidRPr="00D77020" w14:paraId="3C6958FB" w14:textId="77777777">
        <w:tc>
          <w:tcPr>
            <w:tcW w:w="1234" w:type="dxa"/>
          </w:tcPr>
          <w:p w14:paraId="356DC7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4F9B01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BQ-12-ф</w:t>
            </w:r>
          </w:p>
        </w:tc>
        <w:tc>
          <w:tcPr>
            <w:tcW w:w="1234" w:type="dxa"/>
          </w:tcPr>
          <w:p w14:paraId="089FD1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</w:t>
            </w:r>
          </w:p>
        </w:tc>
        <w:tc>
          <w:tcPr>
            <w:tcW w:w="1234" w:type="dxa"/>
          </w:tcPr>
          <w:p w14:paraId="76308F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ф</w:t>
            </w:r>
          </w:p>
        </w:tc>
        <w:tc>
          <w:tcPr>
            <w:tcW w:w="1234" w:type="dxa"/>
          </w:tcPr>
          <w:p w14:paraId="3FF413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11ACE2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307966C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3AA25AFC" w14:textId="77777777">
        <w:tc>
          <w:tcPr>
            <w:tcW w:w="1234" w:type="dxa"/>
          </w:tcPr>
          <w:p w14:paraId="308769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55F4B3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BQ-13-б</w:t>
            </w:r>
          </w:p>
        </w:tc>
        <w:tc>
          <w:tcPr>
            <w:tcW w:w="1234" w:type="dxa"/>
          </w:tcPr>
          <w:p w14:paraId="27A19C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</w:t>
            </w:r>
          </w:p>
        </w:tc>
        <w:tc>
          <w:tcPr>
            <w:tcW w:w="1234" w:type="dxa"/>
          </w:tcPr>
          <w:p w14:paraId="7DEF78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66F750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38CA1D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3CCDB4E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5,0</w:t>
            </w:r>
          </w:p>
        </w:tc>
      </w:tr>
      <w:tr w:rsidR="006F0136" w:rsidRPr="00D77020" w14:paraId="55527138" w14:textId="77777777">
        <w:tc>
          <w:tcPr>
            <w:tcW w:w="1234" w:type="dxa"/>
          </w:tcPr>
          <w:p w14:paraId="018957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0CF0AC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BQ-13-в</w:t>
            </w:r>
          </w:p>
        </w:tc>
        <w:tc>
          <w:tcPr>
            <w:tcW w:w="1234" w:type="dxa"/>
          </w:tcPr>
          <w:p w14:paraId="08180E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</w:t>
            </w:r>
          </w:p>
        </w:tc>
        <w:tc>
          <w:tcPr>
            <w:tcW w:w="1234" w:type="dxa"/>
          </w:tcPr>
          <w:p w14:paraId="1DF852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5A73E2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2AD422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274320E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2,5</w:t>
            </w:r>
          </w:p>
        </w:tc>
      </w:tr>
      <w:tr w:rsidR="006F0136" w:rsidRPr="00D77020" w14:paraId="3C71300A" w14:textId="77777777">
        <w:tc>
          <w:tcPr>
            <w:tcW w:w="1234" w:type="dxa"/>
          </w:tcPr>
          <w:p w14:paraId="56CE64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46FB4F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BQ-13-г</w:t>
            </w:r>
          </w:p>
        </w:tc>
        <w:tc>
          <w:tcPr>
            <w:tcW w:w="1234" w:type="dxa"/>
          </w:tcPr>
          <w:p w14:paraId="322B54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</w:t>
            </w:r>
          </w:p>
        </w:tc>
        <w:tc>
          <w:tcPr>
            <w:tcW w:w="1234" w:type="dxa"/>
          </w:tcPr>
          <w:p w14:paraId="435540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389E79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32B732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391D848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9,4</w:t>
            </w:r>
          </w:p>
        </w:tc>
      </w:tr>
      <w:tr w:rsidR="006F0136" w:rsidRPr="00D77020" w14:paraId="33A53FA4" w14:textId="77777777">
        <w:tc>
          <w:tcPr>
            <w:tcW w:w="1234" w:type="dxa"/>
          </w:tcPr>
          <w:p w14:paraId="5D4CCE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668950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BQ-13-е</w:t>
            </w:r>
          </w:p>
        </w:tc>
        <w:tc>
          <w:tcPr>
            <w:tcW w:w="1234" w:type="dxa"/>
          </w:tcPr>
          <w:p w14:paraId="3CEB4D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</w:t>
            </w:r>
          </w:p>
        </w:tc>
        <w:tc>
          <w:tcPr>
            <w:tcW w:w="1234" w:type="dxa"/>
          </w:tcPr>
          <w:p w14:paraId="29FDCF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0907CA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0B0347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17D3CE7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24EB198B" w14:textId="77777777">
        <w:tc>
          <w:tcPr>
            <w:tcW w:w="1234" w:type="dxa"/>
          </w:tcPr>
          <w:p w14:paraId="658753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138F45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BQ-130-з</w:t>
            </w:r>
          </w:p>
        </w:tc>
        <w:tc>
          <w:tcPr>
            <w:tcW w:w="1234" w:type="dxa"/>
          </w:tcPr>
          <w:p w14:paraId="7A73FD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4EDDFD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354723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053487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B3E024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22,1</w:t>
            </w:r>
          </w:p>
        </w:tc>
      </w:tr>
      <w:tr w:rsidR="006F0136" w:rsidRPr="00D77020" w14:paraId="27B0D9C3" w14:textId="77777777">
        <w:tc>
          <w:tcPr>
            <w:tcW w:w="1234" w:type="dxa"/>
          </w:tcPr>
          <w:p w14:paraId="6A3FAD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27F3F1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BQ-130-и</w:t>
            </w:r>
          </w:p>
        </w:tc>
        <w:tc>
          <w:tcPr>
            <w:tcW w:w="1234" w:type="dxa"/>
          </w:tcPr>
          <w:p w14:paraId="548175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057661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298668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247328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70EF4ED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1,5</w:t>
            </w:r>
          </w:p>
        </w:tc>
      </w:tr>
      <w:tr w:rsidR="006F0136" w:rsidRPr="00D77020" w14:paraId="5229345E" w14:textId="77777777">
        <w:tc>
          <w:tcPr>
            <w:tcW w:w="1234" w:type="dxa"/>
          </w:tcPr>
          <w:p w14:paraId="469EDC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5775E3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BQ-14-а</w:t>
            </w:r>
          </w:p>
        </w:tc>
        <w:tc>
          <w:tcPr>
            <w:tcW w:w="1234" w:type="dxa"/>
          </w:tcPr>
          <w:p w14:paraId="60A70B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</w:t>
            </w:r>
          </w:p>
        </w:tc>
        <w:tc>
          <w:tcPr>
            <w:tcW w:w="1234" w:type="dxa"/>
          </w:tcPr>
          <w:p w14:paraId="036213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648695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1A287F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1EA8F0C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1,1</w:t>
            </w:r>
          </w:p>
        </w:tc>
      </w:tr>
      <w:tr w:rsidR="006F0136" w:rsidRPr="00D77020" w14:paraId="7D6F1077" w14:textId="77777777">
        <w:tc>
          <w:tcPr>
            <w:tcW w:w="1234" w:type="dxa"/>
          </w:tcPr>
          <w:p w14:paraId="11CAD7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2DBD5C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BQ-14-б</w:t>
            </w:r>
          </w:p>
        </w:tc>
        <w:tc>
          <w:tcPr>
            <w:tcW w:w="1234" w:type="dxa"/>
          </w:tcPr>
          <w:p w14:paraId="548DA2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</w:t>
            </w:r>
          </w:p>
        </w:tc>
        <w:tc>
          <w:tcPr>
            <w:tcW w:w="1234" w:type="dxa"/>
          </w:tcPr>
          <w:p w14:paraId="589711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367E8C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2FF28D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0734535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10,9</w:t>
            </w:r>
          </w:p>
        </w:tc>
      </w:tr>
      <w:tr w:rsidR="006F0136" w:rsidRPr="00D77020" w14:paraId="4A93DBCD" w14:textId="77777777">
        <w:tc>
          <w:tcPr>
            <w:tcW w:w="1234" w:type="dxa"/>
          </w:tcPr>
          <w:p w14:paraId="28D7A4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73DB66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BQ-15-а</w:t>
            </w:r>
          </w:p>
        </w:tc>
        <w:tc>
          <w:tcPr>
            <w:tcW w:w="1234" w:type="dxa"/>
          </w:tcPr>
          <w:p w14:paraId="42E8F4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</w:t>
            </w:r>
          </w:p>
        </w:tc>
        <w:tc>
          <w:tcPr>
            <w:tcW w:w="1234" w:type="dxa"/>
          </w:tcPr>
          <w:p w14:paraId="7E0317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579D5C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4AEB34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3C5601E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1,7</w:t>
            </w:r>
          </w:p>
        </w:tc>
      </w:tr>
      <w:tr w:rsidR="006F0136" w:rsidRPr="00D77020" w14:paraId="7B61F3A1" w14:textId="77777777">
        <w:tc>
          <w:tcPr>
            <w:tcW w:w="1234" w:type="dxa"/>
          </w:tcPr>
          <w:p w14:paraId="25641B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0C92B4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BQ-15-б</w:t>
            </w:r>
          </w:p>
        </w:tc>
        <w:tc>
          <w:tcPr>
            <w:tcW w:w="1234" w:type="dxa"/>
          </w:tcPr>
          <w:p w14:paraId="733366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</w:t>
            </w:r>
          </w:p>
        </w:tc>
        <w:tc>
          <w:tcPr>
            <w:tcW w:w="1234" w:type="dxa"/>
          </w:tcPr>
          <w:p w14:paraId="15EE23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6BDEF5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638BDD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07C067F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24,2</w:t>
            </w:r>
          </w:p>
        </w:tc>
      </w:tr>
      <w:tr w:rsidR="006F0136" w:rsidRPr="00D77020" w14:paraId="12C7C71F" w14:textId="77777777">
        <w:tc>
          <w:tcPr>
            <w:tcW w:w="1234" w:type="dxa"/>
          </w:tcPr>
          <w:p w14:paraId="77CC53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74AAA5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BQ-204-д</w:t>
            </w:r>
          </w:p>
        </w:tc>
        <w:tc>
          <w:tcPr>
            <w:tcW w:w="1234" w:type="dxa"/>
          </w:tcPr>
          <w:p w14:paraId="51ADD5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204</w:t>
            </w:r>
          </w:p>
        </w:tc>
        <w:tc>
          <w:tcPr>
            <w:tcW w:w="1234" w:type="dxa"/>
          </w:tcPr>
          <w:p w14:paraId="14DD3D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067FA1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6964F0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606EB94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11,2</w:t>
            </w:r>
          </w:p>
        </w:tc>
      </w:tr>
      <w:tr w:rsidR="006F0136" w:rsidRPr="00D77020" w14:paraId="47141E72" w14:textId="77777777">
        <w:tc>
          <w:tcPr>
            <w:tcW w:w="1234" w:type="dxa"/>
          </w:tcPr>
          <w:p w14:paraId="152EA5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3988B8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BQ-205-а</w:t>
            </w:r>
          </w:p>
        </w:tc>
        <w:tc>
          <w:tcPr>
            <w:tcW w:w="1234" w:type="dxa"/>
          </w:tcPr>
          <w:p w14:paraId="4D1F54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205</w:t>
            </w:r>
          </w:p>
        </w:tc>
        <w:tc>
          <w:tcPr>
            <w:tcW w:w="1234" w:type="dxa"/>
          </w:tcPr>
          <w:p w14:paraId="460BAA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489AB1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71A1D4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684F58F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21,4</w:t>
            </w:r>
          </w:p>
        </w:tc>
      </w:tr>
      <w:tr w:rsidR="006F0136" w:rsidRPr="00D77020" w14:paraId="69C53F21" w14:textId="77777777">
        <w:tc>
          <w:tcPr>
            <w:tcW w:w="1234" w:type="dxa"/>
          </w:tcPr>
          <w:p w14:paraId="69E0CF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709019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BQ-205-г</w:t>
            </w:r>
          </w:p>
        </w:tc>
        <w:tc>
          <w:tcPr>
            <w:tcW w:w="1234" w:type="dxa"/>
          </w:tcPr>
          <w:p w14:paraId="6337C7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205</w:t>
            </w:r>
          </w:p>
        </w:tc>
        <w:tc>
          <w:tcPr>
            <w:tcW w:w="1234" w:type="dxa"/>
          </w:tcPr>
          <w:p w14:paraId="6DFC4F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037225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4D220A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2DECA01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6,8</w:t>
            </w:r>
          </w:p>
        </w:tc>
      </w:tr>
      <w:tr w:rsidR="006F0136" w:rsidRPr="00D77020" w14:paraId="28724058" w14:textId="77777777">
        <w:tc>
          <w:tcPr>
            <w:tcW w:w="1234" w:type="dxa"/>
          </w:tcPr>
          <w:p w14:paraId="4F13D3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46A46D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BQ-205-д</w:t>
            </w:r>
          </w:p>
        </w:tc>
        <w:tc>
          <w:tcPr>
            <w:tcW w:w="1234" w:type="dxa"/>
          </w:tcPr>
          <w:p w14:paraId="2D0799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205</w:t>
            </w:r>
          </w:p>
        </w:tc>
        <w:tc>
          <w:tcPr>
            <w:tcW w:w="1234" w:type="dxa"/>
          </w:tcPr>
          <w:p w14:paraId="17A678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6878B9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7A664C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4192667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2,8</w:t>
            </w:r>
          </w:p>
        </w:tc>
      </w:tr>
      <w:tr w:rsidR="006F0136" w:rsidRPr="00D77020" w14:paraId="7A208A8A" w14:textId="77777777">
        <w:tc>
          <w:tcPr>
            <w:tcW w:w="1234" w:type="dxa"/>
          </w:tcPr>
          <w:p w14:paraId="421B4A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2C0AFA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BQ-206-а</w:t>
            </w:r>
          </w:p>
        </w:tc>
        <w:tc>
          <w:tcPr>
            <w:tcW w:w="1234" w:type="dxa"/>
          </w:tcPr>
          <w:p w14:paraId="3C36E0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206</w:t>
            </w:r>
          </w:p>
        </w:tc>
        <w:tc>
          <w:tcPr>
            <w:tcW w:w="1234" w:type="dxa"/>
          </w:tcPr>
          <w:p w14:paraId="2043D6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65971A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70EA2D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62E4AF2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1,7</w:t>
            </w:r>
          </w:p>
        </w:tc>
      </w:tr>
      <w:tr w:rsidR="006F0136" w:rsidRPr="00D77020" w14:paraId="792C7673" w14:textId="77777777">
        <w:tc>
          <w:tcPr>
            <w:tcW w:w="1234" w:type="dxa"/>
          </w:tcPr>
          <w:p w14:paraId="4D6FB7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51DB10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BQ-206-в</w:t>
            </w:r>
          </w:p>
        </w:tc>
        <w:tc>
          <w:tcPr>
            <w:tcW w:w="1234" w:type="dxa"/>
          </w:tcPr>
          <w:p w14:paraId="5C06A0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206</w:t>
            </w:r>
          </w:p>
        </w:tc>
        <w:tc>
          <w:tcPr>
            <w:tcW w:w="1234" w:type="dxa"/>
          </w:tcPr>
          <w:p w14:paraId="0549FD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029079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7B8FA3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5080D30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1,1</w:t>
            </w:r>
          </w:p>
        </w:tc>
      </w:tr>
      <w:tr w:rsidR="006F0136" w:rsidRPr="00D77020" w14:paraId="2DA35FA9" w14:textId="77777777">
        <w:tc>
          <w:tcPr>
            <w:tcW w:w="1234" w:type="dxa"/>
          </w:tcPr>
          <w:p w14:paraId="39C921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742456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BQ-206-г</w:t>
            </w:r>
          </w:p>
        </w:tc>
        <w:tc>
          <w:tcPr>
            <w:tcW w:w="1234" w:type="dxa"/>
          </w:tcPr>
          <w:p w14:paraId="310EB0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206</w:t>
            </w:r>
          </w:p>
        </w:tc>
        <w:tc>
          <w:tcPr>
            <w:tcW w:w="1234" w:type="dxa"/>
          </w:tcPr>
          <w:p w14:paraId="1B94BA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33D497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7DB59B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B14F26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4,7</w:t>
            </w:r>
          </w:p>
        </w:tc>
      </w:tr>
      <w:tr w:rsidR="006F0136" w:rsidRPr="00D77020" w14:paraId="0F0D266C" w14:textId="77777777">
        <w:tc>
          <w:tcPr>
            <w:tcW w:w="1234" w:type="dxa"/>
          </w:tcPr>
          <w:p w14:paraId="6F99A9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75166A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BQ-206-д</w:t>
            </w:r>
          </w:p>
        </w:tc>
        <w:tc>
          <w:tcPr>
            <w:tcW w:w="1234" w:type="dxa"/>
          </w:tcPr>
          <w:p w14:paraId="77FF0F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206</w:t>
            </w:r>
          </w:p>
        </w:tc>
        <w:tc>
          <w:tcPr>
            <w:tcW w:w="1234" w:type="dxa"/>
          </w:tcPr>
          <w:p w14:paraId="0EFCCB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13171B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78798F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6A81C27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4,0</w:t>
            </w:r>
          </w:p>
        </w:tc>
      </w:tr>
      <w:tr w:rsidR="006F0136" w:rsidRPr="00D77020" w14:paraId="4933FA83" w14:textId="77777777">
        <w:tc>
          <w:tcPr>
            <w:tcW w:w="1234" w:type="dxa"/>
          </w:tcPr>
          <w:p w14:paraId="0687A7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1D3737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BQ-206-ж</w:t>
            </w:r>
          </w:p>
        </w:tc>
        <w:tc>
          <w:tcPr>
            <w:tcW w:w="1234" w:type="dxa"/>
          </w:tcPr>
          <w:p w14:paraId="6A569D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206</w:t>
            </w:r>
          </w:p>
        </w:tc>
        <w:tc>
          <w:tcPr>
            <w:tcW w:w="1234" w:type="dxa"/>
          </w:tcPr>
          <w:p w14:paraId="17D1F6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6CEF01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281E95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3866576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3,8</w:t>
            </w:r>
          </w:p>
        </w:tc>
      </w:tr>
      <w:tr w:rsidR="006F0136" w:rsidRPr="00D77020" w14:paraId="5CFD9BF6" w14:textId="77777777">
        <w:tc>
          <w:tcPr>
            <w:tcW w:w="1234" w:type="dxa"/>
          </w:tcPr>
          <w:p w14:paraId="6A1E43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260658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BQ-207-б</w:t>
            </w:r>
          </w:p>
        </w:tc>
        <w:tc>
          <w:tcPr>
            <w:tcW w:w="1234" w:type="dxa"/>
          </w:tcPr>
          <w:p w14:paraId="5C734D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207</w:t>
            </w:r>
          </w:p>
        </w:tc>
        <w:tc>
          <w:tcPr>
            <w:tcW w:w="1234" w:type="dxa"/>
          </w:tcPr>
          <w:p w14:paraId="4E6213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23865D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74B6E0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6D1E2F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7,6</w:t>
            </w:r>
          </w:p>
        </w:tc>
      </w:tr>
      <w:tr w:rsidR="006F0136" w:rsidRPr="00D77020" w14:paraId="693D67E2" w14:textId="77777777">
        <w:tc>
          <w:tcPr>
            <w:tcW w:w="1234" w:type="dxa"/>
          </w:tcPr>
          <w:p w14:paraId="085511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429F3C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BQ-211-в</w:t>
            </w:r>
          </w:p>
        </w:tc>
        <w:tc>
          <w:tcPr>
            <w:tcW w:w="1234" w:type="dxa"/>
          </w:tcPr>
          <w:p w14:paraId="71E57E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211</w:t>
            </w:r>
          </w:p>
        </w:tc>
        <w:tc>
          <w:tcPr>
            <w:tcW w:w="1234" w:type="dxa"/>
          </w:tcPr>
          <w:p w14:paraId="0C2BF2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0D01C7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186188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70B4F58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14,2</w:t>
            </w:r>
          </w:p>
        </w:tc>
      </w:tr>
      <w:tr w:rsidR="006F0136" w:rsidRPr="00D77020" w14:paraId="435701A1" w14:textId="77777777">
        <w:tc>
          <w:tcPr>
            <w:tcW w:w="1234" w:type="dxa"/>
          </w:tcPr>
          <w:p w14:paraId="73C729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3A913D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BQ-211-г</w:t>
            </w:r>
          </w:p>
        </w:tc>
        <w:tc>
          <w:tcPr>
            <w:tcW w:w="1234" w:type="dxa"/>
          </w:tcPr>
          <w:p w14:paraId="70FE4F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211</w:t>
            </w:r>
          </w:p>
        </w:tc>
        <w:tc>
          <w:tcPr>
            <w:tcW w:w="1234" w:type="dxa"/>
          </w:tcPr>
          <w:p w14:paraId="674183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576DA8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24F3AA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32CED1E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7,0</w:t>
            </w:r>
          </w:p>
        </w:tc>
      </w:tr>
      <w:tr w:rsidR="006F0136" w:rsidRPr="00D77020" w14:paraId="332BC1B8" w14:textId="77777777">
        <w:tc>
          <w:tcPr>
            <w:tcW w:w="1234" w:type="dxa"/>
          </w:tcPr>
          <w:p w14:paraId="7BE643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4BAEA5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BQ-3-б</w:t>
            </w:r>
          </w:p>
        </w:tc>
        <w:tc>
          <w:tcPr>
            <w:tcW w:w="1234" w:type="dxa"/>
          </w:tcPr>
          <w:p w14:paraId="061D47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</w:t>
            </w:r>
          </w:p>
        </w:tc>
        <w:tc>
          <w:tcPr>
            <w:tcW w:w="1234" w:type="dxa"/>
          </w:tcPr>
          <w:p w14:paraId="2C4459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552FC3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245F13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6E7254C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1,3</w:t>
            </w:r>
          </w:p>
        </w:tc>
      </w:tr>
      <w:tr w:rsidR="006F0136" w:rsidRPr="00D77020" w14:paraId="6C770C33" w14:textId="77777777">
        <w:tc>
          <w:tcPr>
            <w:tcW w:w="1234" w:type="dxa"/>
          </w:tcPr>
          <w:p w14:paraId="30B37E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7117E2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BQ-3-ж</w:t>
            </w:r>
          </w:p>
        </w:tc>
        <w:tc>
          <w:tcPr>
            <w:tcW w:w="1234" w:type="dxa"/>
          </w:tcPr>
          <w:p w14:paraId="3C674A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</w:t>
            </w:r>
          </w:p>
        </w:tc>
        <w:tc>
          <w:tcPr>
            <w:tcW w:w="1234" w:type="dxa"/>
          </w:tcPr>
          <w:p w14:paraId="618F86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5A36DA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0561B7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10C4E44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703CCFC5" w14:textId="77777777">
        <w:tc>
          <w:tcPr>
            <w:tcW w:w="1234" w:type="dxa"/>
          </w:tcPr>
          <w:p w14:paraId="2E1C03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03BF32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BQ-4-а</w:t>
            </w:r>
          </w:p>
        </w:tc>
        <w:tc>
          <w:tcPr>
            <w:tcW w:w="1234" w:type="dxa"/>
          </w:tcPr>
          <w:p w14:paraId="590D7C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</w:t>
            </w:r>
          </w:p>
        </w:tc>
        <w:tc>
          <w:tcPr>
            <w:tcW w:w="1234" w:type="dxa"/>
          </w:tcPr>
          <w:p w14:paraId="7573EE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7B9B45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0EB3A1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1C4DD04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1,5</w:t>
            </w:r>
          </w:p>
        </w:tc>
      </w:tr>
      <w:tr w:rsidR="006F0136" w:rsidRPr="00D77020" w14:paraId="19F095A3" w14:textId="77777777">
        <w:tc>
          <w:tcPr>
            <w:tcW w:w="1234" w:type="dxa"/>
          </w:tcPr>
          <w:p w14:paraId="67FBA2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3B9395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BQ-4-в</w:t>
            </w:r>
          </w:p>
        </w:tc>
        <w:tc>
          <w:tcPr>
            <w:tcW w:w="1234" w:type="dxa"/>
          </w:tcPr>
          <w:p w14:paraId="27E8AD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</w:t>
            </w:r>
          </w:p>
        </w:tc>
        <w:tc>
          <w:tcPr>
            <w:tcW w:w="1234" w:type="dxa"/>
          </w:tcPr>
          <w:p w14:paraId="2441CC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0B5F06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5793A4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61FB85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7,8</w:t>
            </w:r>
          </w:p>
        </w:tc>
      </w:tr>
      <w:tr w:rsidR="006F0136" w:rsidRPr="00D77020" w14:paraId="0EE2847E" w14:textId="77777777">
        <w:tc>
          <w:tcPr>
            <w:tcW w:w="1234" w:type="dxa"/>
          </w:tcPr>
          <w:p w14:paraId="3DA95D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257464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BQ-4-е</w:t>
            </w:r>
          </w:p>
        </w:tc>
        <w:tc>
          <w:tcPr>
            <w:tcW w:w="1234" w:type="dxa"/>
          </w:tcPr>
          <w:p w14:paraId="7D5343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</w:t>
            </w:r>
          </w:p>
        </w:tc>
        <w:tc>
          <w:tcPr>
            <w:tcW w:w="1234" w:type="dxa"/>
          </w:tcPr>
          <w:p w14:paraId="7E4907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52A945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42CF98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310B059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4,1</w:t>
            </w:r>
          </w:p>
        </w:tc>
      </w:tr>
      <w:tr w:rsidR="006F0136" w:rsidRPr="00D77020" w14:paraId="2DBFB438" w14:textId="77777777">
        <w:tc>
          <w:tcPr>
            <w:tcW w:w="1234" w:type="dxa"/>
          </w:tcPr>
          <w:p w14:paraId="23019B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0FAFEE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BQ-5-б</w:t>
            </w:r>
          </w:p>
        </w:tc>
        <w:tc>
          <w:tcPr>
            <w:tcW w:w="1234" w:type="dxa"/>
          </w:tcPr>
          <w:p w14:paraId="6B673F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</w:t>
            </w:r>
          </w:p>
        </w:tc>
        <w:tc>
          <w:tcPr>
            <w:tcW w:w="1234" w:type="dxa"/>
          </w:tcPr>
          <w:p w14:paraId="73066A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5838DB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185AE1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18F9E7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9,6</w:t>
            </w:r>
          </w:p>
        </w:tc>
      </w:tr>
      <w:tr w:rsidR="006F0136" w:rsidRPr="00D77020" w14:paraId="5C127C41" w14:textId="77777777">
        <w:tc>
          <w:tcPr>
            <w:tcW w:w="1234" w:type="dxa"/>
          </w:tcPr>
          <w:p w14:paraId="2E7192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5611D1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BQ-5-в</w:t>
            </w:r>
          </w:p>
        </w:tc>
        <w:tc>
          <w:tcPr>
            <w:tcW w:w="1234" w:type="dxa"/>
          </w:tcPr>
          <w:p w14:paraId="04A48D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</w:t>
            </w:r>
          </w:p>
        </w:tc>
        <w:tc>
          <w:tcPr>
            <w:tcW w:w="1234" w:type="dxa"/>
          </w:tcPr>
          <w:p w14:paraId="37D5F4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260BA3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278541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3E40EEB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10,4</w:t>
            </w:r>
          </w:p>
        </w:tc>
      </w:tr>
      <w:tr w:rsidR="006F0136" w:rsidRPr="00D77020" w14:paraId="2CF6E6ED" w14:textId="77777777">
        <w:tc>
          <w:tcPr>
            <w:tcW w:w="1234" w:type="dxa"/>
          </w:tcPr>
          <w:p w14:paraId="4C35B6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43954A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BQ-5-д</w:t>
            </w:r>
          </w:p>
        </w:tc>
        <w:tc>
          <w:tcPr>
            <w:tcW w:w="1234" w:type="dxa"/>
          </w:tcPr>
          <w:p w14:paraId="51611B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</w:t>
            </w:r>
          </w:p>
        </w:tc>
        <w:tc>
          <w:tcPr>
            <w:tcW w:w="1234" w:type="dxa"/>
          </w:tcPr>
          <w:p w14:paraId="1575BF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61330F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7EF648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493C64E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4,4</w:t>
            </w:r>
          </w:p>
        </w:tc>
      </w:tr>
      <w:tr w:rsidR="006F0136" w:rsidRPr="00D77020" w14:paraId="7F5A5F7E" w14:textId="77777777">
        <w:tc>
          <w:tcPr>
            <w:tcW w:w="1234" w:type="dxa"/>
          </w:tcPr>
          <w:p w14:paraId="1705EE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598C84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BQ-5-з</w:t>
            </w:r>
          </w:p>
        </w:tc>
        <w:tc>
          <w:tcPr>
            <w:tcW w:w="1234" w:type="dxa"/>
          </w:tcPr>
          <w:p w14:paraId="7EB4FB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</w:t>
            </w:r>
          </w:p>
        </w:tc>
        <w:tc>
          <w:tcPr>
            <w:tcW w:w="1234" w:type="dxa"/>
          </w:tcPr>
          <w:p w14:paraId="00136D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044FE3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07D416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6E6A4EB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2,7</w:t>
            </w:r>
          </w:p>
        </w:tc>
      </w:tr>
      <w:tr w:rsidR="006F0136" w:rsidRPr="00D77020" w14:paraId="60049497" w14:textId="77777777">
        <w:tc>
          <w:tcPr>
            <w:tcW w:w="1234" w:type="dxa"/>
          </w:tcPr>
          <w:p w14:paraId="490E68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2023</w:t>
            </w:r>
          </w:p>
        </w:tc>
        <w:tc>
          <w:tcPr>
            <w:tcW w:w="1234" w:type="dxa"/>
          </w:tcPr>
          <w:p w14:paraId="48CE96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BQ-5-м</w:t>
            </w:r>
          </w:p>
        </w:tc>
        <w:tc>
          <w:tcPr>
            <w:tcW w:w="1234" w:type="dxa"/>
          </w:tcPr>
          <w:p w14:paraId="386B21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</w:t>
            </w:r>
          </w:p>
        </w:tc>
        <w:tc>
          <w:tcPr>
            <w:tcW w:w="1234" w:type="dxa"/>
          </w:tcPr>
          <w:p w14:paraId="00FBF8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5D6A06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47906B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0A725A7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1,4</w:t>
            </w:r>
          </w:p>
        </w:tc>
      </w:tr>
      <w:tr w:rsidR="006F0136" w:rsidRPr="00D77020" w14:paraId="18EC09B6" w14:textId="77777777">
        <w:tc>
          <w:tcPr>
            <w:tcW w:w="1234" w:type="dxa"/>
          </w:tcPr>
          <w:p w14:paraId="2AC542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6C873E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BQ-54-б</w:t>
            </w:r>
          </w:p>
        </w:tc>
        <w:tc>
          <w:tcPr>
            <w:tcW w:w="1234" w:type="dxa"/>
          </w:tcPr>
          <w:p w14:paraId="1B7137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54</w:t>
            </w:r>
          </w:p>
        </w:tc>
        <w:tc>
          <w:tcPr>
            <w:tcW w:w="1234" w:type="dxa"/>
          </w:tcPr>
          <w:p w14:paraId="616EEE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77BFAE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0FA427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27879F0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5,1</w:t>
            </w:r>
          </w:p>
        </w:tc>
      </w:tr>
      <w:tr w:rsidR="006F0136" w:rsidRPr="00D77020" w14:paraId="477E3F75" w14:textId="77777777">
        <w:tc>
          <w:tcPr>
            <w:tcW w:w="1234" w:type="dxa"/>
          </w:tcPr>
          <w:p w14:paraId="323D59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76AD6F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BQ-6-а</w:t>
            </w:r>
          </w:p>
        </w:tc>
        <w:tc>
          <w:tcPr>
            <w:tcW w:w="1234" w:type="dxa"/>
          </w:tcPr>
          <w:p w14:paraId="76A77A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</w:t>
            </w:r>
          </w:p>
        </w:tc>
        <w:tc>
          <w:tcPr>
            <w:tcW w:w="1234" w:type="dxa"/>
          </w:tcPr>
          <w:p w14:paraId="12103E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1438AB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5D06F3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6EB5976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5,9</w:t>
            </w:r>
          </w:p>
        </w:tc>
      </w:tr>
      <w:tr w:rsidR="006F0136" w:rsidRPr="00D77020" w14:paraId="0DC27465" w14:textId="77777777">
        <w:tc>
          <w:tcPr>
            <w:tcW w:w="1234" w:type="dxa"/>
          </w:tcPr>
          <w:p w14:paraId="51553A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4DBFA4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BQ-6-б</w:t>
            </w:r>
          </w:p>
        </w:tc>
        <w:tc>
          <w:tcPr>
            <w:tcW w:w="1234" w:type="dxa"/>
          </w:tcPr>
          <w:p w14:paraId="4C200E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</w:t>
            </w:r>
          </w:p>
        </w:tc>
        <w:tc>
          <w:tcPr>
            <w:tcW w:w="1234" w:type="dxa"/>
          </w:tcPr>
          <w:p w14:paraId="04D079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4CE28B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2A1D30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3CDD383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4,8</w:t>
            </w:r>
          </w:p>
        </w:tc>
      </w:tr>
      <w:tr w:rsidR="006F0136" w:rsidRPr="00D77020" w14:paraId="573E6658" w14:textId="77777777">
        <w:tc>
          <w:tcPr>
            <w:tcW w:w="1234" w:type="dxa"/>
          </w:tcPr>
          <w:p w14:paraId="77F7F5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7E819E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BQ-6-г</w:t>
            </w:r>
          </w:p>
        </w:tc>
        <w:tc>
          <w:tcPr>
            <w:tcW w:w="1234" w:type="dxa"/>
          </w:tcPr>
          <w:p w14:paraId="4D9A97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</w:t>
            </w:r>
          </w:p>
        </w:tc>
        <w:tc>
          <w:tcPr>
            <w:tcW w:w="1234" w:type="dxa"/>
          </w:tcPr>
          <w:p w14:paraId="3EA828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542557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379567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9AF5AE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15,2</w:t>
            </w:r>
          </w:p>
        </w:tc>
      </w:tr>
      <w:tr w:rsidR="006F0136" w:rsidRPr="00D77020" w14:paraId="39BD2AFD" w14:textId="77777777">
        <w:tc>
          <w:tcPr>
            <w:tcW w:w="1234" w:type="dxa"/>
          </w:tcPr>
          <w:p w14:paraId="0FE91A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7CAAAD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BQ-69-а</w:t>
            </w:r>
          </w:p>
        </w:tc>
        <w:tc>
          <w:tcPr>
            <w:tcW w:w="1234" w:type="dxa"/>
          </w:tcPr>
          <w:p w14:paraId="3AC3F5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69</w:t>
            </w:r>
          </w:p>
        </w:tc>
        <w:tc>
          <w:tcPr>
            <w:tcW w:w="1234" w:type="dxa"/>
          </w:tcPr>
          <w:p w14:paraId="0AACB2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1E3630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1FFCD6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41B0E13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4,9</w:t>
            </w:r>
          </w:p>
        </w:tc>
      </w:tr>
      <w:tr w:rsidR="006F0136" w:rsidRPr="00D77020" w14:paraId="6DB017FF" w14:textId="77777777">
        <w:tc>
          <w:tcPr>
            <w:tcW w:w="1234" w:type="dxa"/>
          </w:tcPr>
          <w:p w14:paraId="2926F9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57345E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BQ-7-а</w:t>
            </w:r>
          </w:p>
        </w:tc>
        <w:tc>
          <w:tcPr>
            <w:tcW w:w="1234" w:type="dxa"/>
          </w:tcPr>
          <w:p w14:paraId="0F07BC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</w:t>
            </w:r>
          </w:p>
        </w:tc>
        <w:tc>
          <w:tcPr>
            <w:tcW w:w="1234" w:type="dxa"/>
          </w:tcPr>
          <w:p w14:paraId="36E606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3193C1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0C7FA2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17853E3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3,4</w:t>
            </w:r>
          </w:p>
        </w:tc>
      </w:tr>
      <w:tr w:rsidR="006F0136" w:rsidRPr="00D77020" w14:paraId="432E0293" w14:textId="77777777">
        <w:tc>
          <w:tcPr>
            <w:tcW w:w="1234" w:type="dxa"/>
          </w:tcPr>
          <w:p w14:paraId="179579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5C73C0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BQ-7-б</w:t>
            </w:r>
          </w:p>
        </w:tc>
        <w:tc>
          <w:tcPr>
            <w:tcW w:w="1234" w:type="dxa"/>
          </w:tcPr>
          <w:p w14:paraId="5F9AD6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</w:t>
            </w:r>
          </w:p>
        </w:tc>
        <w:tc>
          <w:tcPr>
            <w:tcW w:w="1234" w:type="dxa"/>
          </w:tcPr>
          <w:p w14:paraId="52261C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1B1181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09A27D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9C484F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1,7</w:t>
            </w:r>
          </w:p>
        </w:tc>
      </w:tr>
      <w:tr w:rsidR="006F0136" w:rsidRPr="00D77020" w14:paraId="24829987" w14:textId="77777777">
        <w:tc>
          <w:tcPr>
            <w:tcW w:w="1234" w:type="dxa"/>
          </w:tcPr>
          <w:p w14:paraId="57258B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565767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BQ-7-в</w:t>
            </w:r>
          </w:p>
        </w:tc>
        <w:tc>
          <w:tcPr>
            <w:tcW w:w="1234" w:type="dxa"/>
          </w:tcPr>
          <w:p w14:paraId="721748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</w:t>
            </w:r>
          </w:p>
        </w:tc>
        <w:tc>
          <w:tcPr>
            <w:tcW w:w="1234" w:type="dxa"/>
          </w:tcPr>
          <w:p w14:paraId="023458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2D291E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1D72E4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BB0B0F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3,1</w:t>
            </w:r>
          </w:p>
        </w:tc>
      </w:tr>
      <w:tr w:rsidR="006F0136" w:rsidRPr="00D77020" w14:paraId="1AA5A2F0" w14:textId="77777777">
        <w:tc>
          <w:tcPr>
            <w:tcW w:w="1234" w:type="dxa"/>
          </w:tcPr>
          <w:p w14:paraId="41488B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1723A8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BQ-70-в</w:t>
            </w:r>
          </w:p>
        </w:tc>
        <w:tc>
          <w:tcPr>
            <w:tcW w:w="1234" w:type="dxa"/>
          </w:tcPr>
          <w:p w14:paraId="4E1317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4D74DB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170DE4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0B03DF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2EB2C11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1,3</w:t>
            </w:r>
          </w:p>
        </w:tc>
      </w:tr>
      <w:tr w:rsidR="006F0136" w:rsidRPr="00D77020" w14:paraId="69A7EFD0" w14:textId="77777777">
        <w:tc>
          <w:tcPr>
            <w:tcW w:w="1234" w:type="dxa"/>
          </w:tcPr>
          <w:p w14:paraId="5F688B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48AA94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BQ-71-а</w:t>
            </w:r>
          </w:p>
        </w:tc>
        <w:tc>
          <w:tcPr>
            <w:tcW w:w="1234" w:type="dxa"/>
          </w:tcPr>
          <w:p w14:paraId="530D61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71</w:t>
            </w:r>
          </w:p>
        </w:tc>
        <w:tc>
          <w:tcPr>
            <w:tcW w:w="1234" w:type="dxa"/>
          </w:tcPr>
          <w:p w14:paraId="435144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1FB085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520BD5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2B07E9F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2,5</w:t>
            </w:r>
          </w:p>
        </w:tc>
      </w:tr>
      <w:tr w:rsidR="006F0136" w:rsidRPr="00D77020" w14:paraId="0A65D77B" w14:textId="77777777">
        <w:tc>
          <w:tcPr>
            <w:tcW w:w="1234" w:type="dxa"/>
          </w:tcPr>
          <w:p w14:paraId="6AA7F0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47B4F0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BQ-72-а</w:t>
            </w:r>
          </w:p>
        </w:tc>
        <w:tc>
          <w:tcPr>
            <w:tcW w:w="1234" w:type="dxa"/>
          </w:tcPr>
          <w:p w14:paraId="036BA0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72</w:t>
            </w:r>
          </w:p>
        </w:tc>
        <w:tc>
          <w:tcPr>
            <w:tcW w:w="1234" w:type="dxa"/>
          </w:tcPr>
          <w:p w14:paraId="52E93D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58F81B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414DC9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603FCB4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11,4</w:t>
            </w:r>
          </w:p>
        </w:tc>
      </w:tr>
      <w:tr w:rsidR="006F0136" w:rsidRPr="00D77020" w14:paraId="2A46E066" w14:textId="77777777">
        <w:tc>
          <w:tcPr>
            <w:tcW w:w="1234" w:type="dxa"/>
          </w:tcPr>
          <w:p w14:paraId="000853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5A6959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BQ-73-м</w:t>
            </w:r>
          </w:p>
        </w:tc>
        <w:tc>
          <w:tcPr>
            <w:tcW w:w="1234" w:type="dxa"/>
          </w:tcPr>
          <w:p w14:paraId="16A209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73</w:t>
            </w:r>
          </w:p>
        </w:tc>
        <w:tc>
          <w:tcPr>
            <w:tcW w:w="1234" w:type="dxa"/>
          </w:tcPr>
          <w:p w14:paraId="61414E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216B63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2FDE8B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07A0436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7,6</w:t>
            </w:r>
          </w:p>
        </w:tc>
      </w:tr>
      <w:tr w:rsidR="006F0136" w:rsidRPr="00D77020" w14:paraId="0FA5E3C8" w14:textId="77777777">
        <w:tc>
          <w:tcPr>
            <w:tcW w:w="1234" w:type="dxa"/>
          </w:tcPr>
          <w:p w14:paraId="7C1B66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42492D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BQ-73-н</w:t>
            </w:r>
          </w:p>
        </w:tc>
        <w:tc>
          <w:tcPr>
            <w:tcW w:w="1234" w:type="dxa"/>
          </w:tcPr>
          <w:p w14:paraId="0C541A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73</w:t>
            </w:r>
          </w:p>
        </w:tc>
        <w:tc>
          <w:tcPr>
            <w:tcW w:w="1234" w:type="dxa"/>
          </w:tcPr>
          <w:p w14:paraId="118AB6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1180EB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19E723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33ABE5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4,0</w:t>
            </w:r>
          </w:p>
        </w:tc>
      </w:tr>
      <w:tr w:rsidR="006F0136" w:rsidRPr="00D77020" w14:paraId="5B6286E7" w14:textId="77777777">
        <w:tc>
          <w:tcPr>
            <w:tcW w:w="1234" w:type="dxa"/>
          </w:tcPr>
          <w:p w14:paraId="6A203C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71AAF6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BQ-73-т</w:t>
            </w:r>
          </w:p>
        </w:tc>
        <w:tc>
          <w:tcPr>
            <w:tcW w:w="1234" w:type="dxa"/>
          </w:tcPr>
          <w:p w14:paraId="46AF90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73</w:t>
            </w:r>
          </w:p>
        </w:tc>
        <w:tc>
          <w:tcPr>
            <w:tcW w:w="1234" w:type="dxa"/>
          </w:tcPr>
          <w:p w14:paraId="583E7E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708DD9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0CEAA2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0619A2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1,5</w:t>
            </w:r>
          </w:p>
        </w:tc>
      </w:tr>
      <w:tr w:rsidR="006F0136" w:rsidRPr="00D77020" w14:paraId="16B0C681" w14:textId="77777777">
        <w:tc>
          <w:tcPr>
            <w:tcW w:w="1234" w:type="dxa"/>
          </w:tcPr>
          <w:p w14:paraId="6DDE3E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020FEA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BQ-79-я</w:t>
            </w:r>
          </w:p>
        </w:tc>
        <w:tc>
          <w:tcPr>
            <w:tcW w:w="1234" w:type="dxa"/>
          </w:tcPr>
          <w:p w14:paraId="37A2EC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79</w:t>
            </w:r>
          </w:p>
        </w:tc>
        <w:tc>
          <w:tcPr>
            <w:tcW w:w="1234" w:type="dxa"/>
          </w:tcPr>
          <w:p w14:paraId="0048EB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я</w:t>
            </w:r>
          </w:p>
        </w:tc>
        <w:tc>
          <w:tcPr>
            <w:tcW w:w="1234" w:type="dxa"/>
          </w:tcPr>
          <w:p w14:paraId="0877E6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7AE019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022D15F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14,9</w:t>
            </w:r>
          </w:p>
        </w:tc>
      </w:tr>
      <w:tr w:rsidR="006F0136" w:rsidRPr="00D77020" w14:paraId="42D7BB94" w14:textId="77777777">
        <w:tc>
          <w:tcPr>
            <w:tcW w:w="1234" w:type="dxa"/>
          </w:tcPr>
          <w:p w14:paraId="16BBFC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44D4E5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BQ-9-а</w:t>
            </w:r>
          </w:p>
        </w:tc>
        <w:tc>
          <w:tcPr>
            <w:tcW w:w="1234" w:type="dxa"/>
          </w:tcPr>
          <w:p w14:paraId="3676FF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</w:t>
            </w:r>
          </w:p>
        </w:tc>
        <w:tc>
          <w:tcPr>
            <w:tcW w:w="1234" w:type="dxa"/>
          </w:tcPr>
          <w:p w14:paraId="0E3100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08EF6E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6472DF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5E44FD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6D507343" w14:textId="77777777">
        <w:tc>
          <w:tcPr>
            <w:tcW w:w="1234" w:type="dxa"/>
          </w:tcPr>
          <w:p w14:paraId="6943F9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6FD124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BQ-96-б</w:t>
            </w:r>
          </w:p>
        </w:tc>
        <w:tc>
          <w:tcPr>
            <w:tcW w:w="1234" w:type="dxa"/>
          </w:tcPr>
          <w:p w14:paraId="4573FA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96</w:t>
            </w:r>
          </w:p>
        </w:tc>
        <w:tc>
          <w:tcPr>
            <w:tcW w:w="1234" w:type="dxa"/>
          </w:tcPr>
          <w:p w14:paraId="0D704D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284F35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01C87A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030EE41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5,2</w:t>
            </w:r>
          </w:p>
        </w:tc>
      </w:tr>
      <w:tr w:rsidR="006F0136" w:rsidRPr="00D77020" w14:paraId="0630AF32" w14:textId="77777777">
        <w:tc>
          <w:tcPr>
            <w:tcW w:w="1234" w:type="dxa"/>
          </w:tcPr>
          <w:p w14:paraId="4262B1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5F395C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BQ-96-в</w:t>
            </w:r>
          </w:p>
        </w:tc>
        <w:tc>
          <w:tcPr>
            <w:tcW w:w="1234" w:type="dxa"/>
          </w:tcPr>
          <w:p w14:paraId="36ABC4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96</w:t>
            </w:r>
          </w:p>
        </w:tc>
        <w:tc>
          <w:tcPr>
            <w:tcW w:w="1234" w:type="dxa"/>
          </w:tcPr>
          <w:p w14:paraId="7696A5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0C4A81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214BEF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793876C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23,2</w:t>
            </w:r>
          </w:p>
        </w:tc>
      </w:tr>
      <w:tr w:rsidR="006F0136" w:rsidRPr="00D77020" w14:paraId="68907D5D" w14:textId="77777777">
        <w:tc>
          <w:tcPr>
            <w:tcW w:w="1234" w:type="dxa"/>
          </w:tcPr>
          <w:p w14:paraId="14BDC5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4F6156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BQ-96-и</w:t>
            </w:r>
          </w:p>
        </w:tc>
        <w:tc>
          <w:tcPr>
            <w:tcW w:w="1234" w:type="dxa"/>
          </w:tcPr>
          <w:p w14:paraId="645077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96</w:t>
            </w:r>
          </w:p>
        </w:tc>
        <w:tc>
          <w:tcPr>
            <w:tcW w:w="1234" w:type="dxa"/>
          </w:tcPr>
          <w:p w14:paraId="7E0BD6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272EF9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501C25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62CCDEE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3,8</w:t>
            </w:r>
          </w:p>
        </w:tc>
      </w:tr>
      <w:tr w:rsidR="006F0136" w:rsidRPr="00D77020" w14:paraId="0F449178" w14:textId="77777777">
        <w:tc>
          <w:tcPr>
            <w:tcW w:w="1234" w:type="dxa"/>
          </w:tcPr>
          <w:p w14:paraId="0A2648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79A9F0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BQ-96-с</w:t>
            </w:r>
          </w:p>
        </w:tc>
        <w:tc>
          <w:tcPr>
            <w:tcW w:w="1234" w:type="dxa"/>
          </w:tcPr>
          <w:p w14:paraId="078323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96</w:t>
            </w:r>
          </w:p>
        </w:tc>
        <w:tc>
          <w:tcPr>
            <w:tcW w:w="1234" w:type="dxa"/>
          </w:tcPr>
          <w:p w14:paraId="4CE722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5A3376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034B55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7C13663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1,8</w:t>
            </w:r>
          </w:p>
        </w:tc>
      </w:tr>
      <w:tr w:rsidR="006F0136" w:rsidRPr="00D77020" w14:paraId="78042F13" w14:textId="77777777">
        <w:tc>
          <w:tcPr>
            <w:tcW w:w="1234" w:type="dxa"/>
          </w:tcPr>
          <w:p w14:paraId="548D52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4C90C1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BQ-96-т</w:t>
            </w:r>
          </w:p>
        </w:tc>
        <w:tc>
          <w:tcPr>
            <w:tcW w:w="1234" w:type="dxa"/>
          </w:tcPr>
          <w:p w14:paraId="685DB3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96</w:t>
            </w:r>
          </w:p>
        </w:tc>
        <w:tc>
          <w:tcPr>
            <w:tcW w:w="1234" w:type="dxa"/>
          </w:tcPr>
          <w:p w14:paraId="6DC21C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4AD6FB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348C64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08EFF12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2BC6A53C" w14:textId="77777777">
        <w:tc>
          <w:tcPr>
            <w:tcW w:w="1234" w:type="dxa"/>
          </w:tcPr>
          <w:p w14:paraId="538EE3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2BA8C9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BQ-96-х</w:t>
            </w:r>
          </w:p>
        </w:tc>
        <w:tc>
          <w:tcPr>
            <w:tcW w:w="1234" w:type="dxa"/>
          </w:tcPr>
          <w:p w14:paraId="053E90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96</w:t>
            </w:r>
          </w:p>
        </w:tc>
        <w:tc>
          <w:tcPr>
            <w:tcW w:w="1234" w:type="dxa"/>
          </w:tcPr>
          <w:p w14:paraId="4C28DB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х</w:t>
            </w:r>
          </w:p>
        </w:tc>
        <w:tc>
          <w:tcPr>
            <w:tcW w:w="1234" w:type="dxa"/>
          </w:tcPr>
          <w:p w14:paraId="5674C2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58566D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06A2BA0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2,4</w:t>
            </w:r>
          </w:p>
        </w:tc>
      </w:tr>
      <w:tr w:rsidR="006F0136" w:rsidRPr="00D77020" w14:paraId="15EEDAAF" w14:textId="77777777">
        <w:tc>
          <w:tcPr>
            <w:tcW w:w="1234" w:type="dxa"/>
          </w:tcPr>
          <w:p w14:paraId="7EBDC5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5156CB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BQ-96-ц</w:t>
            </w:r>
          </w:p>
        </w:tc>
        <w:tc>
          <w:tcPr>
            <w:tcW w:w="1234" w:type="dxa"/>
          </w:tcPr>
          <w:p w14:paraId="09DA4A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96</w:t>
            </w:r>
          </w:p>
        </w:tc>
        <w:tc>
          <w:tcPr>
            <w:tcW w:w="1234" w:type="dxa"/>
          </w:tcPr>
          <w:p w14:paraId="165D26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ц</w:t>
            </w:r>
          </w:p>
        </w:tc>
        <w:tc>
          <w:tcPr>
            <w:tcW w:w="1234" w:type="dxa"/>
          </w:tcPr>
          <w:p w14:paraId="0EA44B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4FE886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2686A18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2,5</w:t>
            </w:r>
          </w:p>
        </w:tc>
      </w:tr>
      <w:tr w:rsidR="006F0136" w:rsidRPr="00D77020" w14:paraId="433FA540" w14:textId="77777777">
        <w:tc>
          <w:tcPr>
            <w:tcW w:w="7404" w:type="dxa"/>
            <w:gridSpan w:val="6"/>
          </w:tcPr>
          <w:p w14:paraId="074838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78BE9AA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436,8</w:t>
            </w:r>
          </w:p>
        </w:tc>
      </w:tr>
    </w:tbl>
    <w:p w14:paraId="7BB36515" w14:textId="77777777" w:rsidR="006F0136" w:rsidRPr="00D77020" w:rsidRDefault="00D77020">
      <w:pPr>
        <w:rPr>
          <w:lang w:val="bg-BG"/>
        </w:rPr>
      </w:pPr>
      <w:r w:rsidRPr="00D77020">
        <w:rPr>
          <w:lang w:val="bg-BG"/>
        </w:rPr>
        <w:br w:type="page"/>
      </w:r>
    </w:p>
    <w:p w14:paraId="2C39D8DB" w14:textId="77777777" w:rsidR="006F0136" w:rsidRPr="00D77020" w:rsidRDefault="00D77020">
      <w:pPr>
        <w:pStyle w:val="Heading1"/>
        <w:rPr>
          <w:lang w:val="bg-BG"/>
        </w:rPr>
      </w:pPr>
      <w:bookmarkStart w:id="22" w:name="_Toc222837688"/>
      <w:r w:rsidRPr="00D77020">
        <w:rPr>
          <w:lang w:val="bg-BG"/>
        </w:rPr>
        <w:lastRenderedPageBreak/>
        <w:t xml:space="preserve">ДГС Рилски манастир - Обща площ: 377,0 </w:t>
      </w:r>
      <w:proofErr w:type="spellStart"/>
      <w:r w:rsidRPr="00D77020">
        <w:rPr>
          <w:lang w:val="bg-BG"/>
        </w:rPr>
        <w:t>хa</w:t>
      </w:r>
      <w:bookmarkEnd w:id="22"/>
      <w:proofErr w:type="spellEnd"/>
    </w:p>
    <w:p w14:paraId="424117B6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BG0000496 - Рилски манастир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62065F50" w14:textId="77777777">
        <w:tc>
          <w:tcPr>
            <w:tcW w:w="1587" w:type="dxa"/>
          </w:tcPr>
          <w:p w14:paraId="563765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264D1F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77ABBC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127D01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60ABDD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3C4E24FB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1CED98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6AAC3C22" w14:textId="77777777">
        <w:tc>
          <w:tcPr>
            <w:tcW w:w="1234" w:type="dxa"/>
          </w:tcPr>
          <w:p w14:paraId="29836A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31A0A7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HH-1002-в</w:t>
            </w:r>
          </w:p>
        </w:tc>
        <w:tc>
          <w:tcPr>
            <w:tcW w:w="1234" w:type="dxa"/>
          </w:tcPr>
          <w:p w14:paraId="7B4B55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1002</w:t>
            </w:r>
          </w:p>
        </w:tc>
        <w:tc>
          <w:tcPr>
            <w:tcW w:w="1234" w:type="dxa"/>
          </w:tcPr>
          <w:p w14:paraId="1425A2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02D917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5D785E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6DDDA26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1,3</w:t>
            </w:r>
          </w:p>
        </w:tc>
      </w:tr>
      <w:tr w:rsidR="006F0136" w:rsidRPr="00D77020" w14:paraId="7654D88B" w14:textId="77777777">
        <w:tc>
          <w:tcPr>
            <w:tcW w:w="1234" w:type="dxa"/>
          </w:tcPr>
          <w:p w14:paraId="6C8BC1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489629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HH-1002-г</w:t>
            </w:r>
          </w:p>
        </w:tc>
        <w:tc>
          <w:tcPr>
            <w:tcW w:w="1234" w:type="dxa"/>
          </w:tcPr>
          <w:p w14:paraId="43B9E9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1002</w:t>
            </w:r>
          </w:p>
        </w:tc>
        <w:tc>
          <w:tcPr>
            <w:tcW w:w="1234" w:type="dxa"/>
          </w:tcPr>
          <w:p w14:paraId="4E3604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094581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4A7A30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4C9B212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6E1CD403" w14:textId="77777777">
        <w:tc>
          <w:tcPr>
            <w:tcW w:w="1234" w:type="dxa"/>
          </w:tcPr>
          <w:p w14:paraId="30044F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3077FB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HH-1002-д</w:t>
            </w:r>
          </w:p>
        </w:tc>
        <w:tc>
          <w:tcPr>
            <w:tcW w:w="1234" w:type="dxa"/>
          </w:tcPr>
          <w:p w14:paraId="05F22B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1002</w:t>
            </w:r>
          </w:p>
        </w:tc>
        <w:tc>
          <w:tcPr>
            <w:tcW w:w="1234" w:type="dxa"/>
          </w:tcPr>
          <w:p w14:paraId="368325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604297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75BC3C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515CBF1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0,6</w:t>
            </w:r>
          </w:p>
        </w:tc>
      </w:tr>
      <w:tr w:rsidR="006F0136" w:rsidRPr="00D77020" w14:paraId="5FF5A517" w14:textId="77777777">
        <w:tc>
          <w:tcPr>
            <w:tcW w:w="1234" w:type="dxa"/>
          </w:tcPr>
          <w:p w14:paraId="62FE69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551F81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HH-1002-е</w:t>
            </w:r>
          </w:p>
        </w:tc>
        <w:tc>
          <w:tcPr>
            <w:tcW w:w="1234" w:type="dxa"/>
          </w:tcPr>
          <w:p w14:paraId="34CACF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1002</w:t>
            </w:r>
          </w:p>
        </w:tc>
        <w:tc>
          <w:tcPr>
            <w:tcW w:w="1234" w:type="dxa"/>
          </w:tcPr>
          <w:p w14:paraId="639006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274FDD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3DE0CE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745E47C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2,4</w:t>
            </w:r>
          </w:p>
        </w:tc>
      </w:tr>
      <w:tr w:rsidR="006F0136" w:rsidRPr="00D77020" w14:paraId="659992FB" w14:textId="77777777">
        <w:tc>
          <w:tcPr>
            <w:tcW w:w="1234" w:type="dxa"/>
          </w:tcPr>
          <w:p w14:paraId="6DCB5B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2D9203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HH-1009-г</w:t>
            </w:r>
          </w:p>
        </w:tc>
        <w:tc>
          <w:tcPr>
            <w:tcW w:w="1234" w:type="dxa"/>
          </w:tcPr>
          <w:p w14:paraId="55A91A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1009</w:t>
            </w:r>
          </w:p>
        </w:tc>
        <w:tc>
          <w:tcPr>
            <w:tcW w:w="1234" w:type="dxa"/>
          </w:tcPr>
          <w:p w14:paraId="5362F0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15B94F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01377B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489A617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0,6</w:t>
            </w:r>
          </w:p>
        </w:tc>
      </w:tr>
      <w:tr w:rsidR="006F0136" w:rsidRPr="00D77020" w14:paraId="04BD4B25" w14:textId="77777777">
        <w:tc>
          <w:tcPr>
            <w:tcW w:w="1234" w:type="dxa"/>
          </w:tcPr>
          <w:p w14:paraId="4FA885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0F142D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HH-1055-б</w:t>
            </w:r>
          </w:p>
        </w:tc>
        <w:tc>
          <w:tcPr>
            <w:tcW w:w="1234" w:type="dxa"/>
          </w:tcPr>
          <w:p w14:paraId="1417B0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1055</w:t>
            </w:r>
          </w:p>
        </w:tc>
        <w:tc>
          <w:tcPr>
            <w:tcW w:w="1234" w:type="dxa"/>
          </w:tcPr>
          <w:p w14:paraId="6BCCEC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2FA0B1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42C13B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0A088AB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4,6</w:t>
            </w:r>
          </w:p>
        </w:tc>
      </w:tr>
      <w:tr w:rsidR="006F0136" w:rsidRPr="00D77020" w14:paraId="4C766AA9" w14:textId="77777777">
        <w:tc>
          <w:tcPr>
            <w:tcW w:w="1234" w:type="dxa"/>
          </w:tcPr>
          <w:p w14:paraId="6CF88F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16ACB3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HH-1056-в</w:t>
            </w:r>
          </w:p>
        </w:tc>
        <w:tc>
          <w:tcPr>
            <w:tcW w:w="1234" w:type="dxa"/>
          </w:tcPr>
          <w:p w14:paraId="7A6AF1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1056</w:t>
            </w:r>
          </w:p>
        </w:tc>
        <w:tc>
          <w:tcPr>
            <w:tcW w:w="1234" w:type="dxa"/>
          </w:tcPr>
          <w:p w14:paraId="73C169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5DEA75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06991C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3AE3B3D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0,9</w:t>
            </w:r>
          </w:p>
        </w:tc>
      </w:tr>
      <w:tr w:rsidR="006F0136" w:rsidRPr="00D77020" w14:paraId="6875F9C6" w14:textId="77777777">
        <w:tc>
          <w:tcPr>
            <w:tcW w:w="1234" w:type="dxa"/>
          </w:tcPr>
          <w:p w14:paraId="75E6BA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2F89AF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HH-1056-л</w:t>
            </w:r>
          </w:p>
        </w:tc>
        <w:tc>
          <w:tcPr>
            <w:tcW w:w="1234" w:type="dxa"/>
          </w:tcPr>
          <w:p w14:paraId="501310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1056</w:t>
            </w:r>
          </w:p>
        </w:tc>
        <w:tc>
          <w:tcPr>
            <w:tcW w:w="1234" w:type="dxa"/>
          </w:tcPr>
          <w:p w14:paraId="067715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218E46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</w:t>
            </w:r>
          </w:p>
        </w:tc>
        <w:tc>
          <w:tcPr>
            <w:tcW w:w="1234" w:type="dxa"/>
          </w:tcPr>
          <w:p w14:paraId="6A3580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219B937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0,9</w:t>
            </w:r>
          </w:p>
        </w:tc>
      </w:tr>
      <w:tr w:rsidR="006F0136" w:rsidRPr="00D77020" w14:paraId="7B5AC96B" w14:textId="77777777">
        <w:tc>
          <w:tcPr>
            <w:tcW w:w="1234" w:type="dxa"/>
          </w:tcPr>
          <w:p w14:paraId="10FC19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325F34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HH-1056-н</w:t>
            </w:r>
          </w:p>
        </w:tc>
        <w:tc>
          <w:tcPr>
            <w:tcW w:w="1234" w:type="dxa"/>
          </w:tcPr>
          <w:p w14:paraId="0976D2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1056</w:t>
            </w:r>
          </w:p>
        </w:tc>
        <w:tc>
          <w:tcPr>
            <w:tcW w:w="1234" w:type="dxa"/>
          </w:tcPr>
          <w:p w14:paraId="2E693B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1626DC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</w:t>
            </w:r>
          </w:p>
        </w:tc>
        <w:tc>
          <w:tcPr>
            <w:tcW w:w="1234" w:type="dxa"/>
          </w:tcPr>
          <w:p w14:paraId="6BDFE5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0770543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1,9</w:t>
            </w:r>
          </w:p>
        </w:tc>
      </w:tr>
      <w:tr w:rsidR="006F0136" w:rsidRPr="00D77020" w14:paraId="2356BB73" w14:textId="77777777">
        <w:tc>
          <w:tcPr>
            <w:tcW w:w="1234" w:type="dxa"/>
          </w:tcPr>
          <w:p w14:paraId="64EE04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1A2071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HH-1056-х</w:t>
            </w:r>
          </w:p>
        </w:tc>
        <w:tc>
          <w:tcPr>
            <w:tcW w:w="1234" w:type="dxa"/>
          </w:tcPr>
          <w:p w14:paraId="69BF5D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1056</w:t>
            </w:r>
          </w:p>
        </w:tc>
        <w:tc>
          <w:tcPr>
            <w:tcW w:w="1234" w:type="dxa"/>
          </w:tcPr>
          <w:p w14:paraId="6D6282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х</w:t>
            </w:r>
          </w:p>
        </w:tc>
        <w:tc>
          <w:tcPr>
            <w:tcW w:w="1234" w:type="dxa"/>
          </w:tcPr>
          <w:p w14:paraId="77402D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</w:t>
            </w:r>
          </w:p>
        </w:tc>
        <w:tc>
          <w:tcPr>
            <w:tcW w:w="1234" w:type="dxa"/>
          </w:tcPr>
          <w:p w14:paraId="741FDC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0565897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7C1B05C3" w14:textId="77777777">
        <w:tc>
          <w:tcPr>
            <w:tcW w:w="1234" w:type="dxa"/>
          </w:tcPr>
          <w:p w14:paraId="5161E6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33E2C6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HH-1057-б</w:t>
            </w:r>
          </w:p>
        </w:tc>
        <w:tc>
          <w:tcPr>
            <w:tcW w:w="1234" w:type="dxa"/>
          </w:tcPr>
          <w:p w14:paraId="1DE29C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1057</w:t>
            </w:r>
          </w:p>
        </w:tc>
        <w:tc>
          <w:tcPr>
            <w:tcW w:w="1234" w:type="dxa"/>
          </w:tcPr>
          <w:p w14:paraId="199462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6C87A8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2B4C81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310DDE6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0,6</w:t>
            </w:r>
          </w:p>
        </w:tc>
      </w:tr>
      <w:tr w:rsidR="006F0136" w:rsidRPr="00D77020" w14:paraId="40153B9E" w14:textId="77777777">
        <w:tc>
          <w:tcPr>
            <w:tcW w:w="1234" w:type="dxa"/>
          </w:tcPr>
          <w:p w14:paraId="33B907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5C729D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HH-1057-в1</w:t>
            </w:r>
          </w:p>
        </w:tc>
        <w:tc>
          <w:tcPr>
            <w:tcW w:w="1234" w:type="dxa"/>
          </w:tcPr>
          <w:p w14:paraId="340BD9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1057</w:t>
            </w:r>
          </w:p>
        </w:tc>
        <w:tc>
          <w:tcPr>
            <w:tcW w:w="1234" w:type="dxa"/>
          </w:tcPr>
          <w:p w14:paraId="45A1AA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в1</w:t>
            </w:r>
          </w:p>
        </w:tc>
        <w:tc>
          <w:tcPr>
            <w:tcW w:w="1234" w:type="dxa"/>
          </w:tcPr>
          <w:p w14:paraId="6604B0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5CF5DB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5EE631E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7852FB4F" w14:textId="77777777">
        <w:tc>
          <w:tcPr>
            <w:tcW w:w="1234" w:type="dxa"/>
          </w:tcPr>
          <w:p w14:paraId="099CE7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637A4C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HH-1057-г1</w:t>
            </w:r>
          </w:p>
        </w:tc>
        <w:tc>
          <w:tcPr>
            <w:tcW w:w="1234" w:type="dxa"/>
          </w:tcPr>
          <w:p w14:paraId="65D6EA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1057</w:t>
            </w:r>
          </w:p>
        </w:tc>
        <w:tc>
          <w:tcPr>
            <w:tcW w:w="1234" w:type="dxa"/>
          </w:tcPr>
          <w:p w14:paraId="00F4DC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г1</w:t>
            </w:r>
          </w:p>
        </w:tc>
        <w:tc>
          <w:tcPr>
            <w:tcW w:w="1234" w:type="dxa"/>
          </w:tcPr>
          <w:p w14:paraId="4CAB32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5EAACC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596E522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2,0</w:t>
            </w:r>
          </w:p>
        </w:tc>
      </w:tr>
      <w:tr w:rsidR="006F0136" w:rsidRPr="00D77020" w14:paraId="38DC4C59" w14:textId="77777777">
        <w:tc>
          <w:tcPr>
            <w:tcW w:w="1234" w:type="dxa"/>
          </w:tcPr>
          <w:p w14:paraId="227FEE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20F428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HH-1057-е</w:t>
            </w:r>
          </w:p>
        </w:tc>
        <w:tc>
          <w:tcPr>
            <w:tcW w:w="1234" w:type="dxa"/>
          </w:tcPr>
          <w:p w14:paraId="51CC60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1057</w:t>
            </w:r>
          </w:p>
        </w:tc>
        <w:tc>
          <w:tcPr>
            <w:tcW w:w="1234" w:type="dxa"/>
          </w:tcPr>
          <w:p w14:paraId="288C1C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222095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5704E2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7167DED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0,1</w:t>
            </w:r>
          </w:p>
        </w:tc>
      </w:tr>
      <w:tr w:rsidR="006F0136" w:rsidRPr="00D77020" w14:paraId="5FF3D0AC" w14:textId="77777777">
        <w:tc>
          <w:tcPr>
            <w:tcW w:w="1234" w:type="dxa"/>
          </w:tcPr>
          <w:p w14:paraId="7669CA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538588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HH-1057-п</w:t>
            </w:r>
          </w:p>
        </w:tc>
        <w:tc>
          <w:tcPr>
            <w:tcW w:w="1234" w:type="dxa"/>
          </w:tcPr>
          <w:p w14:paraId="44DC6A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1057</w:t>
            </w:r>
          </w:p>
        </w:tc>
        <w:tc>
          <w:tcPr>
            <w:tcW w:w="1234" w:type="dxa"/>
          </w:tcPr>
          <w:p w14:paraId="56E2D3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56D255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5E28A4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5837639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060AB39A" w14:textId="77777777">
        <w:tc>
          <w:tcPr>
            <w:tcW w:w="1234" w:type="dxa"/>
          </w:tcPr>
          <w:p w14:paraId="279941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3D6954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HH-1057-р</w:t>
            </w:r>
          </w:p>
        </w:tc>
        <w:tc>
          <w:tcPr>
            <w:tcW w:w="1234" w:type="dxa"/>
          </w:tcPr>
          <w:p w14:paraId="0CDF40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1057</w:t>
            </w:r>
          </w:p>
        </w:tc>
        <w:tc>
          <w:tcPr>
            <w:tcW w:w="1234" w:type="dxa"/>
          </w:tcPr>
          <w:p w14:paraId="6BB3D3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6CB448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5B5BB6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687FB33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2,9</w:t>
            </w:r>
          </w:p>
        </w:tc>
      </w:tr>
      <w:tr w:rsidR="006F0136" w:rsidRPr="00D77020" w14:paraId="0AF75F45" w14:textId="77777777">
        <w:tc>
          <w:tcPr>
            <w:tcW w:w="1234" w:type="dxa"/>
          </w:tcPr>
          <w:p w14:paraId="6398C9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7764E0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HH-1057-х</w:t>
            </w:r>
          </w:p>
        </w:tc>
        <w:tc>
          <w:tcPr>
            <w:tcW w:w="1234" w:type="dxa"/>
          </w:tcPr>
          <w:p w14:paraId="73FA93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1057</w:t>
            </w:r>
          </w:p>
        </w:tc>
        <w:tc>
          <w:tcPr>
            <w:tcW w:w="1234" w:type="dxa"/>
          </w:tcPr>
          <w:p w14:paraId="6EFB15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х</w:t>
            </w:r>
          </w:p>
        </w:tc>
        <w:tc>
          <w:tcPr>
            <w:tcW w:w="1234" w:type="dxa"/>
          </w:tcPr>
          <w:p w14:paraId="316896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1458D7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2F527FA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4E49D81F" w14:textId="77777777">
        <w:tc>
          <w:tcPr>
            <w:tcW w:w="1234" w:type="dxa"/>
          </w:tcPr>
          <w:p w14:paraId="4F0E7F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7A3997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HH-1061-з</w:t>
            </w:r>
          </w:p>
        </w:tc>
        <w:tc>
          <w:tcPr>
            <w:tcW w:w="1234" w:type="dxa"/>
          </w:tcPr>
          <w:p w14:paraId="0E7A20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1061</w:t>
            </w:r>
          </w:p>
        </w:tc>
        <w:tc>
          <w:tcPr>
            <w:tcW w:w="1234" w:type="dxa"/>
          </w:tcPr>
          <w:p w14:paraId="7E4460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2049C9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49C1AD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262AAD5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1B2C3CFC" w14:textId="77777777">
        <w:tc>
          <w:tcPr>
            <w:tcW w:w="1234" w:type="dxa"/>
          </w:tcPr>
          <w:p w14:paraId="01F509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3078B2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HH-1061-т</w:t>
            </w:r>
          </w:p>
        </w:tc>
        <w:tc>
          <w:tcPr>
            <w:tcW w:w="1234" w:type="dxa"/>
          </w:tcPr>
          <w:p w14:paraId="216219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1061</w:t>
            </w:r>
          </w:p>
        </w:tc>
        <w:tc>
          <w:tcPr>
            <w:tcW w:w="1234" w:type="dxa"/>
          </w:tcPr>
          <w:p w14:paraId="4B7937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045E16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2896D4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3D665DE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437A096F" w14:textId="77777777">
        <w:tc>
          <w:tcPr>
            <w:tcW w:w="1234" w:type="dxa"/>
          </w:tcPr>
          <w:p w14:paraId="0B2C44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3C4D8C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HH-1107-д</w:t>
            </w:r>
          </w:p>
        </w:tc>
        <w:tc>
          <w:tcPr>
            <w:tcW w:w="1234" w:type="dxa"/>
          </w:tcPr>
          <w:p w14:paraId="060AE0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1107</w:t>
            </w:r>
          </w:p>
        </w:tc>
        <w:tc>
          <w:tcPr>
            <w:tcW w:w="1234" w:type="dxa"/>
          </w:tcPr>
          <w:p w14:paraId="6A4F7E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06BF43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729FA3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715776E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1,1</w:t>
            </w:r>
          </w:p>
        </w:tc>
      </w:tr>
      <w:tr w:rsidR="006F0136" w:rsidRPr="00D77020" w14:paraId="7BAE0970" w14:textId="77777777">
        <w:tc>
          <w:tcPr>
            <w:tcW w:w="1234" w:type="dxa"/>
          </w:tcPr>
          <w:p w14:paraId="3BC8CF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21BDE1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HH-1107-е</w:t>
            </w:r>
          </w:p>
        </w:tc>
        <w:tc>
          <w:tcPr>
            <w:tcW w:w="1234" w:type="dxa"/>
          </w:tcPr>
          <w:p w14:paraId="0C8F28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1107</w:t>
            </w:r>
          </w:p>
        </w:tc>
        <w:tc>
          <w:tcPr>
            <w:tcW w:w="1234" w:type="dxa"/>
          </w:tcPr>
          <w:p w14:paraId="6B1217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300E62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32EA3D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5F4881F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2EB710C4" w14:textId="77777777">
        <w:tc>
          <w:tcPr>
            <w:tcW w:w="1234" w:type="dxa"/>
          </w:tcPr>
          <w:p w14:paraId="5EACF6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2C76FE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HH-1108-б</w:t>
            </w:r>
          </w:p>
        </w:tc>
        <w:tc>
          <w:tcPr>
            <w:tcW w:w="1234" w:type="dxa"/>
          </w:tcPr>
          <w:p w14:paraId="6C0010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1108</w:t>
            </w:r>
          </w:p>
        </w:tc>
        <w:tc>
          <w:tcPr>
            <w:tcW w:w="1234" w:type="dxa"/>
          </w:tcPr>
          <w:p w14:paraId="599365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06A4AF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76FA01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02AA2D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2,0</w:t>
            </w:r>
          </w:p>
        </w:tc>
      </w:tr>
      <w:tr w:rsidR="006F0136" w:rsidRPr="00D77020" w14:paraId="511A2D63" w14:textId="77777777">
        <w:tc>
          <w:tcPr>
            <w:tcW w:w="1234" w:type="dxa"/>
          </w:tcPr>
          <w:p w14:paraId="400AFB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0055D4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HH-1108-в</w:t>
            </w:r>
          </w:p>
        </w:tc>
        <w:tc>
          <w:tcPr>
            <w:tcW w:w="1234" w:type="dxa"/>
          </w:tcPr>
          <w:p w14:paraId="77C4A9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1108</w:t>
            </w:r>
          </w:p>
        </w:tc>
        <w:tc>
          <w:tcPr>
            <w:tcW w:w="1234" w:type="dxa"/>
          </w:tcPr>
          <w:p w14:paraId="4EAC5B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453F60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2B5938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8DC28E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20,6</w:t>
            </w:r>
          </w:p>
        </w:tc>
      </w:tr>
      <w:tr w:rsidR="006F0136" w:rsidRPr="00D77020" w14:paraId="54061E88" w14:textId="77777777">
        <w:tc>
          <w:tcPr>
            <w:tcW w:w="1234" w:type="dxa"/>
          </w:tcPr>
          <w:p w14:paraId="744C18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26507D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HH-1108-г</w:t>
            </w:r>
          </w:p>
        </w:tc>
        <w:tc>
          <w:tcPr>
            <w:tcW w:w="1234" w:type="dxa"/>
          </w:tcPr>
          <w:p w14:paraId="78EF96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1108</w:t>
            </w:r>
          </w:p>
        </w:tc>
        <w:tc>
          <w:tcPr>
            <w:tcW w:w="1234" w:type="dxa"/>
          </w:tcPr>
          <w:p w14:paraId="1A5B41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39EE31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01F020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7417E70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10,2</w:t>
            </w:r>
          </w:p>
        </w:tc>
      </w:tr>
      <w:tr w:rsidR="006F0136" w:rsidRPr="00D77020" w14:paraId="54BA7FF4" w14:textId="77777777">
        <w:tc>
          <w:tcPr>
            <w:tcW w:w="1234" w:type="dxa"/>
          </w:tcPr>
          <w:p w14:paraId="09CE1A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42CA4B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HH-1108-е</w:t>
            </w:r>
          </w:p>
        </w:tc>
        <w:tc>
          <w:tcPr>
            <w:tcW w:w="1234" w:type="dxa"/>
          </w:tcPr>
          <w:p w14:paraId="65D174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1108</w:t>
            </w:r>
          </w:p>
        </w:tc>
        <w:tc>
          <w:tcPr>
            <w:tcW w:w="1234" w:type="dxa"/>
          </w:tcPr>
          <w:p w14:paraId="2F7C06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440D08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4313E9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6DEA689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1,5</w:t>
            </w:r>
          </w:p>
        </w:tc>
      </w:tr>
      <w:tr w:rsidR="006F0136" w:rsidRPr="00D77020" w14:paraId="1ED6E9D1" w14:textId="77777777">
        <w:tc>
          <w:tcPr>
            <w:tcW w:w="1234" w:type="dxa"/>
          </w:tcPr>
          <w:p w14:paraId="11CBA8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4D0A4A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HH-1108-ж</w:t>
            </w:r>
          </w:p>
        </w:tc>
        <w:tc>
          <w:tcPr>
            <w:tcW w:w="1234" w:type="dxa"/>
          </w:tcPr>
          <w:p w14:paraId="1EE45A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1108</w:t>
            </w:r>
          </w:p>
        </w:tc>
        <w:tc>
          <w:tcPr>
            <w:tcW w:w="1234" w:type="dxa"/>
          </w:tcPr>
          <w:p w14:paraId="3960E0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547E29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</w:t>
            </w:r>
          </w:p>
        </w:tc>
        <w:tc>
          <w:tcPr>
            <w:tcW w:w="1234" w:type="dxa"/>
          </w:tcPr>
          <w:p w14:paraId="071C5A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65BD00D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6,8</w:t>
            </w:r>
          </w:p>
        </w:tc>
      </w:tr>
      <w:tr w:rsidR="006F0136" w:rsidRPr="00D77020" w14:paraId="18AEC735" w14:textId="77777777">
        <w:tc>
          <w:tcPr>
            <w:tcW w:w="1234" w:type="dxa"/>
          </w:tcPr>
          <w:p w14:paraId="35D4AE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3B23FC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HH-1114-б</w:t>
            </w:r>
          </w:p>
        </w:tc>
        <w:tc>
          <w:tcPr>
            <w:tcW w:w="1234" w:type="dxa"/>
          </w:tcPr>
          <w:p w14:paraId="6EA93D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1114</w:t>
            </w:r>
          </w:p>
        </w:tc>
        <w:tc>
          <w:tcPr>
            <w:tcW w:w="1234" w:type="dxa"/>
          </w:tcPr>
          <w:p w14:paraId="6DA911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0A0B3F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</w:t>
            </w:r>
          </w:p>
        </w:tc>
        <w:tc>
          <w:tcPr>
            <w:tcW w:w="1234" w:type="dxa"/>
          </w:tcPr>
          <w:p w14:paraId="6C8FE5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6775439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23,6</w:t>
            </w:r>
          </w:p>
        </w:tc>
      </w:tr>
      <w:tr w:rsidR="006F0136" w:rsidRPr="00D77020" w14:paraId="16FF29AD" w14:textId="77777777">
        <w:tc>
          <w:tcPr>
            <w:tcW w:w="1234" w:type="dxa"/>
          </w:tcPr>
          <w:p w14:paraId="041CFD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6733B2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HH-1114-в</w:t>
            </w:r>
          </w:p>
        </w:tc>
        <w:tc>
          <w:tcPr>
            <w:tcW w:w="1234" w:type="dxa"/>
          </w:tcPr>
          <w:p w14:paraId="456487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1114</w:t>
            </w:r>
          </w:p>
        </w:tc>
        <w:tc>
          <w:tcPr>
            <w:tcW w:w="1234" w:type="dxa"/>
          </w:tcPr>
          <w:p w14:paraId="3CB657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3A4237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19670D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216ABDC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6,2</w:t>
            </w:r>
          </w:p>
        </w:tc>
      </w:tr>
      <w:tr w:rsidR="006F0136" w:rsidRPr="00D77020" w14:paraId="5C3FD45D" w14:textId="77777777">
        <w:tc>
          <w:tcPr>
            <w:tcW w:w="1234" w:type="dxa"/>
          </w:tcPr>
          <w:p w14:paraId="55EE96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3CFE95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HH-1114-г</w:t>
            </w:r>
          </w:p>
        </w:tc>
        <w:tc>
          <w:tcPr>
            <w:tcW w:w="1234" w:type="dxa"/>
          </w:tcPr>
          <w:p w14:paraId="0DCCBF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1114</w:t>
            </w:r>
          </w:p>
        </w:tc>
        <w:tc>
          <w:tcPr>
            <w:tcW w:w="1234" w:type="dxa"/>
          </w:tcPr>
          <w:p w14:paraId="02E18B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21AF27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57949E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7BA3F6C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8,3</w:t>
            </w:r>
          </w:p>
        </w:tc>
      </w:tr>
      <w:tr w:rsidR="006F0136" w:rsidRPr="00D77020" w14:paraId="379EADCF" w14:textId="77777777">
        <w:tc>
          <w:tcPr>
            <w:tcW w:w="1234" w:type="dxa"/>
          </w:tcPr>
          <w:p w14:paraId="17C2CF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2790C2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HH-1114-к</w:t>
            </w:r>
          </w:p>
        </w:tc>
        <w:tc>
          <w:tcPr>
            <w:tcW w:w="1234" w:type="dxa"/>
          </w:tcPr>
          <w:p w14:paraId="777765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1114</w:t>
            </w:r>
          </w:p>
        </w:tc>
        <w:tc>
          <w:tcPr>
            <w:tcW w:w="1234" w:type="dxa"/>
          </w:tcPr>
          <w:p w14:paraId="3A7683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6FAA61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76730C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6AA201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1,1</w:t>
            </w:r>
          </w:p>
        </w:tc>
      </w:tr>
      <w:tr w:rsidR="006F0136" w:rsidRPr="00D77020" w14:paraId="3CB80576" w14:textId="77777777">
        <w:tc>
          <w:tcPr>
            <w:tcW w:w="1234" w:type="dxa"/>
          </w:tcPr>
          <w:p w14:paraId="5D7EBD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623EBF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HH-1114-м</w:t>
            </w:r>
          </w:p>
        </w:tc>
        <w:tc>
          <w:tcPr>
            <w:tcW w:w="1234" w:type="dxa"/>
          </w:tcPr>
          <w:p w14:paraId="1C4974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1114</w:t>
            </w:r>
          </w:p>
        </w:tc>
        <w:tc>
          <w:tcPr>
            <w:tcW w:w="1234" w:type="dxa"/>
          </w:tcPr>
          <w:p w14:paraId="490823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5833AD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</w:t>
            </w:r>
          </w:p>
        </w:tc>
        <w:tc>
          <w:tcPr>
            <w:tcW w:w="1234" w:type="dxa"/>
          </w:tcPr>
          <w:p w14:paraId="519548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67016CC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2,7</w:t>
            </w:r>
          </w:p>
        </w:tc>
      </w:tr>
      <w:tr w:rsidR="006F0136" w:rsidRPr="00D77020" w14:paraId="7101F2D8" w14:textId="77777777">
        <w:tc>
          <w:tcPr>
            <w:tcW w:w="1234" w:type="dxa"/>
          </w:tcPr>
          <w:p w14:paraId="7AB645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3D9709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HH-1115-а</w:t>
            </w:r>
          </w:p>
        </w:tc>
        <w:tc>
          <w:tcPr>
            <w:tcW w:w="1234" w:type="dxa"/>
          </w:tcPr>
          <w:p w14:paraId="664958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1115</w:t>
            </w:r>
          </w:p>
        </w:tc>
        <w:tc>
          <w:tcPr>
            <w:tcW w:w="1234" w:type="dxa"/>
          </w:tcPr>
          <w:p w14:paraId="26D3FD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2DAF7A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3FEBEF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5960C8B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1,7</w:t>
            </w:r>
          </w:p>
        </w:tc>
      </w:tr>
      <w:tr w:rsidR="006F0136" w:rsidRPr="00D77020" w14:paraId="4110CF7A" w14:textId="77777777">
        <w:tc>
          <w:tcPr>
            <w:tcW w:w="1234" w:type="dxa"/>
          </w:tcPr>
          <w:p w14:paraId="72CE2F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6B0C6B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HH-1115-д</w:t>
            </w:r>
          </w:p>
        </w:tc>
        <w:tc>
          <w:tcPr>
            <w:tcW w:w="1234" w:type="dxa"/>
          </w:tcPr>
          <w:p w14:paraId="567824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1115</w:t>
            </w:r>
          </w:p>
        </w:tc>
        <w:tc>
          <w:tcPr>
            <w:tcW w:w="1234" w:type="dxa"/>
          </w:tcPr>
          <w:p w14:paraId="5A104D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3E7922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55</w:t>
            </w:r>
          </w:p>
        </w:tc>
        <w:tc>
          <w:tcPr>
            <w:tcW w:w="1234" w:type="dxa"/>
          </w:tcPr>
          <w:p w14:paraId="483058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1CA183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2,3</w:t>
            </w:r>
          </w:p>
        </w:tc>
      </w:tr>
      <w:tr w:rsidR="006F0136" w:rsidRPr="00D77020" w14:paraId="22E50B5B" w14:textId="77777777">
        <w:tc>
          <w:tcPr>
            <w:tcW w:w="1234" w:type="dxa"/>
          </w:tcPr>
          <w:p w14:paraId="3CF443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01D62C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HH-1115-е</w:t>
            </w:r>
          </w:p>
        </w:tc>
        <w:tc>
          <w:tcPr>
            <w:tcW w:w="1234" w:type="dxa"/>
          </w:tcPr>
          <w:p w14:paraId="107DC6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1115</w:t>
            </w:r>
          </w:p>
        </w:tc>
        <w:tc>
          <w:tcPr>
            <w:tcW w:w="1234" w:type="dxa"/>
          </w:tcPr>
          <w:p w14:paraId="4441EA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2FD194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1638C1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A5DFDF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6,9</w:t>
            </w:r>
          </w:p>
        </w:tc>
      </w:tr>
      <w:tr w:rsidR="006F0136" w:rsidRPr="00D77020" w14:paraId="7B58E0A6" w14:textId="77777777">
        <w:tc>
          <w:tcPr>
            <w:tcW w:w="1234" w:type="dxa"/>
          </w:tcPr>
          <w:p w14:paraId="47F169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137BF7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HH-1115-ж</w:t>
            </w:r>
          </w:p>
        </w:tc>
        <w:tc>
          <w:tcPr>
            <w:tcW w:w="1234" w:type="dxa"/>
          </w:tcPr>
          <w:p w14:paraId="15C4C6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1115</w:t>
            </w:r>
          </w:p>
        </w:tc>
        <w:tc>
          <w:tcPr>
            <w:tcW w:w="1234" w:type="dxa"/>
          </w:tcPr>
          <w:p w14:paraId="390376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54EAEE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53C41A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5319CC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9,9</w:t>
            </w:r>
          </w:p>
        </w:tc>
      </w:tr>
      <w:tr w:rsidR="006F0136" w:rsidRPr="00D77020" w14:paraId="3540B5A8" w14:textId="77777777">
        <w:tc>
          <w:tcPr>
            <w:tcW w:w="1234" w:type="dxa"/>
          </w:tcPr>
          <w:p w14:paraId="1BAF36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2BC67E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HH-1116-а</w:t>
            </w:r>
          </w:p>
        </w:tc>
        <w:tc>
          <w:tcPr>
            <w:tcW w:w="1234" w:type="dxa"/>
          </w:tcPr>
          <w:p w14:paraId="78EA55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1116</w:t>
            </w:r>
          </w:p>
        </w:tc>
        <w:tc>
          <w:tcPr>
            <w:tcW w:w="1234" w:type="dxa"/>
          </w:tcPr>
          <w:p w14:paraId="50E6C2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3FCAB4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</w:t>
            </w:r>
          </w:p>
        </w:tc>
        <w:tc>
          <w:tcPr>
            <w:tcW w:w="1234" w:type="dxa"/>
          </w:tcPr>
          <w:p w14:paraId="5E6BBC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663909F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1,3</w:t>
            </w:r>
          </w:p>
        </w:tc>
      </w:tr>
      <w:tr w:rsidR="006F0136" w:rsidRPr="00D77020" w14:paraId="0BA3C763" w14:textId="77777777">
        <w:tc>
          <w:tcPr>
            <w:tcW w:w="1234" w:type="dxa"/>
          </w:tcPr>
          <w:p w14:paraId="0E85AE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399172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HH-1116-в</w:t>
            </w:r>
          </w:p>
        </w:tc>
        <w:tc>
          <w:tcPr>
            <w:tcW w:w="1234" w:type="dxa"/>
          </w:tcPr>
          <w:p w14:paraId="1BF0F6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1116</w:t>
            </w:r>
          </w:p>
        </w:tc>
        <w:tc>
          <w:tcPr>
            <w:tcW w:w="1234" w:type="dxa"/>
          </w:tcPr>
          <w:p w14:paraId="062CB7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7C7E37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112477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3F11096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0EBB3110" w14:textId="77777777">
        <w:tc>
          <w:tcPr>
            <w:tcW w:w="1234" w:type="dxa"/>
          </w:tcPr>
          <w:p w14:paraId="2524CF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102D8D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HH-1116-д</w:t>
            </w:r>
          </w:p>
        </w:tc>
        <w:tc>
          <w:tcPr>
            <w:tcW w:w="1234" w:type="dxa"/>
          </w:tcPr>
          <w:p w14:paraId="3EA4D2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1116</w:t>
            </w:r>
          </w:p>
        </w:tc>
        <w:tc>
          <w:tcPr>
            <w:tcW w:w="1234" w:type="dxa"/>
          </w:tcPr>
          <w:p w14:paraId="5422BB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538452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</w:t>
            </w:r>
          </w:p>
        </w:tc>
        <w:tc>
          <w:tcPr>
            <w:tcW w:w="1234" w:type="dxa"/>
          </w:tcPr>
          <w:p w14:paraId="164F52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7C100C7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2,7</w:t>
            </w:r>
          </w:p>
        </w:tc>
      </w:tr>
      <w:tr w:rsidR="006F0136" w:rsidRPr="00D77020" w14:paraId="6701379B" w14:textId="77777777">
        <w:tc>
          <w:tcPr>
            <w:tcW w:w="1234" w:type="dxa"/>
          </w:tcPr>
          <w:p w14:paraId="3E55E1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7FC3FE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HH-1116-е</w:t>
            </w:r>
          </w:p>
        </w:tc>
        <w:tc>
          <w:tcPr>
            <w:tcW w:w="1234" w:type="dxa"/>
          </w:tcPr>
          <w:p w14:paraId="1D002D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1116</w:t>
            </w:r>
          </w:p>
        </w:tc>
        <w:tc>
          <w:tcPr>
            <w:tcW w:w="1234" w:type="dxa"/>
          </w:tcPr>
          <w:p w14:paraId="2ADFBE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64AD7C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6E9B3B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5433EC6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18,9</w:t>
            </w:r>
          </w:p>
        </w:tc>
      </w:tr>
      <w:tr w:rsidR="006F0136" w:rsidRPr="00D77020" w14:paraId="59A3C75C" w14:textId="77777777">
        <w:tc>
          <w:tcPr>
            <w:tcW w:w="1234" w:type="dxa"/>
          </w:tcPr>
          <w:p w14:paraId="34BF2F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25975E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HH-1116-ж</w:t>
            </w:r>
          </w:p>
        </w:tc>
        <w:tc>
          <w:tcPr>
            <w:tcW w:w="1234" w:type="dxa"/>
          </w:tcPr>
          <w:p w14:paraId="3B066E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1116</w:t>
            </w:r>
          </w:p>
        </w:tc>
        <w:tc>
          <w:tcPr>
            <w:tcW w:w="1234" w:type="dxa"/>
          </w:tcPr>
          <w:p w14:paraId="00BC7F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5A75EC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78F493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9CAF19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14,6</w:t>
            </w:r>
          </w:p>
        </w:tc>
      </w:tr>
      <w:tr w:rsidR="006F0136" w:rsidRPr="00D77020" w14:paraId="4F993D1F" w14:textId="77777777">
        <w:tc>
          <w:tcPr>
            <w:tcW w:w="1234" w:type="dxa"/>
          </w:tcPr>
          <w:p w14:paraId="7B23FE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2EE815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HH-1116-з</w:t>
            </w:r>
          </w:p>
        </w:tc>
        <w:tc>
          <w:tcPr>
            <w:tcW w:w="1234" w:type="dxa"/>
          </w:tcPr>
          <w:p w14:paraId="189ED8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1116</w:t>
            </w:r>
          </w:p>
        </w:tc>
        <w:tc>
          <w:tcPr>
            <w:tcW w:w="1234" w:type="dxa"/>
          </w:tcPr>
          <w:p w14:paraId="20F116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5C03C1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171DC3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6BF275A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14,1</w:t>
            </w:r>
          </w:p>
        </w:tc>
      </w:tr>
      <w:tr w:rsidR="006F0136" w:rsidRPr="00D77020" w14:paraId="27588C5B" w14:textId="77777777">
        <w:tc>
          <w:tcPr>
            <w:tcW w:w="1234" w:type="dxa"/>
          </w:tcPr>
          <w:p w14:paraId="44CAAE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2EA833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HH-1117-а</w:t>
            </w:r>
          </w:p>
        </w:tc>
        <w:tc>
          <w:tcPr>
            <w:tcW w:w="1234" w:type="dxa"/>
          </w:tcPr>
          <w:p w14:paraId="05C1C9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1117</w:t>
            </w:r>
          </w:p>
        </w:tc>
        <w:tc>
          <w:tcPr>
            <w:tcW w:w="1234" w:type="dxa"/>
          </w:tcPr>
          <w:p w14:paraId="7651A6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357767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40D8B8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52C80D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2,1</w:t>
            </w:r>
          </w:p>
        </w:tc>
      </w:tr>
      <w:tr w:rsidR="006F0136" w:rsidRPr="00D77020" w14:paraId="2723ADF7" w14:textId="77777777">
        <w:tc>
          <w:tcPr>
            <w:tcW w:w="1234" w:type="dxa"/>
          </w:tcPr>
          <w:p w14:paraId="0B0D52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191E2C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HH-1117-б</w:t>
            </w:r>
          </w:p>
        </w:tc>
        <w:tc>
          <w:tcPr>
            <w:tcW w:w="1234" w:type="dxa"/>
          </w:tcPr>
          <w:p w14:paraId="359D2A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1117</w:t>
            </w:r>
          </w:p>
        </w:tc>
        <w:tc>
          <w:tcPr>
            <w:tcW w:w="1234" w:type="dxa"/>
          </w:tcPr>
          <w:p w14:paraId="698666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64153B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1D936D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3BCC494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2,3</w:t>
            </w:r>
          </w:p>
        </w:tc>
      </w:tr>
      <w:tr w:rsidR="006F0136" w:rsidRPr="00D77020" w14:paraId="6F791509" w14:textId="77777777">
        <w:tc>
          <w:tcPr>
            <w:tcW w:w="1234" w:type="dxa"/>
          </w:tcPr>
          <w:p w14:paraId="1ED5A4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051ACF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HH-1117-в</w:t>
            </w:r>
          </w:p>
        </w:tc>
        <w:tc>
          <w:tcPr>
            <w:tcW w:w="1234" w:type="dxa"/>
          </w:tcPr>
          <w:p w14:paraId="709BD3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1117</w:t>
            </w:r>
          </w:p>
        </w:tc>
        <w:tc>
          <w:tcPr>
            <w:tcW w:w="1234" w:type="dxa"/>
          </w:tcPr>
          <w:p w14:paraId="2512FB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645A08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6D0F9B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AC9817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54,2</w:t>
            </w:r>
          </w:p>
        </w:tc>
      </w:tr>
      <w:tr w:rsidR="006F0136" w:rsidRPr="00D77020" w14:paraId="0CCE727D" w14:textId="77777777">
        <w:tc>
          <w:tcPr>
            <w:tcW w:w="1234" w:type="dxa"/>
          </w:tcPr>
          <w:p w14:paraId="1328F3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251DF1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HH-1117-г</w:t>
            </w:r>
          </w:p>
        </w:tc>
        <w:tc>
          <w:tcPr>
            <w:tcW w:w="1234" w:type="dxa"/>
          </w:tcPr>
          <w:p w14:paraId="08BE7A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1117</w:t>
            </w:r>
          </w:p>
        </w:tc>
        <w:tc>
          <w:tcPr>
            <w:tcW w:w="1234" w:type="dxa"/>
          </w:tcPr>
          <w:p w14:paraId="0E6899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5DDD3B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0B2F1F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9C8862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11,3</w:t>
            </w:r>
          </w:p>
        </w:tc>
      </w:tr>
      <w:tr w:rsidR="006F0136" w:rsidRPr="00D77020" w14:paraId="69209AC4" w14:textId="77777777">
        <w:tc>
          <w:tcPr>
            <w:tcW w:w="1234" w:type="dxa"/>
          </w:tcPr>
          <w:p w14:paraId="670AD8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2021</w:t>
            </w:r>
          </w:p>
        </w:tc>
        <w:tc>
          <w:tcPr>
            <w:tcW w:w="1234" w:type="dxa"/>
          </w:tcPr>
          <w:p w14:paraId="261B2F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HH-1119-а</w:t>
            </w:r>
          </w:p>
        </w:tc>
        <w:tc>
          <w:tcPr>
            <w:tcW w:w="1234" w:type="dxa"/>
          </w:tcPr>
          <w:p w14:paraId="7BE888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1119</w:t>
            </w:r>
          </w:p>
        </w:tc>
        <w:tc>
          <w:tcPr>
            <w:tcW w:w="1234" w:type="dxa"/>
          </w:tcPr>
          <w:p w14:paraId="22D79E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44ECD1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</w:t>
            </w:r>
          </w:p>
        </w:tc>
        <w:tc>
          <w:tcPr>
            <w:tcW w:w="1234" w:type="dxa"/>
          </w:tcPr>
          <w:p w14:paraId="4C2E7E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EBECF3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46AECCC7" w14:textId="77777777">
        <w:tc>
          <w:tcPr>
            <w:tcW w:w="1234" w:type="dxa"/>
          </w:tcPr>
          <w:p w14:paraId="22DE41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4395AF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HH-1119-л</w:t>
            </w:r>
          </w:p>
        </w:tc>
        <w:tc>
          <w:tcPr>
            <w:tcW w:w="1234" w:type="dxa"/>
          </w:tcPr>
          <w:p w14:paraId="606B0A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1119</w:t>
            </w:r>
          </w:p>
        </w:tc>
        <w:tc>
          <w:tcPr>
            <w:tcW w:w="1234" w:type="dxa"/>
          </w:tcPr>
          <w:p w14:paraId="056D88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56284E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234" w:type="dxa"/>
          </w:tcPr>
          <w:p w14:paraId="635BDB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602DB9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0E70ADA1" w14:textId="77777777">
        <w:tc>
          <w:tcPr>
            <w:tcW w:w="1234" w:type="dxa"/>
          </w:tcPr>
          <w:p w14:paraId="3AF2CC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0F9B4A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HH-1120-в</w:t>
            </w:r>
          </w:p>
        </w:tc>
        <w:tc>
          <w:tcPr>
            <w:tcW w:w="1234" w:type="dxa"/>
          </w:tcPr>
          <w:p w14:paraId="5386C7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1120</w:t>
            </w:r>
          </w:p>
        </w:tc>
        <w:tc>
          <w:tcPr>
            <w:tcW w:w="1234" w:type="dxa"/>
          </w:tcPr>
          <w:p w14:paraId="7495E0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34C02B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4B5F5D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24849C6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0,9</w:t>
            </w:r>
          </w:p>
        </w:tc>
      </w:tr>
      <w:tr w:rsidR="006F0136" w:rsidRPr="00D77020" w14:paraId="190C8C36" w14:textId="77777777">
        <w:tc>
          <w:tcPr>
            <w:tcW w:w="1234" w:type="dxa"/>
          </w:tcPr>
          <w:p w14:paraId="13C1B2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08E168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HH-1120-д</w:t>
            </w:r>
          </w:p>
        </w:tc>
        <w:tc>
          <w:tcPr>
            <w:tcW w:w="1234" w:type="dxa"/>
          </w:tcPr>
          <w:p w14:paraId="4A6814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1120</w:t>
            </w:r>
          </w:p>
        </w:tc>
        <w:tc>
          <w:tcPr>
            <w:tcW w:w="1234" w:type="dxa"/>
          </w:tcPr>
          <w:p w14:paraId="15D5D2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4705A0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3DED08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4959E75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11,4</w:t>
            </w:r>
          </w:p>
        </w:tc>
      </w:tr>
      <w:tr w:rsidR="006F0136" w:rsidRPr="00D77020" w14:paraId="736D950A" w14:textId="77777777">
        <w:tc>
          <w:tcPr>
            <w:tcW w:w="1234" w:type="dxa"/>
          </w:tcPr>
          <w:p w14:paraId="116BAF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6B3527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HH-1120-е</w:t>
            </w:r>
          </w:p>
        </w:tc>
        <w:tc>
          <w:tcPr>
            <w:tcW w:w="1234" w:type="dxa"/>
          </w:tcPr>
          <w:p w14:paraId="712760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1120</w:t>
            </w:r>
          </w:p>
        </w:tc>
        <w:tc>
          <w:tcPr>
            <w:tcW w:w="1234" w:type="dxa"/>
          </w:tcPr>
          <w:p w14:paraId="0EB105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382FC3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1B6528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12D794A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7,2</w:t>
            </w:r>
          </w:p>
        </w:tc>
      </w:tr>
      <w:tr w:rsidR="006F0136" w:rsidRPr="00D77020" w14:paraId="046EF51B" w14:textId="77777777">
        <w:tc>
          <w:tcPr>
            <w:tcW w:w="1234" w:type="dxa"/>
          </w:tcPr>
          <w:p w14:paraId="4DFB95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47A117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HH-1121-т</w:t>
            </w:r>
          </w:p>
        </w:tc>
        <w:tc>
          <w:tcPr>
            <w:tcW w:w="1234" w:type="dxa"/>
          </w:tcPr>
          <w:p w14:paraId="0A01D3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1121</w:t>
            </w:r>
          </w:p>
        </w:tc>
        <w:tc>
          <w:tcPr>
            <w:tcW w:w="1234" w:type="dxa"/>
          </w:tcPr>
          <w:p w14:paraId="03175A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320527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0ACA20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0755DF9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7BD49E6E" w14:textId="77777777">
        <w:tc>
          <w:tcPr>
            <w:tcW w:w="7404" w:type="dxa"/>
            <w:gridSpan w:val="6"/>
          </w:tcPr>
          <w:p w14:paraId="2FBDB3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1B8C98F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272,5</w:t>
            </w:r>
          </w:p>
        </w:tc>
      </w:tr>
    </w:tbl>
    <w:p w14:paraId="26CEE157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BG0001013 - Скрино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0F9C50CF" w14:textId="77777777">
        <w:tc>
          <w:tcPr>
            <w:tcW w:w="1587" w:type="dxa"/>
          </w:tcPr>
          <w:p w14:paraId="69A798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5D8C95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753F04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0D9097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7F214D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3BB6FCA6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760742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0165E7F8" w14:textId="77777777">
        <w:tc>
          <w:tcPr>
            <w:tcW w:w="1234" w:type="dxa"/>
          </w:tcPr>
          <w:p w14:paraId="7AD4BD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4E8579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HH-1232-з</w:t>
            </w:r>
          </w:p>
        </w:tc>
        <w:tc>
          <w:tcPr>
            <w:tcW w:w="1234" w:type="dxa"/>
          </w:tcPr>
          <w:p w14:paraId="718545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1232</w:t>
            </w:r>
          </w:p>
        </w:tc>
        <w:tc>
          <w:tcPr>
            <w:tcW w:w="1234" w:type="dxa"/>
          </w:tcPr>
          <w:p w14:paraId="20CBF1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4AFD6D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776786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59AA9D6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2,8</w:t>
            </w:r>
          </w:p>
        </w:tc>
      </w:tr>
      <w:tr w:rsidR="006F0136" w:rsidRPr="00D77020" w14:paraId="4D44ACAE" w14:textId="77777777">
        <w:tc>
          <w:tcPr>
            <w:tcW w:w="1234" w:type="dxa"/>
          </w:tcPr>
          <w:p w14:paraId="3D80BD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0EE94E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HH-1232-у</w:t>
            </w:r>
          </w:p>
        </w:tc>
        <w:tc>
          <w:tcPr>
            <w:tcW w:w="1234" w:type="dxa"/>
          </w:tcPr>
          <w:p w14:paraId="276B67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1232</w:t>
            </w:r>
          </w:p>
        </w:tc>
        <w:tc>
          <w:tcPr>
            <w:tcW w:w="1234" w:type="dxa"/>
          </w:tcPr>
          <w:p w14:paraId="5E6DB4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у</w:t>
            </w:r>
          </w:p>
        </w:tc>
        <w:tc>
          <w:tcPr>
            <w:tcW w:w="1234" w:type="dxa"/>
          </w:tcPr>
          <w:p w14:paraId="31A10C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0A6754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391A9EA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0,9</w:t>
            </w:r>
          </w:p>
        </w:tc>
      </w:tr>
      <w:tr w:rsidR="006F0136" w:rsidRPr="00D77020" w14:paraId="60EDC49B" w14:textId="77777777">
        <w:tc>
          <w:tcPr>
            <w:tcW w:w="1234" w:type="dxa"/>
          </w:tcPr>
          <w:p w14:paraId="5EA164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7095B1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HH-1233-л</w:t>
            </w:r>
          </w:p>
        </w:tc>
        <w:tc>
          <w:tcPr>
            <w:tcW w:w="1234" w:type="dxa"/>
          </w:tcPr>
          <w:p w14:paraId="39C3FB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1233</w:t>
            </w:r>
          </w:p>
        </w:tc>
        <w:tc>
          <w:tcPr>
            <w:tcW w:w="1234" w:type="dxa"/>
          </w:tcPr>
          <w:p w14:paraId="2EA204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188E04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1B47F7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32F7A12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1,1</w:t>
            </w:r>
          </w:p>
        </w:tc>
      </w:tr>
      <w:tr w:rsidR="006F0136" w:rsidRPr="00D77020" w14:paraId="4DE75BC4" w14:textId="77777777">
        <w:tc>
          <w:tcPr>
            <w:tcW w:w="1234" w:type="dxa"/>
          </w:tcPr>
          <w:p w14:paraId="1C9C69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377692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HH-1275-х</w:t>
            </w:r>
          </w:p>
        </w:tc>
        <w:tc>
          <w:tcPr>
            <w:tcW w:w="1234" w:type="dxa"/>
          </w:tcPr>
          <w:p w14:paraId="5AE6D6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1275</w:t>
            </w:r>
          </w:p>
        </w:tc>
        <w:tc>
          <w:tcPr>
            <w:tcW w:w="1234" w:type="dxa"/>
          </w:tcPr>
          <w:p w14:paraId="64C7DD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х</w:t>
            </w:r>
          </w:p>
        </w:tc>
        <w:tc>
          <w:tcPr>
            <w:tcW w:w="1234" w:type="dxa"/>
          </w:tcPr>
          <w:p w14:paraId="6283D2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763764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460877C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2,2</w:t>
            </w:r>
          </w:p>
        </w:tc>
      </w:tr>
      <w:tr w:rsidR="006F0136" w:rsidRPr="00D77020" w14:paraId="0DC710B8" w14:textId="77777777">
        <w:tc>
          <w:tcPr>
            <w:tcW w:w="1234" w:type="dxa"/>
          </w:tcPr>
          <w:p w14:paraId="3FB845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1B51C3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HH-1278-д</w:t>
            </w:r>
          </w:p>
        </w:tc>
        <w:tc>
          <w:tcPr>
            <w:tcW w:w="1234" w:type="dxa"/>
          </w:tcPr>
          <w:p w14:paraId="2AD696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1278</w:t>
            </w:r>
          </w:p>
        </w:tc>
        <w:tc>
          <w:tcPr>
            <w:tcW w:w="1234" w:type="dxa"/>
          </w:tcPr>
          <w:p w14:paraId="0549E5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7EE7C9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1D2A1B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73653C4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0,8</w:t>
            </w:r>
          </w:p>
        </w:tc>
      </w:tr>
      <w:tr w:rsidR="006F0136" w:rsidRPr="00D77020" w14:paraId="795ED036" w14:textId="77777777">
        <w:tc>
          <w:tcPr>
            <w:tcW w:w="1234" w:type="dxa"/>
          </w:tcPr>
          <w:p w14:paraId="28D925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2D8FFE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HH-1278-е</w:t>
            </w:r>
          </w:p>
        </w:tc>
        <w:tc>
          <w:tcPr>
            <w:tcW w:w="1234" w:type="dxa"/>
          </w:tcPr>
          <w:p w14:paraId="0825A6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1278</w:t>
            </w:r>
          </w:p>
        </w:tc>
        <w:tc>
          <w:tcPr>
            <w:tcW w:w="1234" w:type="dxa"/>
          </w:tcPr>
          <w:p w14:paraId="2771E5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577982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6B8C33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7C9EF66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1,5</w:t>
            </w:r>
          </w:p>
        </w:tc>
      </w:tr>
      <w:tr w:rsidR="006F0136" w:rsidRPr="00D77020" w14:paraId="40F0D23E" w14:textId="77777777">
        <w:tc>
          <w:tcPr>
            <w:tcW w:w="1234" w:type="dxa"/>
          </w:tcPr>
          <w:p w14:paraId="456693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0B4457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HH-1278-к</w:t>
            </w:r>
          </w:p>
        </w:tc>
        <w:tc>
          <w:tcPr>
            <w:tcW w:w="1234" w:type="dxa"/>
          </w:tcPr>
          <w:p w14:paraId="57DB33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1278</w:t>
            </w:r>
          </w:p>
        </w:tc>
        <w:tc>
          <w:tcPr>
            <w:tcW w:w="1234" w:type="dxa"/>
          </w:tcPr>
          <w:p w14:paraId="0F5BA6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4A1557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2FBEDC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4824A59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2,6</w:t>
            </w:r>
          </w:p>
        </w:tc>
      </w:tr>
      <w:tr w:rsidR="006F0136" w:rsidRPr="00D77020" w14:paraId="58D79052" w14:textId="77777777">
        <w:tc>
          <w:tcPr>
            <w:tcW w:w="1234" w:type="dxa"/>
          </w:tcPr>
          <w:p w14:paraId="71BE66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306365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HH-1279-д</w:t>
            </w:r>
          </w:p>
        </w:tc>
        <w:tc>
          <w:tcPr>
            <w:tcW w:w="1234" w:type="dxa"/>
          </w:tcPr>
          <w:p w14:paraId="703BC6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1279</w:t>
            </w:r>
          </w:p>
        </w:tc>
        <w:tc>
          <w:tcPr>
            <w:tcW w:w="1234" w:type="dxa"/>
          </w:tcPr>
          <w:p w14:paraId="4049C5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691E8A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53AC40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123365D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7067C235" w14:textId="77777777">
        <w:tc>
          <w:tcPr>
            <w:tcW w:w="1234" w:type="dxa"/>
          </w:tcPr>
          <w:p w14:paraId="60C88D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08DA0D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HH-1279-е</w:t>
            </w:r>
          </w:p>
        </w:tc>
        <w:tc>
          <w:tcPr>
            <w:tcW w:w="1234" w:type="dxa"/>
          </w:tcPr>
          <w:p w14:paraId="3038D6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1279</w:t>
            </w:r>
          </w:p>
        </w:tc>
        <w:tc>
          <w:tcPr>
            <w:tcW w:w="1234" w:type="dxa"/>
          </w:tcPr>
          <w:p w14:paraId="0F7ACA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74BE85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4C1819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538D57A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17D4FF4F" w14:textId="77777777">
        <w:tc>
          <w:tcPr>
            <w:tcW w:w="1234" w:type="dxa"/>
          </w:tcPr>
          <w:p w14:paraId="57925B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24D594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HH-1290-к</w:t>
            </w:r>
          </w:p>
        </w:tc>
        <w:tc>
          <w:tcPr>
            <w:tcW w:w="1234" w:type="dxa"/>
          </w:tcPr>
          <w:p w14:paraId="30AB4F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1290</w:t>
            </w:r>
          </w:p>
        </w:tc>
        <w:tc>
          <w:tcPr>
            <w:tcW w:w="1234" w:type="dxa"/>
          </w:tcPr>
          <w:p w14:paraId="37185C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3C95C0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581751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1198392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1,5</w:t>
            </w:r>
          </w:p>
        </w:tc>
      </w:tr>
      <w:tr w:rsidR="006F0136" w:rsidRPr="00D77020" w14:paraId="51A1E47D" w14:textId="77777777">
        <w:tc>
          <w:tcPr>
            <w:tcW w:w="1234" w:type="dxa"/>
          </w:tcPr>
          <w:p w14:paraId="61533C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51406E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HH-1291-в</w:t>
            </w:r>
          </w:p>
        </w:tc>
        <w:tc>
          <w:tcPr>
            <w:tcW w:w="1234" w:type="dxa"/>
          </w:tcPr>
          <w:p w14:paraId="2FE636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1291</w:t>
            </w:r>
          </w:p>
        </w:tc>
        <w:tc>
          <w:tcPr>
            <w:tcW w:w="1234" w:type="dxa"/>
          </w:tcPr>
          <w:p w14:paraId="2DB2DE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421413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1736E1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2F7C60F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0E245180" w14:textId="77777777">
        <w:tc>
          <w:tcPr>
            <w:tcW w:w="1234" w:type="dxa"/>
          </w:tcPr>
          <w:p w14:paraId="4AC75E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5D8840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HH-1296-д</w:t>
            </w:r>
          </w:p>
        </w:tc>
        <w:tc>
          <w:tcPr>
            <w:tcW w:w="1234" w:type="dxa"/>
          </w:tcPr>
          <w:p w14:paraId="4F121D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1296</w:t>
            </w:r>
          </w:p>
        </w:tc>
        <w:tc>
          <w:tcPr>
            <w:tcW w:w="1234" w:type="dxa"/>
          </w:tcPr>
          <w:p w14:paraId="05041D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09E35C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72708B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62A279B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10,7</w:t>
            </w:r>
          </w:p>
        </w:tc>
      </w:tr>
      <w:tr w:rsidR="006F0136" w:rsidRPr="00D77020" w14:paraId="2119476F" w14:textId="77777777">
        <w:tc>
          <w:tcPr>
            <w:tcW w:w="1234" w:type="dxa"/>
          </w:tcPr>
          <w:p w14:paraId="225764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0DAB19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HH-1296-и</w:t>
            </w:r>
          </w:p>
        </w:tc>
        <w:tc>
          <w:tcPr>
            <w:tcW w:w="1234" w:type="dxa"/>
          </w:tcPr>
          <w:p w14:paraId="780D30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1296</w:t>
            </w:r>
          </w:p>
        </w:tc>
        <w:tc>
          <w:tcPr>
            <w:tcW w:w="1234" w:type="dxa"/>
          </w:tcPr>
          <w:p w14:paraId="2CFFBF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6A7074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772A80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349DB44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1,6</w:t>
            </w:r>
          </w:p>
        </w:tc>
      </w:tr>
      <w:tr w:rsidR="006F0136" w:rsidRPr="00D77020" w14:paraId="340661C4" w14:textId="77777777">
        <w:tc>
          <w:tcPr>
            <w:tcW w:w="1234" w:type="dxa"/>
          </w:tcPr>
          <w:p w14:paraId="61D61F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6E8A0C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HH-1297-а</w:t>
            </w:r>
          </w:p>
        </w:tc>
        <w:tc>
          <w:tcPr>
            <w:tcW w:w="1234" w:type="dxa"/>
          </w:tcPr>
          <w:p w14:paraId="40FE72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1297</w:t>
            </w:r>
          </w:p>
        </w:tc>
        <w:tc>
          <w:tcPr>
            <w:tcW w:w="1234" w:type="dxa"/>
          </w:tcPr>
          <w:p w14:paraId="7C7A54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7C10B2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2793C7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6B4AEA2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10,6</w:t>
            </w:r>
          </w:p>
        </w:tc>
      </w:tr>
      <w:tr w:rsidR="006F0136" w:rsidRPr="00D77020" w14:paraId="3FDD3CCA" w14:textId="77777777">
        <w:tc>
          <w:tcPr>
            <w:tcW w:w="1234" w:type="dxa"/>
          </w:tcPr>
          <w:p w14:paraId="73E176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2B9154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HH-1299-а</w:t>
            </w:r>
          </w:p>
        </w:tc>
        <w:tc>
          <w:tcPr>
            <w:tcW w:w="1234" w:type="dxa"/>
          </w:tcPr>
          <w:p w14:paraId="0168A9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1299</w:t>
            </w:r>
          </w:p>
        </w:tc>
        <w:tc>
          <w:tcPr>
            <w:tcW w:w="1234" w:type="dxa"/>
          </w:tcPr>
          <w:p w14:paraId="274663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5257A9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080B14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2C186B6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29,1</w:t>
            </w:r>
          </w:p>
        </w:tc>
      </w:tr>
      <w:tr w:rsidR="006F0136" w:rsidRPr="00D77020" w14:paraId="4278D18A" w14:textId="77777777">
        <w:tc>
          <w:tcPr>
            <w:tcW w:w="1234" w:type="dxa"/>
          </w:tcPr>
          <w:p w14:paraId="2571DA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1BCD38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HH-1299-к</w:t>
            </w:r>
          </w:p>
        </w:tc>
        <w:tc>
          <w:tcPr>
            <w:tcW w:w="1234" w:type="dxa"/>
          </w:tcPr>
          <w:p w14:paraId="2B066C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1299</w:t>
            </w:r>
          </w:p>
        </w:tc>
        <w:tc>
          <w:tcPr>
            <w:tcW w:w="1234" w:type="dxa"/>
          </w:tcPr>
          <w:p w14:paraId="307B3D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02FA4E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57A141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6047EDC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8,7</w:t>
            </w:r>
          </w:p>
        </w:tc>
      </w:tr>
      <w:tr w:rsidR="006F0136" w:rsidRPr="00D77020" w14:paraId="3E0C2E11" w14:textId="77777777">
        <w:tc>
          <w:tcPr>
            <w:tcW w:w="1234" w:type="dxa"/>
          </w:tcPr>
          <w:p w14:paraId="300B7F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4425B4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HH-1300-е</w:t>
            </w:r>
          </w:p>
        </w:tc>
        <w:tc>
          <w:tcPr>
            <w:tcW w:w="1234" w:type="dxa"/>
          </w:tcPr>
          <w:p w14:paraId="757822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1300</w:t>
            </w:r>
          </w:p>
        </w:tc>
        <w:tc>
          <w:tcPr>
            <w:tcW w:w="1234" w:type="dxa"/>
          </w:tcPr>
          <w:p w14:paraId="1CBFE8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0954C4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1408B2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2CB1DA3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9,2</w:t>
            </w:r>
          </w:p>
        </w:tc>
      </w:tr>
      <w:tr w:rsidR="006F0136" w:rsidRPr="00D77020" w14:paraId="6D4282EE" w14:textId="77777777">
        <w:tc>
          <w:tcPr>
            <w:tcW w:w="1234" w:type="dxa"/>
          </w:tcPr>
          <w:p w14:paraId="745018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3FD11C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HH-1300-ж</w:t>
            </w:r>
          </w:p>
        </w:tc>
        <w:tc>
          <w:tcPr>
            <w:tcW w:w="1234" w:type="dxa"/>
          </w:tcPr>
          <w:p w14:paraId="544B4C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1300</w:t>
            </w:r>
          </w:p>
        </w:tc>
        <w:tc>
          <w:tcPr>
            <w:tcW w:w="1234" w:type="dxa"/>
          </w:tcPr>
          <w:p w14:paraId="67D4DE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6C6899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03D5F5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422DAC9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1,7</w:t>
            </w:r>
          </w:p>
        </w:tc>
      </w:tr>
      <w:tr w:rsidR="006F0136" w:rsidRPr="00D77020" w14:paraId="699DFCE0" w14:textId="77777777">
        <w:tc>
          <w:tcPr>
            <w:tcW w:w="1234" w:type="dxa"/>
          </w:tcPr>
          <w:p w14:paraId="2BA5C4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116297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HH-1300-з</w:t>
            </w:r>
          </w:p>
        </w:tc>
        <w:tc>
          <w:tcPr>
            <w:tcW w:w="1234" w:type="dxa"/>
          </w:tcPr>
          <w:p w14:paraId="0E5FF3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1300</w:t>
            </w:r>
          </w:p>
        </w:tc>
        <w:tc>
          <w:tcPr>
            <w:tcW w:w="1234" w:type="dxa"/>
          </w:tcPr>
          <w:p w14:paraId="1213F4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22A395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78ACE8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1C5AFCB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2,3</w:t>
            </w:r>
          </w:p>
        </w:tc>
      </w:tr>
      <w:tr w:rsidR="006F0136" w:rsidRPr="00D77020" w14:paraId="6D68316F" w14:textId="77777777">
        <w:tc>
          <w:tcPr>
            <w:tcW w:w="1234" w:type="dxa"/>
          </w:tcPr>
          <w:p w14:paraId="6CFB1C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786E2B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HH-1301-а</w:t>
            </w:r>
          </w:p>
        </w:tc>
        <w:tc>
          <w:tcPr>
            <w:tcW w:w="1234" w:type="dxa"/>
          </w:tcPr>
          <w:p w14:paraId="357A5A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1301</w:t>
            </w:r>
          </w:p>
        </w:tc>
        <w:tc>
          <w:tcPr>
            <w:tcW w:w="1234" w:type="dxa"/>
          </w:tcPr>
          <w:p w14:paraId="31ECBB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61D59F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5B5644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177E900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2,2</w:t>
            </w:r>
          </w:p>
        </w:tc>
      </w:tr>
      <w:tr w:rsidR="006F0136" w:rsidRPr="00D77020" w14:paraId="2BE2B99B" w14:textId="77777777">
        <w:tc>
          <w:tcPr>
            <w:tcW w:w="1234" w:type="dxa"/>
          </w:tcPr>
          <w:p w14:paraId="513D67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2021</w:t>
            </w:r>
          </w:p>
        </w:tc>
        <w:tc>
          <w:tcPr>
            <w:tcW w:w="1234" w:type="dxa"/>
          </w:tcPr>
          <w:p w14:paraId="3BC44D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HH-1301-в</w:t>
            </w:r>
          </w:p>
        </w:tc>
        <w:tc>
          <w:tcPr>
            <w:tcW w:w="1234" w:type="dxa"/>
          </w:tcPr>
          <w:p w14:paraId="74CC2E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1301</w:t>
            </w:r>
          </w:p>
        </w:tc>
        <w:tc>
          <w:tcPr>
            <w:tcW w:w="1234" w:type="dxa"/>
          </w:tcPr>
          <w:p w14:paraId="58129C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5D0505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24C34D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7380B66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14,0</w:t>
            </w:r>
          </w:p>
        </w:tc>
      </w:tr>
      <w:tr w:rsidR="006F0136" w:rsidRPr="00D77020" w14:paraId="4AD3F283" w14:textId="77777777">
        <w:tc>
          <w:tcPr>
            <w:tcW w:w="7404" w:type="dxa"/>
            <w:gridSpan w:val="6"/>
          </w:tcPr>
          <w:p w14:paraId="33F732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2D5FAF4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104,5</w:t>
            </w:r>
          </w:p>
        </w:tc>
      </w:tr>
    </w:tbl>
    <w:p w14:paraId="400B5C83" w14:textId="77777777" w:rsidR="006F0136" w:rsidRPr="00D77020" w:rsidRDefault="00D77020">
      <w:pPr>
        <w:rPr>
          <w:lang w:val="bg-BG"/>
        </w:rPr>
      </w:pPr>
      <w:r w:rsidRPr="00D77020">
        <w:rPr>
          <w:lang w:val="bg-BG"/>
        </w:rPr>
        <w:br w:type="page"/>
      </w:r>
    </w:p>
    <w:p w14:paraId="0EE8EE07" w14:textId="77777777" w:rsidR="006F0136" w:rsidRPr="00D77020" w:rsidRDefault="00D77020">
      <w:pPr>
        <w:pStyle w:val="Heading1"/>
        <w:rPr>
          <w:lang w:val="bg-BG"/>
        </w:rPr>
      </w:pPr>
      <w:bookmarkStart w:id="23" w:name="_Toc222837689"/>
      <w:r w:rsidRPr="00D77020">
        <w:rPr>
          <w:lang w:val="bg-BG"/>
        </w:rPr>
        <w:lastRenderedPageBreak/>
        <w:t xml:space="preserve">ДГС Самоков - Обща площ: 930,2 </w:t>
      </w:r>
      <w:proofErr w:type="spellStart"/>
      <w:r w:rsidRPr="00D77020">
        <w:rPr>
          <w:lang w:val="bg-BG"/>
        </w:rPr>
        <w:t>хa</w:t>
      </w:r>
      <w:bookmarkEnd w:id="23"/>
      <w:proofErr w:type="spellEnd"/>
    </w:p>
    <w:p w14:paraId="19002D41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BG0000308 - Верила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1508EF3A" w14:textId="77777777">
        <w:tc>
          <w:tcPr>
            <w:tcW w:w="1587" w:type="dxa"/>
          </w:tcPr>
          <w:p w14:paraId="36D4DE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1F6D42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3DA089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52D9FD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0FE30F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14D98CAA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78F61E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6FB5D9CF" w14:textId="77777777">
        <w:tc>
          <w:tcPr>
            <w:tcW w:w="1234" w:type="dxa"/>
          </w:tcPr>
          <w:p w14:paraId="12CE39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0C8643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RN-488-о</w:t>
            </w:r>
          </w:p>
        </w:tc>
        <w:tc>
          <w:tcPr>
            <w:tcW w:w="1234" w:type="dxa"/>
          </w:tcPr>
          <w:p w14:paraId="15E81A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488</w:t>
            </w:r>
          </w:p>
        </w:tc>
        <w:tc>
          <w:tcPr>
            <w:tcW w:w="1234" w:type="dxa"/>
          </w:tcPr>
          <w:p w14:paraId="045677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04208A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6F6782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119393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7,7</w:t>
            </w:r>
          </w:p>
        </w:tc>
      </w:tr>
      <w:tr w:rsidR="006F0136" w:rsidRPr="00D77020" w14:paraId="4B789FA6" w14:textId="77777777">
        <w:tc>
          <w:tcPr>
            <w:tcW w:w="1234" w:type="dxa"/>
          </w:tcPr>
          <w:p w14:paraId="2E71D5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60223B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RN-488-ф</w:t>
            </w:r>
          </w:p>
        </w:tc>
        <w:tc>
          <w:tcPr>
            <w:tcW w:w="1234" w:type="dxa"/>
          </w:tcPr>
          <w:p w14:paraId="1C454D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488</w:t>
            </w:r>
          </w:p>
        </w:tc>
        <w:tc>
          <w:tcPr>
            <w:tcW w:w="1234" w:type="dxa"/>
          </w:tcPr>
          <w:p w14:paraId="29B6F4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ф</w:t>
            </w:r>
          </w:p>
        </w:tc>
        <w:tc>
          <w:tcPr>
            <w:tcW w:w="1234" w:type="dxa"/>
          </w:tcPr>
          <w:p w14:paraId="6ADF35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10056D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B47C5B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2,3</w:t>
            </w:r>
          </w:p>
        </w:tc>
      </w:tr>
      <w:tr w:rsidR="006F0136" w:rsidRPr="00D77020" w14:paraId="7B4F303E" w14:textId="77777777">
        <w:tc>
          <w:tcPr>
            <w:tcW w:w="1234" w:type="dxa"/>
          </w:tcPr>
          <w:p w14:paraId="6D9176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007DD1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RN-488-х</w:t>
            </w:r>
          </w:p>
        </w:tc>
        <w:tc>
          <w:tcPr>
            <w:tcW w:w="1234" w:type="dxa"/>
          </w:tcPr>
          <w:p w14:paraId="75DAB9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488</w:t>
            </w:r>
          </w:p>
        </w:tc>
        <w:tc>
          <w:tcPr>
            <w:tcW w:w="1234" w:type="dxa"/>
          </w:tcPr>
          <w:p w14:paraId="6312C3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х</w:t>
            </w:r>
          </w:p>
        </w:tc>
        <w:tc>
          <w:tcPr>
            <w:tcW w:w="1234" w:type="dxa"/>
          </w:tcPr>
          <w:p w14:paraId="61D833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3E4648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96AA52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1,4</w:t>
            </w:r>
          </w:p>
        </w:tc>
      </w:tr>
      <w:tr w:rsidR="006F0136" w:rsidRPr="00D77020" w14:paraId="1CD7C9BF" w14:textId="77777777">
        <w:tc>
          <w:tcPr>
            <w:tcW w:w="1234" w:type="dxa"/>
          </w:tcPr>
          <w:p w14:paraId="27FAC1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59E2B7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RN-488-ц</w:t>
            </w:r>
          </w:p>
        </w:tc>
        <w:tc>
          <w:tcPr>
            <w:tcW w:w="1234" w:type="dxa"/>
          </w:tcPr>
          <w:p w14:paraId="69A368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488</w:t>
            </w:r>
          </w:p>
        </w:tc>
        <w:tc>
          <w:tcPr>
            <w:tcW w:w="1234" w:type="dxa"/>
          </w:tcPr>
          <w:p w14:paraId="3CF56D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ц</w:t>
            </w:r>
          </w:p>
        </w:tc>
        <w:tc>
          <w:tcPr>
            <w:tcW w:w="1234" w:type="dxa"/>
          </w:tcPr>
          <w:p w14:paraId="2E814C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31684D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983B58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0,6</w:t>
            </w:r>
          </w:p>
        </w:tc>
      </w:tr>
      <w:tr w:rsidR="006F0136" w:rsidRPr="00D77020" w14:paraId="7D07A34F" w14:textId="77777777">
        <w:tc>
          <w:tcPr>
            <w:tcW w:w="1234" w:type="dxa"/>
          </w:tcPr>
          <w:p w14:paraId="1D6365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094253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RN-488-ш</w:t>
            </w:r>
          </w:p>
        </w:tc>
        <w:tc>
          <w:tcPr>
            <w:tcW w:w="1234" w:type="dxa"/>
          </w:tcPr>
          <w:p w14:paraId="507838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488</w:t>
            </w:r>
          </w:p>
        </w:tc>
        <w:tc>
          <w:tcPr>
            <w:tcW w:w="1234" w:type="dxa"/>
          </w:tcPr>
          <w:p w14:paraId="2F0F90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ш</w:t>
            </w:r>
          </w:p>
        </w:tc>
        <w:tc>
          <w:tcPr>
            <w:tcW w:w="1234" w:type="dxa"/>
          </w:tcPr>
          <w:p w14:paraId="032498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2DF6F2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75BA096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0,8</w:t>
            </w:r>
          </w:p>
        </w:tc>
      </w:tr>
      <w:tr w:rsidR="006F0136" w:rsidRPr="00D77020" w14:paraId="1BD1E947" w14:textId="77777777">
        <w:tc>
          <w:tcPr>
            <w:tcW w:w="1234" w:type="dxa"/>
          </w:tcPr>
          <w:p w14:paraId="291107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0D5234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RN-489-о2</w:t>
            </w:r>
          </w:p>
        </w:tc>
        <w:tc>
          <w:tcPr>
            <w:tcW w:w="1234" w:type="dxa"/>
          </w:tcPr>
          <w:p w14:paraId="25A37B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489</w:t>
            </w:r>
          </w:p>
        </w:tc>
        <w:tc>
          <w:tcPr>
            <w:tcW w:w="1234" w:type="dxa"/>
          </w:tcPr>
          <w:p w14:paraId="0BCED1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о2</w:t>
            </w:r>
          </w:p>
        </w:tc>
        <w:tc>
          <w:tcPr>
            <w:tcW w:w="1234" w:type="dxa"/>
          </w:tcPr>
          <w:p w14:paraId="183AE1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25D74F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010491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3,4</w:t>
            </w:r>
          </w:p>
        </w:tc>
      </w:tr>
      <w:tr w:rsidR="006F0136" w:rsidRPr="00D77020" w14:paraId="25023D5C" w14:textId="77777777">
        <w:tc>
          <w:tcPr>
            <w:tcW w:w="1234" w:type="dxa"/>
          </w:tcPr>
          <w:p w14:paraId="5EEF19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15AEE2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RN-490-а</w:t>
            </w:r>
          </w:p>
        </w:tc>
        <w:tc>
          <w:tcPr>
            <w:tcW w:w="1234" w:type="dxa"/>
          </w:tcPr>
          <w:p w14:paraId="713177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490</w:t>
            </w:r>
          </w:p>
        </w:tc>
        <w:tc>
          <w:tcPr>
            <w:tcW w:w="1234" w:type="dxa"/>
          </w:tcPr>
          <w:p w14:paraId="11C2EF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7E7748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412AB7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EC920F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1,5</w:t>
            </w:r>
          </w:p>
        </w:tc>
      </w:tr>
      <w:tr w:rsidR="006F0136" w:rsidRPr="00D77020" w14:paraId="1553BB83" w14:textId="77777777">
        <w:tc>
          <w:tcPr>
            <w:tcW w:w="1234" w:type="dxa"/>
          </w:tcPr>
          <w:p w14:paraId="61F8AA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1BB372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RN-490-л</w:t>
            </w:r>
          </w:p>
        </w:tc>
        <w:tc>
          <w:tcPr>
            <w:tcW w:w="1234" w:type="dxa"/>
          </w:tcPr>
          <w:p w14:paraId="4E3141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490</w:t>
            </w:r>
          </w:p>
        </w:tc>
        <w:tc>
          <w:tcPr>
            <w:tcW w:w="1234" w:type="dxa"/>
          </w:tcPr>
          <w:p w14:paraId="52B195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01C772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5B7AA7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B6AA54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11,3</w:t>
            </w:r>
          </w:p>
        </w:tc>
      </w:tr>
      <w:tr w:rsidR="006F0136" w:rsidRPr="00D77020" w14:paraId="7A83214B" w14:textId="77777777">
        <w:tc>
          <w:tcPr>
            <w:tcW w:w="1234" w:type="dxa"/>
          </w:tcPr>
          <w:p w14:paraId="484D49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581667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RN-493-с</w:t>
            </w:r>
          </w:p>
        </w:tc>
        <w:tc>
          <w:tcPr>
            <w:tcW w:w="1234" w:type="dxa"/>
          </w:tcPr>
          <w:p w14:paraId="6E9C64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493</w:t>
            </w:r>
          </w:p>
        </w:tc>
        <w:tc>
          <w:tcPr>
            <w:tcW w:w="1234" w:type="dxa"/>
          </w:tcPr>
          <w:p w14:paraId="00D3F7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5ECC7F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663374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F05BF2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319361D6" w14:textId="77777777">
        <w:tc>
          <w:tcPr>
            <w:tcW w:w="1234" w:type="dxa"/>
          </w:tcPr>
          <w:p w14:paraId="13A12A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28DC5B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RN-495-в1</w:t>
            </w:r>
          </w:p>
        </w:tc>
        <w:tc>
          <w:tcPr>
            <w:tcW w:w="1234" w:type="dxa"/>
          </w:tcPr>
          <w:p w14:paraId="28B555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495</w:t>
            </w:r>
          </w:p>
        </w:tc>
        <w:tc>
          <w:tcPr>
            <w:tcW w:w="1234" w:type="dxa"/>
          </w:tcPr>
          <w:p w14:paraId="4FA30F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в1</w:t>
            </w:r>
          </w:p>
        </w:tc>
        <w:tc>
          <w:tcPr>
            <w:tcW w:w="1234" w:type="dxa"/>
          </w:tcPr>
          <w:p w14:paraId="3D9B5C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85</w:t>
            </w:r>
          </w:p>
        </w:tc>
        <w:tc>
          <w:tcPr>
            <w:tcW w:w="1234" w:type="dxa"/>
          </w:tcPr>
          <w:p w14:paraId="0C487D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403D1C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21,4</w:t>
            </w:r>
          </w:p>
        </w:tc>
      </w:tr>
      <w:tr w:rsidR="006F0136" w:rsidRPr="00D77020" w14:paraId="0C7C8EEB" w14:textId="77777777">
        <w:tc>
          <w:tcPr>
            <w:tcW w:w="1234" w:type="dxa"/>
          </w:tcPr>
          <w:p w14:paraId="7E1D1E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3E269F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RN-495-х</w:t>
            </w:r>
          </w:p>
        </w:tc>
        <w:tc>
          <w:tcPr>
            <w:tcW w:w="1234" w:type="dxa"/>
          </w:tcPr>
          <w:p w14:paraId="6AB893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495</w:t>
            </w:r>
          </w:p>
        </w:tc>
        <w:tc>
          <w:tcPr>
            <w:tcW w:w="1234" w:type="dxa"/>
          </w:tcPr>
          <w:p w14:paraId="460703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х</w:t>
            </w:r>
          </w:p>
        </w:tc>
        <w:tc>
          <w:tcPr>
            <w:tcW w:w="1234" w:type="dxa"/>
          </w:tcPr>
          <w:p w14:paraId="160B3A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47CCFA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DBD915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6,2</w:t>
            </w:r>
          </w:p>
        </w:tc>
      </w:tr>
      <w:tr w:rsidR="006F0136" w:rsidRPr="00D77020" w14:paraId="294B94FC" w14:textId="77777777">
        <w:tc>
          <w:tcPr>
            <w:tcW w:w="1234" w:type="dxa"/>
          </w:tcPr>
          <w:p w14:paraId="218393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4FC176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RN-500-д</w:t>
            </w:r>
          </w:p>
        </w:tc>
        <w:tc>
          <w:tcPr>
            <w:tcW w:w="1234" w:type="dxa"/>
          </w:tcPr>
          <w:p w14:paraId="4BDF54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500</w:t>
            </w:r>
          </w:p>
        </w:tc>
        <w:tc>
          <w:tcPr>
            <w:tcW w:w="1234" w:type="dxa"/>
          </w:tcPr>
          <w:p w14:paraId="51C99A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3E3A21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5714F0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95B940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8,5</w:t>
            </w:r>
          </w:p>
        </w:tc>
      </w:tr>
      <w:tr w:rsidR="006F0136" w:rsidRPr="00D77020" w14:paraId="7803250E" w14:textId="77777777">
        <w:tc>
          <w:tcPr>
            <w:tcW w:w="1234" w:type="dxa"/>
          </w:tcPr>
          <w:p w14:paraId="539F4E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218DC5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RN-500-н</w:t>
            </w:r>
          </w:p>
        </w:tc>
        <w:tc>
          <w:tcPr>
            <w:tcW w:w="1234" w:type="dxa"/>
          </w:tcPr>
          <w:p w14:paraId="56DE0A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500</w:t>
            </w:r>
          </w:p>
        </w:tc>
        <w:tc>
          <w:tcPr>
            <w:tcW w:w="1234" w:type="dxa"/>
          </w:tcPr>
          <w:p w14:paraId="1F40E7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17EBF5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200</w:t>
            </w:r>
          </w:p>
        </w:tc>
        <w:tc>
          <w:tcPr>
            <w:tcW w:w="1234" w:type="dxa"/>
          </w:tcPr>
          <w:p w14:paraId="52416F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35C53A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21DEDCDD" w14:textId="77777777">
        <w:tc>
          <w:tcPr>
            <w:tcW w:w="1234" w:type="dxa"/>
          </w:tcPr>
          <w:p w14:paraId="2BB18B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552FC9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RN-501-г</w:t>
            </w:r>
          </w:p>
        </w:tc>
        <w:tc>
          <w:tcPr>
            <w:tcW w:w="1234" w:type="dxa"/>
          </w:tcPr>
          <w:p w14:paraId="254BC5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501</w:t>
            </w:r>
          </w:p>
        </w:tc>
        <w:tc>
          <w:tcPr>
            <w:tcW w:w="1234" w:type="dxa"/>
          </w:tcPr>
          <w:p w14:paraId="66EE4A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5EBEB5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5532C7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82D6DE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10,9</w:t>
            </w:r>
          </w:p>
        </w:tc>
      </w:tr>
      <w:tr w:rsidR="006F0136" w:rsidRPr="00D77020" w14:paraId="6F2C729F" w14:textId="77777777">
        <w:tc>
          <w:tcPr>
            <w:tcW w:w="1234" w:type="dxa"/>
          </w:tcPr>
          <w:p w14:paraId="7DCBD3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0F8BAD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RN-501-е</w:t>
            </w:r>
          </w:p>
        </w:tc>
        <w:tc>
          <w:tcPr>
            <w:tcW w:w="1234" w:type="dxa"/>
          </w:tcPr>
          <w:p w14:paraId="7C8687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501</w:t>
            </w:r>
          </w:p>
        </w:tc>
        <w:tc>
          <w:tcPr>
            <w:tcW w:w="1234" w:type="dxa"/>
          </w:tcPr>
          <w:p w14:paraId="501494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408247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610340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4C0453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4,6</w:t>
            </w:r>
          </w:p>
        </w:tc>
      </w:tr>
      <w:tr w:rsidR="006F0136" w:rsidRPr="00D77020" w14:paraId="72C88F82" w14:textId="77777777">
        <w:tc>
          <w:tcPr>
            <w:tcW w:w="1234" w:type="dxa"/>
          </w:tcPr>
          <w:p w14:paraId="173632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153F12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RN-501-н</w:t>
            </w:r>
          </w:p>
        </w:tc>
        <w:tc>
          <w:tcPr>
            <w:tcW w:w="1234" w:type="dxa"/>
          </w:tcPr>
          <w:p w14:paraId="2FA78F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501</w:t>
            </w:r>
          </w:p>
        </w:tc>
        <w:tc>
          <w:tcPr>
            <w:tcW w:w="1234" w:type="dxa"/>
          </w:tcPr>
          <w:p w14:paraId="4A3134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5CB7B6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0EDFD4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BDEF0C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18,1</w:t>
            </w:r>
          </w:p>
        </w:tc>
      </w:tr>
      <w:tr w:rsidR="006F0136" w:rsidRPr="00D77020" w14:paraId="3BC119EC" w14:textId="77777777">
        <w:tc>
          <w:tcPr>
            <w:tcW w:w="1234" w:type="dxa"/>
          </w:tcPr>
          <w:p w14:paraId="133660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281DBB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RN-501-с</w:t>
            </w:r>
          </w:p>
        </w:tc>
        <w:tc>
          <w:tcPr>
            <w:tcW w:w="1234" w:type="dxa"/>
          </w:tcPr>
          <w:p w14:paraId="17BB1D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501</w:t>
            </w:r>
          </w:p>
        </w:tc>
        <w:tc>
          <w:tcPr>
            <w:tcW w:w="1234" w:type="dxa"/>
          </w:tcPr>
          <w:p w14:paraId="006EBD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337566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39EA19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4DADF9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12,7</w:t>
            </w:r>
          </w:p>
        </w:tc>
      </w:tr>
      <w:tr w:rsidR="006F0136" w:rsidRPr="00D77020" w14:paraId="2A721FA8" w14:textId="77777777">
        <w:tc>
          <w:tcPr>
            <w:tcW w:w="1234" w:type="dxa"/>
          </w:tcPr>
          <w:p w14:paraId="7A0C39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420E15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RN-502-у</w:t>
            </w:r>
          </w:p>
        </w:tc>
        <w:tc>
          <w:tcPr>
            <w:tcW w:w="1234" w:type="dxa"/>
          </w:tcPr>
          <w:p w14:paraId="3161F6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502</w:t>
            </w:r>
          </w:p>
        </w:tc>
        <w:tc>
          <w:tcPr>
            <w:tcW w:w="1234" w:type="dxa"/>
          </w:tcPr>
          <w:p w14:paraId="164D5F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у</w:t>
            </w:r>
          </w:p>
        </w:tc>
        <w:tc>
          <w:tcPr>
            <w:tcW w:w="1234" w:type="dxa"/>
          </w:tcPr>
          <w:p w14:paraId="3146CA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03D391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6717A6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2,7</w:t>
            </w:r>
          </w:p>
        </w:tc>
      </w:tr>
      <w:tr w:rsidR="006F0136" w:rsidRPr="00D77020" w14:paraId="09EBA797" w14:textId="77777777">
        <w:tc>
          <w:tcPr>
            <w:tcW w:w="1234" w:type="dxa"/>
          </w:tcPr>
          <w:p w14:paraId="773540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50EA12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RN-503-и</w:t>
            </w:r>
          </w:p>
        </w:tc>
        <w:tc>
          <w:tcPr>
            <w:tcW w:w="1234" w:type="dxa"/>
          </w:tcPr>
          <w:p w14:paraId="3ED46A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503</w:t>
            </w:r>
          </w:p>
        </w:tc>
        <w:tc>
          <w:tcPr>
            <w:tcW w:w="1234" w:type="dxa"/>
          </w:tcPr>
          <w:p w14:paraId="75FA2A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1940F8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6C9522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060BAD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6,7</w:t>
            </w:r>
          </w:p>
        </w:tc>
      </w:tr>
      <w:tr w:rsidR="006F0136" w:rsidRPr="00D77020" w14:paraId="207118BD" w14:textId="77777777">
        <w:tc>
          <w:tcPr>
            <w:tcW w:w="1234" w:type="dxa"/>
          </w:tcPr>
          <w:p w14:paraId="308900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12D7D0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RN-504-л</w:t>
            </w:r>
          </w:p>
        </w:tc>
        <w:tc>
          <w:tcPr>
            <w:tcW w:w="1234" w:type="dxa"/>
          </w:tcPr>
          <w:p w14:paraId="7C5854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504</w:t>
            </w:r>
          </w:p>
        </w:tc>
        <w:tc>
          <w:tcPr>
            <w:tcW w:w="1234" w:type="dxa"/>
          </w:tcPr>
          <w:p w14:paraId="63AB12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34F137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24E082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3FCB32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4,3</w:t>
            </w:r>
          </w:p>
        </w:tc>
      </w:tr>
      <w:tr w:rsidR="006F0136" w:rsidRPr="00D77020" w14:paraId="4FC894A5" w14:textId="77777777">
        <w:tc>
          <w:tcPr>
            <w:tcW w:w="1234" w:type="dxa"/>
          </w:tcPr>
          <w:p w14:paraId="2DCEC8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70DC85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RN-505-о</w:t>
            </w:r>
          </w:p>
        </w:tc>
        <w:tc>
          <w:tcPr>
            <w:tcW w:w="1234" w:type="dxa"/>
          </w:tcPr>
          <w:p w14:paraId="56F346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505</w:t>
            </w:r>
          </w:p>
        </w:tc>
        <w:tc>
          <w:tcPr>
            <w:tcW w:w="1234" w:type="dxa"/>
          </w:tcPr>
          <w:p w14:paraId="4DF4A5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3D6F8A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7B2E98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5AE6E4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17,5</w:t>
            </w:r>
          </w:p>
        </w:tc>
      </w:tr>
      <w:tr w:rsidR="006F0136" w:rsidRPr="00D77020" w14:paraId="2EAFC6F8" w14:textId="77777777">
        <w:tc>
          <w:tcPr>
            <w:tcW w:w="1234" w:type="dxa"/>
          </w:tcPr>
          <w:p w14:paraId="5CFB60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32ADF6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RN-505-ш</w:t>
            </w:r>
          </w:p>
        </w:tc>
        <w:tc>
          <w:tcPr>
            <w:tcW w:w="1234" w:type="dxa"/>
          </w:tcPr>
          <w:p w14:paraId="56D4B2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505</w:t>
            </w:r>
          </w:p>
        </w:tc>
        <w:tc>
          <w:tcPr>
            <w:tcW w:w="1234" w:type="dxa"/>
          </w:tcPr>
          <w:p w14:paraId="38CA39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ш</w:t>
            </w:r>
          </w:p>
        </w:tc>
        <w:tc>
          <w:tcPr>
            <w:tcW w:w="1234" w:type="dxa"/>
          </w:tcPr>
          <w:p w14:paraId="411930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7E6327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CEB6C8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7,2</w:t>
            </w:r>
          </w:p>
        </w:tc>
      </w:tr>
      <w:tr w:rsidR="006F0136" w:rsidRPr="00D77020" w14:paraId="2F0403F0" w14:textId="77777777">
        <w:tc>
          <w:tcPr>
            <w:tcW w:w="1234" w:type="dxa"/>
          </w:tcPr>
          <w:p w14:paraId="2870F3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104BCC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RN-506-с</w:t>
            </w:r>
          </w:p>
        </w:tc>
        <w:tc>
          <w:tcPr>
            <w:tcW w:w="1234" w:type="dxa"/>
          </w:tcPr>
          <w:p w14:paraId="46DE1F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506</w:t>
            </w:r>
          </w:p>
        </w:tc>
        <w:tc>
          <w:tcPr>
            <w:tcW w:w="1234" w:type="dxa"/>
          </w:tcPr>
          <w:p w14:paraId="526E22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6637B2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01D281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3C81CC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1,6</w:t>
            </w:r>
          </w:p>
        </w:tc>
      </w:tr>
      <w:tr w:rsidR="006F0136" w:rsidRPr="00D77020" w14:paraId="55E3B1CF" w14:textId="77777777">
        <w:tc>
          <w:tcPr>
            <w:tcW w:w="1234" w:type="dxa"/>
          </w:tcPr>
          <w:p w14:paraId="4817E7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58100B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RN-508-п</w:t>
            </w:r>
          </w:p>
        </w:tc>
        <w:tc>
          <w:tcPr>
            <w:tcW w:w="1234" w:type="dxa"/>
          </w:tcPr>
          <w:p w14:paraId="7A9751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508</w:t>
            </w:r>
          </w:p>
        </w:tc>
        <w:tc>
          <w:tcPr>
            <w:tcW w:w="1234" w:type="dxa"/>
          </w:tcPr>
          <w:p w14:paraId="1A14CC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2B03C7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4B16A4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EC2E54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0,8</w:t>
            </w:r>
          </w:p>
        </w:tc>
      </w:tr>
      <w:tr w:rsidR="006F0136" w:rsidRPr="00D77020" w14:paraId="387A3EFF" w14:textId="77777777">
        <w:tc>
          <w:tcPr>
            <w:tcW w:w="1234" w:type="dxa"/>
          </w:tcPr>
          <w:p w14:paraId="1B292F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160407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RN-510-н</w:t>
            </w:r>
          </w:p>
        </w:tc>
        <w:tc>
          <w:tcPr>
            <w:tcW w:w="1234" w:type="dxa"/>
          </w:tcPr>
          <w:p w14:paraId="33AEE2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510</w:t>
            </w:r>
          </w:p>
        </w:tc>
        <w:tc>
          <w:tcPr>
            <w:tcW w:w="1234" w:type="dxa"/>
          </w:tcPr>
          <w:p w14:paraId="572610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6A4C9E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18640C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139FBB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0,6</w:t>
            </w:r>
          </w:p>
        </w:tc>
      </w:tr>
      <w:tr w:rsidR="006F0136" w:rsidRPr="00D77020" w14:paraId="0517C8F1" w14:textId="77777777">
        <w:tc>
          <w:tcPr>
            <w:tcW w:w="1234" w:type="dxa"/>
          </w:tcPr>
          <w:p w14:paraId="44CF9A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6B5C51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RN-510-о</w:t>
            </w:r>
          </w:p>
        </w:tc>
        <w:tc>
          <w:tcPr>
            <w:tcW w:w="1234" w:type="dxa"/>
          </w:tcPr>
          <w:p w14:paraId="4FB073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510</w:t>
            </w:r>
          </w:p>
        </w:tc>
        <w:tc>
          <w:tcPr>
            <w:tcW w:w="1234" w:type="dxa"/>
          </w:tcPr>
          <w:p w14:paraId="3F4026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1B062E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573757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117B21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12,6</w:t>
            </w:r>
          </w:p>
        </w:tc>
      </w:tr>
      <w:tr w:rsidR="006F0136" w:rsidRPr="00D77020" w14:paraId="77FC7574" w14:textId="77777777">
        <w:tc>
          <w:tcPr>
            <w:tcW w:w="1234" w:type="dxa"/>
          </w:tcPr>
          <w:p w14:paraId="7C847B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0193F9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RN-511-з</w:t>
            </w:r>
          </w:p>
        </w:tc>
        <w:tc>
          <w:tcPr>
            <w:tcW w:w="1234" w:type="dxa"/>
          </w:tcPr>
          <w:p w14:paraId="24DDEE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511</w:t>
            </w:r>
          </w:p>
        </w:tc>
        <w:tc>
          <w:tcPr>
            <w:tcW w:w="1234" w:type="dxa"/>
          </w:tcPr>
          <w:p w14:paraId="710E26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46D786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554BD1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89F729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2,1</w:t>
            </w:r>
          </w:p>
        </w:tc>
      </w:tr>
      <w:tr w:rsidR="006F0136" w:rsidRPr="00D77020" w14:paraId="4F9069F4" w14:textId="77777777">
        <w:tc>
          <w:tcPr>
            <w:tcW w:w="1234" w:type="dxa"/>
          </w:tcPr>
          <w:p w14:paraId="2B32D8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58A7AB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RN-512-г</w:t>
            </w:r>
          </w:p>
        </w:tc>
        <w:tc>
          <w:tcPr>
            <w:tcW w:w="1234" w:type="dxa"/>
          </w:tcPr>
          <w:p w14:paraId="336CCA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512</w:t>
            </w:r>
          </w:p>
        </w:tc>
        <w:tc>
          <w:tcPr>
            <w:tcW w:w="1234" w:type="dxa"/>
          </w:tcPr>
          <w:p w14:paraId="6FA3D2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7AD6F5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2392D6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3466B5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7,8</w:t>
            </w:r>
          </w:p>
        </w:tc>
      </w:tr>
      <w:tr w:rsidR="006F0136" w:rsidRPr="00D77020" w14:paraId="0D8068A6" w14:textId="77777777">
        <w:tc>
          <w:tcPr>
            <w:tcW w:w="1234" w:type="dxa"/>
          </w:tcPr>
          <w:p w14:paraId="723D99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4042E1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RN-513-р</w:t>
            </w:r>
          </w:p>
        </w:tc>
        <w:tc>
          <w:tcPr>
            <w:tcW w:w="1234" w:type="dxa"/>
          </w:tcPr>
          <w:p w14:paraId="60D218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513</w:t>
            </w:r>
          </w:p>
        </w:tc>
        <w:tc>
          <w:tcPr>
            <w:tcW w:w="1234" w:type="dxa"/>
          </w:tcPr>
          <w:p w14:paraId="76FD5C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70E508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1D722F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083708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2,7</w:t>
            </w:r>
          </w:p>
        </w:tc>
      </w:tr>
      <w:tr w:rsidR="006F0136" w:rsidRPr="00D77020" w14:paraId="3C08052C" w14:textId="77777777">
        <w:tc>
          <w:tcPr>
            <w:tcW w:w="1234" w:type="dxa"/>
          </w:tcPr>
          <w:p w14:paraId="123B62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0B50CC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RN-513-у</w:t>
            </w:r>
          </w:p>
        </w:tc>
        <w:tc>
          <w:tcPr>
            <w:tcW w:w="1234" w:type="dxa"/>
          </w:tcPr>
          <w:p w14:paraId="35D1FA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513</w:t>
            </w:r>
          </w:p>
        </w:tc>
        <w:tc>
          <w:tcPr>
            <w:tcW w:w="1234" w:type="dxa"/>
          </w:tcPr>
          <w:p w14:paraId="538059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у</w:t>
            </w:r>
          </w:p>
        </w:tc>
        <w:tc>
          <w:tcPr>
            <w:tcW w:w="1234" w:type="dxa"/>
          </w:tcPr>
          <w:p w14:paraId="7E0878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25FFE4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4E18DC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03227D1A" w14:textId="77777777">
        <w:tc>
          <w:tcPr>
            <w:tcW w:w="1234" w:type="dxa"/>
          </w:tcPr>
          <w:p w14:paraId="1ABB3D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1C3633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RN-514-в</w:t>
            </w:r>
          </w:p>
        </w:tc>
        <w:tc>
          <w:tcPr>
            <w:tcW w:w="1234" w:type="dxa"/>
          </w:tcPr>
          <w:p w14:paraId="665DD7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514</w:t>
            </w:r>
          </w:p>
        </w:tc>
        <w:tc>
          <w:tcPr>
            <w:tcW w:w="1234" w:type="dxa"/>
          </w:tcPr>
          <w:p w14:paraId="391573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06FDDE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543F7A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25A740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4,8</w:t>
            </w:r>
          </w:p>
        </w:tc>
      </w:tr>
      <w:tr w:rsidR="006F0136" w:rsidRPr="00D77020" w14:paraId="1F7F64AF" w14:textId="77777777">
        <w:tc>
          <w:tcPr>
            <w:tcW w:w="1234" w:type="dxa"/>
          </w:tcPr>
          <w:p w14:paraId="5D25FD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157254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RN-514-д</w:t>
            </w:r>
          </w:p>
        </w:tc>
        <w:tc>
          <w:tcPr>
            <w:tcW w:w="1234" w:type="dxa"/>
          </w:tcPr>
          <w:p w14:paraId="5E1DBC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514</w:t>
            </w:r>
          </w:p>
        </w:tc>
        <w:tc>
          <w:tcPr>
            <w:tcW w:w="1234" w:type="dxa"/>
          </w:tcPr>
          <w:p w14:paraId="35E6B0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6E1EA7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291D06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5990B51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64F8718D" w14:textId="77777777">
        <w:tc>
          <w:tcPr>
            <w:tcW w:w="1234" w:type="dxa"/>
          </w:tcPr>
          <w:p w14:paraId="75464B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24D28F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RN-514-е</w:t>
            </w:r>
          </w:p>
        </w:tc>
        <w:tc>
          <w:tcPr>
            <w:tcW w:w="1234" w:type="dxa"/>
          </w:tcPr>
          <w:p w14:paraId="3CC5F5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514</w:t>
            </w:r>
          </w:p>
        </w:tc>
        <w:tc>
          <w:tcPr>
            <w:tcW w:w="1234" w:type="dxa"/>
          </w:tcPr>
          <w:p w14:paraId="116A25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30331B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33BAD6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21CD887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7,4</w:t>
            </w:r>
          </w:p>
        </w:tc>
      </w:tr>
      <w:tr w:rsidR="006F0136" w:rsidRPr="00D77020" w14:paraId="13D08F58" w14:textId="77777777">
        <w:tc>
          <w:tcPr>
            <w:tcW w:w="1234" w:type="dxa"/>
          </w:tcPr>
          <w:p w14:paraId="2A291C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06463B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RN-514-и</w:t>
            </w:r>
          </w:p>
        </w:tc>
        <w:tc>
          <w:tcPr>
            <w:tcW w:w="1234" w:type="dxa"/>
          </w:tcPr>
          <w:p w14:paraId="4F66AF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514</w:t>
            </w:r>
          </w:p>
        </w:tc>
        <w:tc>
          <w:tcPr>
            <w:tcW w:w="1234" w:type="dxa"/>
          </w:tcPr>
          <w:p w14:paraId="3155FC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4ABC34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3130D3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393A7CB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3,5</w:t>
            </w:r>
          </w:p>
        </w:tc>
      </w:tr>
      <w:tr w:rsidR="006F0136" w:rsidRPr="00D77020" w14:paraId="04BEAC9D" w14:textId="77777777">
        <w:tc>
          <w:tcPr>
            <w:tcW w:w="1234" w:type="dxa"/>
          </w:tcPr>
          <w:p w14:paraId="4317E2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0650D0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RN-515-ж</w:t>
            </w:r>
          </w:p>
        </w:tc>
        <w:tc>
          <w:tcPr>
            <w:tcW w:w="1234" w:type="dxa"/>
          </w:tcPr>
          <w:p w14:paraId="656171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515</w:t>
            </w:r>
          </w:p>
        </w:tc>
        <w:tc>
          <w:tcPr>
            <w:tcW w:w="1234" w:type="dxa"/>
          </w:tcPr>
          <w:p w14:paraId="663CFB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4C972C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5E827F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F6C31C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3C2851EA" w14:textId="77777777">
        <w:tc>
          <w:tcPr>
            <w:tcW w:w="1234" w:type="dxa"/>
          </w:tcPr>
          <w:p w14:paraId="21F0A6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2823ED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RN-515-п</w:t>
            </w:r>
          </w:p>
        </w:tc>
        <w:tc>
          <w:tcPr>
            <w:tcW w:w="1234" w:type="dxa"/>
          </w:tcPr>
          <w:p w14:paraId="055964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515</w:t>
            </w:r>
          </w:p>
        </w:tc>
        <w:tc>
          <w:tcPr>
            <w:tcW w:w="1234" w:type="dxa"/>
          </w:tcPr>
          <w:p w14:paraId="5173D7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64309E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383226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7702A95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3A1DC190" w14:textId="77777777">
        <w:tc>
          <w:tcPr>
            <w:tcW w:w="1234" w:type="dxa"/>
          </w:tcPr>
          <w:p w14:paraId="71DB65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08BFDA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RN-515-т</w:t>
            </w:r>
          </w:p>
        </w:tc>
        <w:tc>
          <w:tcPr>
            <w:tcW w:w="1234" w:type="dxa"/>
          </w:tcPr>
          <w:p w14:paraId="433788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515</w:t>
            </w:r>
          </w:p>
        </w:tc>
        <w:tc>
          <w:tcPr>
            <w:tcW w:w="1234" w:type="dxa"/>
          </w:tcPr>
          <w:p w14:paraId="446F5E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7F803A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755444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CE1B65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44906EC1" w14:textId="77777777">
        <w:tc>
          <w:tcPr>
            <w:tcW w:w="1234" w:type="dxa"/>
          </w:tcPr>
          <w:p w14:paraId="229778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27F669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RN-515-ш</w:t>
            </w:r>
          </w:p>
        </w:tc>
        <w:tc>
          <w:tcPr>
            <w:tcW w:w="1234" w:type="dxa"/>
          </w:tcPr>
          <w:p w14:paraId="33289A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515</w:t>
            </w:r>
          </w:p>
        </w:tc>
        <w:tc>
          <w:tcPr>
            <w:tcW w:w="1234" w:type="dxa"/>
          </w:tcPr>
          <w:p w14:paraId="37C468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ш</w:t>
            </w:r>
          </w:p>
        </w:tc>
        <w:tc>
          <w:tcPr>
            <w:tcW w:w="1234" w:type="dxa"/>
          </w:tcPr>
          <w:p w14:paraId="04F81F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3DE358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5C3689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0,8</w:t>
            </w:r>
          </w:p>
        </w:tc>
      </w:tr>
      <w:tr w:rsidR="006F0136" w:rsidRPr="00D77020" w14:paraId="40B2FA66" w14:textId="77777777">
        <w:tc>
          <w:tcPr>
            <w:tcW w:w="1234" w:type="dxa"/>
          </w:tcPr>
          <w:p w14:paraId="73F5AC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32DF8C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RN-516-ш</w:t>
            </w:r>
          </w:p>
        </w:tc>
        <w:tc>
          <w:tcPr>
            <w:tcW w:w="1234" w:type="dxa"/>
          </w:tcPr>
          <w:p w14:paraId="4517D0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516</w:t>
            </w:r>
          </w:p>
        </w:tc>
        <w:tc>
          <w:tcPr>
            <w:tcW w:w="1234" w:type="dxa"/>
          </w:tcPr>
          <w:p w14:paraId="3DA1EC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ш</w:t>
            </w:r>
          </w:p>
        </w:tc>
        <w:tc>
          <w:tcPr>
            <w:tcW w:w="1234" w:type="dxa"/>
          </w:tcPr>
          <w:p w14:paraId="080882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4989D6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7FC9A2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0,1</w:t>
            </w:r>
          </w:p>
        </w:tc>
      </w:tr>
      <w:tr w:rsidR="006F0136" w:rsidRPr="00D77020" w14:paraId="55DEAD95" w14:textId="77777777">
        <w:tc>
          <w:tcPr>
            <w:tcW w:w="1234" w:type="dxa"/>
          </w:tcPr>
          <w:p w14:paraId="2D3CFD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17CDB8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RN-516-я</w:t>
            </w:r>
          </w:p>
        </w:tc>
        <w:tc>
          <w:tcPr>
            <w:tcW w:w="1234" w:type="dxa"/>
          </w:tcPr>
          <w:p w14:paraId="4A2739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516</w:t>
            </w:r>
          </w:p>
        </w:tc>
        <w:tc>
          <w:tcPr>
            <w:tcW w:w="1234" w:type="dxa"/>
          </w:tcPr>
          <w:p w14:paraId="5DD302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я</w:t>
            </w:r>
          </w:p>
        </w:tc>
        <w:tc>
          <w:tcPr>
            <w:tcW w:w="1234" w:type="dxa"/>
          </w:tcPr>
          <w:p w14:paraId="031E99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48061E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DCE13E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5,3</w:t>
            </w:r>
          </w:p>
        </w:tc>
      </w:tr>
      <w:tr w:rsidR="006F0136" w:rsidRPr="00D77020" w14:paraId="1F56AFF4" w14:textId="77777777">
        <w:tc>
          <w:tcPr>
            <w:tcW w:w="1234" w:type="dxa"/>
          </w:tcPr>
          <w:p w14:paraId="5AB602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137B52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RN-518-н</w:t>
            </w:r>
          </w:p>
        </w:tc>
        <w:tc>
          <w:tcPr>
            <w:tcW w:w="1234" w:type="dxa"/>
          </w:tcPr>
          <w:p w14:paraId="7D0C3A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518</w:t>
            </w:r>
          </w:p>
        </w:tc>
        <w:tc>
          <w:tcPr>
            <w:tcW w:w="1234" w:type="dxa"/>
          </w:tcPr>
          <w:p w14:paraId="5934C1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57E718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579A6B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A1CD65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50113617" w14:textId="77777777">
        <w:tc>
          <w:tcPr>
            <w:tcW w:w="1234" w:type="dxa"/>
          </w:tcPr>
          <w:p w14:paraId="5BA8E4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796253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RN-518-о</w:t>
            </w:r>
          </w:p>
        </w:tc>
        <w:tc>
          <w:tcPr>
            <w:tcW w:w="1234" w:type="dxa"/>
          </w:tcPr>
          <w:p w14:paraId="4C34B5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518</w:t>
            </w:r>
          </w:p>
        </w:tc>
        <w:tc>
          <w:tcPr>
            <w:tcW w:w="1234" w:type="dxa"/>
          </w:tcPr>
          <w:p w14:paraId="1D1C84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6A16AB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02CFA4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72E4D6C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3,0</w:t>
            </w:r>
          </w:p>
        </w:tc>
      </w:tr>
      <w:tr w:rsidR="006F0136" w:rsidRPr="00D77020" w14:paraId="354BF8E4" w14:textId="77777777">
        <w:tc>
          <w:tcPr>
            <w:tcW w:w="1234" w:type="dxa"/>
          </w:tcPr>
          <w:p w14:paraId="3F54E3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36955E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RN-518-с</w:t>
            </w:r>
          </w:p>
        </w:tc>
        <w:tc>
          <w:tcPr>
            <w:tcW w:w="1234" w:type="dxa"/>
          </w:tcPr>
          <w:p w14:paraId="1B4DA2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518</w:t>
            </w:r>
          </w:p>
        </w:tc>
        <w:tc>
          <w:tcPr>
            <w:tcW w:w="1234" w:type="dxa"/>
          </w:tcPr>
          <w:p w14:paraId="0C64CB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11D0DC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149866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598784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6,6</w:t>
            </w:r>
          </w:p>
        </w:tc>
      </w:tr>
      <w:tr w:rsidR="006F0136" w:rsidRPr="00D77020" w14:paraId="1B18575D" w14:textId="77777777">
        <w:tc>
          <w:tcPr>
            <w:tcW w:w="1234" w:type="dxa"/>
          </w:tcPr>
          <w:p w14:paraId="3E9811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6ADBB1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RN-518-у</w:t>
            </w:r>
          </w:p>
        </w:tc>
        <w:tc>
          <w:tcPr>
            <w:tcW w:w="1234" w:type="dxa"/>
          </w:tcPr>
          <w:p w14:paraId="09336E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518</w:t>
            </w:r>
          </w:p>
        </w:tc>
        <w:tc>
          <w:tcPr>
            <w:tcW w:w="1234" w:type="dxa"/>
          </w:tcPr>
          <w:p w14:paraId="152CC4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у</w:t>
            </w:r>
          </w:p>
        </w:tc>
        <w:tc>
          <w:tcPr>
            <w:tcW w:w="1234" w:type="dxa"/>
          </w:tcPr>
          <w:p w14:paraId="716F83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5E04C3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7C9FDB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1,1</w:t>
            </w:r>
          </w:p>
        </w:tc>
      </w:tr>
      <w:tr w:rsidR="006F0136" w:rsidRPr="00D77020" w14:paraId="00ECAC11" w14:textId="77777777">
        <w:tc>
          <w:tcPr>
            <w:tcW w:w="1234" w:type="dxa"/>
          </w:tcPr>
          <w:p w14:paraId="0FDC4F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11E844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RN-518-х</w:t>
            </w:r>
          </w:p>
        </w:tc>
        <w:tc>
          <w:tcPr>
            <w:tcW w:w="1234" w:type="dxa"/>
          </w:tcPr>
          <w:p w14:paraId="1685DD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518</w:t>
            </w:r>
          </w:p>
        </w:tc>
        <w:tc>
          <w:tcPr>
            <w:tcW w:w="1234" w:type="dxa"/>
          </w:tcPr>
          <w:p w14:paraId="288079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х</w:t>
            </w:r>
          </w:p>
        </w:tc>
        <w:tc>
          <w:tcPr>
            <w:tcW w:w="1234" w:type="dxa"/>
          </w:tcPr>
          <w:p w14:paraId="63D346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3B316F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7288B09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1,8</w:t>
            </w:r>
          </w:p>
        </w:tc>
      </w:tr>
      <w:tr w:rsidR="006F0136" w:rsidRPr="00D77020" w14:paraId="69A97272" w14:textId="77777777">
        <w:tc>
          <w:tcPr>
            <w:tcW w:w="1234" w:type="dxa"/>
          </w:tcPr>
          <w:p w14:paraId="1291B5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2024</w:t>
            </w:r>
          </w:p>
        </w:tc>
        <w:tc>
          <w:tcPr>
            <w:tcW w:w="1234" w:type="dxa"/>
          </w:tcPr>
          <w:p w14:paraId="7AF2D1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RN-518-ц</w:t>
            </w:r>
          </w:p>
        </w:tc>
        <w:tc>
          <w:tcPr>
            <w:tcW w:w="1234" w:type="dxa"/>
          </w:tcPr>
          <w:p w14:paraId="506322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518</w:t>
            </w:r>
          </w:p>
        </w:tc>
        <w:tc>
          <w:tcPr>
            <w:tcW w:w="1234" w:type="dxa"/>
          </w:tcPr>
          <w:p w14:paraId="062589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ц</w:t>
            </w:r>
          </w:p>
        </w:tc>
        <w:tc>
          <w:tcPr>
            <w:tcW w:w="1234" w:type="dxa"/>
          </w:tcPr>
          <w:p w14:paraId="692833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464E20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E309AA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1773EF3D" w14:textId="77777777">
        <w:tc>
          <w:tcPr>
            <w:tcW w:w="1234" w:type="dxa"/>
          </w:tcPr>
          <w:p w14:paraId="24987C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08F487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RN-518-ш</w:t>
            </w:r>
          </w:p>
        </w:tc>
        <w:tc>
          <w:tcPr>
            <w:tcW w:w="1234" w:type="dxa"/>
          </w:tcPr>
          <w:p w14:paraId="27F044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518</w:t>
            </w:r>
          </w:p>
        </w:tc>
        <w:tc>
          <w:tcPr>
            <w:tcW w:w="1234" w:type="dxa"/>
          </w:tcPr>
          <w:p w14:paraId="4774F1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ш</w:t>
            </w:r>
          </w:p>
        </w:tc>
        <w:tc>
          <w:tcPr>
            <w:tcW w:w="1234" w:type="dxa"/>
          </w:tcPr>
          <w:p w14:paraId="6C6C41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1011F0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B5498B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63A12752" w14:textId="77777777">
        <w:tc>
          <w:tcPr>
            <w:tcW w:w="1234" w:type="dxa"/>
          </w:tcPr>
          <w:p w14:paraId="55ADBE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05749E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RN-519-л</w:t>
            </w:r>
          </w:p>
        </w:tc>
        <w:tc>
          <w:tcPr>
            <w:tcW w:w="1234" w:type="dxa"/>
          </w:tcPr>
          <w:p w14:paraId="65F0E4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519</w:t>
            </w:r>
          </w:p>
        </w:tc>
        <w:tc>
          <w:tcPr>
            <w:tcW w:w="1234" w:type="dxa"/>
          </w:tcPr>
          <w:p w14:paraId="65853E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43C3FA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507E27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2ABCB4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019C734A" w14:textId="77777777">
        <w:tc>
          <w:tcPr>
            <w:tcW w:w="1234" w:type="dxa"/>
          </w:tcPr>
          <w:p w14:paraId="386E63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7DDEE4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RN-520-б1</w:t>
            </w:r>
          </w:p>
        </w:tc>
        <w:tc>
          <w:tcPr>
            <w:tcW w:w="1234" w:type="dxa"/>
          </w:tcPr>
          <w:p w14:paraId="6AF97C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520</w:t>
            </w:r>
          </w:p>
        </w:tc>
        <w:tc>
          <w:tcPr>
            <w:tcW w:w="1234" w:type="dxa"/>
          </w:tcPr>
          <w:p w14:paraId="002364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б1</w:t>
            </w:r>
          </w:p>
        </w:tc>
        <w:tc>
          <w:tcPr>
            <w:tcW w:w="1234" w:type="dxa"/>
          </w:tcPr>
          <w:p w14:paraId="68CEAA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5B63E2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1E8F8C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4,7</w:t>
            </w:r>
          </w:p>
        </w:tc>
      </w:tr>
      <w:tr w:rsidR="006F0136" w:rsidRPr="00D77020" w14:paraId="1A823AA3" w14:textId="77777777">
        <w:tc>
          <w:tcPr>
            <w:tcW w:w="1234" w:type="dxa"/>
          </w:tcPr>
          <w:p w14:paraId="69FF89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0B4D55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RN-520-в1</w:t>
            </w:r>
          </w:p>
        </w:tc>
        <w:tc>
          <w:tcPr>
            <w:tcW w:w="1234" w:type="dxa"/>
          </w:tcPr>
          <w:p w14:paraId="30D7A0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520</w:t>
            </w:r>
          </w:p>
        </w:tc>
        <w:tc>
          <w:tcPr>
            <w:tcW w:w="1234" w:type="dxa"/>
          </w:tcPr>
          <w:p w14:paraId="5B4629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в1</w:t>
            </w:r>
          </w:p>
        </w:tc>
        <w:tc>
          <w:tcPr>
            <w:tcW w:w="1234" w:type="dxa"/>
          </w:tcPr>
          <w:p w14:paraId="2DB3C9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654DD7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7661A19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9,4</w:t>
            </w:r>
          </w:p>
        </w:tc>
      </w:tr>
      <w:tr w:rsidR="006F0136" w:rsidRPr="00D77020" w14:paraId="0C1B44F0" w14:textId="77777777">
        <w:tc>
          <w:tcPr>
            <w:tcW w:w="1234" w:type="dxa"/>
          </w:tcPr>
          <w:p w14:paraId="11104C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394116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RN-520-о1</w:t>
            </w:r>
          </w:p>
        </w:tc>
        <w:tc>
          <w:tcPr>
            <w:tcW w:w="1234" w:type="dxa"/>
          </w:tcPr>
          <w:p w14:paraId="10FFD5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520</w:t>
            </w:r>
          </w:p>
        </w:tc>
        <w:tc>
          <w:tcPr>
            <w:tcW w:w="1234" w:type="dxa"/>
          </w:tcPr>
          <w:p w14:paraId="41BD65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о1</w:t>
            </w:r>
          </w:p>
        </w:tc>
        <w:tc>
          <w:tcPr>
            <w:tcW w:w="1234" w:type="dxa"/>
          </w:tcPr>
          <w:p w14:paraId="19EF42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0AE735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2F27FB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0,6</w:t>
            </w:r>
          </w:p>
        </w:tc>
      </w:tr>
      <w:tr w:rsidR="006F0136" w:rsidRPr="00D77020" w14:paraId="4EA1326E" w14:textId="77777777">
        <w:tc>
          <w:tcPr>
            <w:tcW w:w="1234" w:type="dxa"/>
          </w:tcPr>
          <w:p w14:paraId="0D3065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14AF25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RN-520-я</w:t>
            </w:r>
          </w:p>
        </w:tc>
        <w:tc>
          <w:tcPr>
            <w:tcW w:w="1234" w:type="dxa"/>
          </w:tcPr>
          <w:p w14:paraId="1E499C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520</w:t>
            </w:r>
          </w:p>
        </w:tc>
        <w:tc>
          <w:tcPr>
            <w:tcW w:w="1234" w:type="dxa"/>
          </w:tcPr>
          <w:p w14:paraId="090617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я</w:t>
            </w:r>
          </w:p>
        </w:tc>
        <w:tc>
          <w:tcPr>
            <w:tcW w:w="1234" w:type="dxa"/>
          </w:tcPr>
          <w:p w14:paraId="49B3B4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0E27F5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E13F4C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4,7</w:t>
            </w:r>
          </w:p>
        </w:tc>
      </w:tr>
      <w:tr w:rsidR="006F0136" w:rsidRPr="00D77020" w14:paraId="6FE31EAF" w14:textId="77777777">
        <w:tc>
          <w:tcPr>
            <w:tcW w:w="1234" w:type="dxa"/>
          </w:tcPr>
          <w:p w14:paraId="191887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5D0560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RN-522-а</w:t>
            </w:r>
          </w:p>
        </w:tc>
        <w:tc>
          <w:tcPr>
            <w:tcW w:w="1234" w:type="dxa"/>
          </w:tcPr>
          <w:p w14:paraId="3252C7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522</w:t>
            </w:r>
          </w:p>
        </w:tc>
        <w:tc>
          <w:tcPr>
            <w:tcW w:w="1234" w:type="dxa"/>
          </w:tcPr>
          <w:p w14:paraId="2CAD96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1A7292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38606E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680A26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3,2</w:t>
            </w:r>
          </w:p>
        </w:tc>
      </w:tr>
      <w:tr w:rsidR="006F0136" w:rsidRPr="00D77020" w14:paraId="15344C38" w14:textId="77777777">
        <w:tc>
          <w:tcPr>
            <w:tcW w:w="1234" w:type="dxa"/>
          </w:tcPr>
          <w:p w14:paraId="771D14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31A9BA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RN-522-ж</w:t>
            </w:r>
          </w:p>
        </w:tc>
        <w:tc>
          <w:tcPr>
            <w:tcW w:w="1234" w:type="dxa"/>
          </w:tcPr>
          <w:p w14:paraId="57623F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522</w:t>
            </w:r>
          </w:p>
        </w:tc>
        <w:tc>
          <w:tcPr>
            <w:tcW w:w="1234" w:type="dxa"/>
          </w:tcPr>
          <w:p w14:paraId="6F299D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2A98D9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44EC77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EC135A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2,5</w:t>
            </w:r>
          </w:p>
        </w:tc>
      </w:tr>
      <w:tr w:rsidR="006F0136" w:rsidRPr="00D77020" w14:paraId="63232FF1" w14:textId="77777777">
        <w:tc>
          <w:tcPr>
            <w:tcW w:w="1234" w:type="dxa"/>
          </w:tcPr>
          <w:p w14:paraId="125CC0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0B459B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RN-522-и</w:t>
            </w:r>
          </w:p>
        </w:tc>
        <w:tc>
          <w:tcPr>
            <w:tcW w:w="1234" w:type="dxa"/>
          </w:tcPr>
          <w:p w14:paraId="087006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522</w:t>
            </w:r>
          </w:p>
        </w:tc>
        <w:tc>
          <w:tcPr>
            <w:tcW w:w="1234" w:type="dxa"/>
          </w:tcPr>
          <w:p w14:paraId="4CBE80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43476B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25E1C5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175113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0,1</w:t>
            </w:r>
          </w:p>
        </w:tc>
      </w:tr>
      <w:tr w:rsidR="006F0136" w:rsidRPr="00D77020" w14:paraId="2E640E3B" w14:textId="77777777">
        <w:tc>
          <w:tcPr>
            <w:tcW w:w="1234" w:type="dxa"/>
          </w:tcPr>
          <w:p w14:paraId="57F328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26579C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RN-522-к</w:t>
            </w:r>
          </w:p>
        </w:tc>
        <w:tc>
          <w:tcPr>
            <w:tcW w:w="1234" w:type="dxa"/>
          </w:tcPr>
          <w:p w14:paraId="0A21BF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522</w:t>
            </w:r>
          </w:p>
        </w:tc>
        <w:tc>
          <w:tcPr>
            <w:tcW w:w="1234" w:type="dxa"/>
          </w:tcPr>
          <w:p w14:paraId="4BCEF0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5CDC03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7F8BC5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022495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1,4</w:t>
            </w:r>
          </w:p>
        </w:tc>
      </w:tr>
      <w:tr w:rsidR="006F0136" w:rsidRPr="00D77020" w14:paraId="5C0CBF67" w14:textId="77777777">
        <w:tc>
          <w:tcPr>
            <w:tcW w:w="1234" w:type="dxa"/>
          </w:tcPr>
          <w:p w14:paraId="4F82CA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67AAB4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RN-522-м</w:t>
            </w:r>
          </w:p>
        </w:tc>
        <w:tc>
          <w:tcPr>
            <w:tcW w:w="1234" w:type="dxa"/>
          </w:tcPr>
          <w:p w14:paraId="1AC921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522</w:t>
            </w:r>
          </w:p>
        </w:tc>
        <w:tc>
          <w:tcPr>
            <w:tcW w:w="1234" w:type="dxa"/>
          </w:tcPr>
          <w:p w14:paraId="311E89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7B8DB3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062021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9AEA56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6,7</w:t>
            </w:r>
          </w:p>
        </w:tc>
      </w:tr>
      <w:tr w:rsidR="006F0136" w:rsidRPr="00D77020" w14:paraId="0F78BC7D" w14:textId="77777777">
        <w:tc>
          <w:tcPr>
            <w:tcW w:w="1234" w:type="dxa"/>
          </w:tcPr>
          <w:p w14:paraId="7017C1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5A740C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RN-522-п</w:t>
            </w:r>
          </w:p>
        </w:tc>
        <w:tc>
          <w:tcPr>
            <w:tcW w:w="1234" w:type="dxa"/>
          </w:tcPr>
          <w:p w14:paraId="310CA7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522</w:t>
            </w:r>
          </w:p>
        </w:tc>
        <w:tc>
          <w:tcPr>
            <w:tcW w:w="1234" w:type="dxa"/>
          </w:tcPr>
          <w:p w14:paraId="4D7D23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54B59C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5646CB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74FC55E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4E2E6530" w14:textId="77777777">
        <w:tc>
          <w:tcPr>
            <w:tcW w:w="1234" w:type="dxa"/>
          </w:tcPr>
          <w:p w14:paraId="25E3D0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2FB5C3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RN-522-т</w:t>
            </w:r>
          </w:p>
        </w:tc>
        <w:tc>
          <w:tcPr>
            <w:tcW w:w="1234" w:type="dxa"/>
          </w:tcPr>
          <w:p w14:paraId="6B1659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522</w:t>
            </w:r>
          </w:p>
        </w:tc>
        <w:tc>
          <w:tcPr>
            <w:tcW w:w="1234" w:type="dxa"/>
          </w:tcPr>
          <w:p w14:paraId="536333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1FC023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292AE6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DDCE44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4,1</w:t>
            </w:r>
          </w:p>
        </w:tc>
      </w:tr>
      <w:tr w:rsidR="006F0136" w:rsidRPr="00D77020" w14:paraId="0415149F" w14:textId="77777777">
        <w:tc>
          <w:tcPr>
            <w:tcW w:w="1234" w:type="dxa"/>
          </w:tcPr>
          <w:p w14:paraId="64ECC3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6A1F34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RN-522-у</w:t>
            </w:r>
          </w:p>
        </w:tc>
        <w:tc>
          <w:tcPr>
            <w:tcW w:w="1234" w:type="dxa"/>
          </w:tcPr>
          <w:p w14:paraId="4A2F28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522</w:t>
            </w:r>
          </w:p>
        </w:tc>
        <w:tc>
          <w:tcPr>
            <w:tcW w:w="1234" w:type="dxa"/>
          </w:tcPr>
          <w:p w14:paraId="0E38B5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у</w:t>
            </w:r>
          </w:p>
        </w:tc>
        <w:tc>
          <w:tcPr>
            <w:tcW w:w="1234" w:type="dxa"/>
          </w:tcPr>
          <w:p w14:paraId="308EB6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6DFE89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8E92AA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0,6</w:t>
            </w:r>
          </w:p>
        </w:tc>
      </w:tr>
      <w:tr w:rsidR="006F0136" w:rsidRPr="00D77020" w14:paraId="1F2CD468" w14:textId="77777777">
        <w:tc>
          <w:tcPr>
            <w:tcW w:w="1234" w:type="dxa"/>
          </w:tcPr>
          <w:p w14:paraId="37C4B8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10EFB4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RN-523-а</w:t>
            </w:r>
          </w:p>
        </w:tc>
        <w:tc>
          <w:tcPr>
            <w:tcW w:w="1234" w:type="dxa"/>
          </w:tcPr>
          <w:p w14:paraId="56F6FD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523</w:t>
            </w:r>
          </w:p>
        </w:tc>
        <w:tc>
          <w:tcPr>
            <w:tcW w:w="1234" w:type="dxa"/>
          </w:tcPr>
          <w:p w14:paraId="5C7279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2EB3FA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49985A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74D80B0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3,4</w:t>
            </w:r>
          </w:p>
        </w:tc>
      </w:tr>
      <w:tr w:rsidR="006F0136" w:rsidRPr="00D77020" w14:paraId="16884334" w14:textId="77777777">
        <w:tc>
          <w:tcPr>
            <w:tcW w:w="1234" w:type="dxa"/>
          </w:tcPr>
          <w:p w14:paraId="15DD55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67315F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RN-523-б</w:t>
            </w:r>
          </w:p>
        </w:tc>
        <w:tc>
          <w:tcPr>
            <w:tcW w:w="1234" w:type="dxa"/>
          </w:tcPr>
          <w:p w14:paraId="6C3917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523</w:t>
            </w:r>
          </w:p>
        </w:tc>
        <w:tc>
          <w:tcPr>
            <w:tcW w:w="1234" w:type="dxa"/>
          </w:tcPr>
          <w:p w14:paraId="653D05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70F5D7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22647E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449993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167F38BD" w14:textId="77777777">
        <w:tc>
          <w:tcPr>
            <w:tcW w:w="1234" w:type="dxa"/>
          </w:tcPr>
          <w:p w14:paraId="0486E2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45A872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RN-523-д</w:t>
            </w:r>
          </w:p>
        </w:tc>
        <w:tc>
          <w:tcPr>
            <w:tcW w:w="1234" w:type="dxa"/>
          </w:tcPr>
          <w:p w14:paraId="6A3672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523</w:t>
            </w:r>
          </w:p>
        </w:tc>
        <w:tc>
          <w:tcPr>
            <w:tcW w:w="1234" w:type="dxa"/>
          </w:tcPr>
          <w:p w14:paraId="45D959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3E53B4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2C45FE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44AD94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5,3</w:t>
            </w:r>
          </w:p>
        </w:tc>
      </w:tr>
      <w:tr w:rsidR="006F0136" w:rsidRPr="00D77020" w14:paraId="4A90F0CF" w14:textId="77777777">
        <w:tc>
          <w:tcPr>
            <w:tcW w:w="1234" w:type="dxa"/>
          </w:tcPr>
          <w:p w14:paraId="29B075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71934E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RN-523-т</w:t>
            </w:r>
          </w:p>
        </w:tc>
        <w:tc>
          <w:tcPr>
            <w:tcW w:w="1234" w:type="dxa"/>
          </w:tcPr>
          <w:p w14:paraId="3B2F87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523</w:t>
            </w:r>
          </w:p>
        </w:tc>
        <w:tc>
          <w:tcPr>
            <w:tcW w:w="1234" w:type="dxa"/>
          </w:tcPr>
          <w:p w14:paraId="296C89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43D8EA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234" w:type="dxa"/>
          </w:tcPr>
          <w:p w14:paraId="73AA3E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6524A9B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0,6</w:t>
            </w:r>
          </w:p>
        </w:tc>
      </w:tr>
      <w:tr w:rsidR="006F0136" w:rsidRPr="00D77020" w14:paraId="70D014C2" w14:textId="77777777">
        <w:tc>
          <w:tcPr>
            <w:tcW w:w="1234" w:type="dxa"/>
          </w:tcPr>
          <w:p w14:paraId="357308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19206F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RN-524-г1</w:t>
            </w:r>
          </w:p>
        </w:tc>
        <w:tc>
          <w:tcPr>
            <w:tcW w:w="1234" w:type="dxa"/>
          </w:tcPr>
          <w:p w14:paraId="0C5A95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524</w:t>
            </w:r>
          </w:p>
        </w:tc>
        <w:tc>
          <w:tcPr>
            <w:tcW w:w="1234" w:type="dxa"/>
          </w:tcPr>
          <w:p w14:paraId="0A13B5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г1</w:t>
            </w:r>
          </w:p>
        </w:tc>
        <w:tc>
          <w:tcPr>
            <w:tcW w:w="1234" w:type="dxa"/>
          </w:tcPr>
          <w:p w14:paraId="312919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10C402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A95D31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2,0</w:t>
            </w:r>
          </w:p>
        </w:tc>
      </w:tr>
      <w:tr w:rsidR="006F0136" w:rsidRPr="00D77020" w14:paraId="5188CF83" w14:textId="77777777">
        <w:tc>
          <w:tcPr>
            <w:tcW w:w="1234" w:type="dxa"/>
          </w:tcPr>
          <w:p w14:paraId="79B95C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572DB8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RN-524-ж1</w:t>
            </w:r>
          </w:p>
        </w:tc>
        <w:tc>
          <w:tcPr>
            <w:tcW w:w="1234" w:type="dxa"/>
          </w:tcPr>
          <w:p w14:paraId="100426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524</w:t>
            </w:r>
          </w:p>
        </w:tc>
        <w:tc>
          <w:tcPr>
            <w:tcW w:w="1234" w:type="dxa"/>
          </w:tcPr>
          <w:p w14:paraId="0A3B91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ж1</w:t>
            </w:r>
          </w:p>
        </w:tc>
        <w:tc>
          <w:tcPr>
            <w:tcW w:w="1234" w:type="dxa"/>
          </w:tcPr>
          <w:p w14:paraId="2A48F2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4B92AC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4E7893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2,7</w:t>
            </w:r>
          </w:p>
        </w:tc>
      </w:tr>
      <w:tr w:rsidR="006F0136" w:rsidRPr="00D77020" w14:paraId="492F4FA9" w14:textId="77777777">
        <w:tc>
          <w:tcPr>
            <w:tcW w:w="1234" w:type="dxa"/>
          </w:tcPr>
          <w:p w14:paraId="088DB3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3F1BBB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RN-524-з1</w:t>
            </w:r>
          </w:p>
        </w:tc>
        <w:tc>
          <w:tcPr>
            <w:tcW w:w="1234" w:type="dxa"/>
          </w:tcPr>
          <w:p w14:paraId="25F95C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524</w:t>
            </w:r>
          </w:p>
        </w:tc>
        <w:tc>
          <w:tcPr>
            <w:tcW w:w="1234" w:type="dxa"/>
          </w:tcPr>
          <w:p w14:paraId="6A5D00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з1</w:t>
            </w:r>
          </w:p>
        </w:tc>
        <w:tc>
          <w:tcPr>
            <w:tcW w:w="1234" w:type="dxa"/>
          </w:tcPr>
          <w:p w14:paraId="0CE221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5A276D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58EFA9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6FBD8040" w14:textId="77777777">
        <w:tc>
          <w:tcPr>
            <w:tcW w:w="1234" w:type="dxa"/>
          </w:tcPr>
          <w:p w14:paraId="370FEF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795355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RN-524-и1</w:t>
            </w:r>
          </w:p>
        </w:tc>
        <w:tc>
          <w:tcPr>
            <w:tcW w:w="1234" w:type="dxa"/>
          </w:tcPr>
          <w:p w14:paraId="0D11CE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524</w:t>
            </w:r>
          </w:p>
        </w:tc>
        <w:tc>
          <w:tcPr>
            <w:tcW w:w="1234" w:type="dxa"/>
          </w:tcPr>
          <w:p w14:paraId="7F2584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и1</w:t>
            </w:r>
          </w:p>
        </w:tc>
        <w:tc>
          <w:tcPr>
            <w:tcW w:w="1234" w:type="dxa"/>
          </w:tcPr>
          <w:p w14:paraId="5D6BF6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11E0C6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71B5CA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1,6</w:t>
            </w:r>
          </w:p>
        </w:tc>
      </w:tr>
      <w:tr w:rsidR="006F0136" w:rsidRPr="00D77020" w14:paraId="75660260" w14:textId="77777777">
        <w:tc>
          <w:tcPr>
            <w:tcW w:w="1234" w:type="dxa"/>
          </w:tcPr>
          <w:p w14:paraId="53EE09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6DEFE6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RN-524-к1</w:t>
            </w:r>
          </w:p>
        </w:tc>
        <w:tc>
          <w:tcPr>
            <w:tcW w:w="1234" w:type="dxa"/>
          </w:tcPr>
          <w:p w14:paraId="277B8B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524</w:t>
            </w:r>
          </w:p>
        </w:tc>
        <w:tc>
          <w:tcPr>
            <w:tcW w:w="1234" w:type="dxa"/>
          </w:tcPr>
          <w:p w14:paraId="499675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к1</w:t>
            </w:r>
          </w:p>
        </w:tc>
        <w:tc>
          <w:tcPr>
            <w:tcW w:w="1234" w:type="dxa"/>
          </w:tcPr>
          <w:p w14:paraId="2C14F5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3B2D16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BB838C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2,8</w:t>
            </w:r>
          </w:p>
        </w:tc>
      </w:tr>
      <w:tr w:rsidR="006F0136" w:rsidRPr="00D77020" w14:paraId="3CCB281B" w14:textId="77777777">
        <w:tc>
          <w:tcPr>
            <w:tcW w:w="1234" w:type="dxa"/>
          </w:tcPr>
          <w:p w14:paraId="65761A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7EF2FD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RN-524-р</w:t>
            </w:r>
          </w:p>
        </w:tc>
        <w:tc>
          <w:tcPr>
            <w:tcW w:w="1234" w:type="dxa"/>
          </w:tcPr>
          <w:p w14:paraId="4B00E6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524</w:t>
            </w:r>
          </w:p>
        </w:tc>
        <w:tc>
          <w:tcPr>
            <w:tcW w:w="1234" w:type="dxa"/>
          </w:tcPr>
          <w:p w14:paraId="7C972B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4E5B12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16E07E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D7140A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7,3</w:t>
            </w:r>
          </w:p>
        </w:tc>
      </w:tr>
      <w:tr w:rsidR="006F0136" w:rsidRPr="00D77020" w14:paraId="46A8EA08" w14:textId="77777777">
        <w:tc>
          <w:tcPr>
            <w:tcW w:w="1234" w:type="dxa"/>
          </w:tcPr>
          <w:p w14:paraId="58CE65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012938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RN-524-ф</w:t>
            </w:r>
          </w:p>
        </w:tc>
        <w:tc>
          <w:tcPr>
            <w:tcW w:w="1234" w:type="dxa"/>
          </w:tcPr>
          <w:p w14:paraId="256197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524</w:t>
            </w:r>
          </w:p>
        </w:tc>
        <w:tc>
          <w:tcPr>
            <w:tcW w:w="1234" w:type="dxa"/>
          </w:tcPr>
          <w:p w14:paraId="2BFCCA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ф</w:t>
            </w:r>
          </w:p>
        </w:tc>
        <w:tc>
          <w:tcPr>
            <w:tcW w:w="1234" w:type="dxa"/>
          </w:tcPr>
          <w:p w14:paraId="1C0301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3A65B0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A2FCBC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16,7</w:t>
            </w:r>
          </w:p>
        </w:tc>
      </w:tr>
      <w:tr w:rsidR="006F0136" w:rsidRPr="00D77020" w14:paraId="348F2F26" w14:textId="77777777">
        <w:tc>
          <w:tcPr>
            <w:tcW w:w="1234" w:type="dxa"/>
          </w:tcPr>
          <w:p w14:paraId="592707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496512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RN-524-я</w:t>
            </w:r>
          </w:p>
        </w:tc>
        <w:tc>
          <w:tcPr>
            <w:tcW w:w="1234" w:type="dxa"/>
          </w:tcPr>
          <w:p w14:paraId="459515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524</w:t>
            </w:r>
          </w:p>
        </w:tc>
        <w:tc>
          <w:tcPr>
            <w:tcW w:w="1234" w:type="dxa"/>
          </w:tcPr>
          <w:p w14:paraId="0375EA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я</w:t>
            </w:r>
          </w:p>
        </w:tc>
        <w:tc>
          <w:tcPr>
            <w:tcW w:w="1234" w:type="dxa"/>
          </w:tcPr>
          <w:p w14:paraId="5DB8CB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156AD4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E649AB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3,8</w:t>
            </w:r>
          </w:p>
        </w:tc>
      </w:tr>
      <w:tr w:rsidR="006F0136" w:rsidRPr="00D77020" w14:paraId="73551F4A" w14:textId="77777777">
        <w:tc>
          <w:tcPr>
            <w:tcW w:w="1234" w:type="dxa"/>
          </w:tcPr>
          <w:p w14:paraId="74109D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3C6974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RN-526-ж</w:t>
            </w:r>
          </w:p>
        </w:tc>
        <w:tc>
          <w:tcPr>
            <w:tcW w:w="1234" w:type="dxa"/>
          </w:tcPr>
          <w:p w14:paraId="349BA7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526</w:t>
            </w:r>
          </w:p>
        </w:tc>
        <w:tc>
          <w:tcPr>
            <w:tcW w:w="1234" w:type="dxa"/>
          </w:tcPr>
          <w:p w14:paraId="527FB8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08D636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1D0166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9B4420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2,5</w:t>
            </w:r>
          </w:p>
        </w:tc>
      </w:tr>
      <w:tr w:rsidR="006F0136" w:rsidRPr="00D77020" w14:paraId="64EDE923" w14:textId="77777777">
        <w:tc>
          <w:tcPr>
            <w:tcW w:w="1234" w:type="dxa"/>
          </w:tcPr>
          <w:p w14:paraId="239E4E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0B3823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RN-526-щ</w:t>
            </w:r>
          </w:p>
        </w:tc>
        <w:tc>
          <w:tcPr>
            <w:tcW w:w="1234" w:type="dxa"/>
          </w:tcPr>
          <w:p w14:paraId="03BCB2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526</w:t>
            </w:r>
          </w:p>
        </w:tc>
        <w:tc>
          <w:tcPr>
            <w:tcW w:w="1234" w:type="dxa"/>
          </w:tcPr>
          <w:p w14:paraId="792658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щ</w:t>
            </w:r>
          </w:p>
        </w:tc>
        <w:tc>
          <w:tcPr>
            <w:tcW w:w="1234" w:type="dxa"/>
          </w:tcPr>
          <w:p w14:paraId="4F2576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6B2E1B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62DA1F4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1,1</w:t>
            </w:r>
          </w:p>
        </w:tc>
      </w:tr>
      <w:tr w:rsidR="006F0136" w:rsidRPr="00D77020" w14:paraId="3D66F7C1" w14:textId="77777777">
        <w:tc>
          <w:tcPr>
            <w:tcW w:w="1234" w:type="dxa"/>
          </w:tcPr>
          <w:p w14:paraId="1615CC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5D51C8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RN-528-л</w:t>
            </w:r>
          </w:p>
        </w:tc>
        <w:tc>
          <w:tcPr>
            <w:tcW w:w="1234" w:type="dxa"/>
          </w:tcPr>
          <w:p w14:paraId="258687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528</w:t>
            </w:r>
          </w:p>
        </w:tc>
        <w:tc>
          <w:tcPr>
            <w:tcW w:w="1234" w:type="dxa"/>
          </w:tcPr>
          <w:p w14:paraId="350D37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571F9C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72B2BB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DDD49D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5B581DC9" w14:textId="77777777">
        <w:tc>
          <w:tcPr>
            <w:tcW w:w="1234" w:type="dxa"/>
          </w:tcPr>
          <w:p w14:paraId="323B6C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2CBE25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RN-528-л1</w:t>
            </w:r>
          </w:p>
        </w:tc>
        <w:tc>
          <w:tcPr>
            <w:tcW w:w="1234" w:type="dxa"/>
          </w:tcPr>
          <w:p w14:paraId="15B604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528</w:t>
            </w:r>
          </w:p>
        </w:tc>
        <w:tc>
          <w:tcPr>
            <w:tcW w:w="1234" w:type="dxa"/>
          </w:tcPr>
          <w:p w14:paraId="02CFD9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л1</w:t>
            </w:r>
          </w:p>
        </w:tc>
        <w:tc>
          <w:tcPr>
            <w:tcW w:w="1234" w:type="dxa"/>
          </w:tcPr>
          <w:p w14:paraId="7AC516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75F02D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A0C0CE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1DEB81B0" w14:textId="77777777">
        <w:tc>
          <w:tcPr>
            <w:tcW w:w="1234" w:type="dxa"/>
          </w:tcPr>
          <w:p w14:paraId="5E7B8B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449EB6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RN-529-у1</w:t>
            </w:r>
          </w:p>
        </w:tc>
        <w:tc>
          <w:tcPr>
            <w:tcW w:w="1234" w:type="dxa"/>
          </w:tcPr>
          <w:p w14:paraId="17BF76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529</w:t>
            </w:r>
          </w:p>
        </w:tc>
        <w:tc>
          <w:tcPr>
            <w:tcW w:w="1234" w:type="dxa"/>
          </w:tcPr>
          <w:p w14:paraId="273A6E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у1</w:t>
            </w:r>
          </w:p>
        </w:tc>
        <w:tc>
          <w:tcPr>
            <w:tcW w:w="1234" w:type="dxa"/>
          </w:tcPr>
          <w:p w14:paraId="07B3AF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1353EE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5FCCA5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3,2</w:t>
            </w:r>
          </w:p>
        </w:tc>
      </w:tr>
      <w:tr w:rsidR="006F0136" w:rsidRPr="00D77020" w14:paraId="0063997C" w14:textId="77777777">
        <w:tc>
          <w:tcPr>
            <w:tcW w:w="1234" w:type="dxa"/>
          </w:tcPr>
          <w:p w14:paraId="6EDB10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6505CD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RN-529-ф1</w:t>
            </w:r>
          </w:p>
        </w:tc>
        <w:tc>
          <w:tcPr>
            <w:tcW w:w="1234" w:type="dxa"/>
          </w:tcPr>
          <w:p w14:paraId="2AA889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529</w:t>
            </w:r>
          </w:p>
        </w:tc>
        <w:tc>
          <w:tcPr>
            <w:tcW w:w="1234" w:type="dxa"/>
          </w:tcPr>
          <w:p w14:paraId="1EC023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ф1</w:t>
            </w:r>
          </w:p>
        </w:tc>
        <w:tc>
          <w:tcPr>
            <w:tcW w:w="1234" w:type="dxa"/>
          </w:tcPr>
          <w:p w14:paraId="4C1782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3CEB3C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786FB4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3,5</w:t>
            </w:r>
          </w:p>
        </w:tc>
      </w:tr>
      <w:tr w:rsidR="006F0136" w:rsidRPr="00D77020" w14:paraId="67A06DC5" w14:textId="77777777">
        <w:tc>
          <w:tcPr>
            <w:tcW w:w="1234" w:type="dxa"/>
          </w:tcPr>
          <w:p w14:paraId="0803DB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171132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RN-529-ц1</w:t>
            </w:r>
          </w:p>
        </w:tc>
        <w:tc>
          <w:tcPr>
            <w:tcW w:w="1234" w:type="dxa"/>
          </w:tcPr>
          <w:p w14:paraId="09C98A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529</w:t>
            </w:r>
          </w:p>
        </w:tc>
        <w:tc>
          <w:tcPr>
            <w:tcW w:w="1234" w:type="dxa"/>
          </w:tcPr>
          <w:p w14:paraId="13C345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ц1</w:t>
            </w:r>
          </w:p>
        </w:tc>
        <w:tc>
          <w:tcPr>
            <w:tcW w:w="1234" w:type="dxa"/>
          </w:tcPr>
          <w:p w14:paraId="454FDB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23B796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5137C9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5,1</w:t>
            </w:r>
          </w:p>
        </w:tc>
      </w:tr>
      <w:tr w:rsidR="006F0136" w:rsidRPr="00D77020" w14:paraId="140702E0" w14:textId="77777777">
        <w:tc>
          <w:tcPr>
            <w:tcW w:w="1234" w:type="dxa"/>
          </w:tcPr>
          <w:p w14:paraId="10A01D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69985F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RN-530-а</w:t>
            </w:r>
          </w:p>
        </w:tc>
        <w:tc>
          <w:tcPr>
            <w:tcW w:w="1234" w:type="dxa"/>
          </w:tcPr>
          <w:p w14:paraId="15921E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530</w:t>
            </w:r>
          </w:p>
        </w:tc>
        <w:tc>
          <w:tcPr>
            <w:tcW w:w="1234" w:type="dxa"/>
          </w:tcPr>
          <w:p w14:paraId="21A56A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61E063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784CAB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06E56D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1,6</w:t>
            </w:r>
          </w:p>
        </w:tc>
      </w:tr>
      <w:tr w:rsidR="006F0136" w:rsidRPr="00D77020" w14:paraId="6BD57DA1" w14:textId="77777777">
        <w:tc>
          <w:tcPr>
            <w:tcW w:w="1234" w:type="dxa"/>
          </w:tcPr>
          <w:p w14:paraId="6C0613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4030BE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RN-531-р</w:t>
            </w:r>
          </w:p>
        </w:tc>
        <w:tc>
          <w:tcPr>
            <w:tcW w:w="1234" w:type="dxa"/>
          </w:tcPr>
          <w:p w14:paraId="2913FF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531</w:t>
            </w:r>
          </w:p>
        </w:tc>
        <w:tc>
          <w:tcPr>
            <w:tcW w:w="1234" w:type="dxa"/>
          </w:tcPr>
          <w:p w14:paraId="7F41CE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1A9436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42FC38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0FD2DD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13,9</w:t>
            </w:r>
          </w:p>
        </w:tc>
      </w:tr>
      <w:tr w:rsidR="006F0136" w:rsidRPr="00D77020" w14:paraId="1FB9405E" w14:textId="77777777">
        <w:tc>
          <w:tcPr>
            <w:tcW w:w="1234" w:type="dxa"/>
          </w:tcPr>
          <w:p w14:paraId="78417D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037792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RN-536-а</w:t>
            </w:r>
          </w:p>
        </w:tc>
        <w:tc>
          <w:tcPr>
            <w:tcW w:w="1234" w:type="dxa"/>
          </w:tcPr>
          <w:p w14:paraId="1D2AE9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536</w:t>
            </w:r>
          </w:p>
        </w:tc>
        <w:tc>
          <w:tcPr>
            <w:tcW w:w="1234" w:type="dxa"/>
          </w:tcPr>
          <w:p w14:paraId="125602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08B937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44A420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6778C8B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23,2</w:t>
            </w:r>
          </w:p>
        </w:tc>
      </w:tr>
      <w:tr w:rsidR="006F0136" w:rsidRPr="00D77020" w14:paraId="56912C82" w14:textId="77777777">
        <w:tc>
          <w:tcPr>
            <w:tcW w:w="1234" w:type="dxa"/>
          </w:tcPr>
          <w:p w14:paraId="20E723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5E5723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RN-536-б</w:t>
            </w:r>
          </w:p>
        </w:tc>
        <w:tc>
          <w:tcPr>
            <w:tcW w:w="1234" w:type="dxa"/>
          </w:tcPr>
          <w:p w14:paraId="4FFB01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536</w:t>
            </w:r>
          </w:p>
        </w:tc>
        <w:tc>
          <w:tcPr>
            <w:tcW w:w="1234" w:type="dxa"/>
          </w:tcPr>
          <w:p w14:paraId="6B6B12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05B8FD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24E0D7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0B68EC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2,5</w:t>
            </w:r>
          </w:p>
        </w:tc>
      </w:tr>
      <w:tr w:rsidR="006F0136" w:rsidRPr="00D77020" w14:paraId="617AE36A" w14:textId="77777777">
        <w:tc>
          <w:tcPr>
            <w:tcW w:w="1234" w:type="dxa"/>
          </w:tcPr>
          <w:p w14:paraId="1A654F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3BA76D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RN-536-в</w:t>
            </w:r>
          </w:p>
        </w:tc>
        <w:tc>
          <w:tcPr>
            <w:tcW w:w="1234" w:type="dxa"/>
          </w:tcPr>
          <w:p w14:paraId="212310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536</w:t>
            </w:r>
          </w:p>
        </w:tc>
        <w:tc>
          <w:tcPr>
            <w:tcW w:w="1234" w:type="dxa"/>
          </w:tcPr>
          <w:p w14:paraId="593D84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2817A9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2EDB00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2B6FFA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4,8</w:t>
            </w:r>
          </w:p>
        </w:tc>
      </w:tr>
      <w:tr w:rsidR="006F0136" w:rsidRPr="00D77020" w14:paraId="650E3658" w14:textId="77777777">
        <w:tc>
          <w:tcPr>
            <w:tcW w:w="1234" w:type="dxa"/>
          </w:tcPr>
          <w:p w14:paraId="42733E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5A2C3B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RN-536-ж</w:t>
            </w:r>
          </w:p>
        </w:tc>
        <w:tc>
          <w:tcPr>
            <w:tcW w:w="1234" w:type="dxa"/>
          </w:tcPr>
          <w:p w14:paraId="6E0660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536</w:t>
            </w:r>
          </w:p>
        </w:tc>
        <w:tc>
          <w:tcPr>
            <w:tcW w:w="1234" w:type="dxa"/>
          </w:tcPr>
          <w:p w14:paraId="05B7D2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7805B4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0DF125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7391CA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7,2</w:t>
            </w:r>
          </w:p>
        </w:tc>
      </w:tr>
      <w:tr w:rsidR="006F0136" w:rsidRPr="00D77020" w14:paraId="104C7FC9" w14:textId="77777777">
        <w:tc>
          <w:tcPr>
            <w:tcW w:w="1234" w:type="dxa"/>
          </w:tcPr>
          <w:p w14:paraId="6D47C6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75A94C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RN-536-м</w:t>
            </w:r>
          </w:p>
        </w:tc>
        <w:tc>
          <w:tcPr>
            <w:tcW w:w="1234" w:type="dxa"/>
          </w:tcPr>
          <w:p w14:paraId="7AD834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536</w:t>
            </w:r>
          </w:p>
        </w:tc>
        <w:tc>
          <w:tcPr>
            <w:tcW w:w="1234" w:type="dxa"/>
          </w:tcPr>
          <w:p w14:paraId="53524E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17A644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60AEF6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342448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4,0</w:t>
            </w:r>
          </w:p>
        </w:tc>
      </w:tr>
      <w:tr w:rsidR="006F0136" w:rsidRPr="00D77020" w14:paraId="218FF30F" w14:textId="77777777">
        <w:tc>
          <w:tcPr>
            <w:tcW w:w="1234" w:type="dxa"/>
          </w:tcPr>
          <w:p w14:paraId="61CEFC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5CA9CF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RN-538-а</w:t>
            </w:r>
          </w:p>
        </w:tc>
        <w:tc>
          <w:tcPr>
            <w:tcW w:w="1234" w:type="dxa"/>
          </w:tcPr>
          <w:p w14:paraId="798776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538</w:t>
            </w:r>
          </w:p>
        </w:tc>
        <w:tc>
          <w:tcPr>
            <w:tcW w:w="1234" w:type="dxa"/>
          </w:tcPr>
          <w:p w14:paraId="5CEBD0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5DBADC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64B77F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6E9D3F3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1,8</w:t>
            </w:r>
          </w:p>
        </w:tc>
      </w:tr>
      <w:tr w:rsidR="006F0136" w:rsidRPr="00D77020" w14:paraId="17D39AB4" w14:textId="77777777">
        <w:tc>
          <w:tcPr>
            <w:tcW w:w="1234" w:type="dxa"/>
          </w:tcPr>
          <w:p w14:paraId="2A6C4F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1832E5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RN-538-к</w:t>
            </w:r>
          </w:p>
        </w:tc>
        <w:tc>
          <w:tcPr>
            <w:tcW w:w="1234" w:type="dxa"/>
          </w:tcPr>
          <w:p w14:paraId="739C21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538</w:t>
            </w:r>
          </w:p>
        </w:tc>
        <w:tc>
          <w:tcPr>
            <w:tcW w:w="1234" w:type="dxa"/>
          </w:tcPr>
          <w:p w14:paraId="47BCBF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2F103E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1D38E6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AEE6CE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2,1</w:t>
            </w:r>
          </w:p>
        </w:tc>
      </w:tr>
      <w:tr w:rsidR="006F0136" w:rsidRPr="00D77020" w14:paraId="65C26DC6" w14:textId="77777777">
        <w:tc>
          <w:tcPr>
            <w:tcW w:w="1234" w:type="dxa"/>
          </w:tcPr>
          <w:p w14:paraId="2BE2B0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32905E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RN-538-о</w:t>
            </w:r>
          </w:p>
        </w:tc>
        <w:tc>
          <w:tcPr>
            <w:tcW w:w="1234" w:type="dxa"/>
          </w:tcPr>
          <w:p w14:paraId="677F25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538</w:t>
            </w:r>
          </w:p>
        </w:tc>
        <w:tc>
          <w:tcPr>
            <w:tcW w:w="1234" w:type="dxa"/>
          </w:tcPr>
          <w:p w14:paraId="13DA74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3EC681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6064B2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22D0FC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0,9</w:t>
            </w:r>
          </w:p>
        </w:tc>
      </w:tr>
      <w:tr w:rsidR="006F0136" w:rsidRPr="00D77020" w14:paraId="4EB3D33C" w14:textId="77777777">
        <w:tc>
          <w:tcPr>
            <w:tcW w:w="1234" w:type="dxa"/>
          </w:tcPr>
          <w:p w14:paraId="6EFA3F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115505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RN-538-ч</w:t>
            </w:r>
          </w:p>
        </w:tc>
        <w:tc>
          <w:tcPr>
            <w:tcW w:w="1234" w:type="dxa"/>
          </w:tcPr>
          <w:p w14:paraId="05BBD7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538</w:t>
            </w:r>
          </w:p>
        </w:tc>
        <w:tc>
          <w:tcPr>
            <w:tcW w:w="1234" w:type="dxa"/>
          </w:tcPr>
          <w:p w14:paraId="1245D4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ч</w:t>
            </w:r>
          </w:p>
        </w:tc>
        <w:tc>
          <w:tcPr>
            <w:tcW w:w="1234" w:type="dxa"/>
          </w:tcPr>
          <w:p w14:paraId="1C00F3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6B92A5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3DF0AF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3,1</w:t>
            </w:r>
          </w:p>
        </w:tc>
      </w:tr>
      <w:tr w:rsidR="006F0136" w:rsidRPr="00D77020" w14:paraId="2963452A" w14:textId="77777777">
        <w:tc>
          <w:tcPr>
            <w:tcW w:w="1234" w:type="dxa"/>
          </w:tcPr>
          <w:p w14:paraId="63BB7F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2B0D03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RN-539-б</w:t>
            </w:r>
          </w:p>
        </w:tc>
        <w:tc>
          <w:tcPr>
            <w:tcW w:w="1234" w:type="dxa"/>
          </w:tcPr>
          <w:p w14:paraId="2D59A0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539</w:t>
            </w:r>
          </w:p>
        </w:tc>
        <w:tc>
          <w:tcPr>
            <w:tcW w:w="1234" w:type="dxa"/>
          </w:tcPr>
          <w:p w14:paraId="62818E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1F4101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1BEBFD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475BD76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14,3</w:t>
            </w:r>
          </w:p>
        </w:tc>
      </w:tr>
      <w:tr w:rsidR="006F0136" w:rsidRPr="00D77020" w14:paraId="2FF07422" w14:textId="77777777">
        <w:tc>
          <w:tcPr>
            <w:tcW w:w="1234" w:type="dxa"/>
          </w:tcPr>
          <w:p w14:paraId="60611F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08FB56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RN-539-р</w:t>
            </w:r>
          </w:p>
        </w:tc>
        <w:tc>
          <w:tcPr>
            <w:tcW w:w="1234" w:type="dxa"/>
          </w:tcPr>
          <w:p w14:paraId="2D21BC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539</w:t>
            </w:r>
          </w:p>
        </w:tc>
        <w:tc>
          <w:tcPr>
            <w:tcW w:w="1234" w:type="dxa"/>
          </w:tcPr>
          <w:p w14:paraId="025294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3515C7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1FA3F2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6F9E88B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60700D2F" w14:textId="77777777">
        <w:tc>
          <w:tcPr>
            <w:tcW w:w="1234" w:type="dxa"/>
          </w:tcPr>
          <w:p w14:paraId="36A3FC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4C0BD4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RN-540-д</w:t>
            </w:r>
          </w:p>
        </w:tc>
        <w:tc>
          <w:tcPr>
            <w:tcW w:w="1234" w:type="dxa"/>
          </w:tcPr>
          <w:p w14:paraId="7CE334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540</w:t>
            </w:r>
          </w:p>
        </w:tc>
        <w:tc>
          <w:tcPr>
            <w:tcW w:w="1234" w:type="dxa"/>
          </w:tcPr>
          <w:p w14:paraId="335DEB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35335F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0EDB88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1720CD4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8,0</w:t>
            </w:r>
          </w:p>
        </w:tc>
      </w:tr>
      <w:tr w:rsidR="006F0136" w:rsidRPr="00D77020" w14:paraId="0E19C175" w14:textId="77777777">
        <w:tc>
          <w:tcPr>
            <w:tcW w:w="1234" w:type="dxa"/>
          </w:tcPr>
          <w:p w14:paraId="45B6AF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0C7B4D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RN-540-л</w:t>
            </w:r>
          </w:p>
        </w:tc>
        <w:tc>
          <w:tcPr>
            <w:tcW w:w="1234" w:type="dxa"/>
          </w:tcPr>
          <w:p w14:paraId="714BE9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540</w:t>
            </w:r>
          </w:p>
        </w:tc>
        <w:tc>
          <w:tcPr>
            <w:tcW w:w="1234" w:type="dxa"/>
          </w:tcPr>
          <w:p w14:paraId="085511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427AEB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00B5AC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54A9B88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16,6</w:t>
            </w:r>
          </w:p>
        </w:tc>
      </w:tr>
      <w:tr w:rsidR="006F0136" w:rsidRPr="00D77020" w14:paraId="6605683B" w14:textId="77777777">
        <w:tc>
          <w:tcPr>
            <w:tcW w:w="1234" w:type="dxa"/>
          </w:tcPr>
          <w:p w14:paraId="0D1F68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2024</w:t>
            </w:r>
          </w:p>
        </w:tc>
        <w:tc>
          <w:tcPr>
            <w:tcW w:w="1234" w:type="dxa"/>
          </w:tcPr>
          <w:p w14:paraId="08F2AC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RN-540-р</w:t>
            </w:r>
          </w:p>
        </w:tc>
        <w:tc>
          <w:tcPr>
            <w:tcW w:w="1234" w:type="dxa"/>
          </w:tcPr>
          <w:p w14:paraId="60CA84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540</w:t>
            </w:r>
          </w:p>
        </w:tc>
        <w:tc>
          <w:tcPr>
            <w:tcW w:w="1234" w:type="dxa"/>
          </w:tcPr>
          <w:p w14:paraId="544B4A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676567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38373D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3A33886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12,3</w:t>
            </w:r>
          </w:p>
        </w:tc>
      </w:tr>
      <w:tr w:rsidR="006F0136" w:rsidRPr="00D77020" w14:paraId="5AC77C52" w14:textId="77777777">
        <w:tc>
          <w:tcPr>
            <w:tcW w:w="1234" w:type="dxa"/>
          </w:tcPr>
          <w:p w14:paraId="787C86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5C4D8C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RN-541-а</w:t>
            </w:r>
          </w:p>
        </w:tc>
        <w:tc>
          <w:tcPr>
            <w:tcW w:w="1234" w:type="dxa"/>
          </w:tcPr>
          <w:p w14:paraId="261B51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541</w:t>
            </w:r>
          </w:p>
        </w:tc>
        <w:tc>
          <w:tcPr>
            <w:tcW w:w="1234" w:type="dxa"/>
          </w:tcPr>
          <w:p w14:paraId="0103DE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0C7D2A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38D541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682E7EE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6,3</w:t>
            </w:r>
          </w:p>
        </w:tc>
      </w:tr>
      <w:tr w:rsidR="006F0136" w:rsidRPr="00D77020" w14:paraId="0EE7D49F" w14:textId="77777777">
        <w:tc>
          <w:tcPr>
            <w:tcW w:w="1234" w:type="dxa"/>
          </w:tcPr>
          <w:p w14:paraId="31F941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4245A6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RN-542-д</w:t>
            </w:r>
          </w:p>
        </w:tc>
        <w:tc>
          <w:tcPr>
            <w:tcW w:w="1234" w:type="dxa"/>
          </w:tcPr>
          <w:p w14:paraId="052099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542</w:t>
            </w:r>
          </w:p>
        </w:tc>
        <w:tc>
          <w:tcPr>
            <w:tcW w:w="1234" w:type="dxa"/>
          </w:tcPr>
          <w:p w14:paraId="4EB541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1A92D4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0DEE71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0F78231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3,2</w:t>
            </w:r>
          </w:p>
        </w:tc>
      </w:tr>
      <w:tr w:rsidR="006F0136" w:rsidRPr="00D77020" w14:paraId="6749BB2B" w14:textId="77777777">
        <w:tc>
          <w:tcPr>
            <w:tcW w:w="1234" w:type="dxa"/>
          </w:tcPr>
          <w:p w14:paraId="6ED49D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6DA615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RN-542-к</w:t>
            </w:r>
          </w:p>
        </w:tc>
        <w:tc>
          <w:tcPr>
            <w:tcW w:w="1234" w:type="dxa"/>
          </w:tcPr>
          <w:p w14:paraId="179502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542</w:t>
            </w:r>
          </w:p>
        </w:tc>
        <w:tc>
          <w:tcPr>
            <w:tcW w:w="1234" w:type="dxa"/>
          </w:tcPr>
          <w:p w14:paraId="4A866C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220DFD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0DC951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7F5126C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0,8</w:t>
            </w:r>
          </w:p>
        </w:tc>
      </w:tr>
      <w:tr w:rsidR="006F0136" w:rsidRPr="00D77020" w14:paraId="5C2A193E" w14:textId="77777777">
        <w:tc>
          <w:tcPr>
            <w:tcW w:w="1234" w:type="dxa"/>
          </w:tcPr>
          <w:p w14:paraId="129E4B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5DD074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RN-542-л</w:t>
            </w:r>
          </w:p>
        </w:tc>
        <w:tc>
          <w:tcPr>
            <w:tcW w:w="1234" w:type="dxa"/>
          </w:tcPr>
          <w:p w14:paraId="211388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542</w:t>
            </w:r>
          </w:p>
        </w:tc>
        <w:tc>
          <w:tcPr>
            <w:tcW w:w="1234" w:type="dxa"/>
          </w:tcPr>
          <w:p w14:paraId="055B3E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188AB0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1BA75E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EE2C19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3,2</w:t>
            </w:r>
          </w:p>
        </w:tc>
      </w:tr>
      <w:tr w:rsidR="006F0136" w:rsidRPr="00D77020" w14:paraId="527F7AD1" w14:textId="77777777">
        <w:tc>
          <w:tcPr>
            <w:tcW w:w="1234" w:type="dxa"/>
          </w:tcPr>
          <w:p w14:paraId="561759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58DA3E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RN-543-е</w:t>
            </w:r>
          </w:p>
        </w:tc>
        <w:tc>
          <w:tcPr>
            <w:tcW w:w="1234" w:type="dxa"/>
          </w:tcPr>
          <w:p w14:paraId="479FF0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543</w:t>
            </w:r>
          </w:p>
        </w:tc>
        <w:tc>
          <w:tcPr>
            <w:tcW w:w="1234" w:type="dxa"/>
          </w:tcPr>
          <w:p w14:paraId="5DE05A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02E9FE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65C343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F08750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22,5</w:t>
            </w:r>
          </w:p>
        </w:tc>
      </w:tr>
      <w:tr w:rsidR="006F0136" w:rsidRPr="00D77020" w14:paraId="5CFF79F5" w14:textId="77777777">
        <w:tc>
          <w:tcPr>
            <w:tcW w:w="7404" w:type="dxa"/>
            <w:gridSpan w:val="6"/>
          </w:tcPr>
          <w:p w14:paraId="7F9790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749D98E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474,6</w:t>
            </w:r>
          </w:p>
        </w:tc>
      </w:tr>
    </w:tbl>
    <w:p w14:paraId="4FF69414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BG0000617 - Река Палакария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7E109EB9" w14:textId="77777777">
        <w:tc>
          <w:tcPr>
            <w:tcW w:w="1587" w:type="dxa"/>
          </w:tcPr>
          <w:p w14:paraId="419BA8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0B9EB2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623A1F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6AD154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7B9626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4A4437B0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361927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0C886E54" w14:textId="77777777">
        <w:tc>
          <w:tcPr>
            <w:tcW w:w="1234" w:type="dxa"/>
          </w:tcPr>
          <w:p w14:paraId="5EA61B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257497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RN-184-р</w:t>
            </w:r>
          </w:p>
        </w:tc>
        <w:tc>
          <w:tcPr>
            <w:tcW w:w="1234" w:type="dxa"/>
          </w:tcPr>
          <w:p w14:paraId="04F345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184</w:t>
            </w:r>
          </w:p>
        </w:tc>
        <w:tc>
          <w:tcPr>
            <w:tcW w:w="1234" w:type="dxa"/>
          </w:tcPr>
          <w:p w14:paraId="03AE5F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539614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3FA4DF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3324241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1,8</w:t>
            </w:r>
          </w:p>
        </w:tc>
      </w:tr>
      <w:tr w:rsidR="006F0136" w:rsidRPr="00D77020" w14:paraId="08E728AF" w14:textId="77777777">
        <w:tc>
          <w:tcPr>
            <w:tcW w:w="1234" w:type="dxa"/>
          </w:tcPr>
          <w:p w14:paraId="68FD51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5924C7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RN-185-ц</w:t>
            </w:r>
          </w:p>
        </w:tc>
        <w:tc>
          <w:tcPr>
            <w:tcW w:w="1234" w:type="dxa"/>
          </w:tcPr>
          <w:p w14:paraId="72F5DE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185</w:t>
            </w:r>
          </w:p>
        </w:tc>
        <w:tc>
          <w:tcPr>
            <w:tcW w:w="1234" w:type="dxa"/>
          </w:tcPr>
          <w:p w14:paraId="5D544A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ц</w:t>
            </w:r>
          </w:p>
        </w:tc>
        <w:tc>
          <w:tcPr>
            <w:tcW w:w="1234" w:type="dxa"/>
          </w:tcPr>
          <w:p w14:paraId="05B715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85</w:t>
            </w:r>
          </w:p>
        </w:tc>
        <w:tc>
          <w:tcPr>
            <w:tcW w:w="1234" w:type="dxa"/>
          </w:tcPr>
          <w:p w14:paraId="5BBBFA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5582759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6,5</w:t>
            </w:r>
          </w:p>
        </w:tc>
      </w:tr>
      <w:tr w:rsidR="006F0136" w:rsidRPr="00D77020" w14:paraId="59E68323" w14:textId="77777777">
        <w:tc>
          <w:tcPr>
            <w:tcW w:w="1234" w:type="dxa"/>
          </w:tcPr>
          <w:p w14:paraId="271085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3FEB28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RN-186-т</w:t>
            </w:r>
          </w:p>
        </w:tc>
        <w:tc>
          <w:tcPr>
            <w:tcW w:w="1234" w:type="dxa"/>
          </w:tcPr>
          <w:p w14:paraId="3B7AB4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186</w:t>
            </w:r>
          </w:p>
        </w:tc>
        <w:tc>
          <w:tcPr>
            <w:tcW w:w="1234" w:type="dxa"/>
          </w:tcPr>
          <w:p w14:paraId="6D6EDA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50B88B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52DE69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397508F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2,6</w:t>
            </w:r>
          </w:p>
        </w:tc>
      </w:tr>
      <w:tr w:rsidR="006F0136" w:rsidRPr="00D77020" w14:paraId="427E84A8" w14:textId="77777777">
        <w:tc>
          <w:tcPr>
            <w:tcW w:w="1234" w:type="dxa"/>
          </w:tcPr>
          <w:p w14:paraId="7B41BC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23E9F5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RN-186-ч</w:t>
            </w:r>
          </w:p>
        </w:tc>
        <w:tc>
          <w:tcPr>
            <w:tcW w:w="1234" w:type="dxa"/>
          </w:tcPr>
          <w:p w14:paraId="618AC8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186</w:t>
            </w:r>
          </w:p>
        </w:tc>
        <w:tc>
          <w:tcPr>
            <w:tcW w:w="1234" w:type="dxa"/>
          </w:tcPr>
          <w:p w14:paraId="243BAC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ч</w:t>
            </w:r>
          </w:p>
        </w:tc>
        <w:tc>
          <w:tcPr>
            <w:tcW w:w="1234" w:type="dxa"/>
          </w:tcPr>
          <w:p w14:paraId="204EB8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07034A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44D3F3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4,2</w:t>
            </w:r>
          </w:p>
        </w:tc>
      </w:tr>
      <w:tr w:rsidR="006F0136" w:rsidRPr="00D77020" w14:paraId="70461B51" w14:textId="77777777">
        <w:tc>
          <w:tcPr>
            <w:tcW w:w="1234" w:type="dxa"/>
          </w:tcPr>
          <w:p w14:paraId="0AB407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37A038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RN-529-н</w:t>
            </w:r>
          </w:p>
        </w:tc>
        <w:tc>
          <w:tcPr>
            <w:tcW w:w="1234" w:type="dxa"/>
          </w:tcPr>
          <w:p w14:paraId="189821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529</w:t>
            </w:r>
          </w:p>
        </w:tc>
        <w:tc>
          <w:tcPr>
            <w:tcW w:w="1234" w:type="dxa"/>
          </w:tcPr>
          <w:p w14:paraId="1F5ADD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7BE639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</w:t>
            </w:r>
          </w:p>
        </w:tc>
        <w:tc>
          <w:tcPr>
            <w:tcW w:w="1234" w:type="dxa"/>
          </w:tcPr>
          <w:p w14:paraId="4A4A73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53152E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0,9</w:t>
            </w:r>
          </w:p>
        </w:tc>
      </w:tr>
      <w:tr w:rsidR="006F0136" w:rsidRPr="00D77020" w14:paraId="19E83C3E" w14:textId="77777777">
        <w:tc>
          <w:tcPr>
            <w:tcW w:w="7404" w:type="dxa"/>
            <w:gridSpan w:val="6"/>
          </w:tcPr>
          <w:p w14:paraId="4C92E3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3A2E365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16,0</w:t>
            </w:r>
          </w:p>
        </w:tc>
      </w:tr>
    </w:tbl>
    <w:p w14:paraId="7D5BE1AC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BG0000636 - Ниска Рила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7A09F6FE" w14:textId="77777777">
        <w:tc>
          <w:tcPr>
            <w:tcW w:w="1587" w:type="dxa"/>
          </w:tcPr>
          <w:p w14:paraId="48ED8A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5BF2DC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0F00ED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31A0E5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04812D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6AC8A1CA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2DF3B8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6A26ED66" w14:textId="77777777">
        <w:tc>
          <w:tcPr>
            <w:tcW w:w="1234" w:type="dxa"/>
          </w:tcPr>
          <w:p w14:paraId="6B5576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48AFA2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RN-548-з1</w:t>
            </w:r>
          </w:p>
        </w:tc>
        <w:tc>
          <w:tcPr>
            <w:tcW w:w="1234" w:type="dxa"/>
          </w:tcPr>
          <w:p w14:paraId="14F25E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548</w:t>
            </w:r>
          </w:p>
        </w:tc>
        <w:tc>
          <w:tcPr>
            <w:tcW w:w="1234" w:type="dxa"/>
          </w:tcPr>
          <w:p w14:paraId="312AED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з1</w:t>
            </w:r>
          </w:p>
        </w:tc>
        <w:tc>
          <w:tcPr>
            <w:tcW w:w="1234" w:type="dxa"/>
          </w:tcPr>
          <w:p w14:paraId="56DFA5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5CCCC9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37699FD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11,2</w:t>
            </w:r>
          </w:p>
        </w:tc>
      </w:tr>
      <w:tr w:rsidR="006F0136" w:rsidRPr="00D77020" w14:paraId="27E7C5E5" w14:textId="77777777">
        <w:tc>
          <w:tcPr>
            <w:tcW w:w="1234" w:type="dxa"/>
          </w:tcPr>
          <w:p w14:paraId="726E55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0DD3A5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RN-548-и2</w:t>
            </w:r>
          </w:p>
        </w:tc>
        <w:tc>
          <w:tcPr>
            <w:tcW w:w="1234" w:type="dxa"/>
          </w:tcPr>
          <w:p w14:paraId="0B861B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548</w:t>
            </w:r>
          </w:p>
        </w:tc>
        <w:tc>
          <w:tcPr>
            <w:tcW w:w="1234" w:type="dxa"/>
          </w:tcPr>
          <w:p w14:paraId="32D174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и2</w:t>
            </w:r>
          </w:p>
        </w:tc>
        <w:tc>
          <w:tcPr>
            <w:tcW w:w="1234" w:type="dxa"/>
          </w:tcPr>
          <w:p w14:paraId="286C0F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54A8F6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70F2A66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1,0</w:t>
            </w:r>
          </w:p>
        </w:tc>
      </w:tr>
      <w:tr w:rsidR="006F0136" w:rsidRPr="00D77020" w14:paraId="1ADB8FF2" w14:textId="77777777">
        <w:tc>
          <w:tcPr>
            <w:tcW w:w="1234" w:type="dxa"/>
          </w:tcPr>
          <w:p w14:paraId="019FA6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64C175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RN-548-ш1</w:t>
            </w:r>
          </w:p>
        </w:tc>
        <w:tc>
          <w:tcPr>
            <w:tcW w:w="1234" w:type="dxa"/>
          </w:tcPr>
          <w:p w14:paraId="6CD1F6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548</w:t>
            </w:r>
          </w:p>
        </w:tc>
        <w:tc>
          <w:tcPr>
            <w:tcW w:w="1234" w:type="dxa"/>
          </w:tcPr>
          <w:p w14:paraId="4DEFF8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ш1</w:t>
            </w:r>
          </w:p>
        </w:tc>
        <w:tc>
          <w:tcPr>
            <w:tcW w:w="1234" w:type="dxa"/>
          </w:tcPr>
          <w:p w14:paraId="0A298B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76CFCC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1CE5117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5,8</w:t>
            </w:r>
          </w:p>
        </w:tc>
      </w:tr>
      <w:tr w:rsidR="006F0136" w:rsidRPr="00D77020" w14:paraId="0A40E5D2" w14:textId="77777777">
        <w:tc>
          <w:tcPr>
            <w:tcW w:w="1234" w:type="dxa"/>
          </w:tcPr>
          <w:p w14:paraId="742DF3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21E760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RN-556-к</w:t>
            </w:r>
          </w:p>
        </w:tc>
        <w:tc>
          <w:tcPr>
            <w:tcW w:w="1234" w:type="dxa"/>
          </w:tcPr>
          <w:p w14:paraId="445E4A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556</w:t>
            </w:r>
          </w:p>
        </w:tc>
        <w:tc>
          <w:tcPr>
            <w:tcW w:w="1234" w:type="dxa"/>
          </w:tcPr>
          <w:p w14:paraId="704A58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6F2CCA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2465D9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250365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0,1</w:t>
            </w:r>
          </w:p>
        </w:tc>
      </w:tr>
      <w:tr w:rsidR="006F0136" w:rsidRPr="00D77020" w14:paraId="724ED2C3" w14:textId="77777777">
        <w:tc>
          <w:tcPr>
            <w:tcW w:w="1234" w:type="dxa"/>
          </w:tcPr>
          <w:p w14:paraId="76BD70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5C9EFA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RN-561-а</w:t>
            </w:r>
          </w:p>
        </w:tc>
        <w:tc>
          <w:tcPr>
            <w:tcW w:w="1234" w:type="dxa"/>
          </w:tcPr>
          <w:p w14:paraId="59F1F1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561</w:t>
            </w:r>
          </w:p>
        </w:tc>
        <w:tc>
          <w:tcPr>
            <w:tcW w:w="1234" w:type="dxa"/>
          </w:tcPr>
          <w:p w14:paraId="31CEE1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68AE31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7DA971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687F2F8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2,4</w:t>
            </w:r>
          </w:p>
        </w:tc>
      </w:tr>
      <w:tr w:rsidR="006F0136" w:rsidRPr="00D77020" w14:paraId="30F94F89" w14:textId="77777777">
        <w:tc>
          <w:tcPr>
            <w:tcW w:w="1234" w:type="dxa"/>
          </w:tcPr>
          <w:p w14:paraId="54F86D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5994D3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RN-561-и1</w:t>
            </w:r>
          </w:p>
        </w:tc>
        <w:tc>
          <w:tcPr>
            <w:tcW w:w="1234" w:type="dxa"/>
          </w:tcPr>
          <w:p w14:paraId="3D896C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561</w:t>
            </w:r>
          </w:p>
        </w:tc>
        <w:tc>
          <w:tcPr>
            <w:tcW w:w="1234" w:type="dxa"/>
          </w:tcPr>
          <w:p w14:paraId="5C10EC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и1</w:t>
            </w:r>
          </w:p>
        </w:tc>
        <w:tc>
          <w:tcPr>
            <w:tcW w:w="1234" w:type="dxa"/>
          </w:tcPr>
          <w:p w14:paraId="105993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578C8C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5FA5E1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3BFA6CA8" w14:textId="77777777">
        <w:tc>
          <w:tcPr>
            <w:tcW w:w="1234" w:type="dxa"/>
          </w:tcPr>
          <w:p w14:paraId="676CFB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5B0501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RN-561-х</w:t>
            </w:r>
          </w:p>
        </w:tc>
        <w:tc>
          <w:tcPr>
            <w:tcW w:w="1234" w:type="dxa"/>
          </w:tcPr>
          <w:p w14:paraId="6A09FD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561</w:t>
            </w:r>
          </w:p>
        </w:tc>
        <w:tc>
          <w:tcPr>
            <w:tcW w:w="1234" w:type="dxa"/>
          </w:tcPr>
          <w:p w14:paraId="1C50CF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х</w:t>
            </w:r>
          </w:p>
        </w:tc>
        <w:tc>
          <w:tcPr>
            <w:tcW w:w="1234" w:type="dxa"/>
          </w:tcPr>
          <w:p w14:paraId="63366E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3A4A17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770585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9,4</w:t>
            </w:r>
          </w:p>
        </w:tc>
      </w:tr>
      <w:tr w:rsidR="006F0136" w:rsidRPr="00D77020" w14:paraId="7F3B9B4F" w14:textId="77777777">
        <w:tc>
          <w:tcPr>
            <w:tcW w:w="1234" w:type="dxa"/>
          </w:tcPr>
          <w:p w14:paraId="11273B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2920A3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RN-642-з</w:t>
            </w:r>
          </w:p>
        </w:tc>
        <w:tc>
          <w:tcPr>
            <w:tcW w:w="1234" w:type="dxa"/>
          </w:tcPr>
          <w:p w14:paraId="642CBD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642</w:t>
            </w:r>
          </w:p>
        </w:tc>
        <w:tc>
          <w:tcPr>
            <w:tcW w:w="1234" w:type="dxa"/>
          </w:tcPr>
          <w:p w14:paraId="2379BD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107656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26D6C1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17D270B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5,7</w:t>
            </w:r>
          </w:p>
        </w:tc>
      </w:tr>
      <w:tr w:rsidR="006F0136" w:rsidRPr="00D77020" w14:paraId="518A5CB0" w14:textId="77777777">
        <w:tc>
          <w:tcPr>
            <w:tcW w:w="1234" w:type="dxa"/>
          </w:tcPr>
          <w:p w14:paraId="2CC21C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2DD350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RN-642-и</w:t>
            </w:r>
          </w:p>
        </w:tc>
        <w:tc>
          <w:tcPr>
            <w:tcW w:w="1234" w:type="dxa"/>
          </w:tcPr>
          <w:p w14:paraId="1EC3F9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642</w:t>
            </w:r>
          </w:p>
        </w:tc>
        <w:tc>
          <w:tcPr>
            <w:tcW w:w="1234" w:type="dxa"/>
          </w:tcPr>
          <w:p w14:paraId="5F4EE8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712DB6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01CE8A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6B9F18E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3,5</w:t>
            </w:r>
          </w:p>
        </w:tc>
      </w:tr>
      <w:tr w:rsidR="006F0136" w:rsidRPr="00D77020" w14:paraId="3661D9B3" w14:textId="77777777">
        <w:tc>
          <w:tcPr>
            <w:tcW w:w="1234" w:type="dxa"/>
          </w:tcPr>
          <w:p w14:paraId="44129A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18BF68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RN-642-м</w:t>
            </w:r>
          </w:p>
        </w:tc>
        <w:tc>
          <w:tcPr>
            <w:tcW w:w="1234" w:type="dxa"/>
          </w:tcPr>
          <w:p w14:paraId="021395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642</w:t>
            </w:r>
          </w:p>
        </w:tc>
        <w:tc>
          <w:tcPr>
            <w:tcW w:w="1234" w:type="dxa"/>
          </w:tcPr>
          <w:p w14:paraId="445BF2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166285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5CB475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1203C9D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6,3</w:t>
            </w:r>
          </w:p>
        </w:tc>
      </w:tr>
      <w:tr w:rsidR="006F0136" w:rsidRPr="00D77020" w14:paraId="1569BE9E" w14:textId="77777777">
        <w:tc>
          <w:tcPr>
            <w:tcW w:w="1234" w:type="dxa"/>
          </w:tcPr>
          <w:p w14:paraId="62E977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318CE5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RN-659-з1</w:t>
            </w:r>
          </w:p>
        </w:tc>
        <w:tc>
          <w:tcPr>
            <w:tcW w:w="1234" w:type="dxa"/>
          </w:tcPr>
          <w:p w14:paraId="055943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659</w:t>
            </w:r>
          </w:p>
        </w:tc>
        <w:tc>
          <w:tcPr>
            <w:tcW w:w="1234" w:type="dxa"/>
          </w:tcPr>
          <w:p w14:paraId="4C8B67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з1</w:t>
            </w:r>
          </w:p>
        </w:tc>
        <w:tc>
          <w:tcPr>
            <w:tcW w:w="1234" w:type="dxa"/>
          </w:tcPr>
          <w:p w14:paraId="1B1F59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1CACD7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2DE3C0D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4,5</w:t>
            </w:r>
          </w:p>
        </w:tc>
      </w:tr>
      <w:tr w:rsidR="006F0136" w:rsidRPr="00D77020" w14:paraId="6B72F535" w14:textId="77777777">
        <w:tc>
          <w:tcPr>
            <w:tcW w:w="1234" w:type="dxa"/>
          </w:tcPr>
          <w:p w14:paraId="14C263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008156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RN-659-и1</w:t>
            </w:r>
          </w:p>
        </w:tc>
        <w:tc>
          <w:tcPr>
            <w:tcW w:w="1234" w:type="dxa"/>
          </w:tcPr>
          <w:p w14:paraId="7CD091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659</w:t>
            </w:r>
          </w:p>
        </w:tc>
        <w:tc>
          <w:tcPr>
            <w:tcW w:w="1234" w:type="dxa"/>
          </w:tcPr>
          <w:p w14:paraId="685806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и1</w:t>
            </w:r>
          </w:p>
        </w:tc>
        <w:tc>
          <w:tcPr>
            <w:tcW w:w="1234" w:type="dxa"/>
          </w:tcPr>
          <w:p w14:paraId="13EDA7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1F4B0C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1D3DEB2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5,9</w:t>
            </w:r>
          </w:p>
        </w:tc>
      </w:tr>
      <w:tr w:rsidR="006F0136" w:rsidRPr="00D77020" w14:paraId="6BEABFB6" w14:textId="77777777">
        <w:tc>
          <w:tcPr>
            <w:tcW w:w="1234" w:type="dxa"/>
          </w:tcPr>
          <w:p w14:paraId="3435DB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112DEC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RN-659-л1</w:t>
            </w:r>
          </w:p>
        </w:tc>
        <w:tc>
          <w:tcPr>
            <w:tcW w:w="1234" w:type="dxa"/>
          </w:tcPr>
          <w:p w14:paraId="29C6C5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659</w:t>
            </w:r>
          </w:p>
        </w:tc>
        <w:tc>
          <w:tcPr>
            <w:tcW w:w="1234" w:type="dxa"/>
          </w:tcPr>
          <w:p w14:paraId="498B4B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л1</w:t>
            </w:r>
          </w:p>
        </w:tc>
        <w:tc>
          <w:tcPr>
            <w:tcW w:w="1234" w:type="dxa"/>
          </w:tcPr>
          <w:p w14:paraId="7FD585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3D79AF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004ED91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3,7</w:t>
            </w:r>
          </w:p>
        </w:tc>
      </w:tr>
      <w:tr w:rsidR="006F0136" w:rsidRPr="00D77020" w14:paraId="43D7DBB4" w14:textId="77777777">
        <w:tc>
          <w:tcPr>
            <w:tcW w:w="1234" w:type="dxa"/>
          </w:tcPr>
          <w:p w14:paraId="27C995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7B6971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RN-659-м1</w:t>
            </w:r>
          </w:p>
        </w:tc>
        <w:tc>
          <w:tcPr>
            <w:tcW w:w="1234" w:type="dxa"/>
          </w:tcPr>
          <w:p w14:paraId="174120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659</w:t>
            </w:r>
          </w:p>
        </w:tc>
        <w:tc>
          <w:tcPr>
            <w:tcW w:w="1234" w:type="dxa"/>
          </w:tcPr>
          <w:p w14:paraId="3894D8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м1</w:t>
            </w:r>
          </w:p>
        </w:tc>
        <w:tc>
          <w:tcPr>
            <w:tcW w:w="1234" w:type="dxa"/>
          </w:tcPr>
          <w:p w14:paraId="413CDA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5689BB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7CE6F87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18,0</w:t>
            </w:r>
          </w:p>
        </w:tc>
      </w:tr>
      <w:tr w:rsidR="006F0136" w:rsidRPr="00D77020" w14:paraId="5A2EB0FE" w14:textId="77777777">
        <w:tc>
          <w:tcPr>
            <w:tcW w:w="1234" w:type="dxa"/>
          </w:tcPr>
          <w:p w14:paraId="4B1471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6A5F28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RN-660-о</w:t>
            </w:r>
          </w:p>
        </w:tc>
        <w:tc>
          <w:tcPr>
            <w:tcW w:w="1234" w:type="dxa"/>
          </w:tcPr>
          <w:p w14:paraId="5F9645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660</w:t>
            </w:r>
          </w:p>
        </w:tc>
        <w:tc>
          <w:tcPr>
            <w:tcW w:w="1234" w:type="dxa"/>
          </w:tcPr>
          <w:p w14:paraId="22F368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6F0D3A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698E96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1E23B04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5,8</w:t>
            </w:r>
          </w:p>
        </w:tc>
      </w:tr>
      <w:tr w:rsidR="006F0136" w:rsidRPr="00D77020" w14:paraId="1B4B63A2" w14:textId="77777777">
        <w:tc>
          <w:tcPr>
            <w:tcW w:w="1234" w:type="dxa"/>
          </w:tcPr>
          <w:p w14:paraId="4C48DD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225D16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RN-662-р</w:t>
            </w:r>
          </w:p>
        </w:tc>
        <w:tc>
          <w:tcPr>
            <w:tcW w:w="1234" w:type="dxa"/>
          </w:tcPr>
          <w:p w14:paraId="683F96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662</w:t>
            </w:r>
          </w:p>
        </w:tc>
        <w:tc>
          <w:tcPr>
            <w:tcW w:w="1234" w:type="dxa"/>
          </w:tcPr>
          <w:p w14:paraId="6A6C4E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581360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7A7827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6EA06B9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13,6</w:t>
            </w:r>
          </w:p>
        </w:tc>
      </w:tr>
      <w:tr w:rsidR="006F0136" w:rsidRPr="00D77020" w14:paraId="04FB2A3A" w14:textId="77777777">
        <w:tc>
          <w:tcPr>
            <w:tcW w:w="1234" w:type="dxa"/>
          </w:tcPr>
          <w:p w14:paraId="3639FC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6989E2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RN-708-и</w:t>
            </w:r>
          </w:p>
        </w:tc>
        <w:tc>
          <w:tcPr>
            <w:tcW w:w="1234" w:type="dxa"/>
          </w:tcPr>
          <w:p w14:paraId="69C59C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708</w:t>
            </w:r>
          </w:p>
        </w:tc>
        <w:tc>
          <w:tcPr>
            <w:tcW w:w="1234" w:type="dxa"/>
          </w:tcPr>
          <w:p w14:paraId="5D01AF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24B445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32D7B2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17DFEFB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12,1</w:t>
            </w:r>
          </w:p>
        </w:tc>
      </w:tr>
      <w:tr w:rsidR="006F0136" w:rsidRPr="00D77020" w14:paraId="53817C1F" w14:textId="77777777">
        <w:tc>
          <w:tcPr>
            <w:tcW w:w="1234" w:type="dxa"/>
          </w:tcPr>
          <w:p w14:paraId="328FAD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4CF20F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RN-708-к</w:t>
            </w:r>
          </w:p>
        </w:tc>
        <w:tc>
          <w:tcPr>
            <w:tcW w:w="1234" w:type="dxa"/>
          </w:tcPr>
          <w:p w14:paraId="7D3C13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708</w:t>
            </w:r>
          </w:p>
        </w:tc>
        <w:tc>
          <w:tcPr>
            <w:tcW w:w="1234" w:type="dxa"/>
          </w:tcPr>
          <w:p w14:paraId="04B86E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3267A3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4CF6F4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4070</w:t>
            </w:r>
          </w:p>
        </w:tc>
        <w:tc>
          <w:tcPr>
            <w:tcW w:w="1234" w:type="dxa"/>
          </w:tcPr>
          <w:p w14:paraId="390A198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7,5</w:t>
            </w:r>
          </w:p>
        </w:tc>
      </w:tr>
      <w:tr w:rsidR="006F0136" w:rsidRPr="00D77020" w14:paraId="7090906E" w14:textId="77777777">
        <w:tc>
          <w:tcPr>
            <w:tcW w:w="1234" w:type="dxa"/>
          </w:tcPr>
          <w:p w14:paraId="2983A0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39B810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RN-709-д</w:t>
            </w:r>
          </w:p>
        </w:tc>
        <w:tc>
          <w:tcPr>
            <w:tcW w:w="1234" w:type="dxa"/>
          </w:tcPr>
          <w:p w14:paraId="656C16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709</w:t>
            </w:r>
          </w:p>
        </w:tc>
        <w:tc>
          <w:tcPr>
            <w:tcW w:w="1234" w:type="dxa"/>
          </w:tcPr>
          <w:p w14:paraId="7EB37D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46E29F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7F0219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0E8DCA2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14,0</w:t>
            </w:r>
          </w:p>
        </w:tc>
      </w:tr>
      <w:tr w:rsidR="006F0136" w:rsidRPr="00D77020" w14:paraId="6479F1CD" w14:textId="77777777">
        <w:tc>
          <w:tcPr>
            <w:tcW w:w="1234" w:type="dxa"/>
          </w:tcPr>
          <w:p w14:paraId="7501C5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600264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RN-732-о</w:t>
            </w:r>
          </w:p>
        </w:tc>
        <w:tc>
          <w:tcPr>
            <w:tcW w:w="1234" w:type="dxa"/>
          </w:tcPr>
          <w:p w14:paraId="56D9CB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732</w:t>
            </w:r>
          </w:p>
        </w:tc>
        <w:tc>
          <w:tcPr>
            <w:tcW w:w="1234" w:type="dxa"/>
          </w:tcPr>
          <w:p w14:paraId="7C5CDA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11250D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55818C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65ED87A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4,8</w:t>
            </w:r>
          </w:p>
        </w:tc>
      </w:tr>
      <w:tr w:rsidR="006F0136" w:rsidRPr="00D77020" w14:paraId="1A1AF834" w14:textId="77777777">
        <w:tc>
          <w:tcPr>
            <w:tcW w:w="1234" w:type="dxa"/>
          </w:tcPr>
          <w:p w14:paraId="353E21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2B862E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RN-733-я</w:t>
            </w:r>
          </w:p>
        </w:tc>
        <w:tc>
          <w:tcPr>
            <w:tcW w:w="1234" w:type="dxa"/>
          </w:tcPr>
          <w:p w14:paraId="55BCB6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733</w:t>
            </w:r>
          </w:p>
        </w:tc>
        <w:tc>
          <w:tcPr>
            <w:tcW w:w="1234" w:type="dxa"/>
          </w:tcPr>
          <w:p w14:paraId="43A58C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я</w:t>
            </w:r>
          </w:p>
        </w:tc>
        <w:tc>
          <w:tcPr>
            <w:tcW w:w="1234" w:type="dxa"/>
          </w:tcPr>
          <w:p w14:paraId="411868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606DB4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6BC25A9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1,5</w:t>
            </w:r>
          </w:p>
        </w:tc>
      </w:tr>
      <w:tr w:rsidR="006F0136" w:rsidRPr="00D77020" w14:paraId="5162776F" w14:textId="77777777">
        <w:tc>
          <w:tcPr>
            <w:tcW w:w="1234" w:type="dxa"/>
          </w:tcPr>
          <w:p w14:paraId="17B09B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6D3D5D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RN-736-р</w:t>
            </w:r>
          </w:p>
        </w:tc>
        <w:tc>
          <w:tcPr>
            <w:tcW w:w="1234" w:type="dxa"/>
          </w:tcPr>
          <w:p w14:paraId="663A7B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736</w:t>
            </w:r>
          </w:p>
        </w:tc>
        <w:tc>
          <w:tcPr>
            <w:tcW w:w="1234" w:type="dxa"/>
          </w:tcPr>
          <w:p w14:paraId="6CA7A8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76F79A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13FF55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4590719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4,8</w:t>
            </w:r>
          </w:p>
        </w:tc>
      </w:tr>
      <w:tr w:rsidR="006F0136" w:rsidRPr="00D77020" w14:paraId="53A3813D" w14:textId="77777777">
        <w:tc>
          <w:tcPr>
            <w:tcW w:w="1234" w:type="dxa"/>
          </w:tcPr>
          <w:p w14:paraId="498CC5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387DBF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RN-736-с</w:t>
            </w:r>
          </w:p>
        </w:tc>
        <w:tc>
          <w:tcPr>
            <w:tcW w:w="1234" w:type="dxa"/>
          </w:tcPr>
          <w:p w14:paraId="4B22F6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736</w:t>
            </w:r>
          </w:p>
        </w:tc>
        <w:tc>
          <w:tcPr>
            <w:tcW w:w="1234" w:type="dxa"/>
          </w:tcPr>
          <w:p w14:paraId="174725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1F8796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2F9607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299BA8B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3,1</w:t>
            </w:r>
          </w:p>
        </w:tc>
      </w:tr>
      <w:tr w:rsidR="006F0136" w:rsidRPr="00D77020" w14:paraId="6060B98F" w14:textId="77777777">
        <w:tc>
          <w:tcPr>
            <w:tcW w:w="1234" w:type="dxa"/>
          </w:tcPr>
          <w:p w14:paraId="42A1F3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5A0476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RN-736-ч</w:t>
            </w:r>
          </w:p>
        </w:tc>
        <w:tc>
          <w:tcPr>
            <w:tcW w:w="1234" w:type="dxa"/>
          </w:tcPr>
          <w:p w14:paraId="784358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736</w:t>
            </w:r>
          </w:p>
        </w:tc>
        <w:tc>
          <w:tcPr>
            <w:tcW w:w="1234" w:type="dxa"/>
          </w:tcPr>
          <w:p w14:paraId="4A9CA4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ч</w:t>
            </w:r>
          </w:p>
        </w:tc>
        <w:tc>
          <w:tcPr>
            <w:tcW w:w="1234" w:type="dxa"/>
          </w:tcPr>
          <w:p w14:paraId="76675C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7646A7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0F8AF18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140B2E95" w14:textId="77777777">
        <w:tc>
          <w:tcPr>
            <w:tcW w:w="1234" w:type="dxa"/>
          </w:tcPr>
          <w:p w14:paraId="79BB83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29C036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RN-738-а</w:t>
            </w:r>
          </w:p>
        </w:tc>
        <w:tc>
          <w:tcPr>
            <w:tcW w:w="1234" w:type="dxa"/>
          </w:tcPr>
          <w:p w14:paraId="4E01F5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738</w:t>
            </w:r>
          </w:p>
        </w:tc>
        <w:tc>
          <w:tcPr>
            <w:tcW w:w="1234" w:type="dxa"/>
          </w:tcPr>
          <w:p w14:paraId="3C271E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43D0CB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3C1DF8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91BA</w:t>
            </w:r>
          </w:p>
        </w:tc>
        <w:tc>
          <w:tcPr>
            <w:tcW w:w="1234" w:type="dxa"/>
          </w:tcPr>
          <w:p w14:paraId="64CC7E0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11,5</w:t>
            </w:r>
          </w:p>
        </w:tc>
      </w:tr>
      <w:tr w:rsidR="006F0136" w:rsidRPr="00D77020" w14:paraId="6C408F05" w14:textId="77777777">
        <w:tc>
          <w:tcPr>
            <w:tcW w:w="1234" w:type="dxa"/>
          </w:tcPr>
          <w:p w14:paraId="0C06B6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7890C1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RN-738-б</w:t>
            </w:r>
          </w:p>
        </w:tc>
        <w:tc>
          <w:tcPr>
            <w:tcW w:w="1234" w:type="dxa"/>
          </w:tcPr>
          <w:p w14:paraId="645825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738</w:t>
            </w:r>
          </w:p>
        </w:tc>
        <w:tc>
          <w:tcPr>
            <w:tcW w:w="1234" w:type="dxa"/>
          </w:tcPr>
          <w:p w14:paraId="2492F4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34B093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751EA4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91BA</w:t>
            </w:r>
          </w:p>
        </w:tc>
        <w:tc>
          <w:tcPr>
            <w:tcW w:w="1234" w:type="dxa"/>
          </w:tcPr>
          <w:p w14:paraId="3394BDC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2,4</w:t>
            </w:r>
          </w:p>
        </w:tc>
      </w:tr>
      <w:tr w:rsidR="006F0136" w:rsidRPr="00D77020" w14:paraId="307C1DA9" w14:textId="77777777">
        <w:tc>
          <w:tcPr>
            <w:tcW w:w="1234" w:type="dxa"/>
          </w:tcPr>
          <w:p w14:paraId="03BBA0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501AD7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RN-738-в</w:t>
            </w:r>
          </w:p>
        </w:tc>
        <w:tc>
          <w:tcPr>
            <w:tcW w:w="1234" w:type="dxa"/>
          </w:tcPr>
          <w:p w14:paraId="30D5DC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738</w:t>
            </w:r>
          </w:p>
        </w:tc>
        <w:tc>
          <w:tcPr>
            <w:tcW w:w="1234" w:type="dxa"/>
          </w:tcPr>
          <w:p w14:paraId="1787F5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55E659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00FB0E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3A78345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13,8</w:t>
            </w:r>
          </w:p>
        </w:tc>
      </w:tr>
      <w:tr w:rsidR="006F0136" w:rsidRPr="00D77020" w14:paraId="162398ED" w14:textId="77777777">
        <w:tc>
          <w:tcPr>
            <w:tcW w:w="1234" w:type="dxa"/>
          </w:tcPr>
          <w:p w14:paraId="248AA2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758CCF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RN-738-д</w:t>
            </w:r>
          </w:p>
        </w:tc>
        <w:tc>
          <w:tcPr>
            <w:tcW w:w="1234" w:type="dxa"/>
          </w:tcPr>
          <w:p w14:paraId="35FB8E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738</w:t>
            </w:r>
          </w:p>
        </w:tc>
        <w:tc>
          <w:tcPr>
            <w:tcW w:w="1234" w:type="dxa"/>
          </w:tcPr>
          <w:p w14:paraId="0E9B95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01CBAE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7E00AA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7AAB3BD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41487EA9" w14:textId="77777777">
        <w:tc>
          <w:tcPr>
            <w:tcW w:w="1234" w:type="dxa"/>
          </w:tcPr>
          <w:p w14:paraId="6EAE6C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347CB1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RN-738-е</w:t>
            </w:r>
          </w:p>
        </w:tc>
        <w:tc>
          <w:tcPr>
            <w:tcW w:w="1234" w:type="dxa"/>
          </w:tcPr>
          <w:p w14:paraId="2EBC7B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738</w:t>
            </w:r>
          </w:p>
        </w:tc>
        <w:tc>
          <w:tcPr>
            <w:tcW w:w="1234" w:type="dxa"/>
          </w:tcPr>
          <w:p w14:paraId="0FD138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68695A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2CB854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3693058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05C8A500" w14:textId="77777777">
        <w:tc>
          <w:tcPr>
            <w:tcW w:w="1234" w:type="dxa"/>
          </w:tcPr>
          <w:p w14:paraId="152FF9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6C734C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RN-738-ж</w:t>
            </w:r>
          </w:p>
        </w:tc>
        <w:tc>
          <w:tcPr>
            <w:tcW w:w="1234" w:type="dxa"/>
          </w:tcPr>
          <w:p w14:paraId="1E4616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738</w:t>
            </w:r>
          </w:p>
        </w:tc>
        <w:tc>
          <w:tcPr>
            <w:tcW w:w="1234" w:type="dxa"/>
          </w:tcPr>
          <w:p w14:paraId="01D84B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61DB85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3D9700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64ED7C5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3,4</w:t>
            </w:r>
          </w:p>
        </w:tc>
      </w:tr>
      <w:tr w:rsidR="006F0136" w:rsidRPr="00D77020" w14:paraId="66B58B42" w14:textId="77777777">
        <w:tc>
          <w:tcPr>
            <w:tcW w:w="1234" w:type="dxa"/>
          </w:tcPr>
          <w:p w14:paraId="7D6EA0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2024</w:t>
            </w:r>
          </w:p>
        </w:tc>
        <w:tc>
          <w:tcPr>
            <w:tcW w:w="1234" w:type="dxa"/>
          </w:tcPr>
          <w:p w14:paraId="1818F4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RN-738-з</w:t>
            </w:r>
          </w:p>
        </w:tc>
        <w:tc>
          <w:tcPr>
            <w:tcW w:w="1234" w:type="dxa"/>
          </w:tcPr>
          <w:p w14:paraId="106714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738</w:t>
            </w:r>
          </w:p>
        </w:tc>
        <w:tc>
          <w:tcPr>
            <w:tcW w:w="1234" w:type="dxa"/>
          </w:tcPr>
          <w:p w14:paraId="5D7C17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7CAB9B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5E86C0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7298B06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7,2</w:t>
            </w:r>
          </w:p>
        </w:tc>
      </w:tr>
      <w:tr w:rsidR="006F0136" w:rsidRPr="00D77020" w14:paraId="5EB91AC8" w14:textId="77777777">
        <w:tc>
          <w:tcPr>
            <w:tcW w:w="1234" w:type="dxa"/>
          </w:tcPr>
          <w:p w14:paraId="5DAC43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34A2E4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RN-739-а</w:t>
            </w:r>
          </w:p>
        </w:tc>
        <w:tc>
          <w:tcPr>
            <w:tcW w:w="1234" w:type="dxa"/>
          </w:tcPr>
          <w:p w14:paraId="681A00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739</w:t>
            </w:r>
          </w:p>
        </w:tc>
        <w:tc>
          <w:tcPr>
            <w:tcW w:w="1234" w:type="dxa"/>
          </w:tcPr>
          <w:p w14:paraId="488C45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485414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5CAEBE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36C5D64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16,5</w:t>
            </w:r>
          </w:p>
        </w:tc>
      </w:tr>
      <w:tr w:rsidR="006F0136" w:rsidRPr="00D77020" w14:paraId="2EB10C7E" w14:textId="77777777">
        <w:tc>
          <w:tcPr>
            <w:tcW w:w="1234" w:type="dxa"/>
          </w:tcPr>
          <w:p w14:paraId="7E455A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459D68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RN-739-б</w:t>
            </w:r>
          </w:p>
        </w:tc>
        <w:tc>
          <w:tcPr>
            <w:tcW w:w="1234" w:type="dxa"/>
          </w:tcPr>
          <w:p w14:paraId="42C138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739</w:t>
            </w:r>
          </w:p>
        </w:tc>
        <w:tc>
          <w:tcPr>
            <w:tcW w:w="1234" w:type="dxa"/>
          </w:tcPr>
          <w:p w14:paraId="0997C4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1E4F71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68BF88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16D2C3D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2,3</w:t>
            </w:r>
          </w:p>
        </w:tc>
      </w:tr>
      <w:tr w:rsidR="006F0136" w:rsidRPr="00D77020" w14:paraId="53F6EB36" w14:textId="77777777">
        <w:tc>
          <w:tcPr>
            <w:tcW w:w="1234" w:type="dxa"/>
          </w:tcPr>
          <w:p w14:paraId="593906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7BB691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RN-739-в</w:t>
            </w:r>
          </w:p>
        </w:tc>
        <w:tc>
          <w:tcPr>
            <w:tcW w:w="1234" w:type="dxa"/>
          </w:tcPr>
          <w:p w14:paraId="25F6DD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739</w:t>
            </w:r>
          </w:p>
        </w:tc>
        <w:tc>
          <w:tcPr>
            <w:tcW w:w="1234" w:type="dxa"/>
          </w:tcPr>
          <w:p w14:paraId="0A944B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761221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30AA6A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14CE935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1,8</w:t>
            </w:r>
          </w:p>
        </w:tc>
      </w:tr>
      <w:tr w:rsidR="006F0136" w:rsidRPr="00D77020" w14:paraId="40DFB1FA" w14:textId="77777777">
        <w:tc>
          <w:tcPr>
            <w:tcW w:w="1234" w:type="dxa"/>
          </w:tcPr>
          <w:p w14:paraId="42AA4D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1A6A6F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RN-739-г</w:t>
            </w:r>
          </w:p>
        </w:tc>
        <w:tc>
          <w:tcPr>
            <w:tcW w:w="1234" w:type="dxa"/>
          </w:tcPr>
          <w:p w14:paraId="003E8E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739</w:t>
            </w:r>
          </w:p>
        </w:tc>
        <w:tc>
          <w:tcPr>
            <w:tcW w:w="1234" w:type="dxa"/>
          </w:tcPr>
          <w:p w14:paraId="7ADEAD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4BBD6A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3CA9F7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5F89B48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3,7</w:t>
            </w:r>
          </w:p>
        </w:tc>
      </w:tr>
      <w:tr w:rsidR="006F0136" w:rsidRPr="00D77020" w14:paraId="31AA7C81" w14:textId="77777777">
        <w:tc>
          <w:tcPr>
            <w:tcW w:w="1234" w:type="dxa"/>
          </w:tcPr>
          <w:p w14:paraId="60BBA5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19BE81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RN-739-д</w:t>
            </w:r>
          </w:p>
        </w:tc>
        <w:tc>
          <w:tcPr>
            <w:tcW w:w="1234" w:type="dxa"/>
          </w:tcPr>
          <w:p w14:paraId="3C67E2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739</w:t>
            </w:r>
          </w:p>
        </w:tc>
        <w:tc>
          <w:tcPr>
            <w:tcW w:w="1234" w:type="dxa"/>
          </w:tcPr>
          <w:p w14:paraId="7869FC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1503FC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550B6C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323B8D5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6,1</w:t>
            </w:r>
          </w:p>
        </w:tc>
      </w:tr>
      <w:tr w:rsidR="006F0136" w:rsidRPr="00D77020" w14:paraId="6BB6E046" w14:textId="77777777">
        <w:tc>
          <w:tcPr>
            <w:tcW w:w="1234" w:type="dxa"/>
          </w:tcPr>
          <w:p w14:paraId="74772D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1B1154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RN-739-е</w:t>
            </w:r>
          </w:p>
        </w:tc>
        <w:tc>
          <w:tcPr>
            <w:tcW w:w="1234" w:type="dxa"/>
          </w:tcPr>
          <w:p w14:paraId="02D87D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739</w:t>
            </w:r>
          </w:p>
        </w:tc>
        <w:tc>
          <w:tcPr>
            <w:tcW w:w="1234" w:type="dxa"/>
          </w:tcPr>
          <w:p w14:paraId="4660CC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0A997A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3CFD1C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553EF7D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4,5</w:t>
            </w:r>
          </w:p>
        </w:tc>
      </w:tr>
      <w:tr w:rsidR="006F0136" w:rsidRPr="00D77020" w14:paraId="04AF7077" w14:textId="77777777">
        <w:tc>
          <w:tcPr>
            <w:tcW w:w="1234" w:type="dxa"/>
          </w:tcPr>
          <w:p w14:paraId="61C6D0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232ED8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RN-739-к</w:t>
            </w:r>
          </w:p>
        </w:tc>
        <w:tc>
          <w:tcPr>
            <w:tcW w:w="1234" w:type="dxa"/>
          </w:tcPr>
          <w:p w14:paraId="573B20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739</w:t>
            </w:r>
          </w:p>
        </w:tc>
        <w:tc>
          <w:tcPr>
            <w:tcW w:w="1234" w:type="dxa"/>
          </w:tcPr>
          <w:p w14:paraId="12600B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09A4D6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13D553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79F9F16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15,5</w:t>
            </w:r>
          </w:p>
        </w:tc>
      </w:tr>
      <w:tr w:rsidR="006F0136" w:rsidRPr="00D77020" w14:paraId="05983CCA" w14:textId="77777777">
        <w:tc>
          <w:tcPr>
            <w:tcW w:w="1234" w:type="dxa"/>
          </w:tcPr>
          <w:p w14:paraId="597A29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3E99A3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RN-739-л</w:t>
            </w:r>
          </w:p>
        </w:tc>
        <w:tc>
          <w:tcPr>
            <w:tcW w:w="1234" w:type="dxa"/>
          </w:tcPr>
          <w:p w14:paraId="272426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739</w:t>
            </w:r>
          </w:p>
        </w:tc>
        <w:tc>
          <w:tcPr>
            <w:tcW w:w="1234" w:type="dxa"/>
          </w:tcPr>
          <w:p w14:paraId="30D576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08237C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547C95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4A7F02B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8,6</w:t>
            </w:r>
          </w:p>
        </w:tc>
      </w:tr>
      <w:tr w:rsidR="006F0136" w:rsidRPr="00D77020" w14:paraId="0A428ED9" w14:textId="77777777">
        <w:tc>
          <w:tcPr>
            <w:tcW w:w="1234" w:type="dxa"/>
          </w:tcPr>
          <w:p w14:paraId="3C60D3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698F25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RN-739-м</w:t>
            </w:r>
          </w:p>
        </w:tc>
        <w:tc>
          <w:tcPr>
            <w:tcW w:w="1234" w:type="dxa"/>
          </w:tcPr>
          <w:p w14:paraId="338C20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739</w:t>
            </w:r>
          </w:p>
        </w:tc>
        <w:tc>
          <w:tcPr>
            <w:tcW w:w="1234" w:type="dxa"/>
          </w:tcPr>
          <w:p w14:paraId="21D47A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6F6962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38F16C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20EB9F1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0,6</w:t>
            </w:r>
          </w:p>
        </w:tc>
      </w:tr>
      <w:tr w:rsidR="006F0136" w:rsidRPr="00D77020" w14:paraId="47CDD730" w14:textId="77777777">
        <w:tc>
          <w:tcPr>
            <w:tcW w:w="1234" w:type="dxa"/>
          </w:tcPr>
          <w:p w14:paraId="366EC0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51D6D6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RN-748-а</w:t>
            </w:r>
          </w:p>
        </w:tc>
        <w:tc>
          <w:tcPr>
            <w:tcW w:w="1234" w:type="dxa"/>
          </w:tcPr>
          <w:p w14:paraId="39ECEC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748</w:t>
            </w:r>
          </w:p>
        </w:tc>
        <w:tc>
          <w:tcPr>
            <w:tcW w:w="1234" w:type="dxa"/>
          </w:tcPr>
          <w:p w14:paraId="512FB5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2E500B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4FD85B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3A3CC13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16,5</w:t>
            </w:r>
          </w:p>
        </w:tc>
      </w:tr>
      <w:tr w:rsidR="006F0136" w:rsidRPr="00D77020" w14:paraId="40096064" w14:textId="77777777">
        <w:tc>
          <w:tcPr>
            <w:tcW w:w="1234" w:type="dxa"/>
          </w:tcPr>
          <w:p w14:paraId="3EC535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2EAA68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RN-748-д</w:t>
            </w:r>
          </w:p>
        </w:tc>
        <w:tc>
          <w:tcPr>
            <w:tcW w:w="1234" w:type="dxa"/>
          </w:tcPr>
          <w:p w14:paraId="5A843B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748</w:t>
            </w:r>
          </w:p>
        </w:tc>
        <w:tc>
          <w:tcPr>
            <w:tcW w:w="1234" w:type="dxa"/>
          </w:tcPr>
          <w:p w14:paraId="1DDBFC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1B7C6D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0F885F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7DC314F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6F6BE8D9" w14:textId="77777777">
        <w:tc>
          <w:tcPr>
            <w:tcW w:w="1234" w:type="dxa"/>
          </w:tcPr>
          <w:p w14:paraId="42C3A9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674D77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RN-748-е</w:t>
            </w:r>
          </w:p>
        </w:tc>
        <w:tc>
          <w:tcPr>
            <w:tcW w:w="1234" w:type="dxa"/>
          </w:tcPr>
          <w:p w14:paraId="21DBD6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748</w:t>
            </w:r>
          </w:p>
        </w:tc>
        <w:tc>
          <w:tcPr>
            <w:tcW w:w="1234" w:type="dxa"/>
          </w:tcPr>
          <w:p w14:paraId="09ADC0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69B9FE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1F7146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57ABA87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15,5</w:t>
            </w:r>
          </w:p>
        </w:tc>
      </w:tr>
      <w:tr w:rsidR="006F0136" w:rsidRPr="00D77020" w14:paraId="4722D293" w14:textId="77777777">
        <w:tc>
          <w:tcPr>
            <w:tcW w:w="1234" w:type="dxa"/>
          </w:tcPr>
          <w:p w14:paraId="19D0CF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7AB29F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RN-748-ж</w:t>
            </w:r>
          </w:p>
        </w:tc>
        <w:tc>
          <w:tcPr>
            <w:tcW w:w="1234" w:type="dxa"/>
          </w:tcPr>
          <w:p w14:paraId="31AC4A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748</w:t>
            </w:r>
          </w:p>
        </w:tc>
        <w:tc>
          <w:tcPr>
            <w:tcW w:w="1234" w:type="dxa"/>
          </w:tcPr>
          <w:p w14:paraId="39ABB5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0B574D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2F506A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3B12466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11DB662A" w14:textId="77777777">
        <w:tc>
          <w:tcPr>
            <w:tcW w:w="1234" w:type="dxa"/>
          </w:tcPr>
          <w:p w14:paraId="1DF53B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63F2BF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RN-748-з</w:t>
            </w:r>
          </w:p>
        </w:tc>
        <w:tc>
          <w:tcPr>
            <w:tcW w:w="1234" w:type="dxa"/>
          </w:tcPr>
          <w:p w14:paraId="72A535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748</w:t>
            </w:r>
          </w:p>
        </w:tc>
        <w:tc>
          <w:tcPr>
            <w:tcW w:w="1234" w:type="dxa"/>
          </w:tcPr>
          <w:p w14:paraId="46F0DF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21B76E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151F96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77D06C6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0,1</w:t>
            </w:r>
          </w:p>
        </w:tc>
      </w:tr>
      <w:tr w:rsidR="006F0136" w:rsidRPr="00D77020" w14:paraId="34E2BCD6" w14:textId="77777777">
        <w:tc>
          <w:tcPr>
            <w:tcW w:w="1234" w:type="dxa"/>
          </w:tcPr>
          <w:p w14:paraId="28EB1C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5EAA3F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RN-757-в</w:t>
            </w:r>
          </w:p>
        </w:tc>
        <w:tc>
          <w:tcPr>
            <w:tcW w:w="1234" w:type="dxa"/>
          </w:tcPr>
          <w:p w14:paraId="444261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757</w:t>
            </w:r>
          </w:p>
        </w:tc>
        <w:tc>
          <w:tcPr>
            <w:tcW w:w="1234" w:type="dxa"/>
          </w:tcPr>
          <w:p w14:paraId="41AC85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128854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132F2B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4070</w:t>
            </w:r>
          </w:p>
        </w:tc>
        <w:tc>
          <w:tcPr>
            <w:tcW w:w="1234" w:type="dxa"/>
          </w:tcPr>
          <w:p w14:paraId="13A826B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08CC1121" w14:textId="77777777">
        <w:tc>
          <w:tcPr>
            <w:tcW w:w="1234" w:type="dxa"/>
          </w:tcPr>
          <w:p w14:paraId="79731C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501D4F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RN-757-г</w:t>
            </w:r>
          </w:p>
        </w:tc>
        <w:tc>
          <w:tcPr>
            <w:tcW w:w="1234" w:type="dxa"/>
          </w:tcPr>
          <w:p w14:paraId="0F7A49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757</w:t>
            </w:r>
          </w:p>
        </w:tc>
        <w:tc>
          <w:tcPr>
            <w:tcW w:w="1234" w:type="dxa"/>
          </w:tcPr>
          <w:p w14:paraId="615DB0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623F99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3CE860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4070</w:t>
            </w:r>
          </w:p>
        </w:tc>
        <w:tc>
          <w:tcPr>
            <w:tcW w:w="1234" w:type="dxa"/>
          </w:tcPr>
          <w:p w14:paraId="39B8FCE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2DE4DCB4" w14:textId="77777777">
        <w:tc>
          <w:tcPr>
            <w:tcW w:w="1234" w:type="dxa"/>
          </w:tcPr>
          <w:p w14:paraId="17B9CA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4D8FBF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RN-757-з</w:t>
            </w:r>
          </w:p>
        </w:tc>
        <w:tc>
          <w:tcPr>
            <w:tcW w:w="1234" w:type="dxa"/>
          </w:tcPr>
          <w:p w14:paraId="1EA427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757</w:t>
            </w:r>
          </w:p>
        </w:tc>
        <w:tc>
          <w:tcPr>
            <w:tcW w:w="1234" w:type="dxa"/>
          </w:tcPr>
          <w:p w14:paraId="1A85D9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1BFA78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72E471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4070</w:t>
            </w:r>
          </w:p>
        </w:tc>
        <w:tc>
          <w:tcPr>
            <w:tcW w:w="1234" w:type="dxa"/>
          </w:tcPr>
          <w:p w14:paraId="40E1B4E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1102A9C4" w14:textId="77777777">
        <w:tc>
          <w:tcPr>
            <w:tcW w:w="1234" w:type="dxa"/>
          </w:tcPr>
          <w:p w14:paraId="3FF3AB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02024E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RN-757-л</w:t>
            </w:r>
          </w:p>
        </w:tc>
        <w:tc>
          <w:tcPr>
            <w:tcW w:w="1234" w:type="dxa"/>
          </w:tcPr>
          <w:p w14:paraId="2D85A4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757</w:t>
            </w:r>
          </w:p>
        </w:tc>
        <w:tc>
          <w:tcPr>
            <w:tcW w:w="1234" w:type="dxa"/>
          </w:tcPr>
          <w:p w14:paraId="7AF80A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18A551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192488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4070</w:t>
            </w:r>
          </w:p>
        </w:tc>
        <w:tc>
          <w:tcPr>
            <w:tcW w:w="1234" w:type="dxa"/>
          </w:tcPr>
          <w:p w14:paraId="29A0986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0,6</w:t>
            </w:r>
          </w:p>
        </w:tc>
      </w:tr>
      <w:tr w:rsidR="006F0136" w:rsidRPr="00D77020" w14:paraId="4230B657" w14:textId="77777777">
        <w:tc>
          <w:tcPr>
            <w:tcW w:w="1234" w:type="dxa"/>
          </w:tcPr>
          <w:p w14:paraId="2E3786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233326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RN-757-н</w:t>
            </w:r>
          </w:p>
        </w:tc>
        <w:tc>
          <w:tcPr>
            <w:tcW w:w="1234" w:type="dxa"/>
          </w:tcPr>
          <w:p w14:paraId="7C4B4A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757</w:t>
            </w:r>
          </w:p>
        </w:tc>
        <w:tc>
          <w:tcPr>
            <w:tcW w:w="1234" w:type="dxa"/>
          </w:tcPr>
          <w:p w14:paraId="6F7EDA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708B70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305E6B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4070</w:t>
            </w:r>
          </w:p>
        </w:tc>
        <w:tc>
          <w:tcPr>
            <w:tcW w:w="1234" w:type="dxa"/>
          </w:tcPr>
          <w:p w14:paraId="314BC0D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5,2</w:t>
            </w:r>
          </w:p>
        </w:tc>
      </w:tr>
      <w:tr w:rsidR="006F0136" w:rsidRPr="00D77020" w14:paraId="2E2464D7" w14:textId="77777777">
        <w:tc>
          <w:tcPr>
            <w:tcW w:w="1234" w:type="dxa"/>
          </w:tcPr>
          <w:p w14:paraId="61D00C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056C71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RN-757-п</w:t>
            </w:r>
          </w:p>
        </w:tc>
        <w:tc>
          <w:tcPr>
            <w:tcW w:w="1234" w:type="dxa"/>
          </w:tcPr>
          <w:p w14:paraId="2C5395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757</w:t>
            </w:r>
          </w:p>
        </w:tc>
        <w:tc>
          <w:tcPr>
            <w:tcW w:w="1234" w:type="dxa"/>
          </w:tcPr>
          <w:p w14:paraId="1DA8CF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7031D1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423220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4070</w:t>
            </w:r>
          </w:p>
        </w:tc>
        <w:tc>
          <w:tcPr>
            <w:tcW w:w="1234" w:type="dxa"/>
          </w:tcPr>
          <w:p w14:paraId="180C625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5,9</w:t>
            </w:r>
          </w:p>
        </w:tc>
      </w:tr>
      <w:tr w:rsidR="006F0136" w:rsidRPr="00D77020" w14:paraId="1C8DA08D" w14:textId="77777777">
        <w:tc>
          <w:tcPr>
            <w:tcW w:w="1234" w:type="dxa"/>
          </w:tcPr>
          <w:p w14:paraId="453D54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5CDC24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RN-757-с</w:t>
            </w:r>
          </w:p>
        </w:tc>
        <w:tc>
          <w:tcPr>
            <w:tcW w:w="1234" w:type="dxa"/>
          </w:tcPr>
          <w:p w14:paraId="047E77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757</w:t>
            </w:r>
          </w:p>
        </w:tc>
        <w:tc>
          <w:tcPr>
            <w:tcW w:w="1234" w:type="dxa"/>
          </w:tcPr>
          <w:p w14:paraId="02B9F9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33B40A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1D13E5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4070</w:t>
            </w:r>
          </w:p>
        </w:tc>
        <w:tc>
          <w:tcPr>
            <w:tcW w:w="1234" w:type="dxa"/>
          </w:tcPr>
          <w:p w14:paraId="1F690FB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2,7</w:t>
            </w:r>
          </w:p>
        </w:tc>
      </w:tr>
      <w:tr w:rsidR="006F0136" w:rsidRPr="00D77020" w14:paraId="22E62BF1" w14:textId="77777777">
        <w:tc>
          <w:tcPr>
            <w:tcW w:w="1234" w:type="dxa"/>
          </w:tcPr>
          <w:p w14:paraId="005501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582212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RN-757-ф</w:t>
            </w:r>
          </w:p>
        </w:tc>
        <w:tc>
          <w:tcPr>
            <w:tcW w:w="1234" w:type="dxa"/>
          </w:tcPr>
          <w:p w14:paraId="2E39BB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757</w:t>
            </w:r>
          </w:p>
        </w:tc>
        <w:tc>
          <w:tcPr>
            <w:tcW w:w="1234" w:type="dxa"/>
          </w:tcPr>
          <w:p w14:paraId="77EBDB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ф</w:t>
            </w:r>
          </w:p>
        </w:tc>
        <w:tc>
          <w:tcPr>
            <w:tcW w:w="1234" w:type="dxa"/>
          </w:tcPr>
          <w:p w14:paraId="2E5A2E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54B188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4070</w:t>
            </w:r>
          </w:p>
        </w:tc>
        <w:tc>
          <w:tcPr>
            <w:tcW w:w="1234" w:type="dxa"/>
          </w:tcPr>
          <w:p w14:paraId="39DE5EC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1,9</w:t>
            </w:r>
          </w:p>
        </w:tc>
      </w:tr>
      <w:tr w:rsidR="006F0136" w:rsidRPr="00D77020" w14:paraId="01DAE322" w14:textId="77777777">
        <w:tc>
          <w:tcPr>
            <w:tcW w:w="1234" w:type="dxa"/>
          </w:tcPr>
          <w:p w14:paraId="733092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297F32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RN-762-д</w:t>
            </w:r>
          </w:p>
        </w:tc>
        <w:tc>
          <w:tcPr>
            <w:tcW w:w="1234" w:type="dxa"/>
          </w:tcPr>
          <w:p w14:paraId="0FB104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762</w:t>
            </w:r>
          </w:p>
        </w:tc>
        <w:tc>
          <w:tcPr>
            <w:tcW w:w="1234" w:type="dxa"/>
          </w:tcPr>
          <w:p w14:paraId="150A71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4CC031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0446A7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2588881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15,4</w:t>
            </w:r>
          </w:p>
        </w:tc>
      </w:tr>
      <w:tr w:rsidR="006F0136" w:rsidRPr="00D77020" w14:paraId="09C0A3DF" w14:textId="77777777">
        <w:tc>
          <w:tcPr>
            <w:tcW w:w="1234" w:type="dxa"/>
          </w:tcPr>
          <w:p w14:paraId="454848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012446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RN-762-е</w:t>
            </w:r>
          </w:p>
        </w:tc>
        <w:tc>
          <w:tcPr>
            <w:tcW w:w="1234" w:type="dxa"/>
          </w:tcPr>
          <w:p w14:paraId="67A18B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762</w:t>
            </w:r>
          </w:p>
        </w:tc>
        <w:tc>
          <w:tcPr>
            <w:tcW w:w="1234" w:type="dxa"/>
          </w:tcPr>
          <w:p w14:paraId="3B6C52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45AC2D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796AEC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15EEEB2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1,9</w:t>
            </w:r>
          </w:p>
        </w:tc>
      </w:tr>
      <w:tr w:rsidR="006F0136" w:rsidRPr="00D77020" w14:paraId="3EB344AC" w14:textId="77777777">
        <w:tc>
          <w:tcPr>
            <w:tcW w:w="1234" w:type="dxa"/>
          </w:tcPr>
          <w:p w14:paraId="3E5B4D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4FC91B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RN-762-ж</w:t>
            </w:r>
          </w:p>
        </w:tc>
        <w:tc>
          <w:tcPr>
            <w:tcW w:w="1234" w:type="dxa"/>
          </w:tcPr>
          <w:p w14:paraId="71232E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762</w:t>
            </w:r>
          </w:p>
        </w:tc>
        <w:tc>
          <w:tcPr>
            <w:tcW w:w="1234" w:type="dxa"/>
          </w:tcPr>
          <w:p w14:paraId="6DAAEA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50F56C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725260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5D3E6B9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2,4</w:t>
            </w:r>
          </w:p>
        </w:tc>
      </w:tr>
      <w:tr w:rsidR="006F0136" w:rsidRPr="00D77020" w14:paraId="096B4D76" w14:textId="77777777">
        <w:tc>
          <w:tcPr>
            <w:tcW w:w="1234" w:type="dxa"/>
          </w:tcPr>
          <w:p w14:paraId="7E5E3D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00748C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RN-763-г</w:t>
            </w:r>
          </w:p>
        </w:tc>
        <w:tc>
          <w:tcPr>
            <w:tcW w:w="1234" w:type="dxa"/>
          </w:tcPr>
          <w:p w14:paraId="124888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763</w:t>
            </w:r>
          </w:p>
        </w:tc>
        <w:tc>
          <w:tcPr>
            <w:tcW w:w="1234" w:type="dxa"/>
          </w:tcPr>
          <w:p w14:paraId="03974C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5E4DC6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68CFDB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091F1B6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6,7</w:t>
            </w:r>
          </w:p>
        </w:tc>
      </w:tr>
      <w:tr w:rsidR="006F0136" w:rsidRPr="00D77020" w14:paraId="0472EDB5" w14:textId="77777777">
        <w:tc>
          <w:tcPr>
            <w:tcW w:w="1234" w:type="dxa"/>
          </w:tcPr>
          <w:p w14:paraId="748751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065B01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RN-765-д</w:t>
            </w:r>
          </w:p>
        </w:tc>
        <w:tc>
          <w:tcPr>
            <w:tcW w:w="1234" w:type="dxa"/>
          </w:tcPr>
          <w:p w14:paraId="6C44B4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765</w:t>
            </w:r>
          </w:p>
        </w:tc>
        <w:tc>
          <w:tcPr>
            <w:tcW w:w="1234" w:type="dxa"/>
          </w:tcPr>
          <w:p w14:paraId="22DDDA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3411DB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2C2704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6FDCCB5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3,7</w:t>
            </w:r>
          </w:p>
        </w:tc>
      </w:tr>
      <w:tr w:rsidR="006F0136" w:rsidRPr="00D77020" w14:paraId="1E809E53" w14:textId="77777777">
        <w:tc>
          <w:tcPr>
            <w:tcW w:w="1234" w:type="dxa"/>
          </w:tcPr>
          <w:p w14:paraId="4815E5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0B0BF1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RN-775-ж</w:t>
            </w:r>
          </w:p>
        </w:tc>
        <w:tc>
          <w:tcPr>
            <w:tcW w:w="1234" w:type="dxa"/>
          </w:tcPr>
          <w:p w14:paraId="642988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775</w:t>
            </w:r>
          </w:p>
        </w:tc>
        <w:tc>
          <w:tcPr>
            <w:tcW w:w="1234" w:type="dxa"/>
          </w:tcPr>
          <w:p w14:paraId="285D1E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175881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397CF0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0918FBC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2,7</w:t>
            </w:r>
          </w:p>
        </w:tc>
      </w:tr>
      <w:tr w:rsidR="006F0136" w:rsidRPr="00D77020" w14:paraId="3A197B85" w14:textId="77777777">
        <w:tc>
          <w:tcPr>
            <w:tcW w:w="1234" w:type="dxa"/>
          </w:tcPr>
          <w:p w14:paraId="474688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77E139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RN-775-м</w:t>
            </w:r>
          </w:p>
        </w:tc>
        <w:tc>
          <w:tcPr>
            <w:tcW w:w="1234" w:type="dxa"/>
          </w:tcPr>
          <w:p w14:paraId="167133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775</w:t>
            </w:r>
          </w:p>
        </w:tc>
        <w:tc>
          <w:tcPr>
            <w:tcW w:w="1234" w:type="dxa"/>
          </w:tcPr>
          <w:p w14:paraId="0FD06F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4A5C7E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5972CA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23DB961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1,4</w:t>
            </w:r>
          </w:p>
        </w:tc>
      </w:tr>
      <w:tr w:rsidR="006F0136" w:rsidRPr="00D77020" w14:paraId="6F9ED90E" w14:textId="77777777">
        <w:tc>
          <w:tcPr>
            <w:tcW w:w="1234" w:type="dxa"/>
          </w:tcPr>
          <w:p w14:paraId="7EA479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06DAE6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RN-776-а</w:t>
            </w:r>
          </w:p>
        </w:tc>
        <w:tc>
          <w:tcPr>
            <w:tcW w:w="1234" w:type="dxa"/>
          </w:tcPr>
          <w:p w14:paraId="16DA49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776</w:t>
            </w:r>
          </w:p>
        </w:tc>
        <w:tc>
          <w:tcPr>
            <w:tcW w:w="1234" w:type="dxa"/>
          </w:tcPr>
          <w:p w14:paraId="4F4C05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328CDB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60CA95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56C8C79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2,9</w:t>
            </w:r>
          </w:p>
        </w:tc>
      </w:tr>
      <w:tr w:rsidR="006F0136" w:rsidRPr="00D77020" w14:paraId="40A2C46A" w14:textId="77777777">
        <w:tc>
          <w:tcPr>
            <w:tcW w:w="1234" w:type="dxa"/>
          </w:tcPr>
          <w:p w14:paraId="3BF9D4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7A494B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RN-780-г</w:t>
            </w:r>
          </w:p>
        </w:tc>
        <w:tc>
          <w:tcPr>
            <w:tcW w:w="1234" w:type="dxa"/>
          </w:tcPr>
          <w:p w14:paraId="68F161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780</w:t>
            </w:r>
          </w:p>
        </w:tc>
        <w:tc>
          <w:tcPr>
            <w:tcW w:w="1234" w:type="dxa"/>
          </w:tcPr>
          <w:p w14:paraId="0F2775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77E57C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39D945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5F50FA6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7,6</w:t>
            </w:r>
          </w:p>
        </w:tc>
      </w:tr>
      <w:tr w:rsidR="006F0136" w:rsidRPr="00D77020" w14:paraId="5F01F8FD" w14:textId="77777777">
        <w:tc>
          <w:tcPr>
            <w:tcW w:w="1234" w:type="dxa"/>
          </w:tcPr>
          <w:p w14:paraId="3F55FA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607946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RN-780-е</w:t>
            </w:r>
          </w:p>
        </w:tc>
        <w:tc>
          <w:tcPr>
            <w:tcW w:w="1234" w:type="dxa"/>
          </w:tcPr>
          <w:p w14:paraId="278F38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780</w:t>
            </w:r>
          </w:p>
        </w:tc>
        <w:tc>
          <w:tcPr>
            <w:tcW w:w="1234" w:type="dxa"/>
          </w:tcPr>
          <w:p w14:paraId="3C8610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7E43C0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083E5E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5BC2E61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2,0</w:t>
            </w:r>
          </w:p>
        </w:tc>
      </w:tr>
      <w:tr w:rsidR="006F0136" w:rsidRPr="00D77020" w14:paraId="44D61CC7" w14:textId="77777777">
        <w:tc>
          <w:tcPr>
            <w:tcW w:w="1234" w:type="dxa"/>
          </w:tcPr>
          <w:p w14:paraId="69B9EC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1CB9C9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RN-780-ж</w:t>
            </w:r>
          </w:p>
        </w:tc>
        <w:tc>
          <w:tcPr>
            <w:tcW w:w="1234" w:type="dxa"/>
          </w:tcPr>
          <w:p w14:paraId="1E6851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780</w:t>
            </w:r>
          </w:p>
        </w:tc>
        <w:tc>
          <w:tcPr>
            <w:tcW w:w="1234" w:type="dxa"/>
          </w:tcPr>
          <w:p w14:paraId="231B54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6A7917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429476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549720E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7,5</w:t>
            </w:r>
          </w:p>
        </w:tc>
      </w:tr>
      <w:tr w:rsidR="006F0136" w:rsidRPr="00D77020" w14:paraId="04162A5F" w14:textId="77777777">
        <w:tc>
          <w:tcPr>
            <w:tcW w:w="1234" w:type="dxa"/>
          </w:tcPr>
          <w:p w14:paraId="651AD6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51A324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RN-780-п</w:t>
            </w:r>
          </w:p>
        </w:tc>
        <w:tc>
          <w:tcPr>
            <w:tcW w:w="1234" w:type="dxa"/>
          </w:tcPr>
          <w:p w14:paraId="7ACA3F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780</w:t>
            </w:r>
          </w:p>
        </w:tc>
        <w:tc>
          <w:tcPr>
            <w:tcW w:w="1234" w:type="dxa"/>
          </w:tcPr>
          <w:p w14:paraId="3C051F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2BA1EE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7E4704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057C13F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2,0</w:t>
            </w:r>
          </w:p>
        </w:tc>
      </w:tr>
      <w:tr w:rsidR="006F0136" w:rsidRPr="00D77020" w14:paraId="602A3850" w14:textId="77777777">
        <w:tc>
          <w:tcPr>
            <w:tcW w:w="1234" w:type="dxa"/>
          </w:tcPr>
          <w:p w14:paraId="616430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5BB36A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RN-810-к</w:t>
            </w:r>
          </w:p>
        </w:tc>
        <w:tc>
          <w:tcPr>
            <w:tcW w:w="1234" w:type="dxa"/>
          </w:tcPr>
          <w:p w14:paraId="0D0A61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810</w:t>
            </w:r>
          </w:p>
        </w:tc>
        <w:tc>
          <w:tcPr>
            <w:tcW w:w="1234" w:type="dxa"/>
          </w:tcPr>
          <w:p w14:paraId="623E2A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05F14A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14CC1C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757337A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1,6</w:t>
            </w:r>
          </w:p>
        </w:tc>
      </w:tr>
      <w:tr w:rsidR="006F0136" w:rsidRPr="00D77020" w14:paraId="251B1A70" w14:textId="77777777">
        <w:tc>
          <w:tcPr>
            <w:tcW w:w="1234" w:type="dxa"/>
          </w:tcPr>
          <w:p w14:paraId="4EBF35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1879D9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RN-811-м</w:t>
            </w:r>
          </w:p>
        </w:tc>
        <w:tc>
          <w:tcPr>
            <w:tcW w:w="1234" w:type="dxa"/>
          </w:tcPr>
          <w:p w14:paraId="15AB25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811</w:t>
            </w:r>
          </w:p>
        </w:tc>
        <w:tc>
          <w:tcPr>
            <w:tcW w:w="1234" w:type="dxa"/>
          </w:tcPr>
          <w:p w14:paraId="61C6D0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233441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26C18A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69E8DAB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1,3</w:t>
            </w:r>
          </w:p>
        </w:tc>
      </w:tr>
      <w:tr w:rsidR="006F0136" w:rsidRPr="00D77020" w14:paraId="63EE4934" w14:textId="77777777">
        <w:tc>
          <w:tcPr>
            <w:tcW w:w="1234" w:type="dxa"/>
          </w:tcPr>
          <w:p w14:paraId="1BD1F5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60C446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RN-811-п</w:t>
            </w:r>
          </w:p>
        </w:tc>
        <w:tc>
          <w:tcPr>
            <w:tcW w:w="1234" w:type="dxa"/>
          </w:tcPr>
          <w:p w14:paraId="64C817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811</w:t>
            </w:r>
          </w:p>
        </w:tc>
        <w:tc>
          <w:tcPr>
            <w:tcW w:w="1234" w:type="dxa"/>
          </w:tcPr>
          <w:p w14:paraId="6B2C66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215D17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0B4DE6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469BD95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1,4</w:t>
            </w:r>
          </w:p>
        </w:tc>
      </w:tr>
      <w:tr w:rsidR="006F0136" w:rsidRPr="00D77020" w14:paraId="24E43587" w14:textId="77777777">
        <w:tc>
          <w:tcPr>
            <w:tcW w:w="1234" w:type="dxa"/>
          </w:tcPr>
          <w:p w14:paraId="477B45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5F1BAD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RN-811-р</w:t>
            </w:r>
          </w:p>
        </w:tc>
        <w:tc>
          <w:tcPr>
            <w:tcW w:w="1234" w:type="dxa"/>
          </w:tcPr>
          <w:p w14:paraId="43CE2D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811</w:t>
            </w:r>
          </w:p>
        </w:tc>
        <w:tc>
          <w:tcPr>
            <w:tcW w:w="1234" w:type="dxa"/>
          </w:tcPr>
          <w:p w14:paraId="57B71E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27205D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1FBAD5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5DA8843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1,5</w:t>
            </w:r>
          </w:p>
        </w:tc>
      </w:tr>
      <w:tr w:rsidR="006F0136" w:rsidRPr="00D77020" w14:paraId="1CC7F17D" w14:textId="77777777">
        <w:tc>
          <w:tcPr>
            <w:tcW w:w="1234" w:type="dxa"/>
          </w:tcPr>
          <w:p w14:paraId="61E63A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586BDF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RN-811-с</w:t>
            </w:r>
          </w:p>
        </w:tc>
        <w:tc>
          <w:tcPr>
            <w:tcW w:w="1234" w:type="dxa"/>
          </w:tcPr>
          <w:p w14:paraId="3D6882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811</w:t>
            </w:r>
          </w:p>
        </w:tc>
        <w:tc>
          <w:tcPr>
            <w:tcW w:w="1234" w:type="dxa"/>
          </w:tcPr>
          <w:p w14:paraId="6D6E5F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3E5EA6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501316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0745D34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1BEDF9C7" w14:textId="77777777">
        <w:tc>
          <w:tcPr>
            <w:tcW w:w="1234" w:type="dxa"/>
          </w:tcPr>
          <w:p w14:paraId="3D880A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2718CB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RN-811-т</w:t>
            </w:r>
          </w:p>
        </w:tc>
        <w:tc>
          <w:tcPr>
            <w:tcW w:w="1234" w:type="dxa"/>
          </w:tcPr>
          <w:p w14:paraId="7D360D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811</w:t>
            </w:r>
          </w:p>
        </w:tc>
        <w:tc>
          <w:tcPr>
            <w:tcW w:w="1234" w:type="dxa"/>
          </w:tcPr>
          <w:p w14:paraId="1DA277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7CDA61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60D242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7D435A5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6,4</w:t>
            </w:r>
          </w:p>
        </w:tc>
      </w:tr>
      <w:tr w:rsidR="006F0136" w:rsidRPr="00D77020" w14:paraId="3B3AFE00" w14:textId="77777777">
        <w:tc>
          <w:tcPr>
            <w:tcW w:w="1234" w:type="dxa"/>
          </w:tcPr>
          <w:p w14:paraId="1393FB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2F13A8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RN-811-ф</w:t>
            </w:r>
          </w:p>
        </w:tc>
        <w:tc>
          <w:tcPr>
            <w:tcW w:w="1234" w:type="dxa"/>
          </w:tcPr>
          <w:p w14:paraId="203C8A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811</w:t>
            </w:r>
          </w:p>
        </w:tc>
        <w:tc>
          <w:tcPr>
            <w:tcW w:w="1234" w:type="dxa"/>
          </w:tcPr>
          <w:p w14:paraId="4D8B4A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ф</w:t>
            </w:r>
          </w:p>
        </w:tc>
        <w:tc>
          <w:tcPr>
            <w:tcW w:w="1234" w:type="dxa"/>
          </w:tcPr>
          <w:p w14:paraId="73ACAA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4202D5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01B2964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6,7</w:t>
            </w:r>
          </w:p>
        </w:tc>
      </w:tr>
      <w:tr w:rsidR="006F0136" w:rsidRPr="00D77020" w14:paraId="59EE9B14" w14:textId="77777777">
        <w:tc>
          <w:tcPr>
            <w:tcW w:w="1234" w:type="dxa"/>
          </w:tcPr>
          <w:p w14:paraId="612F1D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6783A8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RN-812-о</w:t>
            </w:r>
          </w:p>
        </w:tc>
        <w:tc>
          <w:tcPr>
            <w:tcW w:w="1234" w:type="dxa"/>
          </w:tcPr>
          <w:p w14:paraId="40D7AF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812</w:t>
            </w:r>
          </w:p>
        </w:tc>
        <w:tc>
          <w:tcPr>
            <w:tcW w:w="1234" w:type="dxa"/>
          </w:tcPr>
          <w:p w14:paraId="2D7C28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0F2461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01CDB6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4BDF8B4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3,2</w:t>
            </w:r>
          </w:p>
        </w:tc>
      </w:tr>
      <w:tr w:rsidR="006F0136" w:rsidRPr="00D77020" w14:paraId="3025F8EE" w14:textId="77777777">
        <w:tc>
          <w:tcPr>
            <w:tcW w:w="1234" w:type="dxa"/>
          </w:tcPr>
          <w:p w14:paraId="31C023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332E6C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RN-819-в</w:t>
            </w:r>
          </w:p>
        </w:tc>
        <w:tc>
          <w:tcPr>
            <w:tcW w:w="1234" w:type="dxa"/>
          </w:tcPr>
          <w:p w14:paraId="170DCF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819</w:t>
            </w:r>
          </w:p>
        </w:tc>
        <w:tc>
          <w:tcPr>
            <w:tcW w:w="1234" w:type="dxa"/>
          </w:tcPr>
          <w:p w14:paraId="07D290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3408CD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50B047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15A9DA3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2BD72F19" w14:textId="77777777">
        <w:tc>
          <w:tcPr>
            <w:tcW w:w="1234" w:type="dxa"/>
          </w:tcPr>
          <w:p w14:paraId="3BCB80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091637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RN-820-и</w:t>
            </w:r>
          </w:p>
        </w:tc>
        <w:tc>
          <w:tcPr>
            <w:tcW w:w="1234" w:type="dxa"/>
          </w:tcPr>
          <w:p w14:paraId="3451E6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820</w:t>
            </w:r>
          </w:p>
        </w:tc>
        <w:tc>
          <w:tcPr>
            <w:tcW w:w="1234" w:type="dxa"/>
          </w:tcPr>
          <w:p w14:paraId="450726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3E5C4C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75FA06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13E0A2E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7,4</w:t>
            </w:r>
          </w:p>
        </w:tc>
      </w:tr>
      <w:tr w:rsidR="006F0136" w:rsidRPr="00D77020" w14:paraId="279BC920" w14:textId="77777777">
        <w:tc>
          <w:tcPr>
            <w:tcW w:w="1234" w:type="dxa"/>
          </w:tcPr>
          <w:p w14:paraId="793693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3DB6D9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RN-820-п</w:t>
            </w:r>
          </w:p>
        </w:tc>
        <w:tc>
          <w:tcPr>
            <w:tcW w:w="1234" w:type="dxa"/>
          </w:tcPr>
          <w:p w14:paraId="2AB7DB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820</w:t>
            </w:r>
          </w:p>
        </w:tc>
        <w:tc>
          <w:tcPr>
            <w:tcW w:w="1234" w:type="dxa"/>
          </w:tcPr>
          <w:p w14:paraId="6A6A23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04F291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68B63C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3241F68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1,8</w:t>
            </w:r>
          </w:p>
        </w:tc>
      </w:tr>
      <w:tr w:rsidR="006F0136" w:rsidRPr="00D77020" w14:paraId="57FBE5DC" w14:textId="77777777">
        <w:tc>
          <w:tcPr>
            <w:tcW w:w="1234" w:type="dxa"/>
          </w:tcPr>
          <w:p w14:paraId="1E7FA4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21E6B2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RN-828-е</w:t>
            </w:r>
          </w:p>
        </w:tc>
        <w:tc>
          <w:tcPr>
            <w:tcW w:w="1234" w:type="dxa"/>
          </w:tcPr>
          <w:p w14:paraId="2A59A3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828</w:t>
            </w:r>
          </w:p>
        </w:tc>
        <w:tc>
          <w:tcPr>
            <w:tcW w:w="1234" w:type="dxa"/>
          </w:tcPr>
          <w:p w14:paraId="4BDE58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2C0619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010ED2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309ED27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5C6962DA" w14:textId="77777777">
        <w:tc>
          <w:tcPr>
            <w:tcW w:w="1234" w:type="dxa"/>
          </w:tcPr>
          <w:p w14:paraId="75ADFF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2F3859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RN-828-ж</w:t>
            </w:r>
          </w:p>
        </w:tc>
        <w:tc>
          <w:tcPr>
            <w:tcW w:w="1234" w:type="dxa"/>
          </w:tcPr>
          <w:p w14:paraId="1FD95E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828</w:t>
            </w:r>
          </w:p>
        </w:tc>
        <w:tc>
          <w:tcPr>
            <w:tcW w:w="1234" w:type="dxa"/>
          </w:tcPr>
          <w:p w14:paraId="710526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6D951A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0C288D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0ACC586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0326E78B" w14:textId="77777777">
        <w:tc>
          <w:tcPr>
            <w:tcW w:w="1234" w:type="dxa"/>
          </w:tcPr>
          <w:p w14:paraId="52023E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3B3037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RN-828-з</w:t>
            </w:r>
          </w:p>
        </w:tc>
        <w:tc>
          <w:tcPr>
            <w:tcW w:w="1234" w:type="dxa"/>
          </w:tcPr>
          <w:p w14:paraId="43BEF1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828</w:t>
            </w:r>
          </w:p>
        </w:tc>
        <w:tc>
          <w:tcPr>
            <w:tcW w:w="1234" w:type="dxa"/>
          </w:tcPr>
          <w:p w14:paraId="0F46B4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2690F8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229A1C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0D4AA19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9,9</w:t>
            </w:r>
          </w:p>
        </w:tc>
      </w:tr>
      <w:tr w:rsidR="006F0136" w:rsidRPr="00D77020" w14:paraId="52BBEC1B" w14:textId="77777777">
        <w:tc>
          <w:tcPr>
            <w:tcW w:w="1234" w:type="dxa"/>
          </w:tcPr>
          <w:p w14:paraId="068D7B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2024</w:t>
            </w:r>
          </w:p>
        </w:tc>
        <w:tc>
          <w:tcPr>
            <w:tcW w:w="1234" w:type="dxa"/>
          </w:tcPr>
          <w:p w14:paraId="7CC27D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RN-828-м</w:t>
            </w:r>
          </w:p>
        </w:tc>
        <w:tc>
          <w:tcPr>
            <w:tcW w:w="1234" w:type="dxa"/>
          </w:tcPr>
          <w:p w14:paraId="4C5B12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828</w:t>
            </w:r>
          </w:p>
        </w:tc>
        <w:tc>
          <w:tcPr>
            <w:tcW w:w="1234" w:type="dxa"/>
          </w:tcPr>
          <w:p w14:paraId="5CD335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2DBC6F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310697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64E8D18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1,0</w:t>
            </w:r>
          </w:p>
        </w:tc>
      </w:tr>
      <w:tr w:rsidR="006F0136" w:rsidRPr="00D77020" w14:paraId="4679FFC6" w14:textId="77777777">
        <w:tc>
          <w:tcPr>
            <w:tcW w:w="1234" w:type="dxa"/>
          </w:tcPr>
          <w:p w14:paraId="0E5DB8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3C7BE7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RN-835-к</w:t>
            </w:r>
          </w:p>
        </w:tc>
        <w:tc>
          <w:tcPr>
            <w:tcW w:w="1234" w:type="dxa"/>
          </w:tcPr>
          <w:p w14:paraId="786E2E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835</w:t>
            </w:r>
          </w:p>
        </w:tc>
        <w:tc>
          <w:tcPr>
            <w:tcW w:w="1234" w:type="dxa"/>
          </w:tcPr>
          <w:p w14:paraId="3608A1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042FA8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336D1A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7B8C0A7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1,4</w:t>
            </w:r>
          </w:p>
        </w:tc>
      </w:tr>
      <w:tr w:rsidR="006F0136" w:rsidRPr="00D77020" w14:paraId="2DA72F51" w14:textId="77777777">
        <w:tc>
          <w:tcPr>
            <w:tcW w:w="1234" w:type="dxa"/>
          </w:tcPr>
          <w:p w14:paraId="51561D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6FBD72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RN-835-р1</w:t>
            </w:r>
          </w:p>
        </w:tc>
        <w:tc>
          <w:tcPr>
            <w:tcW w:w="1234" w:type="dxa"/>
          </w:tcPr>
          <w:p w14:paraId="51D9C8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835</w:t>
            </w:r>
          </w:p>
        </w:tc>
        <w:tc>
          <w:tcPr>
            <w:tcW w:w="1234" w:type="dxa"/>
          </w:tcPr>
          <w:p w14:paraId="2AF691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р1</w:t>
            </w:r>
          </w:p>
        </w:tc>
        <w:tc>
          <w:tcPr>
            <w:tcW w:w="1234" w:type="dxa"/>
          </w:tcPr>
          <w:p w14:paraId="503937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3E1E1B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24034CD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0E15BB3C" w14:textId="77777777">
        <w:tc>
          <w:tcPr>
            <w:tcW w:w="1234" w:type="dxa"/>
          </w:tcPr>
          <w:p w14:paraId="01CF09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7E9EBE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RN-835-с1</w:t>
            </w:r>
          </w:p>
        </w:tc>
        <w:tc>
          <w:tcPr>
            <w:tcW w:w="1234" w:type="dxa"/>
          </w:tcPr>
          <w:p w14:paraId="2B053A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835</w:t>
            </w:r>
          </w:p>
        </w:tc>
        <w:tc>
          <w:tcPr>
            <w:tcW w:w="1234" w:type="dxa"/>
          </w:tcPr>
          <w:p w14:paraId="02A800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с1</w:t>
            </w:r>
          </w:p>
        </w:tc>
        <w:tc>
          <w:tcPr>
            <w:tcW w:w="1234" w:type="dxa"/>
          </w:tcPr>
          <w:p w14:paraId="02315E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3AFC86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04B425A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1,8</w:t>
            </w:r>
          </w:p>
        </w:tc>
      </w:tr>
      <w:tr w:rsidR="006F0136" w:rsidRPr="00D77020" w14:paraId="227162EC" w14:textId="77777777">
        <w:tc>
          <w:tcPr>
            <w:tcW w:w="1234" w:type="dxa"/>
          </w:tcPr>
          <w:p w14:paraId="72BCA3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49D629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RN-835-т1</w:t>
            </w:r>
          </w:p>
        </w:tc>
        <w:tc>
          <w:tcPr>
            <w:tcW w:w="1234" w:type="dxa"/>
          </w:tcPr>
          <w:p w14:paraId="380971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835</w:t>
            </w:r>
          </w:p>
        </w:tc>
        <w:tc>
          <w:tcPr>
            <w:tcW w:w="1234" w:type="dxa"/>
          </w:tcPr>
          <w:p w14:paraId="5D4A35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т1</w:t>
            </w:r>
          </w:p>
        </w:tc>
        <w:tc>
          <w:tcPr>
            <w:tcW w:w="1234" w:type="dxa"/>
          </w:tcPr>
          <w:p w14:paraId="02F2A7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320AB7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603D159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18FC54E7" w14:textId="77777777">
        <w:tc>
          <w:tcPr>
            <w:tcW w:w="1234" w:type="dxa"/>
          </w:tcPr>
          <w:p w14:paraId="72ECCC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0164AF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RN-835-ф1</w:t>
            </w:r>
          </w:p>
        </w:tc>
        <w:tc>
          <w:tcPr>
            <w:tcW w:w="1234" w:type="dxa"/>
          </w:tcPr>
          <w:p w14:paraId="0EA442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835</w:t>
            </w:r>
          </w:p>
        </w:tc>
        <w:tc>
          <w:tcPr>
            <w:tcW w:w="1234" w:type="dxa"/>
          </w:tcPr>
          <w:p w14:paraId="4E89CC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ф1</w:t>
            </w:r>
          </w:p>
        </w:tc>
        <w:tc>
          <w:tcPr>
            <w:tcW w:w="1234" w:type="dxa"/>
          </w:tcPr>
          <w:p w14:paraId="178846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6214EC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57B36A2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1,0</w:t>
            </w:r>
          </w:p>
        </w:tc>
      </w:tr>
      <w:tr w:rsidR="006F0136" w:rsidRPr="00D77020" w14:paraId="1121DB56" w14:textId="77777777">
        <w:tc>
          <w:tcPr>
            <w:tcW w:w="1234" w:type="dxa"/>
          </w:tcPr>
          <w:p w14:paraId="2351E9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187C72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RN-836-и</w:t>
            </w:r>
          </w:p>
        </w:tc>
        <w:tc>
          <w:tcPr>
            <w:tcW w:w="1234" w:type="dxa"/>
          </w:tcPr>
          <w:p w14:paraId="793F58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836</w:t>
            </w:r>
          </w:p>
        </w:tc>
        <w:tc>
          <w:tcPr>
            <w:tcW w:w="1234" w:type="dxa"/>
          </w:tcPr>
          <w:p w14:paraId="0E38E5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37C24E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345AFF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221B6C9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41B9CD82" w14:textId="77777777">
        <w:tc>
          <w:tcPr>
            <w:tcW w:w="1234" w:type="dxa"/>
          </w:tcPr>
          <w:p w14:paraId="5AE83D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1A7CAD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RN-836-х</w:t>
            </w:r>
          </w:p>
        </w:tc>
        <w:tc>
          <w:tcPr>
            <w:tcW w:w="1234" w:type="dxa"/>
          </w:tcPr>
          <w:p w14:paraId="3C0C10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836</w:t>
            </w:r>
          </w:p>
        </w:tc>
        <w:tc>
          <w:tcPr>
            <w:tcW w:w="1234" w:type="dxa"/>
          </w:tcPr>
          <w:p w14:paraId="35D777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х</w:t>
            </w:r>
          </w:p>
        </w:tc>
        <w:tc>
          <w:tcPr>
            <w:tcW w:w="1234" w:type="dxa"/>
          </w:tcPr>
          <w:p w14:paraId="260E9D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19AB8B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6506676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3,0</w:t>
            </w:r>
          </w:p>
        </w:tc>
      </w:tr>
      <w:tr w:rsidR="006F0136" w:rsidRPr="00D77020" w14:paraId="357CE539" w14:textId="77777777">
        <w:tc>
          <w:tcPr>
            <w:tcW w:w="7404" w:type="dxa"/>
            <w:gridSpan w:val="6"/>
          </w:tcPr>
          <w:p w14:paraId="100DCE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7CA733D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406,0</w:t>
            </w:r>
          </w:p>
        </w:tc>
      </w:tr>
    </w:tbl>
    <w:p w14:paraId="13728A03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BG0001307 - Плана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2112B49C" w14:textId="77777777">
        <w:tc>
          <w:tcPr>
            <w:tcW w:w="1587" w:type="dxa"/>
          </w:tcPr>
          <w:p w14:paraId="2C2541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2C4CA0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12BB48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35CA2B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27E6F8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62C5CB21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590E9F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2B4DD6D5" w14:textId="77777777">
        <w:tc>
          <w:tcPr>
            <w:tcW w:w="1234" w:type="dxa"/>
          </w:tcPr>
          <w:p w14:paraId="65A778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64D2FA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RN-37-а2</w:t>
            </w:r>
          </w:p>
        </w:tc>
        <w:tc>
          <w:tcPr>
            <w:tcW w:w="1234" w:type="dxa"/>
          </w:tcPr>
          <w:p w14:paraId="0CD9A9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37</w:t>
            </w:r>
          </w:p>
        </w:tc>
        <w:tc>
          <w:tcPr>
            <w:tcW w:w="1234" w:type="dxa"/>
          </w:tcPr>
          <w:p w14:paraId="155116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а2</w:t>
            </w:r>
          </w:p>
        </w:tc>
        <w:tc>
          <w:tcPr>
            <w:tcW w:w="1234" w:type="dxa"/>
          </w:tcPr>
          <w:p w14:paraId="62CC42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510E72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245655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2,3</w:t>
            </w:r>
          </w:p>
        </w:tc>
      </w:tr>
      <w:tr w:rsidR="006F0136" w:rsidRPr="00D77020" w14:paraId="5A3AA0FF" w14:textId="77777777">
        <w:tc>
          <w:tcPr>
            <w:tcW w:w="1234" w:type="dxa"/>
          </w:tcPr>
          <w:p w14:paraId="643778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3F16BF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RN-37-б2</w:t>
            </w:r>
          </w:p>
        </w:tc>
        <w:tc>
          <w:tcPr>
            <w:tcW w:w="1234" w:type="dxa"/>
          </w:tcPr>
          <w:p w14:paraId="66BDC5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37</w:t>
            </w:r>
          </w:p>
        </w:tc>
        <w:tc>
          <w:tcPr>
            <w:tcW w:w="1234" w:type="dxa"/>
          </w:tcPr>
          <w:p w14:paraId="194DBE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б2</w:t>
            </w:r>
          </w:p>
        </w:tc>
        <w:tc>
          <w:tcPr>
            <w:tcW w:w="1234" w:type="dxa"/>
          </w:tcPr>
          <w:p w14:paraId="5699A9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600E30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B5D02A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5,4</w:t>
            </w:r>
          </w:p>
        </w:tc>
      </w:tr>
      <w:tr w:rsidR="006F0136" w:rsidRPr="00D77020" w14:paraId="04B4554A" w14:textId="77777777">
        <w:tc>
          <w:tcPr>
            <w:tcW w:w="1234" w:type="dxa"/>
          </w:tcPr>
          <w:p w14:paraId="163F2D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10C36F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RN-38-а</w:t>
            </w:r>
          </w:p>
        </w:tc>
        <w:tc>
          <w:tcPr>
            <w:tcW w:w="1234" w:type="dxa"/>
          </w:tcPr>
          <w:p w14:paraId="34878C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</w:t>
            </w:r>
          </w:p>
        </w:tc>
        <w:tc>
          <w:tcPr>
            <w:tcW w:w="1234" w:type="dxa"/>
          </w:tcPr>
          <w:p w14:paraId="4F3646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702B28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42CD3C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69A9E3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9,6</w:t>
            </w:r>
          </w:p>
        </w:tc>
      </w:tr>
      <w:tr w:rsidR="006F0136" w:rsidRPr="00D77020" w14:paraId="5D6774DE" w14:textId="77777777">
        <w:tc>
          <w:tcPr>
            <w:tcW w:w="1234" w:type="dxa"/>
          </w:tcPr>
          <w:p w14:paraId="153898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374F99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RN-38-н</w:t>
            </w:r>
          </w:p>
        </w:tc>
        <w:tc>
          <w:tcPr>
            <w:tcW w:w="1234" w:type="dxa"/>
          </w:tcPr>
          <w:p w14:paraId="03D043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</w:t>
            </w:r>
          </w:p>
        </w:tc>
        <w:tc>
          <w:tcPr>
            <w:tcW w:w="1234" w:type="dxa"/>
          </w:tcPr>
          <w:p w14:paraId="67A762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1B7B44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62EDDE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5A71DE3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8,7</w:t>
            </w:r>
          </w:p>
        </w:tc>
      </w:tr>
      <w:tr w:rsidR="006F0136" w:rsidRPr="00D77020" w14:paraId="46584997" w14:textId="77777777">
        <w:tc>
          <w:tcPr>
            <w:tcW w:w="1234" w:type="dxa"/>
          </w:tcPr>
          <w:p w14:paraId="64FB57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2024</w:t>
            </w:r>
          </w:p>
        </w:tc>
        <w:tc>
          <w:tcPr>
            <w:tcW w:w="1234" w:type="dxa"/>
          </w:tcPr>
          <w:p w14:paraId="194623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RN-75-а</w:t>
            </w:r>
          </w:p>
        </w:tc>
        <w:tc>
          <w:tcPr>
            <w:tcW w:w="1234" w:type="dxa"/>
          </w:tcPr>
          <w:p w14:paraId="32D260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4BBC07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077C64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180</w:t>
            </w:r>
          </w:p>
        </w:tc>
        <w:tc>
          <w:tcPr>
            <w:tcW w:w="1234" w:type="dxa"/>
          </w:tcPr>
          <w:p w14:paraId="4A35EB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188C0C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7,6</w:t>
            </w:r>
          </w:p>
        </w:tc>
      </w:tr>
      <w:tr w:rsidR="006F0136" w:rsidRPr="00D77020" w14:paraId="11FB7ACB" w14:textId="77777777">
        <w:tc>
          <w:tcPr>
            <w:tcW w:w="7404" w:type="dxa"/>
            <w:gridSpan w:val="6"/>
          </w:tcPr>
          <w:p w14:paraId="440C01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1BA7DDF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33,6</w:t>
            </w:r>
          </w:p>
        </w:tc>
      </w:tr>
    </w:tbl>
    <w:p w14:paraId="77A26F58" w14:textId="77777777" w:rsidR="006F0136" w:rsidRPr="00D77020" w:rsidRDefault="00D77020">
      <w:pPr>
        <w:rPr>
          <w:lang w:val="bg-BG"/>
        </w:rPr>
      </w:pPr>
      <w:r w:rsidRPr="00D77020">
        <w:rPr>
          <w:lang w:val="bg-BG"/>
        </w:rPr>
        <w:br w:type="page"/>
      </w:r>
    </w:p>
    <w:p w14:paraId="2D968C9D" w14:textId="77777777" w:rsidR="006F0136" w:rsidRPr="00D77020" w:rsidRDefault="00D77020">
      <w:pPr>
        <w:pStyle w:val="Heading1"/>
        <w:rPr>
          <w:lang w:val="bg-BG"/>
        </w:rPr>
      </w:pPr>
      <w:bookmarkStart w:id="24" w:name="_Toc222837690"/>
      <w:r w:rsidRPr="00D77020">
        <w:rPr>
          <w:lang w:val="bg-BG"/>
        </w:rPr>
        <w:lastRenderedPageBreak/>
        <w:t xml:space="preserve">ДГС Сандански - Обща площ: 587,4 </w:t>
      </w:r>
      <w:proofErr w:type="spellStart"/>
      <w:r w:rsidRPr="00D77020">
        <w:rPr>
          <w:lang w:val="bg-BG"/>
        </w:rPr>
        <w:t>хa</w:t>
      </w:r>
      <w:bookmarkEnd w:id="24"/>
      <w:proofErr w:type="spellEnd"/>
    </w:p>
    <w:p w14:paraId="039D3071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 xml:space="preserve">Зона Натура 2000: BG0000224 - Огражден - </w:t>
      </w:r>
      <w:proofErr w:type="spellStart"/>
      <w:r w:rsidRPr="00D77020">
        <w:rPr>
          <w:lang w:val="bg-BG"/>
        </w:rPr>
        <w:t>Малешево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5CF0EABB" w14:textId="77777777">
        <w:tc>
          <w:tcPr>
            <w:tcW w:w="1587" w:type="dxa"/>
          </w:tcPr>
          <w:p w14:paraId="405804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0BB20E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48F26A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16E57A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7C926D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188F607C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4F752A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51DF9670" w14:textId="77777777">
        <w:tc>
          <w:tcPr>
            <w:tcW w:w="1234" w:type="dxa"/>
          </w:tcPr>
          <w:p w14:paraId="2169E1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75EA7B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BR-245-г</w:t>
            </w:r>
          </w:p>
        </w:tc>
        <w:tc>
          <w:tcPr>
            <w:tcW w:w="1234" w:type="dxa"/>
          </w:tcPr>
          <w:p w14:paraId="3F9FDC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245</w:t>
            </w:r>
          </w:p>
        </w:tc>
        <w:tc>
          <w:tcPr>
            <w:tcW w:w="1234" w:type="dxa"/>
          </w:tcPr>
          <w:p w14:paraId="72D832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6B16C1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630B2E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3EFB830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8,2</w:t>
            </w:r>
          </w:p>
        </w:tc>
      </w:tr>
      <w:tr w:rsidR="006F0136" w:rsidRPr="00D77020" w14:paraId="12FF62B7" w14:textId="77777777">
        <w:tc>
          <w:tcPr>
            <w:tcW w:w="1234" w:type="dxa"/>
          </w:tcPr>
          <w:p w14:paraId="099B25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1FEDE4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BR-245-д</w:t>
            </w:r>
          </w:p>
        </w:tc>
        <w:tc>
          <w:tcPr>
            <w:tcW w:w="1234" w:type="dxa"/>
          </w:tcPr>
          <w:p w14:paraId="046B67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245</w:t>
            </w:r>
          </w:p>
        </w:tc>
        <w:tc>
          <w:tcPr>
            <w:tcW w:w="1234" w:type="dxa"/>
          </w:tcPr>
          <w:p w14:paraId="275EC2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796456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19626A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6F906F0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1,3</w:t>
            </w:r>
          </w:p>
        </w:tc>
      </w:tr>
      <w:tr w:rsidR="006F0136" w:rsidRPr="00D77020" w14:paraId="51232220" w14:textId="77777777">
        <w:tc>
          <w:tcPr>
            <w:tcW w:w="1234" w:type="dxa"/>
          </w:tcPr>
          <w:p w14:paraId="6A7AC8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037BA3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BR-246-д</w:t>
            </w:r>
          </w:p>
        </w:tc>
        <w:tc>
          <w:tcPr>
            <w:tcW w:w="1234" w:type="dxa"/>
          </w:tcPr>
          <w:p w14:paraId="394829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246</w:t>
            </w:r>
          </w:p>
        </w:tc>
        <w:tc>
          <w:tcPr>
            <w:tcW w:w="1234" w:type="dxa"/>
          </w:tcPr>
          <w:p w14:paraId="2067ED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4E1FF4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3AF44E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4965601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20,0</w:t>
            </w:r>
          </w:p>
        </w:tc>
      </w:tr>
      <w:tr w:rsidR="006F0136" w:rsidRPr="00D77020" w14:paraId="75DF33C7" w14:textId="77777777">
        <w:tc>
          <w:tcPr>
            <w:tcW w:w="1234" w:type="dxa"/>
          </w:tcPr>
          <w:p w14:paraId="4BE0F7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107358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BR-246-е</w:t>
            </w:r>
          </w:p>
        </w:tc>
        <w:tc>
          <w:tcPr>
            <w:tcW w:w="1234" w:type="dxa"/>
          </w:tcPr>
          <w:p w14:paraId="3412A8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246</w:t>
            </w:r>
          </w:p>
        </w:tc>
        <w:tc>
          <w:tcPr>
            <w:tcW w:w="1234" w:type="dxa"/>
          </w:tcPr>
          <w:p w14:paraId="4AD91A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05CF86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056894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181B999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22,0</w:t>
            </w:r>
          </w:p>
        </w:tc>
      </w:tr>
      <w:tr w:rsidR="006F0136" w:rsidRPr="00D77020" w14:paraId="4A1AFAE6" w14:textId="77777777">
        <w:tc>
          <w:tcPr>
            <w:tcW w:w="1234" w:type="dxa"/>
          </w:tcPr>
          <w:p w14:paraId="0ED24C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34DD44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BR-249-в</w:t>
            </w:r>
          </w:p>
        </w:tc>
        <w:tc>
          <w:tcPr>
            <w:tcW w:w="1234" w:type="dxa"/>
          </w:tcPr>
          <w:p w14:paraId="279DF6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249</w:t>
            </w:r>
          </w:p>
        </w:tc>
        <w:tc>
          <w:tcPr>
            <w:tcW w:w="1234" w:type="dxa"/>
          </w:tcPr>
          <w:p w14:paraId="7212FA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5D3072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26A902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3CD81E9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17,2</w:t>
            </w:r>
          </w:p>
        </w:tc>
      </w:tr>
      <w:tr w:rsidR="006F0136" w:rsidRPr="00D77020" w14:paraId="54357081" w14:textId="77777777">
        <w:tc>
          <w:tcPr>
            <w:tcW w:w="1234" w:type="dxa"/>
          </w:tcPr>
          <w:p w14:paraId="081814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1ECB25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BR-249-д</w:t>
            </w:r>
          </w:p>
        </w:tc>
        <w:tc>
          <w:tcPr>
            <w:tcW w:w="1234" w:type="dxa"/>
          </w:tcPr>
          <w:p w14:paraId="726EF0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249</w:t>
            </w:r>
          </w:p>
        </w:tc>
        <w:tc>
          <w:tcPr>
            <w:tcW w:w="1234" w:type="dxa"/>
          </w:tcPr>
          <w:p w14:paraId="25083B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47DC0F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6044B7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473B97A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12,8</w:t>
            </w:r>
          </w:p>
        </w:tc>
      </w:tr>
      <w:tr w:rsidR="006F0136" w:rsidRPr="00D77020" w14:paraId="53453F72" w14:textId="77777777">
        <w:tc>
          <w:tcPr>
            <w:tcW w:w="1234" w:type="dxa"/>
          </w:tcPr>
          <w:p w14:paraId="2129DD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5E1DB3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BR-249-з</w:t>
            </w:r>
          </w:p>
        </w:tc>
        <w:tc>
          <w:tcPr>
            <w:tcW w:w="1234" w:type="dxa"/>
          </w:tcPr>
          <w:p w14:paraId="3477DA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249</w:t>
            </w:r>
          </w:p>
        </w:tc>
        <w:tc>
          <w:tcPr>
            <w:tcW w:w="1234" w:type="dxa"/>
          </w:tcPr>
          <w:p w14:paraId="74F991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254E67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4BD29D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69ED64E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19,2</w:t>
            </w:r>
          </w:p>
        </w:tc>
      </w:tr>
      <w:tr w:rsidR="006F0136" w:rsidRPr="00D77020" w14:paraId="1CF69148" w14:textId="77777777">
        <w:tc>
          <w:tcPr>
            <w:tcW w:w="1234" w:type="dxa"/>
          </w:tcPr>
          <w:p w14:paraId="229FDB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69B369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BR-252-а</w:t>
            </w:r>
          </w:p>
        </w:tc>
        <w:tc>
          <w:tcPr>
            <w:tcW w:w="1234" w:type="dxa"/>
          </w:tcPr>
          <w:p w14:paraId="22DE7F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252</w:t>
            </w:r>
          </w:p>
        </w:tc>
        <w:tc>
          <w:tcPr>
            <w:tcW w:w="1234" w:type="dxa"/>
          </w:tcPr>
          <w:p w14:paraId="4CCCA7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624E97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7C097C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1300B39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18,8</w:t>
            </w:r>
          </w:p>
        </w:tc>
      </w:tr>
      <w:tr w:rsidR="006F0136" w:rsidRPr="00D77020" w14:paraId="12DD3B52" w14:textId="77777777">
        <w:tc>
          <w:tcPr>
            <w:tcW w:w="1234" w:type="dxa"/>
          </w:tcPr>
          <w:p w14:paraId="3A3040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6824D4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BR-252-б</w:t>
            </w:r>
          </w:p>
        </w:tc>
        <w:tc>
          <w:tcPr>
            <w:tcW w:w="1234" w:type="dxa"/>
          </w:tcPr>
          <w:p w14:paraId="6807FE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252</w:t>
            </w:r>
          </w:p>
        </w:tc>
        <w:tc>
          <w:tcPr>
            <w:tcW w:w="1234" w:type="dxa"/>
          </w:tcPr>
          <w:p w14:paraId="15B1CB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60E31B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039C72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23EB3F0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10,1</w:t>
            </w:r>
          </w:p>
        </w:tc>
      </w:tr>
      <w:tr w:rsidR="006F0136" w:rsidRPr="00D77020" w14:paraId="5E7D2A5F" w14:textId="77777777">
        <w:tc>
          <w:tcPr>
            <w:tcW w:w="1234" w:type="dxa"/>
          </w:tcPr>
          <w:p w14:paraId="4C397B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5442C4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BR-252-в</w:t>
            </w:r>
          </w:p>
        </w:tc>
        <w:tc>
          <w:tcPr>
            <w:tcW w:w="1234" w:type="dxa"/>
          </w:tcPr>
          <w:p w14:paraId="206ABA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252</w:t>
            </w:r>
          </w:p>
        </w:tc>
        <w:tc>
          <w:tcPr>
            <w:tcW w:w="1234" w:type="dxa"/>
          </w:tcPr>
          <w:p w14:paraId="397112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41CFD6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5D562D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4E2E3A3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7,3</w:t>
            </w:r>
          </w:p>
        </w:tc>
      </w:tr>
      <w:tr w:rsidR="006F0136" w:rsidRPr="00D77020" w14:paraId="6970EAE9" w14:textId="77777777">
        <w:tc>
          <w:tcPr>
            <w:tcW w:w="1234" w:type="dxa"/>
          </w:tcPr>
          <w:p w14:paraId="02CF74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6BA7B6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BR-252-г</w:t>
            </w:r>
          </w:p>
        </w:tc>
        <w:tc>
          <w:tcPr>
            <w:tcW w:w="1234" w:type="dxa"/>
          </w:tcPr>
          <w:p w14:paraId="1C0CD2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252</w:t>
            </w:r>
          </w:p>
        </w:tc>
        <w:tc>
          <w:tcPr>
            <w:tcW w:w="1234" w:type="dxa"/>
          </w:tcPr>
          <w:p w14:paraId="330697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1EF51C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3C4934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5F80C0C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4,2</w:t>
            </w:r>
          </w:p>
        </w:tc>
      </w:tr>
      <w:tr w:rsidR="006F0136" w:rsidRPr="00D77020" w14:paraId="54CC47BB" w14:textId="77777777">
        <w:tc>
          <w:tcPr>
            <w:tcW w:w="1234" w:type="dxa"/>
          </w:tcPr>
          <w:p w14:paraId="2BF0CB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4FB06C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BR-252-д</w:t>
            </w:r>
          </w:p>
        </w:tc>
        <w:tc>
          <w:tcPr>
            <w:tcW w:w="1234" w:type="dxa"/>
          </w:tcPr>
          <w:p w14:paraId="3E41FF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252</w:t>
            </w:r>
          </w:p>
        </w:tc>
        <w:tc>
          <w:tcPr>
            <w:tcW w:w="1234" w:type="dxa"/>
          </w:tcPr>
          <w:p w14:paraId="04EDB8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2ED73E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12793C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5022741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7,6</w:t>
            </w:r>
          </w:p>
        </w:tc>
      </w:tr>
      <w:tr w:rsidR="006F0136" w:rsidRPr="00D77020" w14:paraId="49419CD3" w14:textId="77777777">
        <w:tc>
          <w:tcPr>
            <w:tcW w:w="1234" w:type="dxa"/>
          </w:tcPr>
          <w:p w14:paraId="3BE8C5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6BF431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BR-255-а</w:t>
            </w:r>
          </w:p>
        </w:tc>
        <w:tc>
          <w:tcPr>
            <w:tcW w:w="1234" w:type="dxa"/>
          </w:tcPr>
          <w:p w14:paraId="120F4F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255</w:t>
            </w:r>
          </w:p>
        </w:tc>
        <w:tc>
          <w:tcPr>
            <w:tcW w:w="1234" w:type="dxa"/>
          </w:tcPr>
          <w:p w14:paraId="7059BA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3D4B69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112749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2B49CCC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24,4</w:t>
            </w:r>
          </w:p>
        </w:tc>
      </w:tr>
      <w:tr w:rsidR="006F0136" w:rsidRPr="00D77020" w14:paraId="006094F1" w14:textId="77777777">
        <w:tc>
          <w:tcPr>
            <w:tcW w:w="1234" w:type="dxa"/>
          </w:tcPr>
          <w:p w14:paraId="752A1C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6B9EB4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BR-255-б</w:t>
            </w:r>
          </w:p>
        </w:tc>
        <w:tc>
          <w:tcPr>
            <w:tcW w:w="1234" w:type="dxa"/>
          </w:tcPr>
          <w:p w14:paraId="42899F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255</w:t>
            </w:r>
          </w:p>
        </w:tc>
        <w:tc>
          <w:tcPr>
            <w:tcW w:w="1234" w:type="dxa"/>
          </w:tcPr>
          <w:p w14:paraId="34AAFD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1EBD6E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643E14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3CA0D03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14,1</w:t>
            </w:r>
          </w:p>
        </w:tc>
      </w:tr>
      <w:tr w:rsidR="006F0136" w:rsidRPr="00D77020" w14:paraId="3F3E1D98" w14:textId="77777777">
        <w:tc>
          <w:tcPr>
            <w:tcW w:w="1234" w:type="dxa"/>
          </w:tcPr>
          <w:p w14:paraId="143E95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3FFC1E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BR-256-б</w:t>
            </w:r>
          </w:p>
        </w:tc>
        <w:tc>
          <w:tcPr>
            <w:tcW w:w="1234" w:type="dxa"/>
          </w:tcPr>
          <w:p w14:paraId="4623AD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256</w:t>
            </w:r>
          </w:p>
        </w:tc>
        <w:tc>
          <w:tcPr>
            <w:tcW w:w="1234" w:type="dxa"/>
          </w:tcPr>
          <w:p w14:paraId="61D5FD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696636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</w:t>
            </w:r>
          </w:p>
        </w:tc>
        <w:tc>
          <w:tcPr>
            <w:tcW w:w="1234" w:type="dxa"/>
          </w:tcPr>
          <w:p w14:paraId="114592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3505EC1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21,7</w:t>
            </w:r>
          </w:p>
        </w:tc>
      </w:tr>
      <w:tr w:rsidR="006F0136" w:rsidRPr="00D77020" w14:paraId="52D2529C" w14:textId="77777777">
        <w:tc>
          <w:tcPr>
            <w:tcW w:w="1234" w:type="dxa"/>
          </w:tcPr>
          <w:p w14:paraId="4D022C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677BCE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BR-256-в</w:t>
            </w:r>
          </w:p>
        </w:tc>
        <w:tc>
          <w:tcPr>
            <w:tcW w:w="1234" w:type="dxa"/>
          </w:tcPr>
          <w:p w14:paraId="13AC89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256</w:t>
            </w:r>
          </w:p>
        </w:tc>
        <w:tc>
          <w:tcPr>
            <w:tcW w:w="1234" w:type="dxa"/>
          </w:tcPr>
          <w:p w14:paraId="5D2C0D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7E02F7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52D351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0FEB596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18,1</w:t>
            </w:r>
          </w:p>
        </w:tc>
      </w:tr>
      <w:tr w:rsidR="006F0136" w:rsidRPr="00D77020" w14:paraId="64140932" w14:textId="77777777">
        <w:tc>
          <w:tcPr>
            <w:tcW w:w="1234" w:type="dxa"/>
          </w:tcPr>
          <w:p w14:paraId="69B804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538C27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BR-256-г</w:t>
            </w:r>
          </w:p>
        </w:tc>
        <w:tc>
          <w:tcPr>
            <w:tcW w:w="1234" w:type="dxa"/>
          </w:tcPr>
          <w:p w14:paraId="42D4FA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256</w:t>
            </w:r>
          </w:p>
        </w:tc>
        <w:tc>
          <w:tcPr>
            <w:tcW w:w="1234" w:type="dxa"/>
          </w:tcPr>
          <w:p w14:paraId="7FAC09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05FF03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2345D0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485E489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17,1</w:t>
            </w:r>
          </w:p>
        </w:tc>
      </w:tr>
      <w:tr w:rsidR="006F0136" w:rsidRPr="00D77020" w14:paraId="065E84C9" w14:textId="77777777">
        <w:tc>
          <w:tcPr>
            <w:tcW w:w="1234" w:type="dxa"/>
          </w:tcPr>
          <w:p w14:paraId="6FB1A7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0D708F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BR-261-б</w:t>
            </w:r>
          </w:p>
        </w:tc>
        <w:tc>
          <w:tcPr>
            <w:tcW w:w="1234" w:type="dxa"/>
          </w:tcPr>
          <w:p w14:paraId="322D0E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261</w:t>
            </w:r>
          </w:p>
        </w:tc>
        <w:tc>
          <w:tcPr>
            <w:tcW w:w="1234" w:type="dxa"/>
          </w:tcPr>
          <w:p w14:paraId="059380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06BC3D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234" w:type="dxa"/>
          </w:tcPr>
          <w:p w14:paraId="7E97AF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1C265A2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2,4</w:t>
            </w:r>
          </w:p>
        </w:tc>
      </w:tr>
      <w:tr w:rsidR="006F0136" w:rsidRPr="00D77020" w14:paraId="18A72D2E" w14:textId="77777777">
        <w:tc>
          <w:tcPr>
            <w:tcW w:w="7404" w:type="dxa"/>
            <w:gridSpan w:val="6"/>
          </w:tcPr>
          <w:p w14:paraId="7318BF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1789B31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246,5</w:t>
            </w:r>
          </w:p>
        </w:tc>
      </w:tr>
    </w:tbl>
    <w:p w14:paraId="607CF24F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BG0000366 - Кресна - Илинденци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1F406A95" w14:textId="77777777">
        <w:tc>
          <w:tcPr>
            <w:tcW w:w="1587" w:type="dxa"/>
          </w:tcPr>
          <w:p w14:paraId="3468AE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2EEE8F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111424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4CCC25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4EC46A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6024D840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0088E8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518EDA98" w14:textId="77777777">
        <w:tc>
          <w:tcPr>
            <w:tcW w:w="1234" w:type="dxa"/>
          </w:tcPr>
          <w:p w14:paraId="054594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59550A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BR-20-а</w:t>
            </w:r>
          </w:p>
        </w:tc>
        <w:tc>
          <w:tcPr>
            <w:tcW w:w="1234" w:type="dxa"/>
          </w:tcPr>
          <w:p w14:paraId="2E71FF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</w:t>
            </w:r>
          </w:p>
        </w:tc>
        <w:tc>
          <w:tcPr>
            <w:tcW w:w="1234" w:type="dxa"/>
          </w:tcPr>
          <w:p w14:paraId="6657FE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58D200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0B71A2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16C448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11,0</w:t>
            </w:r>
          </w:p>
        </w:tc>
      </w:tr>
      <w:tr w:rsidR="006F0136" w:rsidRPr="00D77020" w14:paraId="4B470C3E" w14:textId="77777777">
        <w:tc>
          <w:tcPr>
            <w:tcW w:w="1234" w:type="dxa"/>
          </w:tcPr>
          <w:p w14:paraId="7064DF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68D922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BR-23-в</w:t>
            </w:r>
          </w:p>
        </w:tc>
        <w:tc>
          <w:tcPr>
            <w:tcW w:w="1234" w:type="dxa"/>
          </w:tcPr>
          <w:p w14:paraId="6D1D2C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23</w:t>
            </w:r>
          </w:p>
        </w:tc>
        <w:tc>
          <w:tcPr>
            <w:tcW w:w="1234" w:type="dxa"/>
          </w:tcPr>
          <w:p w14:paraId="134F33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608673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</w:t>
            </w:r>
          </w:p>
        </w:tc>
        <w:tc>
          <w:tcPr>
            <w:tcW w:w="1234" w:type="dxa"/>
          </w:tcPr>
          <w:p w14:paraId="21059A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6F0C708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4,9</w:t>
            </w:r>
          </w:p>
        </w:tc>
      </w:tr>
      <w:tr w:rsidR="006F0136" w:rsidRPr="00D77020" w14:paraId="57E497A8" w14:textId="77777777">
        <w:tc>
          <w:tcPr>
            <w:tcW w:w="1234" w:type="dxa"/>
          </w:tcPr>
          <w:p w14:paraId="7FAD8E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404A28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BR-23-г</w:t>
            </w:r>
          </w:p>
        </w:tc>
        <w:tc>
          <w:tcPr>
            <w:tcW w:w="1234" w:type="dxa"/>
          </w:tcPr>
          <w:p w14:paraId="78056A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23</w:t>
            </w:r>
          </w:p>
        </w:tc>
        <w:tc>
          <w:tcPr>
            <w:tcW w:w="1234" w:type="dxa"/>
          </w:tcPr>
          <w:p w14:paraId="02C24C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72EDE0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2AC6A5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21BFD89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7,7</w:t>
            </w:r>
          </w:p>
        </w:tc>
      </w:tr>
      <w:tr w:rsidR="006F0136" w:rsidRPr="00D77020" w14:paraId="3F9577D2" w14:textId="77777777">
        <w:tc>
          <w:tcPr>
            <w:tcW w:w="1234" w:type="dxa"/>
          </w:tcPr>
          <w:p w14:paraId="779AE5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0C61F3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BR-8-а</w:t>
            </w:r>
          </w:p>
        </w:tc>
        <w:tc>
          <w:tcPr>
            <w:tcW w:w="1234" w:type="dxa"/>
          </w:tcPr>
          <w:p w14:paraId="24C662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</w:t>
            </w:r>
          </w:p>
        </w:tc>
        <w:tc>
          <w:tcPr>
            <w:tcW w:w="1234" w:type="dxa"/>
          </w:tcPr>
          <w:p w14:paraId="69CBA6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44BCA4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13F600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5F78FD2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1,3</w:t>
            </w:r>
          </w:p>
        </w:tc>
      </w:tr>
      <w:tr w:rsidR="006F0136" w:rsidRPr="00D77020" w14:paraId="6AFDEF49" w14:textId="77777777">
        <w:tc>
          <w:tcPr>
            <w:tcW w:w="1234" w:type="dxa"/>
          </w:tcPr>
          <w:p w14:paraId="642290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1D05B7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BR-8-г</w:t>
            </w:r>
          </w:p>
        </w:tc>
        <w:tc>
          <w:tcPr>
            <w:tcW w:w="1234" w:type="dxa"/>
          </w:tcPr>
          <w:p w14:paraId="7F5318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</w:t>
            </w:r>
          </w:p>
        </w:tc>
        <w:tc>
          <w:tcPr>
            <w:tcW w:w="1234" w:type="dxa"/>
          </w:tcPr>
          <w:p w14:paraId="31D3ED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2A5523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1F3792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31F6FAB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6,7</w:t>
            </w:r>
          </w:p>
        </w:tc>
      </w:tr>
      <w:tr w:rsidR="006F0136" w:rsidRPr="00D77020" w14:paraId="68DF568D" w14:textId="77777777">
        <w:tc>
          <w:tcPr>
            <w:tcW w:w="1234" w:type="dxa"/>
          </w:tcPr>
          <w:p w14:paraId="2AD1C0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4BCFE7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BR-8-д</w:t>
            </w:r>
          </w:p>
        </w:tc>
        <w:tc>
          <w:tcPr>
            <w:tcW w:w="1234" w:type="dxa"/>
          </w:tcPr>
          <w:p w14:paraId="01F67A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</w:t>
            </w:r>
          </w:p>
        </w:tc>
        <w:tc>
          <w:tcPr>
            <w:tcW w:w="1234" w:type="dxa"/>
          </w:tcPr>
          <w:p w14:paraId="67D237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069BD3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231571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08BA29B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14,0</w:t>
            </w:r>
          </w:p>
        </w:tc>
      </w:tr>
      <w:tr w:rsidR="006F0136" w:rsidRPr="00D77020" w14:paraId="37F7E933" w14:textId="77777777">
        <w:tc>
          <w:tcPr>
            <w:tcW w:w="7404" w:type="dxa"/>
            <w:gridSpan w:val="6"/>
          </w:tcPr>
          <w:p w14:paraId="5B084F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68EBC52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45,6</w:t>
            </w:r>
          </w:p>
        </w:tc>
      </w:tr>
    </w:tbl>
    <w:p w14:paraId="3CBA168E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 xml:space="preserve">Зона Натура 2000: BG0001028 - Среден Пирин - </w:t>
      </w:r>
      <w:proofErr w:type="spellStart"/>
      <w:r w:rsidRPr="00D77020">
        <w:rPr>
          <w:lang w:val="bg-BG"/>
        </w:rPr>
        <w:t>Алиботуш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0DCEFA0C" w14:textId="77777777">
        <w:tc>
          <w:tcPr>
            <w:tcW w:w="1587" w:type="dxa"/>
          </w:tcPr>
          <w:p w14:paraId="4A0014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002FFC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4BF1C9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15D624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533D18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69DE692E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1475FF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428FFA30" w14:textId="77777777">
        <w:tc>
          <w:tcPr>
            <w:tcW w:w="1234" w:type="dxa"/>
          </w:tcPr>
          <w:p w14:paraId="585B5B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43C3C0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BR-126-з</w:t>
            </w:r>
          </w:p>
        </w:tc>
        <w:tc>
          <w:tcPr>
            <w:tcW w:w="1234" w:type="dxa"/>
          </w:tcPr>
          <w:p w14:paraId="47B816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126</w:t>
            </w:r>
          </w:p>
        </w:tc>
        <w:tc>
          <w:tcPr>
            <w:tcW w:w="1234" w:type="dxa"/>
          </w:tcPr>
          <w:p w14:paraId="7C3DDD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6C778A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40FC48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2979D93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9,8</w:t>
            </w:r>
          </w:p>
        </w:tc>
      </w:tr>
      <w:tr w:rsidR="006F0136" w:rsidRPr="00D77020" w14:paraId="4BF3A6EE" w14:textId="77777777">
        <w:tc>
          <w:tcPr>
            <w:tcW w:w="1234" w:type="dxa"/>
          </w:tcPr>
          <w:p w14:paraId="287DD5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7E628C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BR-157-в</w:t>
            </w:r>
          </w:p>
        </w:tc>
        <w:tc>
          <w:tcPr>
            <w:tcW w:w="1234" w:type="dxa"/>
          </w:tcPr>
          <w:p w14:paraId="25BC34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157</w:t>
            </w:r>
          </w:p>
        </w:tc>
        <w:tc>
          <w:tcPr>
            <w:tcW w:w="1234" w:type="dxa"/>
          </w:tcPr>
          <w:p w14:paraId="403C8F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6E63DB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07F99D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0E2C137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13,2</w:t>
            </w:r>
          </w:p>
        </w:tc>
      </w:tr>
      <w:tr w:rsidR="006F0136" w:rsidRPr="00D77020" w14:paraId="6B09B84B" w14:textId="77777777">
        <w:tc>
          <w:tcPr>
            <w:tcW w:w="1234" w:type="dxa"/>
          </w:tcPr>
          <w:p w14:paraId="5D57C5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0B31BC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BR-157-и</w:t>
            </w:r>
          </w:p>
        </w:tc>
        <w:tc>
          <w:tcPr>
            <w:tcW w:w="1234" w:type="dxa"/>
          </w:tcPr>
          <w:p w14:paraId="0E15B7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157</w:t>
            </w:r>
          </w:p>
        </w:tc>
        <w:tc>
          <w:tcPr>
            <w:tcW w:w="1234" w:type="dxa"/>
          </w:tcPr>
          <w:p w14:paraId="72305B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442FE9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7D2232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2404E67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8,3</w:t>
            </w:r>
          </w:p>
        </w:tc>
      </w:tr>
      <w:tr w:rsidR="006F0136" w:rsidRPr="00D77020" w14:paraId="5613E819" w14:textId="77777777">
        <w:tc>
          <w:tcPr>
            <w:tcW w:w="1234" w:type="dxa"/>
          </w:tcPr>
          <w:p w14:paraId="6EF012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0AFDD3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BR-161-в</w:t>
            </w:r>
          </w:p>
        </w:tc>
        <w:tc>
          <w:tcPr>
            <w:tcW w:w="1234" w:type="dxa"/>
          </w:tcPr>
          <w:p w14:paraId="46B715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161</w:t>
            </w:r>
          </w:p>
        </w:tc>
        <w:tc>
          <w:tcPr>
            <w:tcW w:w="1234" w:type="dxa"/>
          </w:tcPr>
          <w:p w14:paraId="78BF5A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5FF3A2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20B78C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91BA</w:t>
            </w:r>
          </w:p>
        </w:tc>
        <w:tc>
          <w:tcPr>
            <w:tcW w:w="1234" w:type="dxa"/>
          </w:tcPr>
          <w:p w14:paraId="3C8F073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8,9</w:t>
            </w:r>
          </w:p>
        </w:tc>
      </w:tr>
      <w:tr w:rsidR="006F0136" w:rsidRPr="00D77020" w14:paraId="5B1E4A2D" w14:textId="77777777">
        <w:tc>
          <w:tcPr>
            <w:tcW w:w="1234" w:type="dxa"/>
          </w:tcPr>
          <w:p w14:paraId="54BBE6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477CA6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BR-173-д</w:t>
            </w:r>
          </w:p>
        </w:tc>
        <w:tc>
          <w:tcPr>
            <w:tcW w:w="1234" w:type="dxa"/>
          </w:tcPr>
          <w:p w14:paraId="1401C0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173</w:t>
            </w:r>
          </w:p>
        </w:tc>
        <w:tc>
          <w:tcPr>
            <w:tcW w:w="1234" w:type="dxa"/>
          </w:tcPr>
          <w:p w14:paraId="223F3E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6F519E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293D0D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4070</w:t>
            </w:r>
          </w:p>
        </w:tc>
        <w:tc>
          <w:tcPr>
            <w:tcW w:w="1234" w:type="dxa"/>
          </w:tcPr>
          <w:p w14:paraId="26490A5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1,1</w:t>
            </w:r>
          </w:p>
        </w:tc>
      </w:tr>
      <w:tr w:rsidR="006F0136" w:rsidRPr="00D77020" w14:paraId="6F0DAE67" w14:textId="77777777">
        <w:tc>
          <w:tcPr>
            <w:tcW w:w="1234" w:type="dxa"/>
          </w:tcPr>
          <w:p w14:paraId="34107E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77CD4D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BR-179-г</w:t>
            </w:r>
          </w:p>
        </w:tc>
        <w:tc>
          <w:tcPr>
            <w:tcW w:w="1234" w:type="dxa"/>
          </w:tcPr>
          <w:p w14:paraId="1A3116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179</w:t>
            </w:r>
          </w:p>
        </w:tc>
        <w:tc>
          <w:tcPr>
            <w:tcW w:w="1234" w:type="dxa"/>
          </w:tcPr>
          <w:p w14:paraId="6836A9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14235C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200</w:t>
            </w:r>
          </w:p>
        </w:tc>
        <w:tc>
          <w:tcPr>
            <w:tcW w:w="1234" w:type="dxa"/>
          </w:tcPr>
          <w:p w14:paraId="2B9D60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F7C4FC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25,1</w:t>
            </w:r>
          </w:p>
        </w:tc>
      </w:tr>
      <w:tr w:rsidR="006F0136" w:rsidRPr="00D77020" w14:paraId="36DE41D1" w14:textId="77777777">
        <w:tc>
          <w:tcPr>
            <w:tcW w:w="1234" w:type="dxa"/>
          </w:tcPr>
          <w:p w14:paraId="7AE8A4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49EFF8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BR-220-г</w:t>
            </w:r>
          </w:p>
        </w:tc>
        <w:tc>
          <w:tcPr>
            <w:tcW w:w="1234" w:type="dxa"/>
          </w:tcPr>
          <w:p w14:paraId="162C1D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220</w:t>
            </w:r>
          </w:p>
        </w:tc>
        <w:tc>
          <w:tcPr>
            <w:tcW w:w="1234" w:type="dxa"/>
          </w:tcPr>
          <w:p w14:paraId="35829B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6E9CEC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152566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4070</w:t>
            </w:r>
          </w:p>
        </w:tc>
        <w:tc>
          <w:tcPr>
            <w:tcW w:w="1234" w:type="dxa"/>
          </w:tcPr>
          <w:p w14:paraId="56CDF93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4,4</w:t>
            </w:r>
          </w:p>
        </w:tc>
      </w:tr>
      <w:tr w:rsidR="006F0136" w:rsidRPr="00D77020" w14:paraId="5695F8DE" w14:textId="77777777">
        <w:tc>
          <w:tcPr>
            <w:tcW w:w="1234" w:type="dxa"/>
          </w:tcPr>
          <w:p w14:paraId="078FC7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31E21B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BR-221-е</w:t>
            </w:r>
          </w:p>
        </w:tc>
        <w:tc>
          <w:tcPr>
            <w:tcW w:w="1234" w:type="dxa"/>
          </w:tcPr>
          <w:p w14:paraId="4A3A70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221</w:t>
            </w:r>
          </w:p>
        </w:tc>
        <w:tc>
          <w:tcPr>
            <w:tcW w:w="1234" w:type="dxa"/>
          </w:tcPr>
          <w:p w14:paraId="3F03A3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09AEEE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16F00E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125B609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1,6</w:t>
            </w:r>
          </w:p>
        </w:tc>
      </w:tr>
      <w:tr w:rsidR="006F0136" w:rsidRPr="00D77020" w14:paraId="270E0AA4" w14:textId="77777777">
        <w:tc>
          <w:tcPr>
            <w:tcW w:w="1234" w:type="dxa"/>
          </w:tcPr>
          <w:p w14:paraId="52793F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107F5B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BR-221-ж</w:t>
            </w:r>
          </w:p>
        </w:tc>
        <w:tc>
          <w:tcPr>
            <w:tcW w:w="1234" w:type="dxa"/>
          </w:tcPr>
          <w:p w14:paraId="00F26D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221</w:t>
            </w:r>
          </w:p>
        </w:tc>
        <w:tc>
          <w:tcPr>
            <w:tcW w:w="1234" w:type="dxa"/>
          </w:tcPr>
          <w:p w14:paraId="6F50EB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0E795B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60B015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5E2E08A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3,1</w:t>
            </w:r>
          </w:p>
        </w:tc>
      </w:tr>
      <w:tr w:rsidR="006F0136" w:rsidRPr="00D77020" w14:paraId="3BC7D995" w14:textId="77777777">
        <w:tc>
          <w:tcPr>
            <w:tcW w:w="1234" w:type="dxa"/>
          </w:tcPr>
          <w:p w14:paraId="60BAFC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0079CE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BR-221-к</w:t>
            </w:r>
          </w:p>
        </w:tc>
        <w:tc>
          <w:tcPr>
            <w:tcW w:w="1234" w:type="dxa"/>
          </w:tcPr>
          <w:p w14:paraId="5BE0D4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221</w:t>
            </w:r>
          </w:p>
        </w:tc>
        <w:tc>
          <w:tcPr>
            <w:tcW w:w="1234" w:type="dxa"/>
          </w:tcPr>
          <w:p w14:paraId="5B3E7D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076CD3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750A01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4070</w:t>
            </w:r>
          </w:p>
        </w:tc>
        <w:tc>
          <w:tcPr>
            <w:tcW w:w="1234" w:type="dxa"/>
          </w:tcPr>
          <w:p w14:paraId="1BF25C3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3,3</w:t>
            </w:r>
          </w:p>
        </w:tc>
      </w:tr>
      <w:tr w:rsidR="006F0136" w:rsidRPr="00D77020" w14:paraId="084FA9D0" w14:textId="77777777">
        <w:tc>
          <w:tcPr>
            <w:tcW w:w="1234" w:type="dxa"/>
          </w:tcPr>
          <w:p w14:paraId="7CF306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12584F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BR-267-б</w:t>
            </w:r>
          </w:p>
        </w:tc>
        <w:tc>
          <w:tcPr>
            <w:tcW w:w="1234" w:type="dxa"/>
          </w:tcPr>
          <w:p w14:paraId="60E212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267</w:t>
            </w:r>
          </w:p>
        </w:tc>
        <w:tc>
          <w:tcPr>
            <w:tcW w:w="1234" w:type="dxa"/>
          </w:tcPr>
          <w:p w14:paraId="5BDCE4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443CD4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6CBF79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4070</w:t>
            </w:r>
          </w:p>
        </w:tc>
        <w:tc>
          <w:tcPr>
            <w:tcW w:w="1234" w:type="dxa"/>
          </w:tcPr>
          <w:p w14:paraId="0892F1B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1,8</w:t>
            </w:r>
          </w:p>
        </w:tc>
      </w:tr>
      <w:tr w:rsidR="006F0136" w:rsidRPr="00D77020" w14:paraId="5A987D0E" w14:textId="77777777">
        <w:tc>
          <w:tcPr>
            <w:tcW w:w="1234" w:type="dxa"/>
          </w:tcPr>
          <w:p w14:paraId="73324A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6B51DA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BR-267-в</w:t>
            </w:r>
          </w:p>
        </w:tc>
        <w:tc>
          <w:tcPr>
            <w:tcW w:w="1234" w:type="dxa"/>
          </w:tcPr>
          <w:p w14:paraId="3E44DB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267</w:t>
            </w:r>
          </w:p>
        </w:tc>
        <w:tc>
          <w:tcPr>
            <w:tcW w:w="1234" w:type="dxa"/>
          </w:tcPr>
          <w:p w14:paraId="72B6A0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632B4F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0F962F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0FB9810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11,8</w:t>
            </w:r>
          </w:p>
        </w:tc>
      </w:tr>
      <w:tr w:rsidR="006F0136" w:rsidRPr="00D77020" w14:paraId="12A1B414" w14:textId="77777777">
        <w:tc>
          <w:tcPr>
            <w:tcW w:w="1234" w:type="dxa"/>
          </w:tcPr>
          <w:p w14:paraId="270257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1FEF4B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BR-268-г</w:t>
            </w:r>
          </w:p>
        </w:tc>
        <w:tc>
          <w:tcPr>
            <w:tcW w:w="1234" w:type="dxa"/>
          </w:tcPr>
          <w:p w14:paraId="3A3EF2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268</w:t>
            </w:r>
          </w:p>
        </w:tc>
        <w:tc>
          <w:tcPr>
            <w:tcW w:w="1234" w:type="dxa"/>
          </w:tcPr>
          <w:p w14:paraId="1BFBF4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2BCF70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502ABB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4070</w:t>
            </w:r>
          </w:p>
        </w:tc>
        <w:tc>
          <w:tcPr>
            <w:tcW w:w="1234" w:type="dxa"/>
          </w:tcPr>
          <w:p w14:paraId="126A49E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2,7</w:t>
            </w:r>
          </w:p>
        </w:tc>
      </w:tr>
      <w:tr w:rsidR="006F0136" w:rsidRPr="00D77020" w14:paraId="60A1B289" w14:textId="77777777">
        <w:tc>
          <w:tcPr>
            <w:tcW w:w="1234" w:type="dxa"/>
          </w:tcPr>
          <w:p w14:paraId="60862D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2018</w:t>
            </w:r>
          </w:p>
        </w:tc>
        <w:tc>
          <w:tcPr>
            <w:tcW w:w="1234" w:type="dxa"/>
          </w:tcPr>
          <w:p w14:paraId="169001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BR-273-щ</w:t>
            </w:r>
          </w:p>
        </w:tc>
        <w:tc>
          <w:tcPr>
            <w:tcW w:w="1234" w:type="dxa"/>
          </w:tcPr>
          <w:p w14:paraId="2D8CD6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273</w:t>
            </w:r>
          </w:p>
        </w:tc>
        <w:tc>
          <w:tcPr>
            <w:tcW w:w="1234" w:type="dxa"/>
          </w:tcPr>
          <w:p w14:paraId="0F15AB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щ</w:t>
            </w:r>
          </w:p>
        </w:tc>
        <w:tc>
          <w:tcPr>
            <w:tcW w:w="1234" w:type="dxa"/>
          </w:tcPr>
          <w:p w14:paraId="4D53E9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272C41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67D48FE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24,9</w:t>
            </w:r>
          </w:p>
        </w:tc>
      </w:tr>
      <w:tr w:rsidR="006F0136" w:rsidRPr="00D77020" w14:paraId="39FA397E" w14:textId="77777777">
        <w:tc>
          <w:tcPr>
            <w:tcW w:w="1234" w:type="dxa"/>
          </w:tcPr>
          <w:p w14:paraId="364B2A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7CA0DC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BR-279-е</w:t>
            </w:r>
          </w:p>
        </w:tc>
        <w:tc>
          <w:tcPr>
            <w:tcW w:w="1234" w:type="dxa"/>
          </w:tcPr>
          <w:p w14:paraId="423603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279</w:t>
            </w:r>
          </w:p>
        </w:tc>
        <w:tc>
          <w:tcPr>
            <w:tcW w:w="1234" w:type="dxa"/>
          </w:tcPr>
          <w:p w14:paraId="2D3678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1DC262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4551FC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75618A0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11,8</w:t>
            </w:r>
          </w:p>
        </w:tc>
      </w:tr>
      <w:tr w:rsidR="006F0136" w:rsidRPr="00D77020" w14:paraId="2571C750" w14:textId="77777777">
        <w:tc>
          <w:tcPr>
            <w:tcW w:w="1234" w:type="dxa"/>
          </w:tcPr>
          <w:p w14:paraId="4F7C5A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70B1AE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BR-279-з</w:t>
            </w:r>
          </w:p>
        </w:tc>
        <w:tc>
          <w:tcPr>
            <w:tcW w:w="1234" w:type="dxa"/>
          </w:tcPr>
          <w:p w14:paraId="6B7F19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279</w:t>
            </w:r>
          </w:p>
        </w:tc>
        <w:tc>
          <w:tcPr>
            <w:tcW w:w="1234" w:type="dxa"/>
          </w:tcPr>
          <w:p w14:paraId="05F19B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20E8A2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179E7B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5F2249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11,4</w:t>
            </w:r>
          </w:p>
        </w:tc>
      </w:tr>
      <w:tr w:rsidR="006F0136" w:rsidRPr="00D77020" w14:paraId="165EE5B8" w14:textId="77777777">
        <w:tc>
          <w:tcPr>
            <w:tcW w:w="1234" w:type="dxa"/>
          </w:tcPr>
          <w:p w14:paraId="18F80C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7F0351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BR-289-а</w:t>
            </w:r>
          </w:p>
        </w:tc>
        <w:tc>
          <w:tcPr>
            <w:tcW w:w="1234" w:type="dxa"/>
          </w:tcPr>
          <w:p w14:paraId="3D5D69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289</w:t>
            </w:r>
          </w:p>
        </w:tc>
        <w:tc>
          <w:tcPr>
            <w:tcW w:w="1234" w:type="dxa"/>
          </w:tcPr>
          <w:p w14:paraId="43A5C3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493E31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7202A6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6ABAABD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13,3</w:t>
            </w:r>
          </w:p>
        </w:tc>
      </w:tr>
      <w:tr w:rsidR="006F0136" w:rsidRPr="00D77020" w14:paraId="738E5361" w14:textId="77777777">
        <w:tc>
          <w:tcPr>
            <w:tcW w:w="1234" w:type="dxa"/>
          </w:tcPr>
          <w:p w14:paraId="519F87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701B5A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BR-291-т</w:t>
            </w:r>
          </w:p>
        </w:tc>
        <w:tc>
          <w:tcPr>
            <w:tcW w:w="1234" w:type="dxa"/>
          </w:tcPr>
          <w:p w14:paraId="6471B4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291</w:t>
            </w:r>
          </w:p>
        </w:tc>
        <w:tc>
          <w:tcPr>
            <w:tcW w:w="1234" w:type="dxa"/>
          </w:tcPr>
          <w:p w14:paraId="792FFB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40DB96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433BD4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92C0</w:t>
            </w:r>
          </w:p>
        </w:tc>
        <w:tc>
          <w:tcPr>
            <w:tcW w:w="1234" w:type="dxa"/>
          </w:tcPr>
          <w:p w14:paraId="6965703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2,7</w:t>
            </w:r>
          </w:p>
        </w:tc>
      </w:tr>
      <w:tr w:rsidR="006F0136" w:rsidRPr="00D77020" w14:paraId="1586ADD2" w14:textId="77777777">
        <w:tc>
          <w:tcPr>
            <w:tcW w:w="1234" w:type="dxa"/>
          </w:tcPr>
          <w:p w14:paraId="36219D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42B4B0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BR-293-в</w:t>
            </w:r>
          </w:p>
        </w:tc>
        <w:tc>
          <w:tcPr>
            <w:tcW w:w="1234" w:type="dxa"/>
          </w:tcPr>
          <w:p w14:paraId="28EA57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293</w:t>
            </w:r>
          </w:p>
        </w:tc>
        <w:tc>
          <w:tcPr>
            <w:tcW w:w="1234" w:type="dxa"/>
          </w:tcPr>
          <w:p w14:paraId="412F93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594305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7B42BB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A28AD2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6,5</w:t>
            </w:r>
          </w:p>
        </w:tc>
      </w:tr>
      <w:tr w:rsidR="006F0136" w:rsidRPr="00D77020" w14:paraId="47121FC4" w14:textId="77777777">
        <w:tc>
          <w:tcPr>
            <w:tcW w:w="1234" w:type="dxa"/>
          </w:tcPr>
          <w:p w14:paraId="6AC71B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736A1E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BR-293-г</w:t>
            </w:r>
          </w:p>
        </w:tc>
        <w:tc>
          <w:tcPr>
            <w:tcW w:w="1234" w:type="dxa"/>
          </w:tcPr>
          <w:p w14:paraId="4915AC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293</w:t>
            </w:r>
          </w:p>
        </w:tc>
        <w:tc>
          <w:tcPr>
            <w:tcW w:w="1234" w:type="dxa"/>
          </w:tcPr>
          <w:p w14:paraId="5F7A00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665EE3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61562D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21F552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24,5</w:t>
            </w:r>
          </w:p>
        </w:tc>
      </w:tr>
      <w:tr w:rsidR="006F0136" w:rsidRPr="00D77020" w14:paraId="4858539F" w14:textId="77777777">
        <w:tc>
          <w:tcPr>
            <w:tcW w:w="1234" w:type="dxa"/>
          </w:tcPr>
          <w:p w14:paraId="1D598C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0F6847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BR-293-д</w:t>
            </w:r>
          </w:p>
        </w:tc>
        <w:tc>
          <w:tcPr>
            <w:tcW w:w="1234" w:type="dxa"/>
          </w:tcPr>
          <w:p w14:paraId="2E8FD2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293</w:t>
            </w:r>
          </w:p>
        </w:tc>
        <w:tc>
          <w:tcPr>
            <w:tcW w:w="1234" w:type="dxa"/>
          </w:tcPr>
          <w:p w14:paraId="5E963B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44818F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397495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8A6F6D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3,2</w:t>
            </w:r>
          </w:p>
        </w:tc>
      </w:tr>
      <w:tr w:rsidR="006F0136" w:rsidRPr="00D77020" w14:paraId="147A4EF3" w14:textId="77777777">
        <w:tc>
          <w:tcPr>
            <w:tcW w:w="1234" w:type="dxa"/>
          </w:tcPr>
          <w:p w14:paraId="7F8CD9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597FC1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BR-294-в</w:t>
            </w:r>
          </w:p>
        </w:tc>
        <w:tc>
          <w:tcPr>
            <w:tcW w:w="1234" w:type="dxa"/>
          </w:tcPr>
          <w:p w14:paraId="15240E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294</w:t>
            </w:r>
          </w:p>
        </w:tc>
        <w:tc>
          <w:tcPr>
            <w:tcW w:w="1234" w:type="dxa"/>
          </w:tcPr>
          <w:p w14:paraId="2356EF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5934EF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5ECD2C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0388CB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17,3</w:t>
            </w:r>
          </w:p>
        </w:tc>
      </w:tr>
      <w:tr w:rsidR="006F0136" w:rsidRPr="00D77020" w14:paraId="1C26C4AB" w14:textId="77777777">
        <w:tc>
          <w:tcPr>
            <w:tcW w:w="1234" w:type="dxa"/>
          </w:tcPr>
          <w:p w14:paraId="333382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5A1A3A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BR-303-б</w:t>
            </w:r>
          </w:p>
        </w:tc>
        <w:tc>
          <w:tcPr>
            <w:tcW w:w="1234" w:type="dxa"/>
          </w:tcPr>
          <w:p w14:paraId="3B325A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303</w:t>
            </w:r>
          </w:p>
        </w:tc>
        <w:tc>
          <w:tcPr>
            <w:tcW w:w="1234" w:type="dxa"/>
          </w:tcPr>
          <w:p w14:paraId="15C396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0B6659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7078F3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6B25973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21,5</w:t>
            </w:r>
          </w:p>
        </w:tc>
      </w:tr>
      <w:tr w:rsidR="006F0136" w:rsidRPr="00D77020" w14:paraId="03F363F6" w14:textId="77777777">
        <w:tc>
          <w:tcPr>
            <w:tcW w:w="1234" w:type="dxa"/>
          </w:tcPr>
          <w:p w14:paraId="165383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1CF050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BR-306-б</w:t>
            </w:r>
          </w:p>
        </w:tc>
        <w:tc>
          <w:tcPr>
            <w:tcW w:w="1234" w:type="dxa"/>
          </w:tcPr>
          <w:p w14:paraId="4A5F76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306</w:t>
            </w:r>
          </w:p>
        </w:tc>
        <w:tc>
          <w:tcPr>
            <w:tcW w:w="1234" w:type="dxa"/>
          </w:tcPr>
          <w:p w14:paraId="4B591F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3508D2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2E7D42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4070</w:t>
            </w:r>
          </w:p>
        </w:tc>
        <w:tc>
          <w:tcPr>
            <w:tcW w:w="1234" w:type="dxa"/>
          </w:tcPr>
          <w:p w14:paraId="166D8E2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3,3</w:t>
            </w:r>
          </w:p>
        </w:tc>
      </w:tr>
      <w:tr w:rsidR="006F0136" w:rsidRPr="00D77020" w14:paraId="7B7A67CA" w14:textId="77777777">
        <w:tc>
          <w:tcPr>
            <w:tcW w:w="1234" w:type="dxa"/>
          </w:tcPr>
          <w:p w14:paraId="2B4E76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7C17D9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BR-306-в</w:t>
            </w:r>
          </w:p>
        </w:tc>
        <w:tc>
          <w:tcPr>
            <w:tcW w:w="1234" w:type="dxa"/>
          </w:tcPr>
          <w:p w14:paraId="3A060F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306</w:t>
            </w:r>
          </w:p>
        </w:tc>
        <w:tc>
          <w:tcPr>
            <w:tcW w:w="1234" w:type="dxa"/>
          </w:tcPr>
          <w:p w14:paraId="1584B3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1ED572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7DA313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7440F81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6,7</w:t>
            </w:r>
          </w:p>
        </w:tc>
      </w:tr>
      <w:tr w:rsidR="006F0136" w:rsidRPr="00D77020" w14:paraId="15825B31" w14:textId="77777777">
        <w:tc>
          <w:tcPr>
            <w:tcW w:w="1234" w:type="dxa"/>
          </w:tcPr>
          <w:p w14:paraId="21EC9D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0D6ADC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BR-306-н</w:t>
            </w:r>
          </w:p>
        </w:tc>
        <w:tc>
          <w:tcPr>
            <w:tcW w:w="1234" w:type="dxa"/>
          </w:tcPr>
          <w:p w14:paraId="57A694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306</w:t>
            </w:r>
          </w:p>
        </w:tc>
        <w:tc>
          <w:tcPr>
            <w:tcW w:w="1234" w:type="dxa"/>
          </w:tcPr>
          <w:p w14:paraId="2C8B55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785522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751492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4070</w:t>
            </w:r>
          </w:p>
        </w:tc>
        <w:tc>
          <w:tcPr>
            <w:tcW w:w="1234" w:type="dxa"/>
          </w:tcPr>
          <w:p w14:paraId="315142F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1,1</w:t>
            </w:r>
          </w:p>
        </w:tc>
      </w:tr>
      <w:tr w:rsidR="006F0136" w:rsidRPr="00D77020" w14:paraId="009A4EB9" w14:textId="77777777">
        <w:tc>
          <w:tcPr>
            <w:tcW w:w="1234" w:type="dxa"/>
          </w:tcPr>
          <w:p w14:paraId="44F124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720DF6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BR-306-о</w:t>
            </w:r>
          </w:p>
        </w:tc>
        <w:tc>
          <w:tcPr>
            <w:tcW w:w="1234" w:type="dxa"/>
          </w:tcPr>
          <w:p w14:paraId="1CA370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306</w:t>
            </w:r>
          </w:p>
        </w:tc>
        <w:tc>
          <w:tcPr>
            <w:tcW w:w="1234" w:type="dxa"/>
          </w:tcPr>
          <w:p w14:paraId="452D82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7DEEE6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510CB5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6F8C9E1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0,6</w:t>
            </w:r>
          </w:p>
        </w:tc>
      </w:tr>
      <w:tr w:rsidR="006F0136" w:rsidRPr="00D77020" w14:paraId="119D3239" w14:textId="77777777">
        <w:tc>
          <w:tcPr>
            <w:tcW w:w="1234" w:type="dxa"/>
          </w:tcPr>
          <w:p w14:paraId="3ACACB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10F475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BR-307-а</w:t>
            </w:r>
          </w:p>
        </w:tc>
        <w:tc>
          <w:tcPr>
            <w:tcW w:w="1234" w:type="dxa"/>
          </w:tcPr>
          <w:p w14:paraId="0D5549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307</w:t>
            </w:r>
          </w:p>
        </w:tc>
        <w:tc>
          <w:tcPr>
            <w:tcW w:w="1234" w:type="dxa"/>
          </w:tcPr>
          <w:p w14:paraId="1BF625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4D0BE6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5C8800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6894055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20,4</w:t>
            </w:r>
          </w:p>
        </w:tc>
      </w:tr>
      <w:tr w:rsidR="006F0136" w:rsidRPr="00D77020" w14:paraId="356B537F" w14:textId="77777777">
        <w:tc>
          <w:tcPr>
            <w:tcW w:w="1234" w:type="dxa"/>
          </w:tcPr>
          <w:p w14:paraId="569C6B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49E27E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BR-313-н</w:t>
            </w:r>
          </w:p>
        </w:tc>
        <w:tc>
          <w:tcPr>
            <w:tcW w:w="1234" w:type="dxa"/>
          </w:tcPr>
          <w:p w14:paraId="111851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313</w:t>
            </w:r>
          </w:p>
        </w:tc>
        <w:tc>
          <w:tcPr>
            <w:tcW w:w="1234" w:type="dxa"/>
          </w:tcPr>
          <w:p w14:paraId="6CF856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0E197F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032FBA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9232C6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13,6</w:t>
            </w:r>
          </w:p>
        </w:tc>
      </w:tr>
      <w:tr w:rsidR="006F0136" w:rsidRPr="00D77020" w14:paraId="446E75BA" w14:textId="77777777">
        <w:tc>
          <w:tcPr>
            <w:tcW w:w="1234" w:type="dxa"/>
          </w:tcPr>
          <w:p w14:paraId="716F05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4B22B7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BR-319-ж</w:t>
            </w:r>
          </w:p>
        </w:tc>
        <w:tc>
          <w:tcPr>
            <w:tcW w:w="1234" w:type="dxa"/>
          </w:tcPr>
          <w:p w14:paraId="0DDBA9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319</w:t>
            </w:r>
          </w:p>
        </w:tc>
        <w:tc>
          <w:tcPr>
            <w:tcW w:w="1234" w:type="dxa"/>
          </w:tcPr>
          <w:p w14:paraId="3EEF2D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78B84D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517DE5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92C0</w:t>
            </w:r>
          </w:p>
        </w:tc>
        <w:tc>
          <w:tcPr>
            <w:tcW w:w="1234" w:type="dxa"/>
          </w:tcPr>
          <w:p w14:paraId="65E2AF5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1,3</w:t>
            </w:r>
          </w:p>
        </w:tc>
      </w:tr>
      <w:tr w:rsidR="006F0136" w:rsidRPr="00D77020" w14:paraId="79112536" w14:textId="77777777">
        <w:tc>
          <w:tcPr>
            <w:tcW w:w="1234" w:type="dxa"/>
          </w:tcPr>
          <w:p w14:paraId="5CA72C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1461F7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BR-319-ц</w:t>
            </w:r>
          </w:p>
        </w:tc>
        <w:tc>
          <w:tcPr>
            <w:tcW w:w="1234" w:type="dxa"/>
          </w:tcPr>
          <w:p w14:paraId="0D6EFE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319</w:t>
            </w:r>
          </w:p>
        </w:tc>
        <w:tc>
          <w:tcPr>
            <w:tcW w:w="1234" w:type="dxa"/>
          </w:tcPr>
          <w:p w14:paraId="762C21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ц</w:t>
            </w:r>
          </w:p>
        </w:tc>
        <w:tc>
          <w:tcPr>
            <w:tcW w:w="1234" w:type="dxa"/>
          </w:tcPr>
          <w:p w14:paraId="161EC2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352387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92C0</w:t>
            </w:r>
          </w:p>
        </w:tc>
        <w:tc>
          <w:tcPr>
            <w:tcW w:w="1234" w:type="dxa"/>
          </w:tcPr>
          <w:p w14:paraId="2F194FA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1,1</w:t>
            </w:r>
          </w:p>
        </w:tc>
      </w:tr>
      <w:tr w:rsidR="006F0136" w:rsidRPr="00D77020" w14:paraId="4CC06316" w14:textId="77777777">
        <w:tc>
          <w:tcPr>
            <w:tcW w:w="1234" w:type="dxa"/>
          </w:tcPr>
          <w:p w14:paraId="21CD72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61A579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BR-332-б</w:t>
            </w:r>
          </w:p>
        </w:tc>
        <w:tc>
          <w:tcPr>
            <w:tcW w:w="1234" w:type="dxa"/>
          </w:tcPr>
          <w:p w14:paraId="242142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332</w:t>
            </w:r>
          </w:p>
        </w:tc>
        <w:tc>
          <w:tcPr>
            <w:tcW w:w="1234" w:type="dxa"/>
          </w:tcPr>
          <w:p w14:paraId="2AFD7E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59E8E6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56DEDB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3E909C1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7,3</w:t>
            </w:r>
          </w:p>
        </w:tc>
      </w:tr>
      <w:tr w:rsidR="006F0136" w:rsidRPr="00D77020" w14:paraId="72ACA949" w14:textId="77777777">
        <w:tc>
          <w:tcPr>
            <w:tcW w:w="1234" w:type="dxa"/>
          </w:tcPr>
          <w:p w14:paraId="0BA629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008733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BR-333-б</w:t>
            </w:r>
          </w:p>
        </w:tc>
        <w:tc>
          <w:tcPr>
            <w:tcW w:w="1234" w:type="dxa"/>
          </w:tcPr>
          <w:p w14:paraId="5DD7B1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333</w:t>
            </w:r>
          </w:p>
        </w:tc>
        <w:tc>
          <w:tcPr>
            <w:tcW w:w="1234" w:type="dxa"/>
          </w:tcPr>
          <w:p w14:paraId="36B0E5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3B5666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7CB7FD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39970BC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7,7</w:t>
            </w:r>
          </w:p>
        </w:tc>
      </w:tr>
      <w:tr w:rsidR="006F0136" w:rsidRPr="00D77020" w14:paraId="096C92CB" w14:textId="77777777">
        <w:tc>
          <w:tcPr>
            <w:tcW w:w="7404" w:type="dxa"/>
            <w:gridSpan w:val="6"/>
          </w:tcPr>
          <w:p w14:paraId="64E752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194F11D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295,3</w:t>
            </w:r>
          </w:p>
        </w:tc>
      </w:tr>
    </w:tbl>
    <w:p w14:paraId="25482ADF" w14:textId="77777777" w:rsidR="006F0136" w:rsidRPr="00D77020" w:rsidRDefault="00D77020">
      <w:pPr>
        <w:rPr>
          <w:lang w:val="bg-BG"/>
        </w:rPr>
      </w:pPr>
      <w:r w:rsidRPr="00D77020">
        <w:rPr>
          <w:lang w:val="bg-BG"/>
        </w:rPr>
        <w:br w:type="page"/>
      </w:r>
    </w:p>
    <w:p w14:paraId="5CA17E88" w14:textId="77777777" w:rsidR="006F0136" w:rsidRPr="00D77020" w:rsidRDefault="00D77020">
      <w:pPr>
        <w:pStyle w:val="Heading1"/>
        <w:rPr>
          <w:lang w:val="bg-BG"/>
        </w:rPr>
      </w:pPr>
      <w:bookmarkStart w:id="25" w:name="_Toc222837691"/>
      <w:r w:rsidRPr="00D77020">
        <w:rPr>
          <w:lang w:val="bg-BG"/>
        </w:rPr>
        <w:lastRenderedPageBreak/>
        <w:t xml:space="preserve">ДГС Симитли - Обща площ: 1364,4 </w:t>
      </w:r>
      <w:proofErr w:type="spellStart"/>
      <w:r w:rsidRPr="00D77020">
        <w:rPr>
          <w:lang w:val="bg-BG"/>
        </w:rPr>
        <w:t>хa</w:t>
      </w:r>
      <w:bookmarkEnd w:id="25"/>
      <w:proofErr w:type="spellEnd"/>
    </w:p>
    <w:p w14:paraId="3A801939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BG0000366 - Кресна - Илинденци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7"/>
        <w:gridCol w:w="1406"/>
        <w:gridCol w:w="1081"/>
        <w:gridCol w:w="1201"/>
        <w:gridCol w:w="1135"/>
        <w:gridCol w:w="1135"/>
        <w:gridCol w:w="1325"/>
      </w:tblGrid>
      <w:tr w:rsidR="006F0136" w:rsidRPr="00D77020" w14:paraId="3D9EF45A" w14:textId="77777777">
        <w:tc>
          <w:tcPr>
            <w:tcW w:w="1587" w:type="dxa"/>
          </w:tcPr>
          <w:p w14:paraId="5F5476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464667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15F7BA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5BC2E2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5E6D02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170188D4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30EADF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051B33E3" w14:textId="77777777">
        <w:tc>
          <w:tcPr>
            <w:tcW w:w="1234" w:type="dxa"/>
          </w:tcPr>
          <w:p w14:paraId="1610F0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2E9DC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BS-101-а</w:t>
            </w:r>
          </w:p>
        </w:tc>
        <w:tc>
          <w:tcPr>
            <w:tcW w:w="1234" w:type="dxa"/>
          </w:tcPr>
          <w:p w14:paraId="00C263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101</w:t>
            </w:r>
          </w:p>
        </w:tc>
        <w:tc>
          <w:tcPr>
            <w:tcW w:w="1234" w:type="dxa"/>
          </w:tcPr>
          <w:p w14:paraId="3C827D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750E13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380DCA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427C77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10,8</w:t>
            </w:r>
          </w:p>
        </w:tc>
      </w:tr>
      <w:tr w:rsidR="006F0136" w:rsidRPr="00D77020" w14:paraId="2611F291" w14:textId="77777777">
        <w:tc>
          <w:tcPr>
            <w:tcW w:w="1234" w:type="dxa"/>
          </w:tcPr>
          <w:p w14:paraId="7FA24C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0551E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BS-102-а</w:t>
            </w:r>
          </w:p>
        </w:tc>
        <w:tc>
          <w:tcPr>
            <w:tcW w:w="1234" w:type="dxa"/>
          </w:tcPr>
          <w:p w14:paraId="2C7485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102</w:t>
            </w:r>
          </w:p>
        </w:tc>
        <w:tc>
          <w:tcPr>
            <w:tcW w:w="1234" w:type="dxa"/>
          </w:tcPr>
          <w:p w14:paraId="0D3782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259268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7CB1BB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971994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6,0</w:t>
            </w:r>
          </w:p>
        </w:tc>
      </w:tr>
      <w:tr w:rsidR="006F0136" w:rsidRPr="00D77020" w14:paraId="7C22FAD5" w14:textId="77777777">
        <w:tc>
          <w:tcPr>
            <w:tcW w:w="1234" w:type="dxa"/>
          </w:tcPr>
          <w:p w14:paraId="199359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4EBBE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BS-103-а</w:t>
            </w:r>
          </w:p>
        </w:tc>
        <w:tc>
          <w:tcPr>
            <w:tcW w:w="1234" w:type="dxa"/>
          </w:tcPr>
          <w:p w14:paraId="230611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103</w:t>
            </w:r>
          </w:p>
        </w:tc>
        <w:tc>
          <w:tcPr>
            <w:tcW w:w="1234" w:type="dxa"/>
          </w:tcPr>
          <w:p w14:paraId="3AECA1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22EA51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123337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51F6979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059B2CEE" w14:textId="77777777">
        <w:tc>
          <w:tcPr>
            <w:tcW w:w="1234" w:type="dxa"/>
          </w:tcPr>
          <w:p w14:paraId="64FDC2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613E6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BS-104-ж</w:t>
            </w:r>
          </w:p>
        </w:tc>
        <w:tc>
          <w:tcPr>
            <w:tcW w:w="1234" w:type="dxa"/>
          </w:tcPr>
          <w:p w14:paraId="748A36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104</w:t>
            </w:r>
          </w:p>
        </w:tc>
        <w:tc>
          <w:tcPr>
            <w:tcW w:w="1234" w:type="dxa"/>
          </w:tcPr>
          <w:p w14:paraId="7561E8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481668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1EBFBD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CD6558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8,8</w:t>
            </w:r>
          </w:p>
        </w:tc>
      </w:tr>
      <w:tr w:rsidR="006F0136" w:rsidRPr="00D77020" w14:paraId="397798B9" w14:textId="77777777">
        <w:tc>
          <w:tcPr>
            <w:tcW w:w="1234" w:type="dxa"/>
          </w:tcPr>
          <w:p w14:paraId="2D174B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1BD16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BS-104-з</w:t>
            </w:r>
          </w:p>
        </w:tc>
        <w:tc>
          <w:tcPr>
            <w:tcW w:w="1234" w:type="dxa"/>
          </w:tcPr>
          <w:p w14:paraId="7E1759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104</w:t>
            </w:r>
          </w:p>
        </w:tc>
        <w:tc>
          <w:tcPr>
            <w:tcW w:w="1234" w:type="dxa"/>
          </w:tcPr>
          <w:p w14:paraId="60C5A6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19995B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2B6A40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6417D7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5,4</w:t>
            </w:r>
          </w:p>
        </w:tc>
      </w:tr>
      <w:tr w:rsidR="006F0136" w:rsidRPr="00D77020" w14:paraId="01935A9F" w14:textId="77777777">
        <w:tc>
          <w:tcPr>
            <w:tcW w:w="1234" w:type="dxa"/>
          </w:tcPr>
          <w:p w14:paraId="3C2ABE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ECDF3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BS-104-м</w:t>
            </w:r>
          </w:p>
        </w:tc>
        <w:tc>
          <w:tcPr>
            <w:tcW w:w="1234" w:type="dxa"/>
          </w:tcPr>
          <w:p w14:paraId="4DFAB0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104</w:t>
            </w:r>
          </w:p>
        </w:tc>
        <w:tc>
          <w:tcPr>
            <w:tcW w:w="1234" w:type="dxa"/>
          </w:tcPr>
          <w:p w14:paraId="2542AF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0A6534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6789CB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C4581D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3,5</w:t>
            </w:r>
          </w:p>
        </w:tc>
      </w:tr>
      <w:tr w:rsidR="006F0136" w:rsidRPr="00D77020" w14:paraId="319E6C57" w14:textId="77777777">
        <w:tc>
          <w:tcPr>
            <w:tcW w:w="1234" w:type="dxa"/>
          </w:tcPr>
          <w:p w14:paraId="0D0831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E6937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BS-104-р</w:t>
            </w:r>
          </w:p>
        </w:tc>
        <w:tc>
          <w:tcPr>
            <w:tcW w:w="1234" w:type="dxa"/>
          </w:tcPr>
          <w:p w14:paraId="758D35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104</w:t>
            </w:r>
          </w:p>
        </w:tc>
        <w:tc>
          <w:tcPr>
            <w:tcW w:w="1234" w:type="dxa"/>
          </w:tcPr>
          <w:p w14:paraId="453EE9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1996F1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4EC922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54C77D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0FF9DFCE" w14:textId="77777777">
        <w:tc>
          <w:tcPr>
            <w:tcW w:w="1234" w:type="dxa"/>
          </w:tcPr>
          <w:p w14:paraId="25AF1B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9BAF1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BS-117-н</w:t>
            </w:r>
          </w:p>
        </w:tc>
        <w:tc>
          <w:tcPr>
            <w:tcW w:w="1234" w:type="dxa"/>
          </w:tcPr>
          <w:p w14:paraId="23BF11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117</w:t>
            </w:r>
          </w:p>
        </w:tc>
        <w:tc>
          <w:tcPr>
            <w:tcW w:w="1234" w:type="dxa"/>
          </w:tcPr>
          <w:p w14:paraId="7406FD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4B466A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677DAC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5B5611E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6,4</w:t>
            </w:r>
          </w:p>
        </w:tc>
      </w:tr>
      <w:tr w:rsidR="006F0136" w:rsidRPr="00D77020" w14:paraId="16CD8848" w14:textId="77777777">
        <w:tc>
          <w:tcPr>
            <w:tcW w:w="1234" w:type="dxa"/>
          </w:tcPr>
          <w:p w14:paraId="000B92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6F615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BS-121-в</w:t>
            </w:r>
          </w:p>
        </w:tc>
        <w:tc>
          <w:tcPr>
            <w:tcW w:w="1234" w:type="dxa"/>
          </w:tcPr>
          <w:p w14:paraId="3991E3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121</w:t>
            </w:r>
          </w:p>
        </w:tc>
        <w:tc>
          <w:tcPr>
            <w:tcW w:w="1234" w:type="dxa"/>
          </w:tcPr>
          <w:p w14:paraId="2CC4DB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17250F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03CA81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AC3DBA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464C713C" w14:textId="77777777">
        <w:tc>
          <w:tcPr>
            <w:tcW w:w="1234" w:type="dxa"/>
          </w:tcPr>
          <w:p w14:paraId="65F1EE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D6A99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BS-122-а</w:t>
            </w:r>
          </w:p>
        </w:tc>
        <w:tc>
          <w:tcPr>
            <w:tcW w:w="1234" w:type="dxa"/>
          </w:tcPr>
          <w:p w14:paraId="4D8A27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122</w:t>
            </w:r>
          </w:p>
        </w:tc>
        <w:tc>
          <w:tcPr>
            <w:tcW w:w="1234" w:type="dxa"/>
          </w:tcPr>
          <w:p w14:paraId="481671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1FFE1F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72FB2F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2951E86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5,6</w:t>
            </w:r>
          </w:p>
        </w:tc>
      </w:tr>
      <w:tr w:rsidR="006F0136" w:rsidRPr="00D77020" w14:paraId="0AD08310" w14:textId="77777777">
        <w:tc>
          <w:tcPr>
            <w:tcW w:w="1234" w:type="dxa"/>
          </w:tcPr>
          <w:p w14:paraId="7DA0D3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DE94F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BS-153-я</w:t>
            </w:r>
          </w:p>
        </w:tc>
        <w:tc>
          <w:tcPr>
            <w:tcW w:w="1234" w:type="dxa"/>
          </w:tcPr>
          <w:p w14:paraId="1AAE56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153</w:t>
            </w:r>
          </w:p>
        </w:tc>
        <w:tc>
          <w:tcPr>
            <w:tcW w:w="1234" w:type="dxa"/>
          </w:tcPr>
          <w:p w14:paraId="2D3A6D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я</w:t>
            </w:r>
          </w:p>
        </w:tc>
        <w:tc>
          <w:tcPr>
            <w:tcW w:w="1234" w:type="dxa"/>
          </w:tcPr>
          <w:p w14:paraId="3575AC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7E6CD6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060C0C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4,5</w:t>
            </w:r>
          </w:p>
        </w:tc>
      </w:tr>
      <w:tr w:rsidR="006F0136" w:rsidRPr="00D77020" w14:paraId="3557A31C" w14:textId="77777777">
        <w:tc>
          <w:tcPr>
            <w:tcW w:w="1234" w:type="dxa"/>
          </w:tcPr>
          <w:p w14:paraId="7C40BE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AD720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BS-156-д</w:t>
            </w:r>
          </w:p>
        </w:tc>
        <w:tc>
          <w:tcPr>
            <w:tcW w:w="1234" w:type="dxa"/>
          </w:tcPr>
          <w:p w14:paraId="09F7C6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156</w:t>
            </w:r>
          </w:p>
        </w:tc>
        <w:tc>
          <w:tcPr>
            <w:tcW w:w="1234" w:type="dxa"/>
          </w:tcPr>
          <w:p w14:paraId="018293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09576B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79CD37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50C51F8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1,3</w:t>
            </w:r>
          </w:p>
        </w:tc>
      </w:tr>
      <w:tr w:rsidR="006F0136" w:rsidRPr="00D77020" w14:paraId="5AB3A35F" w14:textId="77777777">
        <w:tc>
          <w:tcPr>
            <w:tcW w:w="1234" w:type="dxa"/>
          </w:tcPr>
          <w:p w14:paraId="7E1948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B0FB1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BS-157-з</w:t>
            </w:r>
          </w:p>
        </w:tc>
        <w:tc>
          <w:tcPr>
            <w:tcW w:w="1234" w:type="dxa"/>
          </w:tcPr>
          <w:p w14:paraId="141B0E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157</w:t>
            </w:r>
          </w:p>
        </w:tc>
        <w:tc>
          <w:tcPr>
            <w:tcW w:w="1234" w:type="dxa"/>
          </w:tcPr>
          <w:p w14:paraId="6D0E82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60B319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51DA28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395706F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15,8</w:t>
            </w:r>
          </w:p>
        </w:tc>
      </w:tr>
      <w:tr w:rsidR="006F0136" w:rsidRPr="00D77020" w14:paraId="1DEADC97" w14:textId="77777777">
        <w:tc>
          <w:tcPr>
            <w:tcW w:w="1234" w:type="dxa"/>
          </w:tcPr>
          <w:p w14:paraId="388F6B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12372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BS-183-м</w:t>
            </w:r>
          </w:p>
        </w:tc>
        <w:tc>
          <w:tcPr>
            <w:tcW w:w="1234" w:type="dxa"/>
          </w:tcPr>
          <w:p w14:paraId="77FF40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183</w:t>
            </w:r>
          </w:p>
        </w:tc>
        <w:tc>
          <w:tcPr>
            <w:tcW w:w="1234" w:type="dxa"/>
          </w:tcPr>
          <w:p w14:paraId="1650F0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3A2C23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4A5836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51FBEE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0,8</w:t>
            </w:r>
          </w:p>
        </w:tc>
      </w:tr>
      <w:tr w:rsidR="006F0136" w:rsidRPr="00D77020" w14:paraId="7323B44D" w14:textId="77777777">
        <w:tc>
          <w:tcPr>
            <w:tcW w:w="1234" w:type="dxa"/>
          </w:tcPr>
          <w:p w14:paraId="561D43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BACC9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BS-191-и</w:t>
            </w:r>
          </w:p>
        </w:tc>
        <w:tc>
          <w:tcPr>
            <w:tcW w:w="1234" w:type="dxa"/>
          </w:tcPr>
          <w:p w14:paraId="6EB65C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191</w:t>
            </w:r>
          </w:p>
        </w:tc>
        <w:tc>
          <w:tcPr>
            <w:tcW w:w="1234" w:type="dxa"/>
          </w:tcPr>
          <w:p w14:paraId="64FD6D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6959AD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306F63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3C5A66B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1,8</w:t>
            </w:r>
          </w:p>
        </w:tc>
      </w:tr>
      <w:tr w:rsidR="006F0136" w:rsidRPr="00D77020" w14:paraId="48D89F2B" w14:textId="77777777">
        <w:tc>
          <w:tcPr>
            <w:tcW w:w="1234" w:type="dxa"/>
          </w:tcPr>
          <w:p w14:paraId="3BC8D9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35829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BS-192-з</w:t>
            </w:r>
          </w:p>
        </w:tc>
        <w:tc>
          <w:tcPr>
            <w:tcW w:w="1234" w:type="dxa"/>
          </w:tcPr>
          <w:p w14:paraId="083424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192</w:t>
            </w:r>
          </w:p>
        </w:tc>
        <w:tc>
          <w:tcPr>
            <w:tcW w:w="1234" w:type="dxa"/>
          </w:tcPr>
          <w:p w14:paraId="53753D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53BA58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2ED941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5FB1F38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4,3</w:t>
            </w:r>
          </w:p>
        </w:tc>
      </w:tr>
      <w:tr w:rsidR="006F0136" w:rsidRPr="00D77020" w14:paraId="111633E2" w14:textId="77777777">
        <w:tc>
          <w:tcPr>
            <w:tcW w:w="1234" w:type="dxa"/>
          </w:tcPr>
          <w:p w14:paraId="395F0A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E27FD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BS-193-б</w:t>
            </w:r>
          </w:p>
        </w:tc>
        <w:tc>
          <w:tcPr>
            <w:tcW w:w="1234" w:type="dxa"/>
          </w:tcPr>
          <w:p w14:paraId="2F26ED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193</w:t>
            </w:r>
          </w:p>
        </w:tc>
        <w:tc>
          <w:tcPr>
            <w:tcW w:w="1234" w:type="dxa"/>
          </w:tcPr>
          <w:p w14:paraId="0362B9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7D75AF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26CFAC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080709F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9,3</w:t>
            </w:r>
          </w:p>
        </w:tc>
      </w:tr>
      <w:tr w:rsidR="006F0136" w:rsidRPr="00D77020" w14:paraId="08B70D8C" w14:textId="77777777">
        <w:tc>
          <w:tcPr>
            <w:tcW w:w="1234" w:type="dxa"/>
          </w:tcPr>
          <w:p w14:paraId="1BD10E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E3308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BS-193-в</w:t>
            </w:r>
          </w:p>
        </w:tc>
        <w:tc>
          <w:tcPr>
            <w:tcW w:w="1234" w:type="dxa"/>
          </w:tcPr>
          <w:p w14:paraId="46D057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193</w:t>
            </w:r>
          </w:p>
        </w:tc>
        <w:tc>
          <w:tcPr>
            <w:tcW w:w="1234" w:type="dxa"/>
          </w:tcPr>
          <w:p w14:paraId="41B19C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55BF8D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30A66C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7B911A9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8,5</w:t>
            </w:r>
          </w:p>
        </w:tc>
      </w:tr>
      <w:tr w:rsidR="006F0136" w:rsidRPr="00D77020" w14:paraId="45E11EA8" w14:textId="77777777">
        <w:tc>
          <w:tcPr>
            <w:tcW w:w="1234" w:type="dxa"/>
          </w:tcPr>
          <w:p w14:paraId="718F67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5931E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BS-193-ж</w:t>
            </w:r>
          </w:p>
        </w:tc>
        <w:tc>
          <w:tcPr>
            <w:tcW w:w="1234" w:type="dxa"/>
          </w:tcPr>
          <w:p w14:paraId="18147C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193</w:t>
            </w:r>
          </w:p>
        </w:tc>
        <w:tc>
          <w:tcPr>
            <w:tcW w:w="1234" w:type="dxa"/>
          </w:tcPr>
          <w:p w14:paraId="64FFB1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404ED4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2B407F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645FAF9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10,3</w:t>
            </w:r>
          </w:p>
        </w:tc>
      </w:tr>
      <w:tr w:rsidR="006F0136" w:rsidRPr="00D77020" w14:paraId="6E5DB2EF" w14:textId="77777777">
        <w:tc>
          <w:tcPr>
            <w:tcW w:w="1234" w:type="dxa"/>
          </w:tcPr>
          <w:p w14:paraId="686200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2AE97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BS-193-з</w:t>
            </w:r>
          </w:p>
        </w:tc>
        <w:tc>
          <w:tcPr>
            <w:tcW w:w="1234" w:type="dxa"/>
          </w:tcPr>
          <w:p w14:paraId="4EEFE2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193</w:t>
            </w:r>
          </w:p>
        </w:tc>
        <w:tc>
          <w:tcPr>
            <w:tcW w:w="1234" w:type="dxa"/>
          </w:tcPr>
          <w:p w14:paraId="63DAE8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600D76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7F9971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3C9D01E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10,2</w:t>
            </w:r>
          </w:p>
        </w:tc>
      </w:tr>
      <w:tr w:rsidR="006F0136" w:rsidRPr="00D77020" w14:paraId="2B2DA8BE" w14:textId="77777777">
        <w:tc>
          <w:tcPr>
            <w:tcW w:w="1234" w:type="dxa"/>
          </w:tcPr>
          <w:p w14:paraId="1BA65C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832E2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BS-194-и</w:t>
            </w:r>
          </w:p>
        </w:tc>
        <w:tc>
          <w:tcPr>
            <w:tcW w:w="1234" w:type="dxa"/>
          </w:tcPr>
          <w:p w14:paraId="331EE2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194</w:t>
            </w:r>
          </w:p>
        </w:tc>
        <w:tc>
          <w:tcPr>
            <w:tcW w:w="1234" w:type="dxa"/>
          </w:tcPr>
          <w:p w14:paraId="42F0CB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2ABF1A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0077C8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0E53429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5,0</w:t>
            </w:r>
          </w:p>
        </w:tc>
      </w:tr>
      <w:tr w:rsidR="006F0136" w:rsidRPr="00D77020" w14:paraId="55E05752" w14:textId="77777777">
        <w:tc>
          <w:tcPr>
            <w:tcW w:w="1234" w:type="dxa"/>
          </w:tcPr>
          <w:p w14:paraId="11AF4D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D4AE8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BS-194-к</w:t>
            </w:r>
          </w:p>
        </w:tc>
        <w:tc>
          <w:tcPr>
            <w:tcW w:w="1234" w:type="dxa"/>
          </w:tcPr>
          <w:p w14:paraId="0DC249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194</w:t>
            </w:r>
          </w:p>
        </w:tc>
        <w:tc>
          <w:tcPr>
            <w:tcW w:w="1234" w:type="dxa"/>
          </w:tcPr>
          <w:p w14:paraId="71854E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222A71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515507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4608ACF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32955B50" w14:textId="77777777">
        <w:tc>
          <w:tcPr>
            <w:tcW w:w="1234" w:type="dxa"/>
          </w:tcPr>
          <w:p w14:paraId="1A82CB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6C941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BS-194-л</w:t>
            </w:r>
          </w:p>
        </w:tc>
        <w:tc>
          <w:tcPr>
            <w:tcW w:w="1234" w:type="dxa"/>
          </w:tcPr>
          <w:p w14:paraId="11EDA5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194</w:t>
            </w:r>
          </w:p>
        </w:tc>
        <w:tc>
          <w:tcPr>
            <w:tcW w:w="1234" w:type="dxa"/>
          </w:tcPr>
          <w:p w14:paraId="64EDEF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171641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4BEDE2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002550B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2,8</w:t>
            </w:r>
          </w:p>
        </w:tc>
      </w:tr>
      <w:tr w:rsidR="006F0136" w:rsidRPr="00D77020" w14:paraId="1518EBAA" w14:textId="77777777">
        <w:tc>
          <w:tcPr>
            <w:tcW w:w="1234" w:type="dxa"/>
          </w:tcPr>
          <w:p w14:paraId="26DCCA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F593D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BS-195-е</w:t>
            </w:r>
          </w:p>
        </w:tc>
        <w:tc>
          <w:tcPr>
            <w:tcW w:w="1234" w:type="dxa"/>
          </w:tcPr>
          <w:p w14:paraId="1DA95B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195</w:t>
            </w:r>
          </w:p>
        </w:tc>
        <w:tc>
          <w:tcPr>
            <w:tcW w:w="1234" w:type="dxa"/>
          </w:tcPr>
          <w:p w14:paraId="0518E2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26BC75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26E1EB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412822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6,1</w:t>
            </w:r>
          </w:p>
        </w:tc>
      </w:tr>
      <w:tr w:rsidR="006F0136" w:rsidRPr="00D77020" w14:paraId="68A3CDFD" w14:textId="77777777">
        <w:tc>
          <w:tcPr>
            <w:tcW w:w="1234" w:type="dxa"/>
          </w:tcPr>
          <w:p w14:paraId="7815A1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0D3A7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BS-196-е</w:t>
            </w:r>
          </w:p>
        </w:tc>
        <w:tc>
          <w:tcPr>
            <w:tcW w:w="1234" w:type="dxa"/>
          </w:tcPr>
          <w:p w14:paraId="02C95B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196</w:t>
            </w:r>
          </w:p>
        </w:tc>
        <w:tc>
          <w:tcPr>
            <w:tcW w:w="1234" w:type="dxa"/>
          </w:tcPr>
          <w:p w14:paraId="01CA21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426BF1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421894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407571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23,6</w:t>
            </w:r>
          </w:p>
        </w:tc>
      </w:tr>
      <w:tr w:rsidR="006F0136" w:rsidRPr="00D77020" w14:paraId="1395E583" w14:textId="77777777">
        <w:tc>
          <w:tcPr>
            <w:tcW w:w="1234" w:type="dxa"/>
          </w:tcPr>
          <w:p w14:paraId="6F2240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0059D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BS-197-б</w:t>
            </w:r>
          </w:p>
        </w:tc>
        <w:tc>
          <w:tcPr>
            <w:tcW w:w="1234" w:type="dxa"/>
          </w:tcPr>
          <w:p w14:paraId="427706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197</w:t>
            </w:r>
          </w:p>
        </w:tc>
        <w:tc>
          <w:tcPr>
            <w:tcW w:w="1234" w:type="dxa"/>
          </w:tcPr>
          <w:p w14:paraId="6B44D4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4A9FDA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718B38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5045DF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53ADFF67" w14:textId="77777777" w:rsidTr="00812F18">
        <w:trPr>
          <w:trHeight w:val="313"/>
        </w:trPr>
        <w:tc>
          <w:tcPr>
            <w:tcW w:w="1234" w:type="dxa"/>
          </w:tcPr>
          <w:p w14:paraId="78929413" w14:textId="77777777" w:rsidR="006F0136" w:rsidRPr="00D77020" w:rsidRDefault="00812F18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A4793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BS-20-а</w:t>
            </w:r>
          </w:p>
        </w:tc>
        <w:tc>
          <w:tcPr>
            <w:tcW w:w="1234" w:type="dxa"/>
          </w:tcPr>
          <w:p w14:paraId="16F8B6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</w:t>
            </w:r>
          </w:p>
        </w:tc>
        <w:tc>
          <w:tcPr>
            <w:tcW w:w="1234" w:type="dxa"/>
          </w:tcPr>
          <w:p w14:paraId="5E8B97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2C4855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6E03BE73" w14:textId="77777777" w:rsidR="006F0136" w:rsidRPr="00D77020" w:rsidRDefault="00D77020" w:rsidP="00812F18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20AE242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7,8</w:t>
            </w:r>
          </w:p>
        </w:tc>
      </w:tr>
      <w:tr w:rsidR="006F0136" w:rsidRPr="00D77020" w14:paraId="280F94D2" w14:textId="77777777">
        <w:tc>
          <w:tcPr>
            <w:tcW w:w="1234" w:type="dxa"/>
          </w:tcPr>
          <w:p w14:paraId="552BE9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0A356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BS-202-а</w:t>
            </w:r>
          </w:p>
        </w:tc>
        <w:tc>
          <w:tcPr>
            <w:tcW w:w="1234" w:type="dxa"/>
          </w:tcPr>
          <w:p w14:paraId="6541A4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</w:t>
            </w:r>
          </w:p>
        </w:tc>
        <w:tc>
          <w:tcPr>
            <w:tcW w:w="1234" w:type="dxa"/>
          </w:tcPr>
          <w:p w14:paraId="226230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2BFDEF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47CDF4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433374A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40,7</w:t>
            </w:r>
          </w:p>
        </w:tc>
      </w:tr>
      <w:tr w:rsidR="006F0136" w:rsidRPr="00D77020" w14:paraId="37B89347" w14:textId="77777777">
        <w:tc>
          <w:tcPr>
            <w:tcW w:w="1234" w:type="dxa"/>
          </w:tcPr>
          <w:p w14:paraId="78CD07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CB1BA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BS-202-в</w:t>
            </w:r>
          </w:p>
        </w:tc>
        <w:tc>
          <w:tcPr>
            <w:tcW w:w="1234" w:type="dxa"/>
          </w:tcPr>
          <w:p w14:paraId="794748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</w:t>
            </w:r>
          </w:p>
        </w:tc>
        <w:tc>
          <w:tcPr>
            <w:tcW w:w="1234" w:type="dxa"/>
          </w:tcPr>
          <w:p w14:paraId="3EBE7B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2C9341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28315C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08B2356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7F9562D9" w14:textId="77777777">
        <w:tc>
          <w:tcPr>
            <w:tcW w:w="1234" w:type="dxa"/>
          </w:tcPr>
          <w:p w14:paraId="3EF6EE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21DDB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BS-202-г</w:t>
            </w:r>
          </w:p>
        </w:tc>
        <w:tc>
          <w:tcPr>
            <w:tcW w:w="1234" w:type="dxa"/>
          </w:tcPr>
          <w:p w14:paraId="6E8C9C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</w:t>
            </w:r>
          </w:p>
        </w:tc>
        <w:tc>
          <w:tcPr>
            <w:tcW w:w="1234" w:type="dxa"/>
          </w:tcPr>
          <w:p w14:paraId="234C5C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438DD4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33120B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563D0FD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16,5</w:t>
            </w:r>
          </w:p>
        </w:tc>
      </w:tr>
      <w:tr w:rsidR="006F0136" w:rsidRPr="00D77020" w14:paraId="075CC2A3" w14:textId="77777777">
        <w:tc>
          <w:tcPr>
            <w:tcW w:w="1234" w:type="dxa"/>
          </w:tcPr>
          <w:p w14:paraId="20FE24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0C864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BS-202-з</w:t>
            </w:r>
          </w:p>
        </w:tc>
        <w:tc>
          <w:tcPr>
            <w:tcW w:w="1234" w:type="dxa"/>
          </w:tcPr>
          <w:p w14:paraId="32CC37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</w:t>
            </w:r>
          </w:p>
        </w:tc>
        <w:tc>
          <w:tcPr>
            <w:tcW w:w="1234" w:type="dxa"/>
          </w:tcPr>
          <w:p w14:paraId="5F8AD7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6C7126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4BEAF4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0FC4AE3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12,5</w:t>
            </w:r>
          </w:p>
        </w:tc>
      </w:tr>
      <w:tr w:rsidR="006F0136" w:rsidRPr="00D77020" w14:paraId="2DABFF76" w14:textId="77777777">
        <w:tc>
          <w:tcPr>
            <w:tcW w:w="1234" w:type="dxa"/>
          </w:tcPr>
          <w:p w14:paraId="0CA399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B3E8C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BS-204-б</w:t>
            </w:r>
          </w:p>
        </w:tc>
        <w:tc>
          <w:tcPr>
            <w:tcW w:w="1234" w:type="dxa"/>
          </w:tcPr>
          <w:p w14:paraId="29993C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204</w:t>
            </w:r>
          </w:p>
        </w:tc>
        <w:tc>
          <w:tcPr>
            <w:tcW w:w="1234" w:type="dxa"/>
          </w:tcPr>
          <w:p w14:paraId="76BEE5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14768B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22CFDC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1B4E80B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4,5</w:t>
            </w:r>
          </w:p>
        </w:tc>
      </w:tr>
      <w:tr w:rsidR="006F0136" w:rsidRPr="00D77020" w14:paraId="3C74528F" w14:textId="77777777">
        <w:tc>
          <w:tcPr>
            <w:tcW w:w="1234" w:type="dxa"/>
          </w:tcPr>
          <w:p w14:paraId="3A7420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41703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BS-205-а</w:t>
            </w:r>
          </w:p>
        </w:tc>
        <w:tc>
          <w:tcPr>
            <w:tcW w:w="1234" w:type="dxa"/>
          </w:tcPr>
          <w:p w14:paraId="51EBB1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205</w:t>
            </w:r>
          </w:p>
        </w:tc>
        <w:tc>
          <w:tcPr>
            <w:tcW w:w="1234" w:type="dxa"/>
          </w:tcPr>
          <w:p w14:paraId="59F470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118625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624EEC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08CD063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16,6</w:t>
            </w:r>
          </w:p>
        </w:tc>
      </w:tr>
      <w:tr w:rsidR="006F0136" w:rsidRPr="00D77020" w14:paraId="61593138" w14:textId="77777777">
        <w:tc>
          <w:tcPr>
            <w:tcW w:w="1234" w:type="dxa"/>
          </w:tcPr>
          <w:p w14:paraId="559004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11BBA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BS-205-б</w:t>
            </w:r>
          </w:p>
        </w:tc>
        <w:tc>
          <w:tcPr>
            <w:tcW w:w="1234" w:type="dxa"/>
          </w:tcPr>
          <w:p w14:paraId="6FC1EB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205</w:t>
            </w:r>
          </w:p>
        </w:tc>
        <w:tc>
          <w:tcPr>
            <w:tcW w:w="1234" w:type="dxa"/>
          </w:tcPr>
          <w:p w14:paraId="7D67D1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12EB3E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65CCF3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02B7D45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11,8</w:t>
            </w:r>
          </w:p>
        </w:tc>
      </w:tr>
      <w:tr w:rsidR="006F0136" w:rsidRPr="00D77020" w14:paraId="757E9588" w14:textId="77777777">
        <w:tc>
          <w:tcPr>
            <w:tcW w:w="1234" w:type="dxa"/>
          </w:tcPr>
          <w:p w14:paraId="35C20C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06A90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BS-205-д</w:t>
            </w:r>
          </w:p>
        </w:tc>
        <w:tc>
          <w:tcPr>
            <w:tcW w:w="1234" w:type="dxa"/>
          </w:tcPr>
          <w:p w14:paraId="432E5B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205</w:t>
            </w:r>
          </w:p>
        </w:tc>
        <w:tc>
          <w:tcPr>
            <w:tcW w:w="1234" w:type="dxa"/>
          </w:tcPr>
          <w:p w14:paraId="648C1B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6E1663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6BE87A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50C01F5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12,5</w:t>
            </w:r>
          </w:p>
        </w:tc>
      </w:tr>
      <w:tr w:rsidR="006F0136" w:rsidRPr="00D77020" w14:paraId="39441545" w14:textId="77777777">
        <w:tc>
          <w:tcPr>
            <w:tcW w:w="1234" w:type="dxa"/>
          </w:tcPr>
          <w:p w14:paraId="143B6F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725ED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BS-206-а</w:t>
            </w:r>
          </w:p>
        </w:tc>
        <w:tc>
          <w:tcPr>
            <w:tcW w:w="1234" w:type="dxa"/>
          </w:tcPr>
          <w:p w14:paraId="152223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206</w:t>
            </w:r>
          </w:p>
        </w:tc>
        <w:tc>
          <w:tcPr>
            <w:tcW w:w="1234" w:type="dxa"/>
          </w:tcPr>
          <w:p w14:paraId="59BF84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233CCF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6EF0BE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24CF217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24,3</w:t>
            </w:r>
          </w:p>
        </w:tc>
      </w:tr>
      <w:tr w:rsidR="006F0136" w:rsidRPr="00D77020" w14:paraId="288777E6" w14:textId="77777777">
        <w:tc>
          <w:tcPr>
            <w:tcW w:w="1234" w:type="dxa"/>
          </w:tcPr>
          <w:p w14:paraId="03F0CA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79AAF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BS-206-б</w:t>
            </w:r>
          </w:p>
        </w:tc>
        <w:tc>
          <w:tcPr>
            <w:tcW w:w="1234" w:type="dxa"/>
          </w:tcPr>
          <w:p w14:paraId="144B84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206</w:t>
            </w:r>
          </w:p>
        </w:tc>
        <w:tc>
          <w:tcPr>
            <w:tcW w:w="1234" w:type="dxa"/>
          </w:tcPr>
          <w:p w14:paraId="302C31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2A726A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02654E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038F38E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2,7</w:t>
            </w:r>
          </w:p>
        </w:tc>
      </w:tr>
      <w:tr w:rsidR="006F0136" w:rsidRPr="00D77020" w14:paraId="3745ECEB" w14:textId="77777777">
        <w:tc>
          <w:tcPr>
            <w:tcW w:w="1234" w:type="dxa"/>
          </w:tcPr>
          <w:p w14:paraId="700F8B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F7835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BS-207-б</w:t>
            </w:r>
          </w:p>
        </w:tc>
        <w:tc>
          <w:tcPr>
            <w:tcW w:w="1234" w:type="dxa"/>
          </w:tcPr>
          <w:p w14:paraId="619C6C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207</w:t>
            </w:r>
          </w:p>
        </w:tc>
        <w:tc>
          <w:tcPr>
            <w:tcW w:w="1234" w:type="dxa"/>
          </w:tcPr>
          <w:p w14:paraId="490293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02DC91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62D553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2D01C09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21,3</w:t>
            </w:r>
          </w:p>
        </w:tc>
      </w:tr>
      <w:tr w:rsidR="006F0136" w:rsidRPr="00D77020" w14:paraId="21AB5856" w14:textId="77777777">
        <w:tc>
          <w:tcPr>
            <w:tcW w:w="1234" w:type="dxa"/>
          </w:tcPr>
          <w:p w14:paraId="109ED6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89AB2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BS-208-з</w:t>
            </w:r>
          </w:p>
        </w:tc>
        <w:tc>
          <w:tcPr>
            <w:tcW w:w="1234" w:type="dxa"/>
          </w:tcPr>
          <w:p w14:paraId="21B03E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208</w:t>
            </w:r>
          </w:p>
        </w:tc>
        <w:tc>
          <w:tcPr>
            <w:tcW w:w="1234" w:type="dxa"/>
          </w:tcPr>
          <w:p w14:paraId="015E97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24D3BA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69B643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040D15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5,4</w:t>
            </w:r>
          </w:p>
        </w:tc>
      </w:tr>
      <w:tr w:rsidR="006F0136" w:rsidRPr="00D77020" w14:paraId="4AEDDE04" w14:textId="77777777">
        <w:tc>
          <w:tcPr>
            <w:tcW w:w="1234" w:type="dxa"/>
          </w:tcPr>
          <w:p w14:paraId="4568A6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AC451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BS-334-в</w:t>
            </w:r>
          </w:p>
        </w:tc>
        <w:tc>
          <w:tcPr>
            <w:tcW w:w="1234" w:type="dxa"/>
          </w:tcPr>
          <w:p w14:paraId="387D28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334</w:t>
            </w:r>
          </w:p>
        </w:tc>
        <w:tc>
          <w:tcPr>
            <w:tcW w:w="1234" w:type="dxa"/>
          </w:tcPr>
          <w:p w14:paraId="3492C5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7DA6B3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7F41CB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A33A92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4,5</w:t>
            </w:r>
          </w:p>
        </w:tc>
      </w:tr>
      <w:tr w:rsidR="006F0136" w:rsidRPr="00D77020" w14:paraId="0E9641F8" w14:textId="77777777">
        <w:tc>
          <w:tcPr>
            <w:tcW w:w="1234" w:type="dxa"/>
          </w:tcPr>
          <w:p w14:paraId="226B21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300B5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BS-334-г</w:t>
            </w:r>
          </w:p>
        </w:tc>
        <w:tc>
          <w:tcPr>
            <w:tcW w:w="1234" w:type="dxa"/>
          </w:tcPr>
          <w:p w14:paraId="4D2E59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334</w:t>
            </w:r>
          </w:p>
        </w:tc>
        <w:tc>
          <w:tcPr>
            <w:tcW w:w="1234" w:type="dxa"/>
          </w:tcPr>
          <w:p w14:paraId="062059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2211F8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2671F9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D8FBEC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1,8</w:t>
            </w:r>
          </w:p>
        </w:tc>
      </w:tr>
      <w:tr w:rsidR="006F0136" w:rsidRPr="00D77020" w14:paraId="5A1C5811" w14:textId="77777777">
        <w:tc>
          <w:tcPr>
            <w:tcW w:w="1234" w:type="dxa"/>
          </w:tcPr>
          <w:p w14:paraId="356D75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34C0C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BS-335-б</w:t>
            </w:r>
          </w:p>
        </w:tc>
        <w:tc>
          <w:tcPr>
            <w:tcW w:w="1234" w:type="dxa"/>
          </w:tcPr>
          <w:p w14:paraId="579B1A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335</w:t>
            </w:r>
          </w:p>
        </w:tc>
        <w:tc>
          <w:tcPr>
            <w:tcW w:w="1234" w:type="dxa"/>
          </w:tcPr>
          <w:p w14:paraId="7454A3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6E1046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0164EC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7C7769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5,7</w:t>
            </w:r>
          </w:p>
        </w:tc>
      </w:tr>
      <w:tr w:rsidR="006F0136" w:rsidRPr="00D77020" w14:paraId="54683ACD" w14:textId="77777777">
        <w:tc>
          <w:tcPr>
            <w:tcW w:w="1234" w:type="dxa"/>
          </w:tcPr>
          <w:p w14:paraId="0C6B5C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DD323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BS-335-з</w:t>
            </w:r>
          </w:p>
        </w:tc>
        <w:tc>
          <w:tcPr>
            <w:tcW w:w="1234" w:type="dxa"/>
          </w:tcPr>
          <w:p w14:paraId="77FDEE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335</w:t>
            </w:r>
          </w:p>
        </w:tc>
        <w:tc>
          <w:tcPr>
            <w:tcW w:w="1234" w:type="dxa"/>
          </w:tcPr>
          <w:p w14:paraId="63BD3B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6D97F2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7943CA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8B0097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0,9</w:t>
            </w:r>
          </w:p>
        </w:tc>
      </w:tr>
      <w:tr w:rsidR="006F0136" w:rsidRPr="00D77020" w14:paraId="182BD4E6" w14:textId="77777777">
        <w:tc>
          <w:tcPr>
            <w:tcW w:w="1234" w:type="dxa"/>
          </w:tcPr>
          <w:p w14:paraId="3DA4AE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1B8F1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BS-335-к</w:t>
            </w:r>
          </w:p>
        </w:tc>
        <w:tc>
          <w:tcPr>
            <w:tcW w:w="1234" w:type="dxa"/>
          </w:tcPr>
          <w:p w14:paraId="5F20CF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335</w:t>
            </w:r>
          </w:p>
        </w:tc>
        <w:tc>
          <w:tcPr>
            <w:tcW w:w="1234" w:type="dxa"/>
          </w:tcPr>
          <w:p w14:paraId="08BFFB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4828D9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180</w:t>
            </w:r>
          </w:p>
        </w:tc>
        <w:tc>
          <w:tcPr>
            <w:tcW w:w="1234" w:type="dxa"/>
          </w:tcPr>
          <w:p w14:paraId="62270F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0F96684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7,2</w:t>
            </w:r>
          </w:p>
        </w:tc>
      </w:tr>
      <w:tr w:rsidR="006F0136" w:rsidRPr="00D77020" w14:paraId="49B56089" w14:textId="77777777">
        <w:tc>
          <w:tcPr>
            <w:tcW w:w="1234" w:type="dxa"/>
          </w:tcPr>
          <w:p w14:paraId="649332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DFBB2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BS-335-л</w:t>
            </w:r>
          </w:p>
        </w:tc>
        <w:tc>
          <w:tcPr>
            <w:tcW w:w="1234" w:type="dxa"/>
          </w:tcPr>
          <w:p w14:paraId="3BE92B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335</w:t>
            </w:r>
          </w:p>
        </w:tc>
        <w:tc>
          <w:tcPr>
            <w:tcW w:w="1234" w:type="dxa"/>
          </w:tcPr>
          <w:p w14:paraId="7B34DF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366E19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38C59C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1013266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6,6</w:t>
            </w:r>
          </w:p>
        </w:tc>
      </w:tr>
      <w:tr w:rsidR="006F0136" w:rsidRPr="00D77020" w14:paraId="3B65FB36" w14:textId="77777777">
        <w:tc>
          <w:tcPr>
            <w:tcW w:w="1234" w:type="dxa"/>
          </w:tcPr>
          <w:p w14:paraId="4E4552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2019</w:t>
            </w:r>
          </w:p>
        </w:tc>
        <w:tc>
          <w:tcPr>
            <w:tcW w:w="1234" w:type="dxa"/>
          </w:tcPr>
          <w:p w14:paraId="546E12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BS-335-н</w:t>
            </w:r>
          </w:p>
        </w:tc>
        <w:tc>
          <w:tcPr>
            <w:tcW w:w="1234" w:type="dxa"/>
          </w:tcPr>
          <w:p w14:paraId="1DD2A6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335</w:t>
            </w:r>
          </w:p>
        </w:tc>
        <w:tc>
          <w:tcPr>
            <w:tcW w:w="1234" w:type="dxa"/>
          </w:tcPr>
          <w:p w14:paraId="353EA0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3E9E8F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63F804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3CDB129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2,3</w:t>
            </w:r>
          </w:p>
        </w:tc>
      </w:tr>
      <w:tr w:rsidR="006F0136" w:rsidRPr="00D77020" w14:paraId="4E4C2B3A" w14:textId="77777777">
        <w:tc>
          <w:tcPr>
            <w:tcW w:w="1234" w:type="dxa"/>
          </w:tcPr>
          <w:p w14:paraId="526308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C5782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BS-336-е</w:t>
            </w:r>
          </w:p>
        </w:tc>
        <w:tc>
          <w:tcPr>
            <w:tcW w:w="1234" w:type="dxa"/>
          </w:tcPr>
          <w:p w14:paraId="04461E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336</w:t>
            </w:r>
          </w:p>
        </w:tc>
        <w:tc>
          <w:tcPr>
            <w:tcW w:w="1234" w:type="dxa"/>
          </w:tcPr>
          <w:p w14:paraId="110096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5E87DF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1DA899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820D30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9,2</w:t>
            </w:r>
          </w:p>
        </w:tc>
      </w:tr>
      <w:tr w:rsidR="006F0136" w:rsidRPr="00D77020" w14:paraId="1C00DCBC" w14:textId="77777777">
        <w:tc>
          <w:tcPr>
            <w:tcW w:w="1234" w:type="dxa"/>
          </w:tcPr>
          <w:p w14:paraId="5B2323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E1D0C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BS-336-ж</w:t>
            </w:r>
          </w:p>
        </w:tc>
        <w:tc>
          <w:tcPr>
            <w:tcW w:w="1234" w:type="dxa"/>
          </w:tcPr>
          <w:p w14:paraId="6B6424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336</w:t>
            </w:r>
          </w:p>
        </w:tc>
        <w:tc>
          <w:tcPr>
            <w:tcW w:w="1234" w:type="dxa"/>
          </w:tcPr>
          <w:p w14:paraId="7BE814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116631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1876E0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23840D5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4,7</w:t>
            </w:r>
          </w:p>
        </w:tc>
      </w:tr>
      <w:tr w:rsidR="006F0136" w:rsidRPr="00D77020" w14:paraId="676986A8" w14:textId="77777777">
        <w:tc>
          <w:tcPr>
            <w:tcW w:w="1234" w:type="dxa"/>
          </w:tcPr>
          <w:p w14:paraId="6820E4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0DC72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BS-337-з</w:t>
            </w:r>
          </w:p>
        </w:tc>
        <w:tc>
          <w:tcPr>
            <w:tcW w:w="1234" w:type="dxa"/>
          </w:tcPr>
          <w:p w14:paraId="342427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337</w:t>
            </w:r>
          </w:p>
        </w:tc>
        <w:tc>
          <w:tcPr>
            <w:tcW w:w="1234" w:type="dxa"/>
          </w:tcPr>
          <w:p w14:paraId="6A17B8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2B08C0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09C4F3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3CDC0C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6,5</w:t>
            </w:r>
          </w:p>
        </w:tc>
      </w:tr>
      <w:tr w:rsidR="006F0136" w:rsidRPr="00D77020" w14:paraId="54288A71" w14:textId="77777777">
        <w:tc>
          <w:tcPr>
            <w:tcW w:w="1234" w:type="dxa"/>
          </w:tcPr>
          <w:p w14:paraId="565FB8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12BFA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BS-337-н</w:t>
            </w:r>
          </w:p>
        </w:tc>
        <w:tc>
          <w:tcPr>
            <w:tcW w:w="1234" w:type="dxa"/>
          </w:tcPr>
          <w:p w14:paraId="7F43D0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337</w:t>
            </w:r>
          </w:p>
        </w:tc>
        <w:tc>
          <w:tcPr>
            <w:tcW w:w="1234" w:type="dxa"/>
          </w:tcPr>
          <w:p w14:paraId="679115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43E28D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6558CE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1AE812D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4,6</w:t>
            </w:r>
          </w:p>
        </w:tc>
      </w:tr>
      <w:tr w:rsidR="006F0136" w:rsidRPr="00D77020" w14:paraId="36B73E1C" w14:textId="77777777">
        <w:tc>
          <w:tcPr>
            <w:tcW w:w="1234" w:type="dxa"/>
          </w:tcPr>
          <w:p w14:paraId="3253E8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81C41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BS-338-з</w:t>
            </w:r>
          </w:p>
        </w:tc>
        <w:tc>
          <w:tcPr>
            <w:tcW w:w="1234" w:type="dxa"/>
          </w:tcPr>
          <w:p w14:paraId="4F178C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338</w:t>
            </w:r>
          </w:p>
        </w:tc>
        <w:tc>
          <w:tcPr>
            <w:tcW w:w="1234" w:type="dxa"/>
          </w:tcPr>
          <w:p w14:paraId="557ECC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7C82EF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46210E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7D36B47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4,0</w:t>
            </w:r>
          </w:p>
        </w:tc>
      </w:tr>
      <w:tr w:rsidR="006F0136" w:rsidRPr="00D77020" w14:paraId="36350E4C" w14:textId="77777777">
        <w:tc>
          <w:tcPr>
            <w:tcW w:w="1234" w:type="dxa"/>
          </w:tcPr>
          <w:p w14:paraId="2ED687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70E61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BS-338-и</w:t>
            </w:r>
          </w:p>
        </w:tc>
        <w:tc>
          <w:tcPr>
            <w:tcW w:w="1234" w:type="dxa"/>
          </w:tcPr>
          <w:p w14:paraId="7DBAD7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338</w:t>
            </w:r>
          </w:p>
        </w:tc>
        <w:tc>
          <w:tcPr>
            <w:tcW w:w="1234" w:type="dxa"/>
          </w:tcPr>
          <w:p w14:paraId="03FC50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01AA72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0308FD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ADF5E6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6,6</w:t>
            </w:r>
          </w:p>
        </w:tc>
      </w:tr>
      <w:tr w:rsidR="006F0136" w:rsidRPr="00D77020" w14:paraId="6E4BDAF2" w14:textId="77777777">
        <w:tc>
          <w:tcPr>
            <w:tcW w:w="1234" w:type="dxa"/>
          </w:tcPr>
          <w:p w14:paraId="2C7242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65B2A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BS-338-л</w:t>
            </w:r>
          </w:p>
        </w:tc>
        <w:tc>
          <w:tcPr>
            <w:tcW w:w="1234" w:type="dxa"/>
          </w:tcPr>
          <w:p w14:paraId="627B7B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338</w:t>
            </w:r>
          </w:p>
        </w:tc>
        <w:tc>
          <w:tcPr>
            <w:tcW w:w="1234" w:type="dxa"/>
          </w:tcPr>
          <w:p w14:paraId="36302F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718ED1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0F0420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2C5259C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4,1</w:t>
            </w:r>
          </w:p>
        </w:tc>
      </w:tr>
      <w:tr w:rsidR="006F0136" w:rsidRPr="00D77020" w14:paraId="6FA40E0B" w14:textId="77777777">
        <w:tc>
          <w:tcPr>
            <w:tcW w:w="1234" w:type="dxa"/>
          </w:tcPr>
          <w:p w14:paraId="6F1B6F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A80FA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BS-338-н</w:t>
            </w:r>
          </w:p>
        </w:tc>
        <w:tc>
          <w:tcPr>
            <w:tcW w:w="1234" w:type="dxa"/>
          </w:tcPr>
          <w:p w14:paraId="11226E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338</w:t>
            </w:r>
          </w:p>
        </w:tc>
        <w:tc>
          <w:tcPr>
            <w:tcW w:w="1234" w:type="dxa"/>
          </w:tcPr>
          <w:p w14:paraId="70FBD0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078974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3F4AED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87B5CC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6,8</w:t>
            </w:r>
          </w:p>
        </w:tc>
      </w:tr>
      <w:tr w:rsidR="006F0136" w:rsidRPr="00D77020" w14:paraId="18C5B649" w14:textId="77777777">
        <w:tc>
          <w:tcPr>
            <w:tcW w:w="1234" w:type="dxa"/>
          </w:tcPr>
          <w:p w14:paraId="03BBB9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3CB26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BS-340-з</w:t>
            </w:r>
          </w:p>
        </w:tc>
        <w:tc>
          <w:tcPr>
            <w:tcW w:w="1234" w:type="dxa"/>
          </w:tcPr>
          <w:p w14:paraId="33997D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340</w:t>
            </w:r>
          </w:p>
        </w:tc>
        <w:tc>
          <w:tcPr>
            <w:tcW w:w="1234" w:type="dxa"/>
          </w:tcPr>
          <w:p w14:paraId="2279C9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353407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280D7E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28BA93D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2,2</w:t>
            </w:r>
          </w:p>
        </w:tc>
      </w:tr>
      <w:tr w:rsidR="006F0136" w:rsidRPr="00D77020" w14:paraId="6345D13F" w14:textId="77777777">
        <w:tc>
          <w:tcPr>
            <w:tcW w:w="1234" w:type="dxa"/>
          </w:tcPr>
          <w:p w14:paraId="73EEBD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8EB8C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BS-340-к</w:t>
            </w:r>
          </w:p>
        </w:tc>
        <w:tc>
          <w:tcPr>
            <w:tcW w:w="1234" w:type="dxa"/>
          </w:tcPr>
          <w:p w14:paraId="6F8AB9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340</w:t>
            </w:r>
          </w:p>
        </w:tc>
        <w:tc>
          <w:tcPr>
            <w:tcW w:w="1234" w:type="dxa"/>
          </w:tcPr>
          <w:p w14:paraId="37FFA1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64E310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75EF76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7EA38C2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3,9</w:t>
            </w:r>
          </w:p>
        </w:tc>
      </w:tr>
      <w:tr w:rsidR="006F0136" w:rsidRPr="00D77020" w14:paraId="2FCC84D8" w14:textId="77777777">
        <w:tc>
          <w:tcPr>
            <w:tcW w:w="1234" w:type="dxa"/>
          </w:tcPr>
          <w:p w14:paraId="087946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F94D2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BS-340-л</w:t>
            </w:r>
          </w:p>
        </w:tc>
        <w:tc>
          <w:tcPr>
            <w:tcW w:w="1234" w:type="dxa"/>
          </w:tcPr>
          <w:p w14:paraId="7B6186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340</w:t>
            </w:r>
          </w:p>
        </w:tc>
        <w:tc>
          <w:tcPr>
            <w:tcW w:w="1234" w:type="dxa"/>
          </w:tcPr>
          <w:p w14:paraId="6768AA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355D36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</w:t>
            </w:r>
          </w:p>
        </w:tc>
        <w:tc>
          <w:tcPr>
            <w:tcW w:w="1234" w:type="dxa"/>
          </w:tcPr>
          <w:p w14:paraId="540AA3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372C0BC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2,0</w:t>
            </w:r>
          </w:p>
        </w:tc>
      </w:tr>
      <w:tr w:rsidR="006F0136" w:rsidRPr="00D77020" w14:paraId="298A6231" w14:textId="77777777">
        <w:tc>
          <w:tcPr>
            <w:tcW w:w="1234" w:type="dxa"/>
          </w:tcPr>
          <w:p w14:paraId="54112B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1AFA6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BS-340-н</w:t>
            </w:r>
          </w:p>
        </w:tc>
        <w:tc>
          <w:tcPr>
            <w:tcW w:w="1234" w:type="dxa"/>
          </w:tcPr>
          <w:p w14:paraId="3A910B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340</w:t>
            </w:r>
          </w:p>
        </w:tc>
        <w:tc>
          <w:tcPr>
            <w:tcW w:w="1234" w:type="dxa"/>
          </w:tcPr>
          <w:p w14:paraId="6978CD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5A7FCE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234" w:type="dxa"/>
          </w:tcPr>
          <w:p w14:paraId="7419CF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1D3F897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5,5</w:t>
            </w:r>
          </w:p>
        </w:tc>
      </w:tr>
      <w:tr w:rsidR="006F0136" w:rsidRPr="00D77020" w14:paraId="0436FD87" w14:textId="77777777">
        <w:tc>
          <w:tcPr>
            <w:tcW w:w="1234" w:type="dxa"/>
          </w:tcPr>
          <w:p w14:paraId="3CE5CD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6FE81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BS-340-о</w:t>
            </w:r>
          </w:p>
        </w:tc>
        <w:tc>
          <w:tcPr>
            <w:tcW w:w="1234" w:type="dxa"/>
          </w:tcPr>
          <w:p w14:paraId="7CBC34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340</w:t>
            </w:r>
          </w:p>
        </w:tc>
        <w:tc>
          <w:tcPr>
            <w:tcW w:w="1234" w:type="dxa"/>
          </w:tcPr>
          <w:p w14:paraId="5B30EA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7E9036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</w:t>
            </w:r>
          </w:p>
        </w:tc>
        <w:tc>
          <w:tcPr>
            <w:tcW w:w="1234" w:type="dxa"/>
          </w:tcPr>
          <w:p w14:paraId="7D8448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56E7586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2,4</w:t>
            </w:r>
          </w:p>
        </w:tc>
      </w:tr>
      <w:tr w:rsidR="006F0136" w:rsidRPr="00D77020" w14:paraId="4E4533F2" w14:textId="77777777">
        <w:tc>
          <w:tcPr>
            <w:tcW w:w="1234" w:type="dxa"/>
          </w:tcPr>
          <w:p w14:paraId="4CA8C7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1FC96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BS-344-к</w:t>
            </w:r>
          </w:p>
        </w:tc>
        <w:tc>
          <w:tcPr>
            <w:tcW w:w="1234" w:type="dxa"/>
          </w:tcPr>
          <w:p w14:paraId="5227DA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344</w:t>
            </w:r>
          </w:p>
        </w:tc>
        <w:tc>
          <w:tcPr>
            <w:tcW w:w="1234" w:type="dxa"/>
          </w:tcPr>
          <w:p w14:paraId="5DF99E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4C2FAA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5BB3F4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1B23FC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10,0</w:t>
            </w:r>
          </w:p>
        </w:tc>
      </w:tr>
      <w:tr w:rsidR="006F0136" w:rsidRPr="00D77020" w14:paraId="67C008D9" w14:textId="77777777">
        <w:tc>
          <w:tcPr>
            <w:tcW w:w="1234" w:type="dxa"/>
          </w:tcPr>
          <w:p w14:paraId="4FE69A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CBEA3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BS-347-л</w:t>
            </w:r>
          </w:p>
        </w:tc>
        <w:tc>
          <w:tcPr>
            <w:tcW w:w="1234" w:type="dxa"/>
          </w:tcPr>
          <w:p w14:paraId="189850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347</w:t>
            </w:r>
          </w:p>
        </w:tc>
        <w:tc>
          <w:tcPr>
            <w:tcW w:w="1234" w:type="dxa"/>
          </w:tcPr>
          <w:p w14:paraId="2654FF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25D65E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2BEE26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6A4B59C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2,6</w:t>
            </w:r>
          </w:p>
        </w:tc>
      </w:tr>
      <w:tr w:rsidR="006F0136" w:rsidRPr="00D77020" w14:paraId="0596574D" w14:textId="77777777">
        <w:tc>
          <w:tcPr>
            <w:tcW w:w="1234" w:type="dxa"/>
          </w:tcPr>
          <w:p w14:paraId="4D2059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D1E25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BS-354-ж</w:t>
            </w:r>
          </w:p>
        </w:tc>
        <w:tc>
          <w:tcPr>
            <w:tcW w:w="1234" w:type="dxa"/>
          </w:tcPr>
          <w:p w14:paraId="388A16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354</w:t>
            </w:r>
          </w:p>
        </w:tc>
        <w:tc>
          <w:tcPr>
            <w:tcW w:w="1234" w:type="dxa"/>
          </w:tcPr>
          <w:p w14:paraId="248090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7335C4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70C87E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56A4A68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5,6</w:t>
            </w:r>
          </w:p>
        </w:tc>
      </w:tr>
      <w:tr w:rsidR="006F0136" w:rsidRPr="00D77020" w14:paraId="731D07FA" w14:textId="77777777">
        <w:tc>
          <w:tcPr>
            <w:tcW w:w="1234" w:type="dxa"/>
          </w:tcPr>
          <w:p w14:paraId="739FE3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7F751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BS-355-е</w:t>
            </w:r>
          </w:p>
        </w:tc>
        <w:tc>
          <w:tcPr>
            <w:tcW w:w="1234" w:type="dxa"/>
          </w:tcPr>
          <w:p w14:paraId="4604AF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355</w:t>
            </w:r>
          </w:p>
        </w:tc>
        <w:tc>
          <w:tcPr>
            <w:tcW w:w="1234" w:type="dxa"/>
          </w:tcPr>
          <w:p w14:paraId="3CCE1C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4A316A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64E018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04134A7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7071FA10" w14:textId="77777777">
        <w:tc>
          <w:tcPr>
            <w:tcW w:w="1234" w:type="dxa"/>
          </w:tcPr>
          <w:p w14:paraId="3BC803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34D2E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BS-355-з</w:t>
            </w:r>
          </w:p>
        </w:tc>
        <w:tc>
          <w:tcPr>
            <w:tcW w:w="1234" w:type="dxa"/>
          </w:tcPr>
          <w:p w14:paraId="430032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355</w:t>
            </w:r>
          </w:p>
        </w:tc>
        <w:tc>
          <w:tcPr>
            <w:tcW w:w="1234" w:type="dxa"/>
          </w:tcPr>
          <w:p w14:paraId="79A284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6AD0A6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618C57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013BE2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2,2</w:t>
            </w:r>
          </w:p>
        </w:tc>
      </w:tr>
      <w:tr w:rsidR="006F0136" w:rsidRPr="00D77020" w14:paraId="63516457" w14:textId="77777777">
        <w:tc>
          <w:tcPr>
            <w:tcW w:w="1234" w:type="dxa"/>
          </w:tcPr>
          <w:p w14:paraId="5F931E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9FBEF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BS-355-и</w:t>
            </w:r>
          </w:p>
        </w:tc>
        <w:tc>
          <w:tcPr>
            <w:tcW w:w="1234" w:type="dxa"/>
          </w:tcPr>
          <w:p w14:paraId="412711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355</w:t>
            </w:r>
          </w:p>
        </w:tc>
        <w:tc>
          <w:tcPr>
            <w:tcW w:w="1234" w:type="dxa"/>
          </w:tcPr>
          <w:p w14:paraId="12D717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60B98F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49B8B0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4D4ECE6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3,1</w:t>
            </w:r>
          </w:p>
        </w:tc>
      </w:tr>
      <w:tr w:rsidR="006F0136" w:rsidRPr="00D77020" w14:paraId="5AC3410C" w14:textId="77777777">
        <w:tc>
          <w:tcPr>
            <w:tcW w:w="1234" w:type="dxa"/>
          </w:tcPr>
          <w:p w14:paraId="448341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A7130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BS-356-е</w:t>
            </w:r>
          </w:p>
        </w:tc>
        <w:tc>
          <w:tcPr>
            <w:tcW w:w="1234" w:type="dxa"/>
          </w:tcPr>
          <w:p w14:paraId="636D42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356</w:t>
            </w:r>
          </w:p>
        </w:tc>
        <w:tc>
          <w:tcPr>
            <w:tcW w:w="1234" w:type="dxa"/>
          </w:tcPr>
          <w:p w14:paraId="71AA0B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239914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42B798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1850471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11,9</w:t>
            </w:r>
          </w:p>
        </w:tc>
      </w:tr>
      <w:tr w:rsidR="006F0136" w:rsidRPr="00D77020" w14:paraId="1B8060E1" w14:textId="77777777">
        <w:tc>
          <w:tcPr>
            <w:tcW w:w="1234" w:type="dxa"/>
          </w:tcPr>
          <w:p w14:paraId="0FA35C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91E81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BS-358-д</w:t>
            </w:r>
          </w:p>
        </w:tc>
        <w:tc>
          <w:tcPr>
            <w:tcW w:w="1234" w:type="dxa"/>
          </w:tcPr>
          <w:p w14:paraId="725F5C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358</w:t>
            </w:r>
          </w:p>
        </w:tc>
        <w:tc>
          <w:tcPr>
            <w:tcW w:w="1234" w:type="dxa"/>
          </w:tcPr>
          <w:p w14:paraId="4F5BF7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164333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2B2592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B74662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12,3</w:t>
            </w:r>
          </w:p>
        </w:tc>
      </w:tr>
      <w:tr w:rsidR="006F0136" w:rsidRPr="00D77020" w14:paraId="5531759F" w14:textId="77777777">
        <w:tc>
          <w:tcPr>
            <w:tcW w:w="1234" w:type="dxa"/>
          </w:tcPr>
          <w:p w14:paraId="271168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1EBDB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BS-358-ж</w:t>
            </w:r>
          </w:p>
        </w:tc>
        <w:tc>
          <w:tcPr>
            <w:tcW w:w="1234" w:type="dxa"/>
          </w:tcPr>
          <w:p w14:paraId="30582E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358</w:t>
            </w:r>
          </w:p>
        </w:tc>
        <w:tc>
          <w:tcPr>
            <w:tcW w:w="1234" w:type="dxa"/>
          </w:tcPr>
          <w:p w14:paraId="420F1B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58A14E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3F5FF4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F22CD7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13,9</w:t>
            </w:r>
          </w:p>
        </w:tc>
      </w:tr>
      <w:tr w:rsidR="006F0136" w:rsidRPr="00D77020" w14:paraId="05E1A264" w14:textId="77777777">
        <w:tc>
          <w:tcPr>
            <w:tcW w:w="1234" w:type="dxa"/>
          </w:tcPr>
          <w:p w14:paraId="657A26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A1E69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BS-358-з</w:t>
            </w:r>
          </w:p>
        </w:tc>
        <w:tc>
          <w:tcPr>
            <w:tcW w:w="1234" w:type="dxa"/>
          </w:tcPr>
          <w:p w14:paraId="1BCF55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358</w:t>
            </w:r>
          </w:p>
        </w:tc>
        <w:tc>
          <w:tcPr>
            <w:tcW w:w="1234" w:type="dxa"/>
          </w:tcPr>
          <w:p w14:paraId="7C1BFE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58F7C5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346D71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65B9042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5,9</w:t>
            </w:r>
          </w:p>
        </w:tc>
      </w:tr>
      <w:tr w:rsidR="006F0136" w:rsidRPr="00D77020" w14:paraId="645927BA" w14:textId="77777777">
        <w:tc>
          <w:tcPr>
            <w:tcW w:w="1234" w:type="dxa"/>
          </w:tcPr>
          <w:p w14:paraId="3C1F95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2BF80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BS-359-в</w:t>
            </w:r>
          </w:p>
        </w:tc>
        <w:tc>
          <w:tcPr>
            <w:tcW w:w="1234" w:type="dxa"/>
          </w:tcPr>
          <w:p w14:paraId="27C29A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359</w:t>
            </w:r>
          </w:p>
        </w:tc>
        <w:tc>
          <w:tcPr>
            <w:tcW w:w="1234" w:type="dxa"/>
          </w:tcPr>
          <w:p w14:paraId="6FA3AC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752B75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1F495E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5CCDF5B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1,7</w:t>
            </w:r>
          </w:p>
        </w:tc>
      </w:tr>
      <w:tr w:rsidR="006F0136" w:rsidRPr="00D77020" w14:paraId="4CABE3E6" w14:textId="77777777">
        <w:tc>
          <w:tcPr>
            <w:tcW w:w="1234" w:type="dxa"/>
          </w:tcPr>
          <w:p w14:paraId="4B5603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DC2EC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BS-359-ю</w:t>
            </w:r>
          </w:p>
        </w:tc>
        <w:tc>
          <w:tcPr>
            <w:tcW w:w="1234" w:type="dxa"/>
          </w:tcPr>
          <w:p w14:paraId="7A02FF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359</w:t>
            </w:r>
          </w:p>
        </w:tc>
        <w:tc>
          <w:tcPr>
            <w:tcW w:w="1234" w:type="dxa"/>
          </w:tcPr>
          <w:p w14:paraId="60102C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ю</w:t>
            </w:r>
          </w:p>
        </w:tc>
        <w:tc>
          <w:tcPr>
            <w:tcW w:w="1234" w:type="dxa"/>
          </w:tcPr>
          <w:p w14:paraId="6792F4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0BC86D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2321399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9,5</w:t>
            </w:r>
          </w:p>
        </w:tc>
      </w:tr>
      <w:tr w:rsidR="006F0136" w:rsidRPr="00D77020" w14:paraId="30FC2855" w14:textId="77777777">
        <w:tc>
          <w:tcPr>
            <w:tcW w:w="1234" w:type="dxa"/>
          </w:tcPr>
          <w:p w14:paraId="7952BA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5C234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BS-368-ш</w:t>
            </w:r>
          </w:p>
        </w:tc>
        <w:tc>
          <w:tcPr>
            <w:tcW w:w="1234" w:type="dxa"/>
          </w:tcPr>
          <w:p w14:paraId="366BB1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368</w:t>
            </w:r>
          </w:p>
        </w:tc>
        <w:tc>
          <w:tcPr>
            <w:tcW w:w="1234" w:type="dxa"/>
          </w:tcPr>
          <w:p w14:paraId="5C93E7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ш</w:t>
            </w:r>
          </w:p>
        </w:tc>
        <w:tc>
          <w:tcPr>
            <w:tcW w:w="1234" w:type="dxa"/>
          </w:tcPr>
          <w:p w14:paraId="311C16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1D958E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0D848C0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8,7</w:t>
            </w:r>
          </w:p>
        </w:tc>
      </w:tr>
      <w:tr w:rsidR="006F0136" w:rsidRPr="00D77020" w14:paraId="490023B9" w14:textId="77777777">
        <w:tc>
          <w:tcPr>
            <w:tcW w:w="1234" w:type="dxa"/>
          </w:tcPr>
          <w:p w14:paraId="54A405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36716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BS-369-а</w:t>
            </w:r>
          </w:p>
        </w:tc>
        <w:tc>
          <w:tcPr>
            <w:tcW w:w="1234" w:type="dxa"/>
          </w:tcPr>
          <w:p w14:paraId="14DB76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369</w:t>
            </w:r>
          </w:p>
        </w:tc>
        <w:tc>
          <w:tcPr>
            <w:tcW w:w="1234" w:type="dxa"/>
          </w:tcPr>
          <w:p w14:paraId="4262C0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616E8A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68B466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6BC3938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6,7</w:t>
            </w:r>
          </w:p>
        </w:tc>
      </w:tr>
      <w:tr w:rsidR="006F0136" w:rsidRPr="00D77020" w14:paraId="4EBAC59E" w14:textId="77777777">
        <w:tc>
          <w:tcPr>
            <w:tcW w:w="1234" w:type="dxa"/>
          </w:tcPr>
          <w:p w14:paraId="25673D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4A216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BS-370-и1</w:t>
            </w:r>
          </w:p>
        </w:tc>
        <w:tc>
          <w:tcPr>
            <w:tcW w:w="1234" w:type="dxa"/>
          </w:tcPr>
          <w:p w14:paraId="593D67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370</w:t>
            </w:r>
          </w:p>
        </w:tc>
        <w:tc>
          <w:tcPr>
            <w:tcW w:w="1234" w:type="dxa"/>
          </w:tcPr>
          <w:p w14:paraId="23A92A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и1</w:t>
            </w:r>
          </w:p>
        </w:tc>
        <w:tc>
          <w:tcPr>
            <w:tcW w:w="1234" w:type="dxa"/>
          </w:tcPr>
          <w:p w14:paraId="2BE1E3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13CF5E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155DE8D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4,5</w:t>
            </w:r>
          </w:p>
        </w:tc>
      </w:tr>
      <w:tr w:rsidR="006F0136" w:rsidRPr="00D77020" w14:paraId="0767E115" w14:textId="77777777">
        <w:tc>
          <w:tcPr>
            <w:tcW w:w="1234" w:type="dxa"/>
          </w:tcPr>
          <w:p w14:paraId="6E3C10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15B3A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BS-376-д1</w:t>
            </w:r>
          </w:p>
        </w:tc>
        <w:tc>
          <w:tcPr>
            <w:tcW w:w="1234" w:type="dxa"/>
          </w:tcPr>
          <w:p w14:paraId="73EA40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376</w:t>
            </w:r>
          </w:p>
        </w:tc>
        <w:tc>
          <w:tcPr>
            <w:tcW w:w="1234" w:type="dxa"/>
          </w:tcPr>
          <w:p w14:paraId="7CC6C8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д1</w:t>
            </w:r>
          </w:p>
        </w:tc>
        <w:tc>
          <w:tcPr>
            <w:tcW w:w="1234" w:type="dxa"/>
          </w:tcPr>
          <w:p w14:paraId="70FD56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41ED6F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4CCA493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4,3</w:t>
            </w:r>
          </w:p>
        </w:tc>
      </w:tr>
      <w:tr w:rsidR="006F0136" w:rsidRPr="00D77020" w14:paraId="281D5651" w14:textId="77777777">
        <w:tc>
          <w:tcPr>
            <w:tcW w:w="1234" w:type="dxa"/>
          </w:tcPr>
          <w:p w14:paraId="3732A0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C368A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BS-380-а</w:t>
            </w:r>
          </w:p>
        </w:tc>
        <w:tc>
          <w:tcPr>
            <w:tcW w:w="1234" w:type="dxa"/>
          </w:tcPr>
          <w:p w14:paraId="435EC4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380</w:t>
            </w:r>
          </w:p>
        </w:tc>
        <w:tc>
          <w:tcPr>
            <w:tcW w:w="1234" w:type="dxa"/>
          </w:tcPr>
          <w:p w14:paraId="25A23D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5C1673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644DC5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69D359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16,4</w:t>
            </w:r>
          </w:p>
        </w:tc>
      </w:tr>
      <w:tr w:rsidR="006F0136" w:rsidRPr="00D77020" w14:paraId="54F66238" w14:textId="77777777">
        <w:tc>
          <w:tcPr>
            <w:tcW w:w="1234" w:type="dxa"/>
          </w:tcPr>
          <w:p w14:paraId="08853C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A67AF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BS-380-н</w:t>
            </w:r>
          </w:p>
        </w:tc>
        <w:tc>
          <w:tcPr>
            <w:tcW w:w="1234" w:type="dxa"/>
          </w:tcPr>
          <w:p w14:paraId="76C713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380</w:t>
            </w:r>
          </w:p>
        </w:tc>
        <w:tc>
          <w:tcPr>
            <w:tcW w:w="1234" w:type="dxa"/>
          </w:tcPr>
          <w:p w14:paraId="4E4CE6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7740B4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0852B5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8064E4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1,4</w:t>
            </w:r>
          </w:p>
        </w:tc>
      </w:tr>
      <w:tr w:rsidR="006F0136" w:rsidRPr="00D77020" w14:paraId="1317C694" w14:textId="77777777">
        <w:tc>
          <w:tcPr>
            <w:tcW w:w="1234" w:type="dxa"/>
          </w:tcPr>
          <w:p w14:paraId="0B22E9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56177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BS-381-в</w:t>
            </w:r>
          </w:p>
        </w:tc>
        <w:tc>
          <w:tcPr>
            <w:tcW w:w="1234" w:type="dxa"/>
          </w:tcPr>
          <w:p w14:paraId="171F1F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381</w:t>
            </w:r>
          </w:p>
        </w:tc>
        <w:tc>
          <w:tcPr>
            <w:tcW w:w="1234" w:type="dxa"/>
          </w:tcPr>
          <w:p w14:paraId="200D3B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36A334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2E32B9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6AEFF85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7,3</w:t>
            </w:r>
          </w:p>
        </w:tc>
      </w:tr>
      <w:tr w:rsidR="006F0136" w:rsidRPr="00D77020" w14:paraId="222DF6E2" w14:textId="77777777">
        <w:tc>
          <w:tcPr>
            <w:tcW w:w="1234" w:type="dxa"/>
          </w:tcPr>
          <w:p w14:paraId="1229D7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A4240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BS-381-д</w:t>
            </w:r>
          </w:p>
        </w:tc>
        <w:tc>
          <w:tcPr>
            <w:tcW w:w="1234" w:type="dxa"/>
          </w:tcPr>
          <w:p w14:paraId="0AB95E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381</w:t>
            </w:r>
          </w:p>
        </w:tc>
        <w:tc>
          <w:tcPr>
            <w:tcW w:w="1234" w:type="dxa"/>
          </w:tcPr>
          <w:p w14:paraId="0463CE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03F6AB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29239E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694B69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1,7</w:t>
            </w:r>
          </w:p>
        </w:tc>
      </w:tr>
      <w:tr w:rsidR="006F0136" w:rsidRPr="00D77020" w14:paraId="299A13FC" w14:textId="77777777">
        <w:tc>
          <w:tcPr>
            <w:tcW w:w="1234" w:type="dxa"/>
          </w:tcPr>
          <w:p w14:paraId="5864F3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3E8CB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BS-381-е</w:t>
            </w:r>
          </w:p>
        </w:tc>
        <w:tc>
          <w:tcPr>
            <w:tcW w:w="1234" w:type="dxa"/>
          </w:tcPr>
          <w:p w14:paraId="04C815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381</w:t>
            </w:r>
          </w:p>
        </w:tc>
        <w:tc>
          <w:tcPr>
            <w:tcW w:w="1234" w:type="dxa"/>
          </w:tcPr>
          <w:p w14:paraId="0AFF14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76CF8F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13B513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4C4B68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34AD5CBF" w14:textId="77777777">
        <w:tc>
          <w:tcPr>
            <w:tcW w:w="1234" w:type="dxa"/>
          </w:tcPr>
          <w:p w14:paraId="16FD68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2B08A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BS-382-а</w:t>
            </w:r>
          </w:p>
        </w:tc>
        <w:tc>
          <w:tcPr>
            <w:tcW w:w="1234" w:type="dxa"/>
          </w:tcPr>
          <w:p w14:paraId="19D031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382</w:t>
            </w:r>
          </w:p>
        </w:tc>
        <w:tc>
          <w:tcPr>
            <w:tcW w:w="1234" w:type="dxa"/>
          </w:tcPr>
          <w:p w14:paraId="630C7F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717D4F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6F5E90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9E9AD6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2,8</w:t>
            </w:r>
          </w:p>
        </w:tc>
      </w:tr>
      <w:tr w:rsidR="006F0136" w:rsidRPr="00D77020" w14:paraId="4F45CF81" w14:textId="77777777">
        <w:tc>
          <w:tcPr>
            <w:tcW w:w="1234" w:type="dxa"/>
          </w:tcPr>
          <w:p w14:paraId="79CBE4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E0BD4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BS-382-б</w:t>
            </w:r>
          </w:p>
        </w:tc>
        <w:tc>
          <w:tcPr>
            <w:tcW w:w="1234" w:type="dxa"/>
          </w:tcPr>
          <w:p w14:paraId="46F3A0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382</w:t>
            </w:r>
          </w:p>
        </w:tc>
        <w:tc>
          <w:tcPr>
            <w:tcW w:w="1234" w:type="dxa"/>
          </w:tcPr>
          <w:p w14:paraId="0B6013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7FE3A0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5A95B9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D03A10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766BEE79" w14:textId="77777777">
        <w:tc>
          <w:tcPr>
            <w:tcW w:w="1234" w:type="dxa"/>
          </w:tcPr>
          <w:p w14:paraId="44365D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4B3CF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BS-382-в</w:t>
            </w:r>
          </w:p>
        </w:tc>
        <w:tc>
          <w:tcPr>
            <w:tcW w:w="1234" w:type="dxa"/>
          </w:tcPr>
          <w:p w14:paraId="311AD1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382</w:t>
            </w:r>
          </w:p>
        </w:tc>
        <w:tc>
          <w:tcPr>
            <w:tcW w:w="1234" w:type="dxa"/>
          </w:tcPr>
          <w:p w14:paraId="6CD4D9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3C9EF0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3880E5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3FA5A6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1,4</w:t>
            </w:r>
          </w:p>
        </w:tc>
      </w:tr>
      <w:tr w:rsidR="006F0136" w:rsidRPr="00D77020" w14:paraId="6D2E3CD5" w14:textId="77777777">
        <w:tc>
          <w:tcPr>
            <w:tcW w:w="1234" w:type="dxa"/>
          </w:tcPr>
          <w:p w14:paraId="25A880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C6436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BS-382-г</w:t>
            </w:r>
          </w:p>
        </w:tc>
        <w:tc>
          <w:tcPr>
            <w:tcW w:w="1234" w:type="dxa"/>
          </w:tcPr>
          <w:p w14:paraId="3B96A6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382</w:t>
            </w:r>
          </w:p>
        </w:tc>
        <w:tc>
          <w:tcPr>
            <w:tcW w:w="1234" w:type="dxa"/>
          </w:tcPr>
          <w:p w14:paraId="1D6DCD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186B63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6AD1A7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802C43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0,8</w:t>
            </w:r>
          </w:p>
        </w:tc>
      </w:tr>
      <w:tr w:rsidR="006F0136" w:rsidRPr="00D77020" w14:paraId="5FB99C3C" w14:textId="77777777">
        <w:tc>
          <w:tcPr>
            <w:tcW w:w="1234" w:type="dxa"/>
          </w:tcPr>
          <w:p w14:paraId="21E0A2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1D364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BS-382-д</w:t>
            </w:r>
          </w:p>
        </w:tc>
        <w:tc>
          <w:tcPr>
            <w:tcW w:w="1234" w:type="dxa"/>
          </w:tcPr>
          <w:p w14:paraId="65CDDD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382</w:t>
            </w:r>
          </w:p>
        </w:tc>
        <w:tc>
          <w:tcPr>
            <w:tcW w:w="1234" w:type="dxa"/>
          </w:tcPr>
          <w:p w14:paraId="25C645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4256B9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14189F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FAFA0D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1,9</w:t>
            </w:r>
          </w:p>
        </w:tc>
      </w:tr>
      <w:tr w:rsidR="006F0136" w:rsidRPr="00D77020" w14:paraId="116580B0" w14:textId="77777777">
        <w:tc>
          <w:tcPr>
            <w:tcW w:w="1234" w:type="dxa"/>
          </w:tcPr>
          <w:p w14:paraId="6EABA4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9E4FC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BS-382-ж</w:t>
            </w:r>
          </w:p>
        </w:tc>
        <w:tc>
          <w:tcPr>
            <w:tcW w:w="1234" w:type="dxa"/>
          </w:tcPr>
          <w:p w14:paraId="70B150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382</w:t>
            </w:r>
          </w:p>
        </w:tc>
        <w:tc>
          <w:tcPr>
            <w:tcW w:w="1234" w:type="dxa"/>
          </w:tcPr>
          <w:p w14:paraId="5D616F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7E0E25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7FAEE4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376033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0,9</w:t>
            </w:r>
          </w:p>
        </w:tc>
      </w:tr>
      <w:tr w:rsidR="006F0136" w:rsidRPr="00D77020" w14:paraId="02F0177D" w14:textId="77777777">
        <w:tc>
          <w:tcPr>
            <w:tcW w:w="1234" w:type="dxa"/>
          </w:tcPr>
          <w:p w14:paraId="7E06AC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117EF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BS-382-з</w:t>
            </w:r>
          </w:p>
        </w:tc>
        <w:tc>
          <w:tcPr>
            <w:tcW w:w="1234" w:type="dxa"/>
          </w:tcPr>
          <w:p w14:paraId="6E5488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382</w:t>
            </w:r>
          </w:p>
        </w:tc>
        <w:tc>
          <w:tcPr>
            <w:tcW w:w="1234" w:type="dxa"/>
          </w:tcPr>
          <w:p w14:paraId="3C05F0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4AE9CE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069676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55A440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1,3</w:t>
            </w:r>
          </w:p>
        </w:tc>
      </w:tr>
      <w:tr w:rsidR="006F0136" w:rsidRPr="00D77020" w14:paraId="645E9787" w14:textId="77777777">
        <w:tc>
          <w:tcPr>
            <w:tcW w:w="1234" w:type="dxa"/>
          </w:tcPr>
          <w:p w14:paraId="4FC1B5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5517E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BS-382-и</w:t>
            </w:r>
          </w:p>
        </w:tc>
        <w:tc>
          <w:tcPr>
            <w:tcW w:w="1234" w:type="dxa"/>
          </w:tcPr>
          <w:p w14:paraId="327B94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382</w:t>
            </w:r>
          </w:p>
        </w:tc>
        <w:tc>
          <w:tcPr>
            <w:tcW w:w="1234" w:type="dxa"/>
          </w:tcPr>
          <w:p w14:paraId="49F485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44AD40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45949C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13A4B1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5,6</w:t>
            </w:r>
          </w:p>
        </w:tc>
      </w:tr>
      <w:tr w:rsidR="006F0136" w:rsidRPr="00D77020" w14:paraId="70607D8C" w14:textId="77777777">
        <w:tc>
          <w:tcPr>
            <w:tcW w:w="1234" w:type="dxa"/>
          </w:tcPr>
          <w:p w14:paraId="1BE7F3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C747C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BS-383-д</w:t>
            </w:r>
          </w:p>
        </w:tc>
        <w:tc>
          <w:tcPr>
            <w:tcW w:w="1234" w:type="dxa"/>
          </w:tcPr>
          <w:p w14:paraId="0BDB9A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383</w:t>
            </w:r>
          </w:p>
        </w:tc>
        <w:tc>
          <w:tcPr>
            <w:tcW w:w="1234" w:type="dxa"/>
          </w:tcPr>
          <w:p w14:paraId="02B284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159B75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08078C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4AF33B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0,1</w:t>
            </w:r>
          </w:p>
        </w:tc>
      </w:tr>
      <w:tr w:rsidR="006F0136" w:rsidRPr="00D77020" w14:paraId="0AB2D9CD" w14:textId="77777777">
        <w:tc>
          <w:tcPr>
            <w:tcW w:w="1234" w:type="dxa"/>
          </w:tcPr>
          <w:p w14:paraId="40BD64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CBD2B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BS-383-е</w:t>
            </w:r>
          </w:p>
        </w:tc>
        <w:tc>
          <w:tcPr>
            <w:tcW w:w="1234" w:type="dxa"/>
          </w:tcPr>
          <w:p w14:paraId="4030EA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383</w:t>
            </w:r>
          </w:p>
        </w:tc>
        <w:tc>
          <w:tcPr>
            <w:tcW w:w="1234" w:type="dxa"/>
          </w:tcPr>
          <w:p w14:paraId="2FAE74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52B096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5B81CF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DF9941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564072A5" w14:textId="77777777">
        <w:tc>
          <w:tcPr>
            <w:tcW w:w="1234" w:type="dxa"/>
          </w:tcPr>
          <w:p w14:paraId="0A5A3D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2FEE1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BS-383-и</w:t>
            </w:r>
          </w:p>
        </w:tc>
        <w:tc>
          <w:tcPr>
            <w:tcW w:w="1234" w:type="dxa"/>
          </w:tcPr>
          <w:p w14:paraId="471E29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383</w:t>
            </w:r>
          </w:p>
        </w:tc>
        <w:tc>
          <w:tcPr>
            <w:tcW w:w="1234" w:type="dxa"/>
          </w:tcPr>
          <w:p w14:paraId="6B25DF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2700ED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69994C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92B895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2EEA2308" w14:textId="77777777">
        <w:tc>
          <w:tcPr>
            <w:tcW w:w="1234" w:type="dxa"/>
          </w:tcPr>
          <w:p w14:paraId="017B0B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885FA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BS-383-к</w:t>
            </w:r>
          </w:p>
        </w:tc>
        <w:tc>
          <w:tcPr>
            <w:tcW w:w="1234" w:type="dxa"/>
          </w:tcPr>
          <w:p w14:paraId="76F6A4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383</w:t>
            </w:r>
          </w:p>
        </w:tc>
        <w:tc>
          <w:tcPr>
            <w:tcW w:w="1234" w:type="dxa"/>
          </w:tcPr>
          <w:p w14:paraId="6F07B2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154FC4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302235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B6DD0A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2,2</w:t>
            </w:r>
          </w:p>
        </w:tc>
      </w:tr>
      <w:tr w:rsidR="006F0136" w:rsidRPr="00D77020" w14:paraId="32630B3A" w14:textId="77777777">
        <w:tc>
          <w:tcPr>
            <w:tcW w:w="1234" w:type="dxa"/>
          </w:tcPr>
          <w:p w14:paraId="674EC2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38D29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BS-386-г</w:t>
            </w:r>
          </w:p>
        </w:tc>
        <w:tc>
          <w:tcPr>
            <w:tcW w:w="1234" w:type="dxa"/>
          </w:tcPr>
          <w:p w14:paraId="69910C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386</w:t>
            </w:r>
          </w:p>
        </w:tc>
        <w:tc>
          <w:tcPr>
            <w:tcW w:w="1234" w:type="dxa"/>
          </w:tcPr>
          <w:p w14:paraId="7C9893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045758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25DB85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193139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2,5</w:t>
            </w:r>
          </w:p>
        </w:tc>
      </w:tr>
      <w:tr w:rsidR="006F0136" w:rsidRPr="00D77020" w14:paraId="76272F98" w14:textId="77777777">
        <w:tc>
          <w:tcPr>
            <w:tcW w:w="1234" w:type="dxa"/>
          </w:tcPr>
          <w:p w14:paraId="1CB290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96435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BS-388-о</w:t>
            </w:r>
          </w:p>
        </w:tc>
        <w:tc>
          <w:tcPr>
            <w:tcW w:w="1234" w:type="dxa"/>
          </w:tcPr>
          <w:p w14:paraId="646C13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388</w:t>
            </w:r>
          </w:p>
        </w:tc>
        <w:tc>
          <w:tcPr>
            <w:tcW w:w="1234" w:type="dxa"/>
          </w:tcPr>
          <w:p w14:paraId="214727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41BF5C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653E43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20A85DE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3,6</w:t>
            </w:r>
          </w:p>
        </w:tc>
      </w:tr>
      <w:tr w:rsidR="006F0136" w:rsidRPr="00D77020" w14:paraId="0CCB5EE3" w14:textId="77777777">
        <w:tc>
          <w:tcPr>
            <w:tcW w:w="1234" w:type="dxa"/>
          </w:tcPr>
          <w:p w14:paraId="5859E1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2019</w:t>
            </w:r>
          </w:p>
        </w:tc>
        <w:tc>
          <w:tcPr>
            <w:tcW w:w="1234" w:type="dxa"/>
          </w:tcPr>
          <w:p w14:paraId="0B36E6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BS-420-в</w:t>
            </w:r>
          </w:p>
        </w:tc>
        <w:tc>
          <w:tcPr>
            <w:tcW w:w="1234" w:type="dxa"/>
          </w:tcPr>
          <w:p w14:paraId="542E30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420</w:t>
            </w:r>
          </w:p>
        </w:tc>
        <w:tc>
          <w:tcPr>
            <w:tcW w:w="1234" w:type="dxa"/>
          </w:tcPr>
          <w:p w14:paraId="0B13FD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18EFD7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4420EF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E84EED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5,1</w:t>
            </w:r>
          </w:p>
        </w:tc>
      </w:tr>
      <w:tr w:rsidR="006F0136" w:rsidRPr="00D77020" w14:paraId="55B51714" w14:textId="77777777">
        <w:tc>
          <w:tcPr>
            <w:tcW w:w="1234" w:type="dxa"/>
          </w:tcPr>
          <w:p w14:paraId="7103E7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DD347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BS-421-а</w:t>
            </w:r>
          </w:p>
        </w:tc>
        <w:tc>
          <w:tcPr>
            <w:tcW w:w="1234" w:type="dxa"/>
          </w:tcPr>
          <w:p w14:paraId="6D7644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421</w:t>
            </w:r>
          </w:p>
        </w:tc>
        <w:tc>
          <w:tcPr>
            <w:tcW w:w="1234" w:type="dxa"/>
          </w:tcPr>
          <w:p w14:paraId="6D2682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7979B9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4DC2EA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49AB8FB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12,3</w:t>
            </w:r>
          </w:p>
        </w:tc>
      </w:tr>
      <w:tr w:rsidR="006F0136" w:rsidRPr="00D77020" w14:paraId="21AD9EC2" w14:textId="77777777">
        <w:tc>
          <w:tcPr>
            <w:tcW w:w="1234" w:type="dxa"/>
          </w:tcPr>
          <w:p w14:paraId="1F432B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EEB10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BS-422-в</w:t>
            </w:r>
          </w:p>
        </w:tc>
        <w:tc>
          <w:tcPr>
            <w:tcW w:w="1234" w:type="dxa"/>
          </w:tcPr>
          <w:p w14:paraId="4ADA3D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422</w:t>
            </w:r>
          </w:p>
        </w:tc>
        <w:tc>
          <w:tcPr>
            <w:tcW w:w="1234" w:type="dxa"/>
          </w:tcPr>
          <w:p w14:paraId="3177A1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556BAD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1EEDA4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1DCECD7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2,7</w:t>
            </w:r>
          </w:p>
        </w:tc>
      </w:tr>
      <w:tr w:rsidR="006F0136" w:rsidRPr="00D77020" w14:paraId="10D2E761" w14:textId="77777777">
        <w:tc>
          <w:tcPr>
            <w:tcW w:w="1234" w:type="dxa"/>
          </w:tcPr>
          <w:p w14:paraId="1CB03F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07B7F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BS-422-г</w:t>
            </w:r>
          </w:p>
        </w:tc>
        <w:tc>
          <w:tcPr>
            <w:tcW w:w="1234" w:type="dxa"/>
          </w:tcPr>
          <w:p w14:paraId="0CE355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422</w:t>
            </w:r>
          </w:p>
        </w:tc>
        <w:tc>
          <w:tcPr>
            <w:tcW w:w="1234" w:type="dxa"/>
          </w:tcPr>
          <w:p w14:paraId="0845DB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7B1141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600986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687FFB2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9,1</w:t>
            </w:r>
          </w:p>
        </w:tc>
      </w:tr>
      <w:tr w:rsidR="006F0136" w:rsidRPr="00D77020" w14:paraId="7F0E437F" w14:textId="77777777">
        <w:tc>
          <w:tcPr>
            <w:tcW w:w="1234" w:type="dxa"/>
          </w:tcPr>
          <w:p w14:paraId="060330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364DA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BS-422-ж</w:t>
            </w:r>
          </w:p>
        </w:tc>
        <w:tc>
          <w:tcPr>
            <w:tcW w:w="1234" w:type="dxa"/>
          </w:tcPr>
          <w:p w14:paraId="0F11D1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422</w:t>
            </w:r>
          </w:p>
        </w:tc>
        <w:tc>
          <w:tcPr>
            <w:tcW w:w="1234" w:type="dxa"/>
          </w:tcPr>
          <w:p w14:paraId="39AD51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4923F2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032A6E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0DE0AB0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1,1</w:t>
            </w:r>
          </w:p>
        </w:tc>
      </w:tr>
      <w:tr w:rsidR="006F0136" w:rsidRPr="00D77020" w14:paraId="53848BE5" w14:textId="77777777">
        <w:tc>
          <w:tcPr>
            <w:tcW w:w="1234" w:type="dxa"/>
          </w:tcPr>
          <w:p w14:paraId="61405E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D6580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BS-423-а</w:t>
            </w:r>
          </w:p>
        </w:tc>
        <w:tc>
          <w:tcPr>
            <w:tcW w:w="1234" w:type="dxa"/>
          </w:tcPr>
          <w:p w14:paraId="3A045A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423</w:t>
            </w:r>
          </w:p>
        </w:tc>
        <w:tc>
          <w:tcPr>
            <w:tcW w:w="1234" w:type="dxa"/>
          </w:tcPr>
          <w:p w14:paraId="541B90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408E38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2B1E2D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3FCA6B5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14,9</w:t>
            </w:r>
          </w:p>
        </w:tc>
      </w:tr>
      <w:tr w:rsidR="006F0136" w:rsidRPr="00D77020" w14:paraId="180DC14E" w14:textId="77777777">
        <w:tc>
          <w:tcPr>
            <w:tcW w:w="1234" w:type="dxa"/>
          </w:tcPr>
          <w:p w14:paraId="1EF7BF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17041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BS-423-б</w:t>
            </w:r>
          </w:p>
        </w:tc>
        <w:tc>
          <w:tcPr>
            <w:tcW w:w="1234" w:type="dxa"/>
          </w:tcPr>
          <w:p w14:paraId="6AA004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423</w:t>
            </w:r>
          </w:p>
        </w:tc>
        <w:tc>
          <w:tcPr>
            <w:tcW w:w="1234" w:type="dxa"/>
          </w:tcPr>
          <w:p w14:paraId="17CE77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66BD6C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0BFE34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32418EB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22,1</w:t>
            </w:r>
          </w:p>
        </w:tc>
      </w:tr>
      <w:tr w:rsidR="006F0136" w:rsidRPr="00D77020" w14:paraId="200C8DF1" w14:textId="77777777">
        <w:tc>
          <w:tcPr>
            <w:tcW w:w="1234" w:type="dxa"/>
          </w:tcPr>
          <w:p w14:paraId="62BD7C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A5425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BS-423-в</w:t>
            </w:r>
          </w:p>
        </w:tc>
        <w:tc>
          <w:tcPr>
            <w:tcW w:w="1234" w:type="dxa"/>
          </w:tcPr>
          <w:p w14:paraId="292104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423</w:t>
            </w:r>
          </w:p>
        </w:tc>
        <w:tc>
          <w:tcPr>
            <w:tcW w:w="1234" w:type="dxa"/>
          </w:tcPr>
          <w:p w14:paraId="72C423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698AD7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0E6704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212192E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5,0</w:t>
            </w:r>
          </w:p>
        </w:tc>
      </w:tr>
      <w:tr w:rsidR="006F0136" w:rsidRPr="00D77020" w14:paraId="69A61D4C" w14:textId="77777777">
        <w:tc>
          <w:tcPr>
            <w:tcW w:w="1234" w:type="dxa"/>
          </w:tcPr>
          <w:p w14:paraId="1CAE25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FF3AF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BS-423-д</w:t>
            </w:r>
          </w:p>
        </w:tc>
        <w:tc>
          <w:tcPr>
            <w:tcW w:w="1234" w:type="dxa"/>
          </w:tcPr>
          <w:p w14:paraId="22B2E0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423</w:t>
            </w:r>
          </w:p>
        </w:tc>
        <w:tc>
          <w:tcPr>
            <w:tcW w:w="1234" w:type="dxa"/>
          </w:tcPr>
          <w:p w14:paraId="435EC1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252D1C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4E99DD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7FD6AC8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7,4</w:t>
            </w:r>
          </w:p>
        </w:tc>
      </w:tr>
      <w:tr w:rsidR="006F0136" w:rsidRPr="00D77020" w14:paraId="7115709C" w14:textId="77777777">
        <w:tc>
          <w:tcPr>
            <w:tcW w:w="1234" w:type="dxa"/>
          </w:tcPr>
          <w:p w14:paraId="24BECD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6DE2F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BS-426-д</w:t>
            </w:r>
          </w:p>
        </w:tc>
        <w:tc>
          <w:tcPr>
            <w:tcW w:w="1234" w:type="dxa"/>
          </w:tcPr>
          <w:p w14:paraId="54C925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426</w:t>
            </w:r>
          </w:p>
        </w:tc>
        <w:tc>
          <w:tcPr>
            <w:tcW w:w="1234" w:type="dxa"/>
          </w:tcPr>
          <w:p w14:paraId="43BF66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20DBAC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266CB2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30F67F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8,8</w:t>
            </w:r>
          </w:p>
        </w:tc>
      </w:tr>
      <w:tr w:rsidR="006F0136" w:rsidRPr="00D77020" w14:paraId="11E943D3" w14:textId="77777777">
        <w:tc>
          <w:tcPr>
            <w:tcW w:w="1234" w:type="dxa"/>
          </w:tcPr>
          <w:p w14:paraId="5E8DFB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7FF97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BS-426-е</w:t>
            </w:r>
          </w:p>
        </w:tc>
        <w:tc>
          <w:tcPr>
            <w:tcW w:w="1234" w:type="dxa"/>
          </w:tcPr>
          <w:p w14:paraId="736767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426</w:t>
            </w:r>
          </w:p>
        </w:tc>
        <w:tc>
          <w:tcPr>
            <w:tcW w:w="1234" w:type="dxa"/>
          </w:tcPr>
          <w:p w14:paraId="60F8A0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3D3947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598418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3B99AF5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7,0</w:t>
            </w:r>
          </w:p>
        </w:tc>
      </w:tr>
      <w:tr w:rsidR="006F0136" w:rsidRPr="00D77020" w14:paraId="19BE4FDD" w14:textId="77777777">
        <w:tc>
          <w:tcPr>
            <w:tcW w:w="1234" w:type="dxa"/>
          </w:tcPr>
          <w:p w14:paraId="3CDBC2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5C57C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BS-426-ж</w:t>
            </w:r>
          </w:p>
        </w:tc>
        <w:tc>
          <w:tcPr>
            <w:tcW w:w="1234" w:type="dxa"/>
          </w:tcPr>
          <w:p w14:paraId="144D57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426</w:t>
            </w:r>
          </w:p>
        </w:tc>
        <w:tc>
          <w:tcPr>
            <w:tcW w:w="1234" w:type="dxa"/>
          </w:tcPr>
          <w:p w14:paraId="7626D6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4AF3B3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022AA0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386870D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15,6</w:t>
            </w:r>
          </w:p>
        </w:tc>
      </w:tr>
      <w:tr w:rsidR="006F0136" w:rsidRPr="00D77020" w14:paraId="422D99AC" w14:textId="77777777">
        <w:tc>
          <w:tcPr>
            <w:tcW w:w="1234" w:type="dxa"/>
          </w:tcPr>
          <w:p w14:paraId="350A94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1F563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BS-426-з</w:t>
            </w:r>
          </w:p>
        </w:tc>
        <w:tc>
          <w:tcPr>
            <w:tcW w:w="1234" w:type="dxa"/>
          </w:tcPr>
          <w:p w14:paraId="6DE771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426</w:t>
            </w:r>
          </w:p>
        </w:tc>
        <w:tc>
          <w:tcPr>
            <w:tcW w:w="1234" w:type="dxa"/>
          </w:tcPr>
          <w:p w14:paraId="630596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686A61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180</w:t>
            </w:r>
          </w:p>
        </w:tc>
        <w:tc>
          <w:tcPr>
            <w:tcW w:w="1234" w:type="dxa"/>
          </w:tcPr>
          <w:p w14:paraId="541AC3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21C94A2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5,3</w:t>
            </w:r>
          </w:p>
        </w:tc>
      </w:tr>
      <w:tr w:rsidR="006F0136" w:rsidRPr="00D77020" w14:paraId="1F275682" w14:textId="77777777">
        <w:tc>
          <w:tcPr>
            <w:tcW w:w="1234" w:type="dxa"/>
          </w:tcPr>
          <w:p w14:paraId="6A6D32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A3647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BS-427-б</w:t>
            </w:r>
          </w:p>
        </w:tc>
        <w:tc>
          <w:tcPr>
            <w:tcW w:w="1234" w:type="dxa"/>
          </w:tcPr>
          <w:p w14:paraId="0F6AFA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427</w:t>
            </w:r>
          </w:p>
        </w:tc>
        <w:tc>
          <w:tcPr>
            <w:tcW w:w="1234" w:type="dxa"/>
          </w:tcPr>
          <w:p w14:paraId="160D36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13F424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1821C2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22777A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3,4</w:t>
            </w:r>
          </w:p>
        </w:tc>
      </w:tr>
      <w:tr w:rsidR="006F0136" w:rsidRPr="00D77020" w14:paraId="0FF77742" w14:textId="77777777">
        <w:tc>
          <w:tcPr>
            <w:tcW w:w="1234" w:type="dxa"/>
          </w:tcPr>
          <w:p w14:paraId="432E7C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9600C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BS-427-д</w:t>
            </w:r>
          </w:p>
        </w:tc>
        <w:tc>
          <w:tcPr>
            <w:tcW w:w="1234" w:type="dxa"/>
          </w:tcPr>
          <w:p w14:paraId="24C469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427</w:t>
            </w:r>
          </w:p>
        </w:tc>
        <w:tc>
          <w:tcPr>
            <w:tcW w:w="1234" w:type="dxa"/>
          </w:tcPr>
          <w:p w14:paraId="1E12D5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53859F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4832E1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62F945C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15,4</w:t>
            </w:r>
          </w:p>
        </w:tc>
      </w:tr>
      <w:tr w:rsidR="006F0136" w:rsidRPr="00D77020" w14:paraId="6C04289C" w14:textId="77777777">
        <w:tc>
          <w:tcPr>
            <w:tcW w:w="1234" w:type="dxa"/>
          </w:tcPr>
          <w:p w14:paraId="23A6D1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1CA9E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BS-427-е</w:t>
            </w:r>
          </w:p>
        </w:tc>
        <w:tc>
          <w:tcPr>
            <w:tcW w:w="1234" w:type="dxa"/>
          </w:tcPr>
          <w:p w14:paraId="6541B4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427</w:t>
            </w:r>
          </w:p>
        </w:tc>
        <w:tc>
          <w:tcPr>
            <w:tcW w:w="1234" w:type="dxa"/>
          </w:tcPr>
          <w:p w14:paraId="24C726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070B39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5499A0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24A5143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9,3</w:t>
            </w:r>
          </w:p>
        </w:tc>
      </w:tr>
      <w:tr w:rsidR="006F0136" w:rsidRPr="00D77020" w14:paraId="4BA41BB0" w14:textId="77777777">
        <w:tc>
          <w:tcPr>
            <w:tcW w:w="1234" w:type="dxa"/>
          </w:tcPr>
          <w:p w14:paraId="7696EB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6C9C7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BS-427-ж</w:t>
            </w:r>
          </w:p>
        </w:tc>
        <w:tc>
          <w:tcPr>
            <w:tcW w:w="1234" w:type="dxa"/>
          </w:tcPr>
          <w:p w14:paraId="55EB57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427</w:t>
            </w:r>
          </w:p>
        </w:tc>
        <w:tc>
          <w:tcPr>
            <w:tcW w:w="1234" w:type="dxa"/>
          </w:tcPr>
          <w:p w14:paraId="407C31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7793AC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774625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5916681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7,4</w:t>
            </w:r>
          </w:p>
        </w:tc>
      </w:tr>
      <w:tr w:rsidR="006F0136" w:rsidRPr="00D77020" w14:paraId="57F885ED" w14:textId="77777777">
        <w:tc>
          <w:tcPr>
            <w:tcW w:w="1234" w:type="dxa"/>
          </w:tcPr>
          <w:p w14:paraId="71C706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B60AF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BS-428-е</w:t>
            </w:r>
          </w:p>
        </w:tc>
        <w:tc>
          <w:tcPr>
            <w:tcW w:w="1234" w:type="dxa"/>
          </w:tcPr>
          <w:p w14:paraId="472E04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428</w:t>
            </w:r>
          </w:p>
        </w:tc>
        <w:tc>
          <w:tcPr>
            <w:tcW w:w="1234" w:type="dxa"/>
          </w:tcPr>
          <w:p w14:paraId="4B7FEA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054ECB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3AE96A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27ADF76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19,6</w:t>
            </w:r>
          </w:p>
        </w:tc>
      </w:tr>
      <w:tr w:rsidR="006F0136" w:rsidRPr="00D77020" w14:paraId="34B7DD03" w14:textId="77777777">
        <w:tc>
          <w:tcPr>
            <w:tcW w:w="1234" w:type="dxa"/>
          </w:tcPr>
          <w:p w14:paraId="7436C3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3FE3B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BS-429-а</w:t>
            </w:r>
          </w:p>
        </w:tc>
        <w:tc>
          <w:tcPr>
            <w:tcW w:w="1234" w:type="dxa"/>
          </w:tcPr>
          <w:p w14:paraId="7B2BAB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429</w:t>
            </w:r>
          </w:p>
        </w:tc>
        <w:tc>
          <w:tcPr>
            <w:tcW w:w="1234" w:type="dxa"/>
          </w:tcPr>
          <w:p w14:paraId="554FCE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71AE03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3BD028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BA49A1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10,6</w:t>
            </w:r>
          </w:p>
        </w:tc>
      </w:tr>
      <w:tr w:rsidR="006F0136" w:rsidRPr="00D77020" w14:paraId="4FBEA974" w14:textId="77777777">
        <w:tc>
          <w:tcPr>
            <w:tcW w:w="1234" w:type="dxa"/>
          </w:tcPr>
          <w:p w14:paraId="0CA69D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EF7CF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BS-429-б</w:t>
            </w:r>
          </w:p>
        </w:tc>
        <w:tc>
          <w:tcPr>
            <w:tcW w:w="1234" w:type="dxa"/>
          </w:tcPr>
          <w:p w14:paraId="33F12B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429</w:t>
            </w:r>
          </w:p>
        </w:tc>
        <w:tc>
          <w:tcPr>
            <w:tcW w:w="1234" w:type="dxa"/>
          </w:tcPr>
          <w:p w14:paraId="46220E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238027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55</w:t>
            </w:r>
          </w:p>
        </w:tc>
        <w:tc>
          <w:tcPr>
            <w:tcW w:w="1234" w:type="dxa"/>
          </w:tcPr>
          <w:p w14:paraId="06789C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91BA</w:t>
            </w:r>
          </w:p>
        </w:tc>
        <w:tc>
          <w:tcPr>
            <w:tcW w:w="1234" w:type="dxa"/>
          </w:tcPr>
          <w:p w14:paraId="5C1FEC7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1,9</w:t>
            </w:r>
          </w:p>
        </w:tc>
      </w:tr>
      <w:tr w:rsidR="006F0136" w:rsidRPr="00D77020" w14:paraId="71E398EF" w14:textId="77777777">
        <w:tc>
          <w:tcPr>
            <w:tcW w:w="1234" w:type="dxa"/>
          </w:tcPr>
          <w:p w14:paraId="6077B1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ADD12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BS-429-в</w:t>
            </w:r>
          </w:p>
        </w:tc>
        <w:tc>
          <w:tcPr>
            <w:tcW w:w="1234" w:type="dxa"/>
          </w:tcPr>
          <w:p w14:paraId="3E1CD7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429</w:t>
            </w:r>
          </w:p>
        </w:tc>
        <w:tc>
          <w:tcPr>
            <w:tcW w:w="1234" w:type="dxa"/>
          </w:tcPr>
          <w:p w14:paraId="737114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543BF6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</w:t>
            </w:r>
          </w:p>
        </w:tc>
        <w:tc>
          <w:tcPr>
            <w:tcW w:w="1234" w:type="dxa"/>
          </w:tcPr>
          <w:p w14:paraId="1B698E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B7AD25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2,7</w:t>
            </w:r>
          </w:p>
        </w:tc>
      </w:tr>
      <w:tr w:rsidR="006F0136" w:rsidRPr="00D77020" w14:paraId="104A65D4" w14:textId="77777777">
        <w:tc>
          <w:tcPr>
            <w:tcW w:w="1234" w:type="dxa"/>
          </w:tcPr>
          <w:p w14:paraId="436F00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46F92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BS-430-а</w:t>
            </w:r>
          </w:p>
        </w:tc>
        <w:tc>
          <w:tcPr>
            <w:tcW w:w="1234" w:type="dxa"/>
          </w:tcPr>
          <w:p w14:paraId="17443C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430</w:t>
            </w:r>
          </w:p>
        </w:tc>
        <w:tc>
          <w:tcPr>
            <w:tcW w:w="1234" w:type="dxa"/>
          </w:tcPr>
          <w:p w14:paraId="2FE2D9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2CBBBE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399A66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7351482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5,3</w:t>
            </w:r>
          </w:p>
        </w:tc>
      </w:tr>
      <w:tr w:rsidR="006F0136" w:rsidRPr="00D77020" w14:paraId="65533F5A" w14:textId="77777777">
        <w:tc>
          <w:tcPr>
            <w:tcW w:w="1234" w:type="dxa"/>
          </w:tcPr>
          <w:p w14:paraId="11311F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484EA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BS-431-в</w:t>
            </w:r>
          </w:p>
        </w:tc>
        <w:tc>
          <w:tcPr>
            <w:tcW w:w="1234" w:type="dxa"/>
          </w:tcPr>
          <w:p w14:paraId="1A1D11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431</w:t>
            </w:r>
          </w:p>
        </w:tc>
        <w:tc>
          <w:tcPr>
            <w:tcW w:w="1234" w:type="dxa"/>
          </w:tcPr>
          <w:p w14:paraId="68443F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1D34C7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0CDBD5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689CE03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20,9</w:t>
            </w:r>
          </w:p>
        </w:tc>
      </w:tr>
      <w:tr w:rsidR="006F0136" w:rsidRPr="00D77020" w14:paraId="405DBF30" w14:textId="77777777">
        <w:tc>
          <w:tcPr>
            <w:tcW w:w="1234" w:type="dxa"/>
          </w:tcPr>
          <w:p w14:paraId="45B24C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4302D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BS-431-ж</w:t>
            </w:r>
          </w:p>
        </w:tc>
        <w:tc>
          <w:tcPr>
            <w:tcW w:w="1234" w:type="dxa"/>
          </w:tcPr>
          <w:p w14:paraId="2751EE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431</w:t>
            </w:r>
          </w:p>
        </w:tc>
        <w:tc>
          <w:tcPr>
            <w:tcW w:w="1234" w:type="dxa"/>
          </w:tcPr>
          <w:p w14:paraId="0D3DF6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1D3116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7F3037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95A0</w:t>
            </w:r>
          </w:p>
        </w:tc>
        <w:tc>
          <w:tcPr>
            <w:tcW w:w="1234" w:type="dxa"/>
          </w:tcPr>
          <w:p w14:paraId="77BD9DD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2,5</w:t>
            </w:r>
          </w:p>
        </w:tc>
      </w:tr>
      <w:tr w:rsidR="006F0136" w:rsidRPr="00D77020" w14:paraId="783CA245" w14:textId="77777777">
        <w:tc>
          <w:tcPr>
            <w:tcW w:w="1234" w:type="dxa"/>
          </w:tcPr>
          <w:p w14:paraId="677C6C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B4EEF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BS-432-а</w:t>
            </w:r>
          </w:p>
        </w:tc>
        <w:tc>
          <w:tcPr>
            <w:tcW w:w="1234" w:type="dxa"/>
          </w:tcPr>
          <w:p w14:paraId="0E36F8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432</w:t>
            </w:r>
          </w:p>
        </w:tc>
        <w:tc>
          <w:tcPr>
            <w:tcW w:w="1234" w:type="dxa"/>
          </w:tcPr>
          <w:p w14:paraId="6DEF15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081159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1C9CDF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93458B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9,0</w:t>
            </w:r>
          </w:p>
        </w:tc>
      </w:tr>
      <w:tr w:rsidR="006F0136" w:rsidRPr="00D77020" w14:paraId="7A5C4B08" w14:textId="77777777">
        <w:tc>
          <w:tcPr>
            <w:tcW w:w="1234" w:type="dxa"/>
          </w:tcPr>
          <w:p w14:paraId="492A34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33DCF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BS-432-д</w:t>
            </w:r>
          </w:p>
        </w:tc>
        <w:tc>
          <w:tcPr>
            <w:tcW w:w="1234" w:type="dxa"/>
          </w:tcPr>
          <w:p w14:paraId="254A71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432</w:t>
            </w:r>
          </w:p>
        </w:tc>
        <w:tc>
          <w:tcPr>
            <w:tcW w:w="1234" w:type="dxa"/>
          </w:tcPr>
          <w:p w14:paraId="33F874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5D8843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4F9FE0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91BA</w:t>
            </w:r>
          </w:p>
        </w:tc>
        <w:tc>
          <w:tcPr>
            <w:tcW w:w="1234" w:type="dxa"/>
          </w:tcPr>
          <w:p w14:paraId="43644FF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25,1</w:t>
            </w:r>
          </w:p>
        </w:tc>
      </w:tr>
      <w:tr w:rsidR="006F0136" w:rsidRPr="00D77020" w14:paraId="12675C2C" w14:textId="77777777">
        <w:tc>
          <w:tcPr>
            <w:tcW w:w="1234" w:type="dxa"/>
          </w:tcPr>
          <w:p w14:paraId="41B77A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6EBFF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BS-433-а</w:t>
            </w:r>
          </w:p>
        </w:tc>
        <w:tc>
          <w:tcPr>
            <w:tcW w:w="1234" w:type="dxa"/>
          </w:tcPr>
          <w:p w14:paraId="16A722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433</w:t>
            </w:r>
          </w:p>
        </w:tc>
        <w:tc>
          <w:tcPr>
            <w:tcW w:w="1234" w:type="dxa"/>
          </w:tcPr>
          <w:p w14:paraId="24D131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085B1B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2A36E5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71EC48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8,1</w:t>
            </w:r>
          </w:p>
        </w:tc>
      </w:tr>
      <w:tr w:rsidR="006F0136" w:rsidRPr="00D77020" w14:paraId="27AC1FBA" w14:textId="77777777">
        <w:tc>
          <w:tcPr>
            <w:tcW w:w="1234" w:type="dxa"/>
          </w:tcPr>
          <w:p w14:paraId="2247BC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51C52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BS-433-б</w:t>
            </w:r>
          </w:p>
        </w:tc>
        <w:tc>
          <w:tcPr>
            <w:tcW w:w="1234" w:type="dxa"/>
          </w:tcPr>
          <w:p w14:paraId="1A9A40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433</w:t>
            </w:r>
          </w:p>
        </w:tc>
        <w:tc>
          <w:tcPr>
            <w:tcW w:w="1234" w:type="dxa"/>
          </w:tcPr>
          <w:p w14:paraId="2ABB9E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7ACB9C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703F7D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4EC99D8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37,6</w:t>
            </w:r>
          </w:p>
        </w:tc>
      </w:tr>
      <w:tr w:rsidR="006F0136" w:rsidRPr="00D77020" w14:paraId="65CE6D52" w14:textId="77777777">
        <w:tc>
          <w:tcPr>
            <w:tcW w:w="1234" w:type="dxa"/>
          </w:tcPr>
          <w:p w14:paraId="1149EF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C73D0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BS-433-г</w:t>
            </w:r>
          </w:p>
        </w:tc>
        <w:tc>
          <w:tcPr>
            <w:tcW w:w="1234" w:type="dxa"/>
          </w:tcPr>
          <w:p w14:paraId="6206B1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433</w:t>
            </w:r>
          </w:p>
        </w:tc>
        <w:tc>
          <w:tcPr>
            <w:tcW w:w="1234" w:type="dxa"/>
          </w:tcPr>
          <w:p w14:paraId="35C9FE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213814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7F7A87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AA923C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2,3</w:t>
            </w:r>
          </w:p>
        </w:tc>
      </w:tr>
      <w:tr w:rsidR="006F0136" w:rsidRPr="00D77020" w14:paraId="7B34B517" w14:textId="77777777">
        <w:tc>
          <w:tcPr>
            <w:tcW w:w="1234" w:type="dxa"/>
          </w:tcPr>
          <w:p w14:paraId="3B44CF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9D6BD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BS-434-в</w:t>
            </w:r>
          </w:p>
        </w:tc>
        <w:tc>
          <w:tcPr>
            <w:tcW w:w="1234" w:type="dxa"/>
          </w:tcPr>
          <w:p w14:paraId="1E3856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434</w:t>
            </w:r>
          </w:p>
        </w:tc>
        <w:tc>
          <w:tcPr>
            <w:tcW w:w="1234" w:type="dxa"/>
          </w:tcPr>
          <w:p w14:paraId="726855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27AA3E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49366B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7CF6A7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23,6</w:t>
            </w:r>
          </w:p>
        </w:tc>
      </w:tr>
      <w:tr w:rsidR="006F0136" w:rsidRPr="00D77020" w14:paraId="7F29468A" w14:textId="77777777">
        <w:tc>
          <w:tcPr>
            <w:tcW w:w="1234" w:type="dxa"/>
          </w:tcPr>
          <w:p w14:paraId="30142D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11C31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BS-435-б</w:t>
            </w:r>
          </w:p>
        </w:tc>
        <w:tc>
          <w:tcPr>
            <w:tcW w:w="1234" w:type="dxa"/>
          </w:tcPr>
          <w:p w14:paraId="019E46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435</w:t>
            </w:r>
          </w:p>
        </w:tc>
        <w:tc>
          <w:tcPr>
            <w:tcW w:w="1234" w:type="dxa"/>
          </w:tcPr>
          <w:p w14:paraId="2FF8F4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7CCB1B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16F70E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EFA30A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7,5</w:t>
            </w:r>
          </w:p>
        </w:tc>
      </w:tr>
      <w:tr w:rsidR="006F0136" w:rsidRPr="00D77020" w14:paraId="20016D60" w14:textId="77777777">
        <w:tc>
          <w:tcPr>
            <w:tcW w:w="1234" w:type="dxa"/>
          </w:tcPr>
          <w:p w14:paraId="6D840E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E1DB9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BS-436-е</w:t>
            </w:r>
          </w:p>
        </w:tc>
        <w:tc>
          <w:tcPr>
            <w:tcW w:w="1234" w:type="dxa"/>
          </w:tcPr>
          <w:p w14:paraId="556493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436</w:t>
            </w:r>
          </w:p>
        </w:tc>
        <w:tc>
          <w:tcPr>
            <w:tcW w:w="1234" w:type="dxa"/>
          </w:tcPr>
          <w:p w14:paraId="0E6CBC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7C8BCC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1A3B41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E5A79D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2,0</w:t>
            </w:r>
          </w:p>
        </w:tc>
      </w:tr>
      <w:tr w:rsidR="006F0136" w:rsidRPr="00D77020" w14:paraId="6A4CFF26" w14:textId="77777777">
        <w:tc>
          <w:tcPr>
            <w:tcW w:w="1234" w:type="dxa"/>
          </w:tcPr>
          <w:p w14:paraId="71CDB2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B56DB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BS-442-п</w:t>
            </w:r>
          </w:p>
        </w:tc>
        <w:tc>
          <w:tcPr>
            <w:tcW w:w="1234" w:type="dxa"/>
          </w:tcPr>
          <w:p w14:paraId="4E2287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442</w:t>
            </w:r>
          </w:p>
        </w:tc>
        <w:tc>
          <w:tcPr>
            <w:tcW w:w="1234" w:type="dxa"/>
          </w:tcPr>
          <w:p w14:paraId="1DB2C1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6DC5C2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56C4F9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D964E7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20,0</w:t>
            </w:r>
          </w:p>
        </w:tc>
      </w:tr>
      <w:tr w:rsidR="006F0136" w:rsidRPr="00D77020" w14:paraId="315951B8" w14:textId="77777777">
        <w:tc>
          <w:tcPr>
            <w:tcW w:w="1234" w:type="dxa"/>
          </w:tcPr>
          <w:p w14:paraId="26E53F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3BF24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BS-445-е</w:t>
            </w:r>
          </w:p>
        </w:tc>
        <w:tc>
          <w:tcPr>
            <w:tcW w:w="1234" w:type="dxa"/>
          </w:tcPr>
          <w:p w14:paraId="16EDA4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445</w:t>
            </w:r>
          </w:p>
        </w:tc>
        <w:tc>
          <w:tcPr>
            <w:tcW w:w="1234" w:type="dxa"/>
          </w:tcPr>
          <w:p w14:paraId="35DD3A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031039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2069DA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7FBC8F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5,0</w:t>
            </w:r>
          </w:p>
        </w:tc>
      </w:tr>
      <w:tr w:rsidR="006F0136" w:rsidRPr="00D77020" w14:paraId="42B2A905" w14:textId="77777777">
        <w:tc>
          <w:tcPr>
            <w:tcW w:w="1234" w:type="dxa"/>
          </w:tcPr>
          <w:p w14:paraId="4AA0DD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852FA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BS-465-б</w:t>
            </w:r>
          </w:p>
        </w:tc>
        <w:tc>
          <w:tcPr>
            <w:tcW w:w="1234" w:type="dxa"/>
          </w:tcPr>
          <w:p w14:paraId="42541B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465</w:t>
            </w:r>
          </w:p>
        </w:tc>
        <w:tc>
          <w:tcPr>
            <w:tcW w:w="1234" w:type="dxa"/>
          </w:tcPr>
          <w:p w14:paraId="2FA1ED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7222F9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42DA48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4B20C1A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26,5</w:t>
            </w:r>
          </w:p>
        </w:tc>
      </w:tr>
      <w:tr w:rsidR="006F0136" w:rsidRPr="00D77020" w14:paraId="44BB5A27" w14:textId="77777777">
        <w:tc>
          <w:tcPr>
            <w:tcW w:w="1234" w:type="dxa"/>
          </w:tcPr>
          <w:p w14:paraId="5B0AED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D5461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BS-472-г</w:t>
            </w:r>
          </w:p>
        </w:tc>
        <w:tc>
          <w:tcPr>
            <w:tcW w:w="1234" w:type="dxa"/>
          </w:tcPr>
          <w:p w14:paraId="3933DF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472</w:t>
            </w:r>
          </w:p>
        </w:tc>
        <w:tc>
          <w:tcPr>
            <w:tcW w:w="1234" w:type="dxa"/>
          </w:tcPr>
          <w:p w14:paraId="160947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7D075B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1E428B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79EE443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7,6</w:t>
            </w:r>
          </w:p>
        </w:tc>
      </w:tr>
      <w:tr w:rsidR="006F0136" w:rsidRPr="00D77020" w14:paraId="1DC2C20A" w14:textId="77777777">
        <w:tc>
          <w:tcPr>
            <w:tcW w:w="1234" w:type="dxa"/>
          </w:tcPr>
          <w:p w14:paraId="627E6D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733E2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BS-472-ж</w:t>
            </w:r>
          </w:p>
        </w:tc>
        <w:tc>
          <w:tcPr>
            <w:tcW w:w="1234" w:type="dxa"/>
          </w:tcPr>
          <w:p w14:paraId="0C7FD6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472</w:t>
            </w:r>
          </w:p>
        </w:tc>
        <w:tc>
          <w:tcPr>
            <w:tcW w:w="1234" w:type="dxa"/>
          </w:tcPr>
          <w:p w14:paraId="1F6398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4AE914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6AB46B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26837F9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20,4</w:t>
            </w:r>
          </w:p>
        </w:tc>
      </w:tr>
      <w:tr w:rsidR="006F0136" w:rsidRPr="00D77020" w14:paraId="6A0054AF" w14:textId="77777777">
        <w:tc>
          <w:tcPr>
            <w:tcW w:w="1234" w:type="dxa"/>
          </w:tcPr>
          <w:p w14:paraId="539AA8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F4364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BS-502-а</w:t>
            </w:r>
          </w:p>
        </w:tc>
        <w:tc>
          <w:tcPr>
            <w:tcW w:w="1234" w:type="dxa"/>
          </w:tcPr>
          <w:p w14:paraId="077752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502</w:t>
            </w:r>
          </w:p>
        </w:tc>
        <w:tc>
          <w:tcPr>
            <w:tcW w:w="1234" w:type="dxa"/>
          </w:tcPr>
          <w:p w14:paraId="07A1B1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61124C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160583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6C8FF6E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25,8</w:t>
            </w:r>
          </w:p>
        </w:tc>
      </w:tr>
      <w:tr w:rsidR="006F0136" w:rsidRPr="00D77020" w14:paraId="4B27053F" w14:textId="77777777">
        <w:tc>
          <w:tcPr>
            <w:tcW w:w="1234" w:type="dxa"/>
          </w:tcPr>
          <w:p w14:paraId="29BDAA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C352E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BS-502-ж</w:t>
            </w:r>
          </w:p>
        </w:tc>
        <w:tc>
          <w:tcPr>
            <w:tcW w:w="1234" w:type="dxa"/>
          </w:tcPr>
          <w:p w14:paraId="4F5319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502</w:t>
            </w:r>
          </w:p>
        </w:tc>
        <w:tc>
          <w:tcPr>
            <w:tcW w:w="1234" w:type="dxa"/>
          </w:tcPr>
          <w:p w14:paraId="421053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075DC4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3342BA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21FEE86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9,8</w:t>
            </w:r>
          </w:p>
        </w:tc>
      </w:tr>
      <w:tr w:rsidR="006F0136" w:rsidRPr="00D77020" w14:paraId="0B8B5DF9" w14:textId="77777777">
        <w:tc>
          <w:tcPr>
            <w:tcW w:w="1234" w:type="dxa"/>
          </w:tcPr>
          <w:p w14:paraId="33011A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C60A2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BS-504-в</w:t>
            </w:r>
          </w:p>
        </w:tc>
        <w:tc>
          <w:tcPr>
            <w:tcW w:w="1234" w:type="dxa"/>
          </w:tcPr>
          <w:p w14:paraId="32449B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504</w:t>
            </w:r>
          </w:p>
        </w:tc>
        <w:tc>
          <w:tcPr>
            <w:tcW w:w="1234" w:type="dxa"/>
          </w:tcPr>
          <w:p w14:paraId="0D18C2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09F57A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2960C6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00B71AC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1,6</w:t>
            </w:r>
          </w:p>
        </w:tc>
      </w:tr>
      <w:tr w:rsidR="006F0136" w:rsidRPr="00D77020" w14:paraId="787ECFB3" w14:textId="77777777">
        <w:tc>
          <w:tcPr>
            <w:tcW w:w="1234" w:type="dxa"/>
          </w:tcPr>
          <w:p w14:paraId="7CA0E1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304C5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BS-504-г</w:t>
            </w:r>
          </w:p>
        </w:tc>
        <w:tc>
          <w:tcPr>
            <w:tcW w:w="1234" w:type="dxa"/>
          </w:tcPr>
          <w:p w14:paraId="29298B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504</w:t>
            </w:r>
          </w:p>
        </w:tc>
        <w:tc>
          <w:tcPr>
            <w:tcW w:w="1234" w:type="dxa"/>
          </w:tcPr>
          <w:p w14:paraId="39D12A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286634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7401B8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011407E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12,4</w:t>
            </w:r>
          </w:p>
        </w:tc>
      </w:tr>
      <w:tr w:rsidR="006F0136" w:rsidRPr="00D77020" w14:paraId="37B738B8" w14:textId="77777777">
        <w:tc>
          <w:tcPr>
            <w:tcW w:w="1234" w:type="dxa"/>
          </w:tcPr>
          <w:p w14:paraId="33F2F0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9F2E8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BS-504-д</w:t>
            </w:r>
          </w:p>
        </w:tc>
        <w:tc>
          <w:tcPr>
            <w:tcW w:w="1234" w:type="dxa"/>
          </w:tcPr>
          <w:p w14:paraId="46D9A6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504</w:t>
            </w:r>
          </w:p>
        </w:tc>
        <w:tc>
          <w:tcPr>
            <w:tcW w:w="1234" w:type="dxa"/>
          </w:tcPr>
          <w:p w14:paraId="26D6BA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16AE33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33F083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2CE0660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7,2</w:t>
            </w:r>
          </w:p>
        </w:tc>
      </w:tr>
      <w:tr w:rsidR="006F0136" w:rsidRPr="00D77020" w14:paraId="7551CDAD" w14:textId="77777777">
        <w:tc>
          <w:tcPr>
            <w:tcW w:w="1234" w:type="dxa"/>
          </w:tcPr>
          <w:p w14:paraId="0B07AF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0DE04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BS-506-ж</w:t>
            </w:r>
          </w:p>
        </w:tc>
        <w:tc>
          <w:tcPr>
            <w:tcW w:w="1234" w:type="dxa"/>
          </w:tcPr>
          <w:p w14:paraId="20504A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506</w:t>
            </w:r>
          </w:p>
        </w:tc>
        <w:tc>
          <w:tcPr>
            <w:tcW w:w="1234" w:type="dxa"/>
          </w:tcPr>
          <w:p w14:paraId="434481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361E86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4C1712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2C34815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6,0</w:t>
            </w:r>
          </w:p>
        </w:tc>
      </w:tr>
      <w:tr w:rsidR="006F0136" w:rsidRPr="00D77020" w14:paraId="60D16BBD" w14:textId="77777777">
        <w:tc>
          <w:tcPr>
            <w:tcW w:w="1234" w:type="dxa"/>
          </w:tcPr>
          <w:p w14:paraId="5E4C4A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FC3A2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BS-507-и</w:t>
            </w:r>
          </w:p>
        </w:tc>
        <w:tc>
          <w:tcPr>
            <w:tcW w:w="1234" w:type="dxa"/>
          </w:tcPr>
          <w:p w14:paraId="7F48BC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507</w:t>
            </w:r>
          </w:p>
        </w:tc>
        <w:tc>
          <w:tcPr>
            <w:tcW w:w="1234" w:type="dxa"/>
          </w:tcPr>
          <w:p w14:paraId="24785A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3821AE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7F230D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7ECB859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9,3</w:t>
            </w:r>
          </w:p>
        </w:tc>
      </w:tr>
      <w:tr w:rsidR="006F0136" w:rsidRPr="00D77020" w14:paraId="5C8E8658" w14:textId="77777777">
        <w:tc>
          <w:tcPr>
            <w:tcW w:w="1234" w:type="dxa"/>
          </w:tcPr>
          <w:p w14:paraId="5D1F29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F7B4B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BS-507-с</w:t>
            </w:r>
          </w:p>
        </w:tc>
        <w:tc>
          <w:tcPr>
            <w:tcW w:w="1234" w:type="dxa"/>
          </w:tcPr>
          <w:p w14:paraId="081DE1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507</w:t>
            </w:r>
          </w:p>
        </w:tc>
        <w:tc>
          <w:tcPr>
            <w:tcW w:w="1234" w:type="dxa"/>
          </w:tcPr>
          <w:p w14:paraId="7D5085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151A58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</w:t>
            </w:r>
          </w:p>
        </w:tc>
        <w:tc>
          <w:tcPr>
            <w:tcW w:w="1234" w:type="dxa"/>
          </w:tcPr>
          <w:p w14:paraId="2EBB19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5ACF44C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1,5</w:t>
            </w:r>
          </w:p>
        </w:tc>
      </w:tr>
      <w:tr w:rsidR="006F0136" w:rsidRPr="00D77020" w14:paraId="5795B6B3" w14:textId="77777777">
        <w:tc>
          <w:tcPr>
            <w:tcW w:w="1234" w:type="dxa"/>
          </w:tcPr>
          <w:p w14:paraId="62C4C8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23C15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BS-507-т</w:t>
            </w:r>
          </w:p>
        </w:tc>
        <w:tc>
          <w:tcPr>
            <w:tcW w:w="1234" w:type="dxa"/>
          </w:tcPr>
          <w:p w14:paraId="461D73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507</w:t>
            </w:r>
          </w:p>
        </w:tc>
        <w:tc>
          <w:tcPr>
            <w:tcW w:w="1234" w:type="dxa"/>
          </w:tcPr>
          <w:p w14:paraId="72EB86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509936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20D6DA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D830CF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3,1</w:t>
            </w:r>
          </w:p>
        </w:tc>
      </w:tr>
      <w:tr w:rsidR="006F0136" w:rsidRPr="00D77020" w14:paraId="5CECBFE9" w14:textId="77777777">
        <w:tc>
          <w:tcPr>
            <w:tcW w:w="1234" w:type="dxa"/>
          </w:tcPr>
          <w:p w14:paraId="258ECF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2C72F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BS-538-г</w:t>
            </w:r>
          </w:p>
        </w:tc>
        <w:tc>
          <w:tcPr>
            <w:tcW w:w="1234" w:type="dxa"/>
          </w:tcPr>
          <w:p w14:paraId="5E8107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538</w:t>
            </w:r>
          </w:p>
        </w:tc>
        <w:tc>
          <w:tcPr>
            <w:tcW w:w="1234" w:type="dxa"/>
          </w:tcPr>
          <w:p w14:paraId="171B4F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0DC1A6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591076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6795125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14,7</w:t>
            </w:r>
          </w:p>
        </w:tc>
      </w:tr>
      <w:tr w:rsidR="006F0136" w:rsidRPr="00D77020" w14:paraId="1C088CCF" w14:textId="77777777">
        <w:tc>
          <w:tcPr>
            <w:tcW w:w="1234" w:type="dxa"/>
          </w:tcPr>
          <w:p w14:paraId="018B2B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314AA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BS-538-м</w:t>
            </w:r>
          </w:p>
        </w:tc>
        <w:tc>
          <w:tcPr>
            <w:tcW w:w="1234" w:type="dxa"/>
          </w:tcPr>
          <w:p w14:paraId="5AE1D9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538</w:t>
            </w:r>
          </w:p>
        </w:tc>
        <w:tc>
          <w:tcPr>
            <w:tcW w:w="1234" w:type="dxa"/>
          </w:tcPr>
          <w:p w14:paraId="255727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1B9880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44843B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FFBDAE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21,7</w:t>
            </w:r>
          </w:p>
        </w:tc>
      </w:tr>
      <w:tr w:rsidR="006F0136" w:rsidRPr="00D77020" w14:paraId="4DC2764A" w14:textId="77777777">
        <w:tc>
          <w:tcPr>
            <w:tcW w:w="1234" w:type="dxa"/>
          </w:tcPr>
          <w:p w14:paraId="0F0E94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D7602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BS-83-в</w:t>
            </w:r>
          </w:p>
        </w:tc>
        <w:tc>
          <w:tcPr>
            <w:tcW w:w="1234" w:type="dxa"/>
          </w:tcPr>
          <w:p w14:paraId="7337A9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83</w:t>
            </w:r>
          </w:p>
        </w:tc>
        <w:tc>
          <w:tcPr>
            <w:tcW w:w="1234" w:type="dxa"/>
          </w:tcPr>
          <w:p w14:paraId="39658B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07B0A8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1F39B0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03401DC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72B6591D" w14:textId="77777777">
        <w:tc>
          <w:tcPr>
            <w:tcW w:w="7404" w:type="dxa"/>
            <w:gridSpan w:val="6"/>
          </w:tcPr>
          <w:p w14:paraId="3840D4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Обща площ за зоната:</w:t>
            </w:r>
          </w:p>
        </w:tc>
        <w:tc>
          <w:tcPr>
            <w:tcW w:w="1234" w:type="dxa"/>
          </w:tcPr>
          <w:p w14:paraId="2A21EE0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1100,9</w:t>
            </w:r>
          </w:p>
        </w:tc>
      </w:tr>
    </w:tbl>
    <w:p w14:paraId="5885990E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BG0000636 - Ниска Рила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3F3E9495" w14:textId="77777777">
        <w:tc>
          <w:tcPr>
            <w:tcW w:w="1587" w:type="dxa"/>
          </w:tcPr>
          <w:p w14:paraId="184DA1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752A35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6F4C3A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5A624F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088E2E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518BF1BD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00C5CC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6912079C" w14:textId="77777777">
        <w:tc>
          <w:tcPr>
            <w:tcW w:w="1234" w:type="dxa"/>
          </w:tcPr>
          <w:p w14:paraId="5ED6EE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694D9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BS-351-к</w:t>
            </w:r>
          </w:p>
        </w:tc>
        <w:tc>
          <w:tcPr>
            <w:tcW w:w="1234" w:type="dxa"/>
          </w:tcPr>
          <w:p w14:paraId="476F0D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351</w:t>
            </w:r>
          </w:p>
        </w:tc>
        <w:tc>
          <w:tcPr>
            <w:tcW w:w="1234" w:type="dxa"/>
          </w:tcPr>
          <w:p w14:paraId="0A61D6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66633B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07F5D4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7CF89FA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8,1</w:t>
            </w:r>
          </w:p>
        </w:tc>
      </w:tr>
      <w:tr w:rsidR="006F0136" w:rsidRPr="00D77020" w14:paraId="2BF1F614" w14:textId="77777777">
        <w:tc>
          <w:tcPr>
            <w:tcW w:w="7404" w:type="dxa"/>
            <w:gridSpan w:val="6"/>
          </w:tcPr>
          <w:p w14:paraId="73BAD7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61DE65B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8,1</w:t>
            </w:r>
          </w:p>
        </w:tc>
      </w:tr>
    </w:tbl>
    <w:p w14:paraId="7C7A1EC0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 xml:space="preserve">Зона Натура 2000: BG0001022 - </w:t>
      </w:r>
      <w:proofErr w:type="spellStart"/>
      <w:r w:rsidRPr="00D77020">
        <w:rPr>
          <w:lang w:val="bg-BG"/>
        </w:rPr>
        <w:t>Орановски</w:t>
      </w:r>
      <w:proofErr w:type="spellEnd"/>
      <w:r w:rsidRPr="00D77020">
        <w:rPr>
          <w:lang w:val="bg-BG"/>
        </w:rPr>
        <w:t xml:space="preserve"> пролом - Лешко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1EF552B1" w14:textId="77777777">
        <w:tc>
          <w:tcPr>
            <w:tcW w:w="1587" w:type="dxa"/>
          </w:tcPr>
          <w:p w14:paraId="73FAA2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713951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3EFF75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693F07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321576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7C6AF925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2EE4EA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5375DD9C" w14:textId="77777777">
        <w:tc>
          <w:tcPr>
            <w:tcW w:w="1234" w:type="dxa"/>
          </w:tcPr>
          <w:p w14:paraId="44721E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8F8AD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BS-216-а</w:t>
            </w:r>
          </w:p>
        </w:tc>
        <w:tc>
          <w:tcPr>
            <w:tcW w:w="1234" w:type="dxa"/>
          </w:tcPr>
          <w:p w14:paraId="27279E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216</w:t>
            </w:r>
          </w:p>
        </w:tc>
        <w:tc>
          <w:tcPr>
            <w:tcW w:w="1234" w:type="dxa"/>
          </w:tcPr>
          <w:p w14:paraId="3601BD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7BD5BF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522754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49DD8CF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15,7</w:t>
            </w:r>
          </w:p>
        </w:tc>
      </w:tr>
      <w:tr w:rsidR="006F0136" w:rsidRPr="00D77020" w14:paraId="4F5A9438" w14:textId="77777777">
        <w:tc>
          <w:tcPr>
            <w:tcW w:w="1234" w:type="dxa"/>
          </w:tcPr>
          <w:p w14:paraId="6BC389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77EFF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BS-217-ж</w:t>
            </w:r>
          </w:p>
        </w:tc>
        <w:tc>
          <w:tcPr>
            <w:tcW w:w="1234" w:type="dxa"/>
          </w:tcPr>
          <w:p w14:paraId="6E2C9D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217</w:t>
            </w:r>
          </w:p>
        </w:tc>
        <w:tc>
          <w:tcPr>
            <w:tcW w:w="1234" w:type="dxa"/>
          </w:tcPr>
          <w:p w14:paraId="4094F5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2D8C83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028E31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241EDEE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2EC8B931" w14:textId="77777777">
        <w:tc>
          <w:tcPr>
            <w:tcW w:w="1234" w:type="dxa"/>
          </w:tcPr>
          <w:p w14:paraId="60F517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59A91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BS-217-и</w:t>
            </w:r>
          </w:p>
        </w:tc>
        <w:tc>
          <w:tcPr>
            <w:tcW w:w="1234" w:type="dxa"/>
          </w:tcPr>
          <w:p w14:paraId="05D1AD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217</w:t>
            </w:r>
          </w:p>
        </w:tc>
        <w:tc>
          <w:tcPr>
            <w:tcW w:w="1234" w:type="dxa"/>
          </w:tcPr>
          <w:p w14:paraId="57F5E8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0FED72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236080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4834DB2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2,3</w:t>
            </w:r>
          </w:p>
        </w:tc>
      </w:tr>
      <w:tr w:rsidR="006F0136" w:rsidRPr="00D77020" w14:paraId="4E972A66" w14:textId="77777777">
        <w:tc>
          <w:tcPr>
            <w:tcW w:w="1234" w:type="dxa"/>
          </w:tcPr>
          <w:p w14:paraId="65756B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4BB8A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BS-221-б</w:t>
            </w:r>
          </w:p>
        </w:tc>
        <w:tc>
          <w:tcPr>
            <w:tcW w:w="1234" w:type="dxa"/>
          </w:tcPr>
          <w:p w14:paraId="09AC95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221</w:t>
            </w:r>
          </w:p>
        </w:tc>
        <w:tc>
          <w:tcPr>
            <w:tcW w:w="1234" w:type="dxa"/>
          </w:tcPr>
          <w:p w14:paraId="3CFE9B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0E94D1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7E40F9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1DA4993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4,1</w:t>
            </w:r>
          </w:p>
        </w:tc>
      </w:tr>
      <w:tr w:rsidR="006F0136" w:rsidRPr="00D77020" w14:paraId="04D6A603" w14:textId="77777777">
        <w:tc>
          <w:tcPr>
            <w:tcW w:w="1234" w:type="dxa"/>
          </w:tcPr>
          <w:p w14:paraId="18426D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76488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BS-221-д</w:t>
            </w:r>
          </w:p>
        </w:tc>
        <w:tc>
          <w:tcPr>
            <w:tcW w:w="1234" w:type="dxa"/>
          </w:tcPr>
          <w:p w14:paraId="76D5BF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221</w:t>
            </w:r>
          </w:p>
        </w:tc>
        <w:tc>
          <w:tcPr>
            <w:tcW w:w="1234" w:type="dxa"/>
          </w:tcPr>
          <w:p w14:paraId="0121E2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0BFE32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31EB6B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2F87B92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3,7</w:t>
            </w:r>
          </w:p>
        </w:tc>
      </w:tr>
      <w:tr w:rsidR="006F0136" w:rsidRPr="00D77020" w14:paraId="340F945A" w14:textId="77777777">
        <w:tc>
          <w:tcPr>
            <w:tcW w:w="1234" w:type="dxa"/>
          </w:tcPr>
          <w:p w14:paraId="39AB69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FFE93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BS-223-а</w:t>
            </w:r>
          </w:p>
        </w:tc>
        <w:tc>
          <w:tcPr>
            <w:tcW w:w="1234" w:type="dxa"/>
          </w:tcPr>
          <w:p w14:paraId="646586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223</w:t>
            </w:r>
          </w:p>
        </w:tc>
        <w:tc>
          <w:tcPr>
            <w:tcW w:w="1234" w:type="dxa"/>
          </w:tcPr>
          <w:p w14:paraId="25ED74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21AC1B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62A0BD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4B84788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15,3</w:t>
            </w:r>
          </w:p>
        </w:tc>
      </w:tr>
      <w:tr w:rsidR="006F0136" w:rsidRPr="00D77020" w14:paraId="6857637C" w14:textId="77777777">
        <w:tc>
          <w:tcPr>
            <w:tcW w:w="1234" w:type="dxa"/>
          </w:tcPr>
          <w:p w14:paraId="54BB0F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7607D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BS-223-б</w:t>
            </w:r>
          </w:p>
        </w:tc>
        <w:tc>
          <w:tcPr>
            <w:tcW w:w="1234" w:type="dxa"/>
          </w:tcPr>
          <w:p w14:paraId="3BC234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223</w:t>
            </w:r>
          </w:p>
        </w:tc>
        <w:tc>
          <w:tcPr>
            <w:tcW w:w="1234" w:type="dxa"/>
          </w:tcPr>
          <w:p w14:paraId="24729B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5BCB78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27DB48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226719D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12,0</w:t>
            </w:r>
          </w:p>
        </w:tc>
      </w:tr>
      <w:tr w:rsidR="006F0136" w:rsidRPr="00D77020" w14:paraId="2214D98B" w14:textId="77777777">
        <w:tc>
          <w:tcPr>
            <w:tcW w:w="1234" w:type="dxa"/>
          </w:tcPr>
          <w:p w14:paraId="7B907B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0CF02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BS-223-в</w:t>
            </w:r>
          </w:p>
        </w:tc>
        <w:tc>
          <w:tcPr>
            <w:tcW w:w="1234" w:type="dxa"/>
          </w:tcPr>
          <w:p w14:paraId="50A132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223</w:t>
            </w:r>
          </w:p>
        </w:tc>
        <w:tc>
          <w:tcPr>
            <w:tcW w:w="1234" w:type="dxa"/>
          </w:tcPr>
          <w:p w14:paraId="53111A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522D31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2AC5AC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7C81FEB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6,3</w:t>
            </w:r>
          </w:p>
        </w:tc>
      </w:tr>
      <w:tr w:rsidR="006F0136" w:rsidRPr="00D77020" w14:paraId="7B314C7E" w14:textId="77777777">
        <w:tc>
          <w:tcPr>
            <w:tcW w:w="1234" w:type="dxa"/>
          </w:tcPr>
          <w:p w14:paraId="14EA6C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04234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BS-223-г</w:t>
            </w:r>
          </w:p>
        </w:tc>
        <w:tc>
          <w:tcPr>
            <w:tcW w:w="1234" w:type="dxa"/>
          </w:tcPr>
          <w:p w14:paraId="06D1EF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223</w:t>
            </w:r>
          </w:p>
        </w:tc>
        <w:tc>
          <w:tcPr>
            <w:tcW w:w="1234" w:type="dxa"/>
          </w:tcPr>
          <w:p w14:paraId="3ED5DD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2D9C63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63B139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2102959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5,9</w:t>
            </w:r>
          </w:p>
        </w:tc>
      </w:tr>
      <w:tr w:rsidR="006F0136" w:rsidRPr="00D77020" w14:paraId="4A85FD78" w14:textId="77777777">
        <w:tc>
          <w:tcPr>
            <w:tcW w:w="1234" w:type="dxa"/>
          </w:tcPr>
          <w:p w14:paraId="2D5076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2CCFF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BS-224-а</w:t>
            </w:r>
          </w:p>
        </w:tc>
        <w:tc>
          <w:tcPr>
            <w:tcW w:w="1234" w:type="dxa"/>
          </w:tcPr>
          <w:p w14:paraId="0D6A0F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224</w:t>
            </w:r>
          </w:p>
        </w:tc>
        <w:tc>
          <w:tcPr>
            <w:tcW w:w="1234" w:type="dxa"/>
          </w:tcPr>
          <w:p w14:paraId="38E635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72ADF7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170BC9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3A2C24A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4,2</w:t>
            </w:r>
          </w:p>
        </w:tc>
      </w:tr>
      <w:tr w:rsidR="006F0136" w:rsidRPr="00D77020" w14:paraId="25FEAEBE" w14:textId="77777777">
        <w:tc>
          <w:tcPr>
            <w:tcW w:w="1234" w:type="dxa"/>
          </w:tcPr>
          <w:p w14:paraId="1159BB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A72BF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BS-37-б</w:t>
            </w:r>
          </w:p>
        </w:tc>
        <w:tc>
          <w:tcPr>
            <w:tcW w:w="1234" w:type="dxa"/>
          </w:tcPr>
          <w:p w14:paraId="5F26A5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37</w:t>
            </w:r>
          </w:p>
        </w:tc>
        <w:tc>
          <w:tcPr>
            <w:tcW w:w="1234" w:type="dxa"/>
          </w:tcPr>
          <w:p w14:paraId="68AC83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3D341A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12F5CB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7A944A9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8,2</w:t>
            </w:r>
          </w:p>
        </w:tc>
      </w:tr>
      <w:tr w:rsidR="006F0136" w:rsidRPr="00D77020" w14:paraId="43068346" w14:textId="77777777">
        <w:tc>
          <w:tcPr>
            <w:tcW w:w="1234" w:type="dxa"/>
          </w:tcPr>
          <w:p w14:paraId="36827C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6FD6C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BS-37-в</w:t>
            </w:r>
          </w:p>
        </w:tc>
        <w:tc>
          <w:tcPr>
            <w:tcW w:w="1234" w:type="dxa"/>
          </w:tcPr>
          <w:p w14:paraId="033DFC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37</w:t>
            </w:r>
          </w:p>
        </w:tc>
        <w:tc>
          <w:tcPr>
            <w:tcW w:w="1234" w:type="dxa"/>
          </w:tcPr>
          <w:p w14:paraId="7C1B6F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43905B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14033B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5B11556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11,0</w:t>
            </w:r>
          </w:p>
        </w:tc>
      </w:tr>
      <w:tr w:rsidR="006F0136" w:rsidRPr="00D77020" w14:paraId="4F05B2BC" w14:textId="77777777">
        <w:tc>
          <w:tcPr>
            <w:tcW w:w="1234" w:type="dxa"/>
          </w:tcPr>
          <w:p w14:paraId="6BE6DE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2DFDA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BS-40-б</w:t>
            </w:r>
          </w:p>
        </w:tc>
        <w:tc>
          <w:tcPr>
            <w:tcW w:w="1234" w:type="dxa"/>
          </w:tcPr>
          <w:p w14:paraId="30D9CF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234" w:type="dxa"/>
          </w:tcPr>
          <w:p w14:paraId="2F07AE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54CA72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75A4D0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EDB52D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8,1</w:t>
            </w:r>
          </w:p>
        </w:tc>
      </w:tr>
      <w:tr w:rsidR="006F0136" w:rsidRPr="00D77020" w14:paraId="0326E305" w14:textId="77777777">
        <w:tc>
          <w:tcPr>
            <w:tcW w:w="1234" w:type="dxa"/>
          </w:tcPr>
          <w:p w14:paraId="28A6AB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D1668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BS-518-а</w:t>
            </w:r>
          </w:p>
        </w:tc>
        <w:tc>
          <w:tcPr>
            <w:tcW w:w="1234" w:type="dxa"/>
          </w:tcPr>
          <w:p w14:paraId="7FA147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518</w:t>
            </w:r>
          </w:p>
        </w:tc>
        <w:tc>
          <w:tcPr>
            <w:tcW w:w="1234" w:type="dxa"/>
          </w:tcPr>
          <w:p w14:paraId="694C88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38168D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54422D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09E3CC7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7,3</w:t>
            </w:r>
          </w:p>
        </w:tc>
      </w:tr>
      <w:tr w:rsidR="006F0136" w:rsidRPr="00D77020" w14:paraId="1D3058A2" w14:textId="77777777">
        <w:tc>
          <w:tcPr>
            <w:tcW w:w="1234" w:type="dxa"/>
          </w:tcPr>
          <w:p w14:paraId="05DFF3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B9640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BS-518-г</w:t>
            </w:r>
          </w:p>
        </w:tc>
        <w:tc>
          <w:tcPr>
            <w:tcW w:w="1234" w:type="dxa"/>
          </w:tcPr>
          <w:p w14:paraId="4E3A15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518</w:t>
            </w:r>
          </w:p>
        </w:tc>
        <w:tc>
          <w:tcPr>
            <w:tcW w:w="1234" w:type="dxa"/>
          </w:tcPr>
          <w:p w14:paraId="2569FD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6E1D9E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0152EE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65A59AC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17,0</w:t>
            </w:r>
          </w:p>
        </w:tc>
      </w:tr>
      <w:tr w:rsidR="006F0136" w:rsidRPr="00D77020" w14:paraId="7A779B14" w14:textId="77777777">
        <w:tc>
          <w:tcPr>
            <w:tcW w:w="1234" w:type="dxa"/>
          </w:tcPr>
          <w:p w14:paraId="62C4F9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9A825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BS-520-г1</w:t>
            </w:r>
          </w:p>
        </w:tc>
        <w:tc>
          <w:tcPr>
            <w:tcW w:w="1234" w:type="dxa"/>
          </w:tcPr>
          <w:p w14:paraId="02B8F4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520</w:t>
            </w:r>
          </w:p>
        </w:tc>
        <w:tc>
          <w:tcPr>
            <w:tcW w:w="1234" w:type="dxa"/>
          </w:tcPr>
          <w:p w14:paraId="0C7DFA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г1</w:t>
            </w:r>
          </w:p>
        </w:tc>
        <w:tc>
          <w:tcPr>
            <w:tcW w:w="1234" w:type="dxa"/>
          </w:tcPr>
          <w:p w14:paraId="580F8C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677D6D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51E5DDB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14,7</w:t>
            </w:r>
          </w:p>
        </w:tc>
      </w:tr>
      <w:tr w:rsidR="006F0136" w:rsidRPr="00D77020" w14:paraId="6B874813" w14:textId="77777777">
        <w:tc>
          <w:tcPr>
            <w:tcW w:w="1234" w:type="dxa"/>
          </w:tcPr>
          <w:p w14:paraId="59855A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BE08F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BS-520-и</w:t>
            </w:r>
          </w:p>
        </w:tc>
        <w:tc>
          <w:tcPr>
            <w:tcW w:w="1234" w:type="dxa"/>
          </w:tcPr>
          <w:p w14:paraId="20E127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520</w:t>
            </w:r>
          </w:p>
        </w:tc>
        <w:tc>
          <w:tcPr>
            <w:tcW w:w="1234" w:type="dxa"/>
          </w:tcPr>
          <w:p w14:paraId="78C4CD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3110F4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72742A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6D9AED1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1,0</w:t>
            </w:r>
          </w:p>
        </w:tc>
      </w:tr>
      <w:tr w:rsidR="006F0136" w:rsidRPr="00D77020" w14:paraId="2049F9A5" w14:textId="77777777">
        <w:tc>
          <w:tcPr>
            <w:tcW w:w="1234" w:type="dxa"/>
          </w:tcPr>
          <w:p w14:paraId="3FE4F9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E3D48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BS-520-м</w:t>
            </w:r>
          </w:p>
        </w:tc>
        <w:tc>
          <w:tcPr>
            <w:tcW w:w="1234" w:type="dxa"/>
          </w:tcPr>
          <w:p w14:paraId="200035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520</w:t>
            </w:r>
          </w:p>
        </w:tc>
        <w:tc>
          <w:tcPr>
            <w:tcW w:w="1234" w:type="dxa"/>
          </w:tcPr>
          <w:p w14:paraId="430A2D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7890E4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699D78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591546C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15,0</w:t>
            </w:r>
          </w:p>
        </w:tc>
      </w:tr>
      <w:tr w:rsidR="006F0136" w:rsidRPr="00D77020" w14:paraId="005C92BC" w14:textId="77777777">
        <w:tc>
          <w:tcPr>
            <w:tcW w:w="1234" w:type="dxa"/>
          </w:tcPr>
          <w:p w14:paraId="50FAFA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75F0B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BS-520-т</w:t>
            </w:r>
          </w:p>
        </w:tc>
        <w:tc>
          <w:tcPr>
            <w:tcW w:w="1234" w:type="dxa"/>
          </w:tcPr>
          <w:p w14:paraId="2445DB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520</w:t>
            </w:r>
          </w:p>
        </w:tc>
        <w:tc>
          <w:tcPr>
            <w:tcW w:w="1234" w:type="dxa"/>
          </w:tcPr>
          <w:p w14:paraId="26F3E0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74EBBC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12A742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35A7C5D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19,4</w:t>
            </w:r>
          </w:p>
        </w:tc>
      </w:tr>
      <w:tr w:rsidR="006F0136" w:rsidRPr="00D77020" w14:paraId="2CE57525" w14:textId="77777777">
        <w:tc>
          <w:tcPr>
            <w:tcW w:w="1234" w:type="dxa"/>
          </w:tcPr>
          <w:p w14:paraId="7A75E5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7EF6A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BS-522-в</w:t>
            </w:r>
          </w:p>
        </w:tc>
        <w:tc>
          <w:tcPr>
            <w:tcW w:w="1234" w:type="dxa"/>
          </w:tcPr>
          <w:p w14:paraId="56C658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522</w:t>
            </w:r>
          </w:p>
        </w:tc>
        <w:tc>
          <w:tcPr>
            <w:tcW w:w="1234" w:type="dxa"/>
          </w:tcPr>
          <w:p w14:paraId="122D37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6BC572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10D7C7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4113BA7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1,8</w:t>
            </w:r>
          </w:p>
        </w:tc>
      </w:tr>
      <w:tr w:rsidR="006F0136" w:rsidRPr="00D77020" w14:paraId="0A95BE3D" w14:textId="77777777">
        <w:tc>
          <w:tcPr>
            <w:tcW w:w="1234" w:type="dxa"/>
          </w:tcPr>
          <w:p w14:paraId="79CBE7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E7668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BS-522-ш</w:t>
            </w:r>
          </w:p>
        </w:tc>
        <w:tc>
          <w:tcPr>
            <w:tcW w:w="1234" w:type="dxa"/>
          </w:tcPr>
          <w:p w14:paraId="3F814D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522</w:t>
            </w:r>
          </w:p>
        </w:tc>
        <w:tc>
          <w:tcPr>
            <w:tcW w:w="1234" w:type="dxa"/>
          </w:tcPr>
          <w:p w14:paraId="5E955D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ш</w:t>
            </w:r>
          </w:p>
        </w:tc>
        <w:tc>
          <w:tcPr>
            <w:tcW w:w="1234" w:type="dxa"/>
          </w:tcPr>
          <w:p w14:paraId="233E0E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1EC4AE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7A61877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3,8</w:t>
            </w:r>
          </w:p>
        </w:tc>
      </w:tr>
      <w:tr w:rsidR="006F0136" w:rsidRPr="00D77020" w14:paraId="5C9714D4" w14:textId="77777777">
        <w:tc>
          <w:tcPr>
            <w:tcW w:w="1234" w:type="dxa"/>
          </w:tcPr>
          <w:p w14:paraId="2DAFE9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08B74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BS-526-а</w:t>
            </w:r>
          </w:p>
        </w:tc>
        <w:tc>
          <w:tcPr>
            <w:tcW w:w="1234" w:type="dxa"/>
          </w:tcPr>
          <w:p w14:paraId="10F6C8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526</w:t>
            </w:r>
          </w:p>
        </w:tc>
        <w:tc>
          <w:tcPr>
            <w:tcW w:w="1234" w:type="dxa"/>
          </w:tcPr>
          <w:p w14:paraId="666C86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6C74B5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547192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41534C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17,7</w:t>
            </w:r>
          </w:p>
        </w:tc>
      </w:tr>
      <w:tr w:rsidR="006F0136" w:rsidRPr="00D77020" w14:paraId="6BB2E035" w14:textId="77777777">
        <w:tc>
          <w:tcPr>
            <w:tcW w:w="1234" w:type="dxa"/>
          </w:tcPr>
          <w:p w14:paraId="2B06F4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4F15D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BS-526-х</w:t>
            </w:r>
          </w:p>
        </w:tc>
        <w:tc>
          <w:tcPr>
            <w:tcW w:w="1234" w:type="dxa"/>
          </w:tcPr>
          <w:p w14:paraId="7AAD73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526</w:t>
            </w:r>
          </w:p>
        </w:tc>
        <w:tc>
          <w:tcPr>
            <w:tcW w:w="1234" w:type="dxa"/>
          </w:tcPr>
          <w:p w14:paraId="6B2F92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х</w:t>
            </w:r>
          </w:p>
        </w:tc>
        <w:tc>
          <w:tcPr>
            <w:tcW w:w="1234" w:type="dxa"/>
          </w:tcPr>
          <w:p w14:paraId="1B2537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7DDFCC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DC578A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9,1</w:t>
            </w:r>
          </w:p>
        </w:tc>
      </w:tr>
      <w:tr w:rsidR="006F0136" w:rsidRPr="00D77020" w14:paraId="0E8EF68F" w14:textId="77777777">
        <w:tc>
          <w:tcPr>
            <w:tcW w:w="1234" w:type="dxa"/>
          </w:tcPr>
          <w:p w14:paraId="485031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7979D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BS-527-б</w:t>
            </w:r>
          </w:p>
        </w:tc>
        <w:tc>
          <w:tcPr>
            <w:tcW w:w="1234" w:type="dxa"/>
          </w:tcPr>
          <w:p w14:paraId="1E8C7E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527</w:t>
            </w:r>
          </w:p>
        </w:tc>
        <w:tc>
          <w:tcPr>
            <w:tcW w:w="1234" w:type="dxa"/>
          </w:tcPr>
          <w:p w14:paraId="0EDE29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7BE354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5B24F1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34F918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11,9</w:t>
            </w:r>
          </w:p>
        </w:tc>
      </w:tr>
      <w:tr w:rsidR="006F0136" w:rsidRPr="00D77020" w14:paraId="36166F6E" w14:textId="77777777">
        <w:tc>
          <w:tcPr>
            <w:tcW w:w="1234" w:type="dxa"/>
          </w:tcPr>
          <w:p w14:paraId="1D9591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E096A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BS-528-а</w:t>
            </w:r>
          </w:p>
        </w:tc>
        <w:tc>
          <w:tcPr>
            <w:tcW w:w="1234" w:type="dxa"/>
          </w:tcPr>
          <w:p w14:paraId="1A45D3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528</w:t>
            </w:r>
          </w:p>
        </w:tc>
        <w:tc>
          <w:tcPr>
            <w:tcW w:w="1234" w:type="dxa"/>
          </w:tcPr>
          <w:p w14:paraId="03D1F2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285526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65B143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C86AFE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21,5</w:t>
            </w:r>
          </w:p>
        </w:tc>
      </w:tr>
      <w:tr w:rsidR="006F0136" w:rsidRPr="00D77020" w14:paraId="56CD6588" w14:textId="77777777">
        <w:tc>
          <w:tcPr>
            <w:tcW w:w="1234" w:type="dxa"/>
          </w:tcPr>
          <w:p w14:paraId="15BDB2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96BC1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BS-529-а</w:t>
            </w:r>
          </w:p>
        </w:tc>
        <w:tc>
          <w:tcPr>
            <w:tcW w:w="1234" w:type="dxa"/>
          </w:tcPr>
          <w:p w14:paraId="25F88D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529</w:t>
            </w:r>
          </w:p>
        </w:tc>
        <w:tc>
          <w:tcPr>
            <w:tcW w:w="1234" w:type="dxa"/>
          </w:tcPr>
          <w:p w14:paraId="4B4829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2A5F99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3092B5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736A7B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17,0</w:t>
            </w:r>
          </w:p>
        </w:tc>
      </w:tr>
      <w:tr w:rsidR="006F0136" w:rsidRPr="00D77020" w14:paraId="5EE1F96D" w14:textId="77777777">
        <w:tc>
          <w:tcPr>
            <w:tcW w:w="1234" w:type="dxa"/>
          </w:tcPr>
          <w:p w14:paraId="20BCFF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DB11C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BS-535-в</w:t>
            </w:r>
          </w:p>
        </w:tc>
        <w:tc>
          <w:tcPr>
            <w:tcW w:w="1234" w:type="dxa"/>
          </w:tcPr>
          <w:p w14:paraId="5EA5EC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535</w:t>
            </w:r>
          </w:p>
        </w:tc>
        <w:tc>
          <w:tcPr>
            <w:tcW w:w="1234" w:type="dxa"/>
          </w:tcPr>
          <w:p w14:paraId="1E7625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359AF1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143B68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4630F2D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0B55154A" w14:textId="77777777">
        <w:tc>
          <w:tcPr>
            <w:tcW w:w="7404" w:type="dxa"/>
            <w:gridSpan w:val="6"/>
          </w:tcPr>
          <w:p w14:paraId="1E2AAF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668B5BF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255,4</w:t>
            </w:r>
          </w:p>
        </w:tc>
      </w:tr>
    </w:tbl>
    <w:p w14:paraId="5A1E6E94" w14:textId="77777777" w:rsidR="006F0136" w:rsidRPr="00D77020" w:rsidRDefault="00D77020">
      <w:pPr>
        <w:rPr>
          <w:lang w:val="bg-BG"/>
        </w:rPr>
      </w:pPr>
      <w:r w:rsidRPr="00D77020">
        <w:rPr>
          <w:lang w:val="bg-BG"/>
        </w:rPr>
        <w:br w:type="page"/>
      </w:r>
    </w:p>
    <w:p w14:paraId="5C851488" w14:textId="77777777" w:rsidR="006F0136" w:rsidRPr="00D77020" w:rsidRDefault="00D77020">
      <w:pPr>
        <w:pStyle w:val="Heading1"/>
        <w:rPr>
          <w:lang w:val="bg-BG"/>
        </w:rPr>
      </w:pPr>
      <w:bookmarkStart w:id="26" w:name="_Toc222837692"/>
      <w:r w:rsidRPr="00D77020">
        <w:rPr>
          <w:lang w:val="bg-BG"/>
        </w:rPr>
        <w:lastRenderedPageBreak/>
        <w:t xml:space="preserve">ДГС Сливница - Обща площ: 376,4 </w:t>
      </w:r>
      <w:proofErr w:type="spellStart"/>
      <w:r w:rsidRPr="00D77020">
        <w:rPr>
          <w:lang w:val="bg-BG"/>
        </w:rPr>
        <w:t>хa</w:t>
      </w:r>
      <w:bookmarkEnd w:id="26"/>
      <w:proofErr w:type="spellEnd"/>
    </w:p>
    <w:p w14:paraId="78718D67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BG0000322 - Драгоман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465A5AFD" w14:textId="77777777">
        <w:tc>
          <w:tcPr>
            <w:tcW w:w="1587" w:type="dxa"/>
          </w:tcPr>
          <w:p w14:paraId="374AAD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46E025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201506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6194F4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2A7EBB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5AF959F5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2AFCFB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00A36F8B" w14:textId="77777777">
        <w:tc>
          <w:tcPr>
            <w:tcW w:w="1234" w:type="dxa"/>
          </w:tcPr>
          <w:p w14:paraId="136181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EA6E4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RT-163-в</w:t>
            </w:r>
          </w:p>
        </w:tc>
        <w:tc>
          <w:tcPr>
            <w:tcW w:w="1234" w:type="dxa"/>
          </w:tcPr>
          <w:p w14:paraId="039E09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163</w:t>
            </w:r>
          </w:p>
        </w:tc>
        <w:tc>
          <w:tcPr>
            <w:tcW w:w="1234" w:type="dxa"/>
          </w:tcPr>
          <w:p w14:paraId="60EE77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376667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6EACF4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7C2A5FA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1,3</w:t>
            </w:r>
          </w:p>
        </w:tc>
      </w:tr>
      <w:tr w:rsidR="006F0136" w:rsidRPr="00D77020" w14:paraId="405C5991" w14:textId="77777777">
        <w:tc>
          <w:tcPr>
            <w:tcW w:w="1234" w:type="dxa"/>
          </w:tcPr>
          <w:p w14:paraId="18FAE9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CCBBB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RT-163-и</w:t>
            </w:r>
          </w:p>
        </w:tc>
        <w:tc>
          <w:tcPr>
            <w:tcW w:w="1234" w:type="dxa"/>
          </w:tcPr>
          <w:p w14:paraId="5EF11E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163</w:t>
            </w:r>
          </w:p>
        </w:tc>
        <w:tc>
          <w:tcPr>
            <w:tcW w:w="1234" w:type="dxa"/>
          </w:tcPr>
          <w:p w14:paraId="63252C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24363A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4F6A61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3F3A730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2,0</w:t>
            </w:r>
          </w:p>
        </w:tc>
      </w:tr>
      <w:tr w:rsidR="006F0136" w:rsidRPr="00D77020" w14:paraId="18F64A9F" w14:textId="77777777">
        <w:tc>
          <w:tcPr>
            <w:tcW w:w="1234" w:type="dxa"/>
          </w:tcPr>
          <w:p w14:paraId="31E4F1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70191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RT-163-р</w:t>
            </w:r>
          </w:p>
        </w:tc>
        <w:tc>
          <w:tcPr>
            <w:tcW w:w="1234" w:type="dxa"/>
          </w:tcPr>
          <w:p w14:paraId="523A20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163</w:t>
            </w:r>
          </w:p>
        </w:tc>
        <w:tc>
          <w:tcPr>
            <w:tcW w:w="1234" w:type="dxa"/>
          </w:tcPr>
          <w:p w14:paraId="1AFC8F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662007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75D579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19ACE5B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0,6</w:t>
            </w:r>
          </w:p>
        </w:tc>
      </w:tr>
      <w:tr w:rsidR="006F0136" w:rsidRPr="00D77020" w14:paraId="05ED5CE0" w14:textId="77777777">
        <w:tc>
          <w:tcPr>
            <w:tcW w:w="1234" w:type="dxa"/>
          </w:tcPr>
          <w:p w14:paraId="3B9969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77B39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RT-163-ф</w:t>
            </w:r>
          </w:p>
        </w:tc>
        <w:tc>
          <w:tcPr>
            <w:tcW w:w="1234" w:type="dxa"/>
          </w:tcPr>
          <w:p w14:paraId="1D6A1C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163</w:t>
            </w:r>
          </w:p>
        </w:tc>
        <w:tc>
          <w:tcPr>
            <w:tcW w:w="1234" w:type="dxa"/>
          </w:tcPr>
          <w:p w14:paraId="0AC123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ф</w:t>
            </w:r>
          </w:p>
        </w:tc>
        <w:tc>
          <w:tcPr>
            <w:tcW w:w="1234" w:type="dxa"/>
          </w:tcPr>
          <w:p w14:paraId="2E70A8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32ED02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4992204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2D6F6179" w14:textId="77777777">
        <w:tc>
          <w:tcPr>
            <w:tcW w:w="1234" w:type="dxa"/>
          </w:tcPr>
          <w:p w14:paraId="7E10B4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1E486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RT-163-ц</w:t>
            </w:r>
          </w:p>
        </w:tc>
        <w:tc>
          <w:tcPr>
            <w:tcW w:w="1234" w:type="dxa"/>
          </w:tcPr>
          <w:p w14:paraId="1713CA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163</w:t>
            </w:r>
          </w:p>
        </w:tc>
        <w:tc>
          <w:tcPr>
            <w:tcW w:w="1234" w:type="dxa"/>
          </w:tcPr>
          <w:p w14:paraId="6D5E99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ц</w:t>
            </w:r>
          </w:p>
        </w:tc>
        <w:tc>
          <w:tcPr>
            <w:tcW w:w="1234" w:type="dxa"/>
          </w:tcPr>
          <w:p w14:paraId="612A5A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30EE5F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43DA6C0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0,6</w:t>
            </w:r>
          </w:p>
        </w:tc>
      </w:tr>
      <w:tr w:rsidR="006F0136" w:rsidRPr="00D77020" w14:paraId="3992C5B3" w14:textId="77777777">
        <w:tc>
          <w:tcPr>
            <w:tcW w:w="1234" w:type="dxa"/>
          </w:tcPr>
          <w:p w14:paraId="24FB2E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32F2D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RT-164-а</w:t>
            </w:r>
          </w:p>
        </w:tc>
        <w:tc>
          <w:tcPr>
            <w:tcW w:w="1234" w:type="dxa"/>
          </w:tcPr>
          <w:p w14:paraId="53FB42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164</w:t>
            </w:r>
          </w:p>
        </w:tc>
        <w:tc>
          <w:tcPr>
            <w:tcW w:w="1234" w:type="dxa"/>
          </w:tcPr>
          <w:p w14:paraId="69292B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6B72D0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2EC705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2438FEC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2,4</w:t>
            </w:r>
          </w:p>
        </w:tc>
      </w:tr>
      <w:tr w:rsidR="006F0136" w:rsidRPr="00D77020" w14:paraId="6AA9D795" w14:textId="77777777">
        <w:tc>
          <w:tcPr>
            <w:tcW w:w="1234" w:type="dxa"/>
          </w:tcPr>
          <w:p w14:paraId="4EB740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73A7A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RT-167-а</w:t>
            </w:r>
          </w:p>
        </w:tc>
        <w:tc>
          <w:tcPr>
            <w:tcW w:w="1234" w:type="dxa"/>
          </w:tcPr>
          <w:p w14:paraId="4976BE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167</w:t>
            </w:r>
          </w:p>
        </w:tc>
        <w:tc>
          <w:tcPr>
            <w:tcW w:w="1234" w:type="dxa"/>
          </w:tcPr>
          <w:p w14:paraId="6B64C8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14721A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788132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0F69D8A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4FDD874D" w14:textId="77777777">
        <w:tc>
          <w:tcPr>
            <w:tcW w:w="1234" w:type="dxa"/>
          </w:tcPr>
          <w:p w14:paraId="10C069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09E8B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RT-170-б</w:t>
            </w:r>
          </w:p>
        </w:tc>
        <w:tc>
          <w:tcPr>
            <w:tcW w:w="1234" w:type="dxa"/>
          </w:tcPr>
          <w:p w14:paraId="1D5ADE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4204B0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48F99E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2B4952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36FE2BA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42409B9A" w14:textId="77777777">
        <w:tc>
          <w:tcPr>
            <w:tcW w:w="1234" w:type="dxa"/>
          </w:tcPr>
          <w:p w14:paraId="009C62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A79A8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RT-170-г</w:t>
            </w:r>
          </w:p>
        </w:tc>
        <w:tc>
          <w:tcPr>
            <w:tcW w:w="1234" w:type="dxa"/>
          </w:tcPr>
          <w:p w14:paraId="7844DE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050E3F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0EAEE2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6642FA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327EB70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1,6</w:t>
            </w:r>
          </w:p>
        </w:tc>
      </w:tr>
      <w:tr w:rsidR="006F0136" w:rsidRPr="00D77020" w14:paraId="15BA2BF9" w14:textId="77777777">
        <w:tc>
          <w:tcPr>
            <w:tcW w:w="1234" w:type="dxa"/>
          </w:tcPr>
          <w:p w14:paraId="439E39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81BC1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RT-177-в</w:t>
            </w:r>
          </w:p>
        </w:tc>
        <w:tc>
          <w:tcPr>
            <w:tcW w:w="1234" w:type="dxa"/>
          </w:tcPr>
          <w:p w14:paraId="4BE920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177</w:t>
            </w:r>
          </w:p>
        </w:tc>
        <w:tc>
          <w:tcPr>
            <w:tcW w:w="1234" w:type="dxa"/>
          </w:tcPr>
          <w:p w14:paraId="497FEB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4B7727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65</w:t>
            </w:r>
          </w:p>
        </w:tc>
        <w:tc>
          <w:tcPr>
            <w:tcW w:w="1234" w:type="dxa"/>
          </w:tcPr>
          <w:p w14:paraId="352162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5CD941B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24,7</w:t>
            </w:r>
          </w:p>
        </w:tc>
      </w:tr>
      <w:tr w:rsidR="006F0136" w:rsidRPr="00D77020" w14:paraId="481908D3" w14:textId="77777777">
        <w:tc>
          <w:tcPr>
            <w:tcW w:w="1234" w:type="dxa"/>
          </w:tcPr>
          <w:p w14:paraId="2235AE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08467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RT-177-г</w:t>
            </w:r>
          </w:p>
        </w:tc>
        <w:tc>
          <w:tcPr>
            <w:tcW w:w="1234" w:type="dxa"/>
          </w:tcPr>
          <w:p w14:paraId="728F1C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177</w:t>
            </w:r>
          </w:p>
        </w:tc>
        <w:tc>
          <w:tcPr>
            <w:tcW w:w="1234" w:type="dxa"/>
          </w:tcPr>
          <w:p w14:paraId="773342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049323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65</w:t>
            </w:r>
          </w:p>
        </w:tc>
        <w:tc>
          <w:tcPr>
            <w:tcW w:w="1234" w:type="dxa"/>
          </w:tcPr>
          <w:p w14:paraId="1BC1CD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74F3CD5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3,1</w:t>
            </w:r>
          </w:p>
        </w:tc>
      </w:tr>
      <w:tr w:rsidR="006F0136" w:rsidRPr="00D77020" w14:paraId="33BBBE69" w14:textId="77777777">
        <w:tc>
          <w:tcPr>
            <w:tcW w:w="1234" w:type="dxa"/>
          </w:tcPr>
          <w:p w14:paraId="037463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3198E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RT-199-а</w:t>
            </w:r>
          </w:p>
        </w:tc>
        <w:tc>
          <w:tcPr>
            <w:tcW w:w="1234" w:type="dxa"/>
          </w:tcPr>
          <w:p w14:paraId="2673E1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199</w:t>
            </w:r>
          </w:p>
        </w:tc>
        <w:tc>
          <w:tcPr>
            <w:tcW w:w="1234" w:type="dxa"/>
          </w:tcPr>
          <w:p w14:paraId="469C16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6D0B6E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6A9445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554ADAE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23,4</w:t>
            </w:r>
          </w:p>
        </w:tc>
      </w:tr>
      <w:tr w:rsidR="006F0136" w:rsidRPr="00D77020" w14:paraId="3D8FB474" w14:textId="77777777">
        <w:tc>
          <w:tcPr>
            <w:tcW w:w="1234" w:type="dxa"/>
          </w:tcPr>
          <w:p w14:paraId="44847F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A16D5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RT-199-б</w:t>
            </w:r>
          </w:p>
        </w:tc>
        <w:tc>
          <w:tcPr>
            <w:tcW w:w="1234" w:type="dxa"/>
          </w:tcPr>
          <w:p w14:paraId="490E0F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199</w:t>
            </w:r>
          </w:p>
        </w:tc>
        <w:tc>
          <w:tcPr>
            <w:tcW w:w="1234" w:type="dxa"/>
          </w:tcPr>
          <w:p w14:paraId="3B757A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24D8AC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275D97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4C7848D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1,1</w:t>
            </w:r>
          </w:p>
        </w:tc>
      </w:tr>
      <w:tr w:rsidR="006F0136" w:rsidRPr="00D77020" w14:paraId="0A740D13" w14:textId="77777777">
        <w:tc>
          <w:tcPr>
            <w:tcW w:w="1234" w:type="dxa"/>
          </w:tcPr>
          <w:p w14:paraId="4D0A97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A5501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RT-199-г</w:t>
            </w:r>
          </w:p>
        </w:tc>
        <w:tc>
          <w:tcPr>
            <w:tcW w:w="1234" w:type="dxa"/>
          </w:tcPr>
          <w:p w14:paraId="1A18A8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199</w:t>
            </w:r>
          </w:p>
        </w:tc>
        <w:tc>
          <w:tcPr>
            <w:tcW w:w="1234" w:type="dxa"/>
          </w:tcPr>
          <w:p w14:paraId="3F127B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431BA2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16258D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9AF058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2,3</w:t>
            </w:r>
          </w:p>
        </w:tc>
      </w:tr>
      <w:tr w:rsidR="006F0136" w:rsidRPr="00D77020" w14:paraId="5A407FD2" w14:textId="77777777">
        <w:tc>
          <w:tcPr>
            <w:tcW w:w="1234" w:type="dxa"/>
          </w:tcPr>
          <w:p w14:paraId="21263D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3043A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RT-200-ж</w:t>
            </w:r>
          </w:p>
        </w:tc>
        <w:tc>
          <w:tcPr>
            <w:tcW w:w="1234" w:type="dxa"/>
          </w:tcPr>
          <w:p w14:paraId="643723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200</w:t>
            </w:r>
          </w:p>
        </w:tc>
        <w:tc>
          <w:tcPr>
            <w:tcW w:w="1234" w:type="dxa"/>
          </w:tcPr>
          <w:p w14:paraId="3248E8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32006F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55BAAC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75690DB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1,5</w:t>
            </w:r>
          </w:p>
        </w:tc>
      </w:tr>
      <w:tr w:rsidR="006F0136" w:rsidRPr="00D77020" w14:paraId="3E7CDDEE" w14:textId="77777777">
        <w:tc>
          <w:tcPr>
            <w:tcW w:w="1234" w:type="dxa"/>
          </w:tcPr>
          <w:p w14:paraId="777480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B7EB0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RT-200-з</w:t>
            </w:r>
          </w:p>
        </w:tc>
        <w:tc>
          <w:tcPr>
            <w:tcW w:w="1234" w:type="dxa"/>
          </w:tcPr>
          <w:p w14:paraId="564567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200</w:t>
            </w:r>
          </w:p>
        </w:tc>
        <w:tc>
          <w:tcPr>
            <w:tcW w:w="1234" w:type="dxa"/>
          </w:tcPr>
          <w:p w14:paraId="3FAEEC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34B846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1C8806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29690F4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7,7</w:t>
            </w:r>
          </w:p>
        </w:tc>
      </w:tr>
      <w:tr w:rsidR="006F0136" w:rsidRPr="00D77020" w14:paraId="7896A407" w14:textId="77777777">
        <w:tc>
          <w:tcPr>
            <w:tcW w:w="1234" w:type="dxa"/>
          </w:tcPr>
          <w:p w14:paraId="575ACE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1C211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RT-200-и</w:t>
            </w:r>
          </w:p>
        </w:tc>
        <w:tc>
          <w:tcPr>
            <w:tcW w:w="1234" w:type="dxa"/>
          </w:tcPr>
          <w:p w14:paraId="1D31B0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200</w:t>
            </w:r>
          </w:p>
        </w:tc>
        <w:tc>
          <w:tcPr>
            <w:tcW w:w="1234" w:type="dxa"/>
          </w:tcPr>
          <w:p w14:paraId="165D4A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140267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3B5051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349282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3,7</w:t>
            </w:r>
          </w:p>
        </w:tc>
      </w:tr>
      <w:tr w:rsidR="006F0136" w:rsidRPr="00D77020" w14:paraId="12BABBA3" w14:textId="77777777">
        <w:tc>
          <w:tcPr>
            <w:tcW w:w="1234" w:type="dxa"/>
          </w:tcPr>
          <w:p w14:paraId="461F99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54CDD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RT-200-о</w:t>
            </w:r>
          </w:p>
        </w:tc>
        <w:tc>
          <w:tcPr>
            <w:tcW w:w="1234" w:type="dxa"/>
          </w:tcPr>
          <w:p w14:paraId="30E61C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200</w:t>
            </w:r>
          </w:p>
        </w:tc>
        <w:tc>
          <w:tcPr>
            <w:tcW w:w="1234" w:type="dxa"/>
          </w:tcPr>
          <w:p w14:paraId="06DD4D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72ED41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12FD44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9349EB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1,0</w:t>
            </w:r>
          </w:p>
        </w:tc>
      </w:tr>
      <w:tr w:rsidR="006F0136" w:rsidRPr="00D77020" w14:paraId="4EB5B5EF" w14:textId="77777777">
        <w:tc>
          <w:tcPr>
            <w:tcW w:w="1234" w:type="dxa"/>
          </w:tcPr>
          <w:p w14:paraId="20BD23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2FB29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RT-204-з</w:t>
            </w:r>
          </w:p>
        </w:tc>
        <w:tc>
          <w:tcPr>
            <w:tcW w:w="1234" w:type="dxa"/>
          </w:tcPr>
          <w:p w14:paraId="486E17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204</w:t>
            </w:r>
          </w:p>
        </w:tc>
        <w:tc>
          <w:tcPr>
            <w:tcW w:w="1234" w:type="dxa"/>
          </w:tcPr>
          <w:p w14:paraId="428546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0DF911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27136B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40A0</w:t>
            </w:r>
          </w:p>
        </w:tc>
        <w:tc>
          <w:tcPr>
            <w:tcW w:w="1234" w:type="dxa"/>
          </w:tcPr>
          <w:p w14:paraId="2F1188B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1F91E232" w14:textId="77777777">
        <w:tc>
          <w:tcPr>
            <w:tcW w:w="1234" w:type="dxa"/>
          </w:tcPr>
          <w:p w14:paraId="2C115E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156C1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RT-204-к</w:t>
            </w:r>
          </w:p>
        </w:tc>
        <w:tc>
          <w:tcPr>
            <w:tcW w:w="1234" w:type="dxa"/>
          </w:tcPr>
          <w:p w14:paraId="685223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204</w:t>
            </w:r>
          </w:p>
        </w:tc>
        <w:tc>
          <w:tcPr>
            <w:tcW w:w="1234" w:type="dxa"/>
          </w:tcPr>
          <w:p w14:paraId="3216C1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2E072C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64326E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40A0</w:t>
            </w:r>
          </w:p>
        </w:tc>
        <w:tc>
          <w:tcPr>
            <w:tcW w:w="1234" w:type="dxa"/>
          </w:tcPr>
          <w:p w14:paraId="7DBB900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1,3</w:t>
            </w:r>
          </w:p>
        </w:tc>
      </w:tr>
      <w:tr w:rsidR="006F0136" w:rsidRPr="00D77020" w14:paraId="4C68F67A" w14:textId="77777777">
        <w:tc>
          <w:tcPr>
            <w:tcW w:w="1234" w:type="dxa"/>
          </w:tcPr>
          <w:p w14:paraId="3A9F56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DCF11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RT-204-л</w:t>
            </w:r>
          </w:p>
        </w:tc>
        <w:tc>
          <w:tcPr>
            <w:tcW w:w="1234" w:type="dxa"/>
          </w:tcPr>
          <w:p w14:paraId="5BD03C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204</w:t>
            </w:r>
          </w:p>
        </w:tc>
        <w:tc>
          <w:tcPr>
            <w:tcW w:w="1234" w:type="dxa"/>
          </w:tcPr>
          <w:p w14:paraId="5EAC33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0F4C8E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06F819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40A0</w:t>
            </w:r>
          </w:p>
        </w:tc>
        <w:tc>
          <w:tcPr>
            <w:tcW w:w="1234" w:type="dxa"/>
          </w:tcPr>
          <w:p w14:paraId="7709C21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5,4</w:t>
            </w:r>
          </w:p>
        </w:tc>
      </w:tr>
      <w:tr w:rsidR="006F0136" w:rsidRPr="00D77020" w14:paraId="7F3F82F5" w14:textId="77777777">
        <w:tc>
          <w:tcPr>
            <w:tcW w:w="1234" w:type="dxa"/>
          </w:tcPr>
          <w:p w14:paraId="71C490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CEDDA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RT-204-р1</w:t>
            </w:r>
          </w:p>
        </w:tc>
        <w:tc>
          <w:tcPr>
            <w:tcW w:w="1234" w:type="dxa"/>
          </w:tcPr>
          <w:p w14:paraId="6BD572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204</w:t>
            </w:r>
          </w:p>
        </w:tc>
        <w:tc>
          <w:tcPr>
            <w:tcW w:w="1234" w:type="dxa"/>
          </w:tcPr>
          <w:p w14:paraId="768970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р1</w:t>
            </w:r>
          </w:p>
        </w:tc>
        <w:tc>
          <w:tcPr>
            <w:tcW w:w="1234" w:type="dxa"/>
          </w:tcPr>
          <w:p w14:paraId="11B758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41C296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40A0</w:t>
            </w:r>
          </w:p>
        </w:tc>
        <w:tc>
          <w:tcPr>
            <w:tcW w:w="1234" w:type="dxa"/>
          </w:tcPr>
          <w:p w14:paraId="6118609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0,1</w:t>
            </w:r>
          </w:p>
        </w:tc>
      </w:tr>
      <w:tr w:rsidR="006F0136" w:rsidRPr="00D77020" w14:paraId="717F4AFB" w14:textId="77777777">
        <w:tc>
          <w:tcPr>
            <w:tcW w:w="1234" w:type="dxa"/>
          </w:tcPr>
          <w:p w14:paraId="428FF0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71CB0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RT-204-с1</w:t>
            </w:r>
          </w:p>
        </w:tc>
        <w:tc>
          <w:tcPr>
            <w:tcW w:w="1234" w:type="dxa"/>
          </w:tcPr>
          <w:p w14:paraId="12A4D2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204</w:t>
            </w:r>
          </w:p>
        </w:tc>
        <w:tc>
          <w:tcPr>
            <w:tcW w:w="1234" w:type="dxa"/>
          </w:tcPr>
          <w:p w14:paraId="583869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с1</w:t>
            </w:r>
          </w:p>
        </w:tc>
        <w:tc>
          <w:tcPr>
            <w:tcW w:w="1234" w:type="dxa"/>
          </w:tcPr>
          <w:p w14:paraId="072207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3F9466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40A0</w:t>
            </w:r>
          </w:p>
        </w:tc>
        <w:tc>
          <w:tcPr>
            <w:tcW w:w="1234" w:type="dxa"/>
          </w:tcPr>
          <w:p w14:paraId="3B2765F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5A4B40CE" w14:textId="77777777">
        <w:tc>
          <w:tcPr>
            <w:tcW w:w="1234" w:type="dxa"/>
          </w:tcPr>
          <w:p w14:paraId="3B6C7D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C122E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RT-204-у1</w:t>
            </w:r>
          </w:p>
        </w:tc>
        <w:tc>
          <w:tcPr>
            <w:tcW w:w="1234" w:type="dxa"/>
          </w:tcPr>
          <w:p w14:paraId="70807D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204</w:t>
            </w:r>
          </w:p>
        </w:tc>
        <w:tc>
          <w:tcPr>
            <w:tcW w:w="1234" w:type="dxa"/>
          </w:tcPr>
          <w:p w14:paraId="0C5D9B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у1</w:t>
            </w:r>
          </w:p>
        </w:tc>
        <w:tc>
          <w:tcPr>
            <w:tcW w:w="1234" w:type="dxa"/>
          </w:tcPr>
          <w:p w14:paraId="7E126C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23DE69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40A0</w:t>
            </w:r>
          </w:p>
        </w:tc>
        <w:tc>
          <w:tcPr>
            <w:tcW w:w="1234" w:type="dxa"/>
          </w:tcPr>
          <w:p w14:paraId="26710EA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1,3</w:t>
            </w:r>
          </w:p>
        </w:tc>
      </w:tr>
      <w:tr w:rsidR="006F0136" w:rsidRPr="00D77020" w14:paraId="7FA210AA" w14:textId="77777777">
        <w:tc>
          <w:tcPr>
            <w:tcW w:w="1234" w:type="dxa"/>
          </w:tcPr>
          <w:p w14:paraId="140204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C7402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RT-276-в</w:t>
            </w:r>
          </w:p>
        </w:tc>
        <w:tc>
          <w:tcPr>
            <w:tcW w:w="1234" w:type="dxa"/>
          </w:tcPr>
          <w:p w14:paraId="7980E0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276</w:t>
            </w:r>
          </w:p>
        </w:tc>
        <w:tc>
          <w:tcPr>
            <w:tcW w:w="1234" w:type="dxa"/>
          </w:tcPr>
          <w:p w14:paraId="602EBF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7C62DB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778744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1B4D4D7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11,9</w:t>
            </w:r>
          </w:p>
        </w:tc>
      </w:tr>
      <w:tr w:rsidR="006F0136" w:rsidRPr="00D77020" w14:paraId="161344C4" w14:textId="77777777">
        <w:tc>
          <w:tcPr>
            <w:tcW w:w="1234" w:type="dxa"/>
          </w:tcPr>
          <w:p w14:paraId="076657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C3E3C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RT-278-а</w:t>
            </w:r>
          </w:p>
        </w:tc>
        <w:tc>
          <w:tcPr>
            <w:tcW w:w="1234" w:type="dxa"/>
          </w:tcPr>
          <w:p w14:paraId="7AA4AE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278</w:t>
            </w:r>
          </w:p>
        </w:tc>
        <w:tc>
          <w:tcPr>
            <w:tcW w:w="1234" w:type="dxa"/>
          </w:tcPr>
          <w:p w14:paraId="1AD106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5FF0FF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3B7E4C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77370DA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2,0</w:t>
            </w:r>
          </w:p>
        </w:tc>
      </w:tr>
      <w:tr w:rsidR="006F0136" w:rsidRPr="00D77020" w14:paraId="647747A6" w14:textId="77777777">
        <w:tc>
          <w:tcPr>
            <w:tcW w:w="1234" w:type="dxa"/>
          </w:tcPr>
          <w:p w14:paraId="7C41D4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4753B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RT-278-д1</w:t>
            </w:r>
          </w:p>
        </w:tc>
        <w:tc>
          <w:tcPr>
            <w:tcW w:w="1234" w:type="dxa"/>
          </w:tcPr>
          <w:p w14:paraId="207C75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278</w:t>
            </w:r>
          </w:p>
        </w:tc>
        <w:tc>
          <w:tcPr>
            <w:tcW w:w="1234" w:type="dxa"/>
          </w:tcPr>
          <w:p w14:paraId="61C631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д1</w:t>
            </w:r>
          </w:p>
        </w:tc>
        <w:tc>
          <w:tcPr>
            <w:tcW w:w="1234" w:type="dxa"/>
          </w:tcPr>
          <w:p w14:paraId="0B5BC6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5AEC57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7EB99C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4,7</w:t>
            </w:r>
          </w:p>
        </w:tc>
      </w:tr>
      <w:tr w:rsidR="006F0136" w:rsidRPr="00D77020" w14:paraId="4D073A75" w14:textId="77777777">
        <w:tc>
          <w:tcPr>
            <w:tcW w:w="1234" w:type="dxa"/>
          </w:tcPr>
          <w:p w14:paraId="4F049B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ED8C7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RT-278-и</w:t>
            </w:r>
          </w:p>
        </w:tc>
        <w:tc>
          <w:tcPr>
            <w:tcW w:w="1234" w:type="dxa"/>
          </w:tcPr>
          <w:p w14:paraId="5D5952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278</w:t>
            </w:r>
          </w:p>
        </w:tc>
        <w:tc>
          <w:tcPr>
            <w:tcW w:w="1234" w:type="dxa"/>
          </w:tcPr>
          <w:p w14:paraId="46CE5A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7577D6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1161BB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6D7217C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1,8</w:t>
            </w:r>
          </w:p>
        </w:tc>
      </w:tr>
      <w:tr w:rsidR="006F0136" w:rsidRPr="00D77020" w14:paraId="16DFD453" w14:textId="77777777">
        <w:tc>
          <w:tcPr>
            <w:tcW w:w="1234" w:type="dxa"/>
          </w:tcPr>
          <w:p w14:paraId="295A7C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F6497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RT-279-р</w:t>
            </w:r>
          </w:p>
        </w:tc>
        <w:tc>
          <w:tcPr>
            <w:tcW w:w="1234" w:type="dxa"/>
          </w:tcPr>
          <w:p w14:paraId="211B8A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279</w:t>
            </w:r>
          </w:p>
        </w:tc>
        <w:tc>
          <w:tcPr>
            <w:tcW w:w="1234" w:type="dxa"/>
          </w:tcPr>
          <w:p w14:paraId="389017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0AD78E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0A7E84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32A8F58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7,8</w:t>
            </w:r>
          </w:p>
        </w:tc>
      </w:tr>
      <w:tr w:rsidR="006F0136" w:rsidRPr="00D77020" w14:paraId="177BC676" w14:textId="77777777">
        <w:tc>
          <w:tcPr>
            <w:tcW w:w="1234" w:type="dxa"/>
          </w:tcPr>
          <w:p w14:paraId="23E121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EDFA6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RT-279-х</w:t>
            </w:r>
          </w:p>
        </w:tc>
        <w:tc>
          <w:tcPr>
            <w:tcW w:w="1234" w:type="dxa"/>
          </w:tcPr>
          <w:p w14:paraId="351617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279</w:t>
            </w:r>
          </w:p>
        </w:tc>
        <w:tc>
          <w:tcPr>
            <w:tcW w:w="1234" w:type="dxa"/>
          </w:tcPr>
          <w:p w14:paraId="2B93FA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х</w:t>
            </w:r>
          </w:p>
        </w:tc>
        <w:tc>
          <w:tcPr>
            <w:tcW w:w="1234" w:type="dxa"/>
          </w:tcPr>
          <w:p w14:paraId="66F780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3FFA04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757EAB3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2,5</w:t>
            </w:r>
          </w:p>
        </w:tc>
      </w:tr>
      <w:tr w:rsidR="006F0136" w:rsidRPr="00D77020" w14:paraId="1F4A22B8" w14:textId="77777777">
        <w:tc>
          <w:tcPr>
            <w:tcW w:w="1234" w:type="dxa"/>
          </w:tcPr>
          <w:p w14:paraId="027950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30092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RT-279-ч</w:t>
            </w:r>
          </w:p>
        </w:tc>
        <w:tc>
          <w:tcPr>
            <w:tcW w:w="1234" w:type="dxa"/>
          </w:tcPr>
          <w:p w14:paraId="47F3F2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279</w:t>
            </w:r>
          </w:p>
        </w:tc>
        <w:tc>
          <w:tcPr>
            <w:tcW w:w="1234" w:type="dxa"/>
          </w:tcPr>
          <w:p w14:paraId="74A763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ч</w:t>
            </w:r>
          </w:p>
        </w:tc>
        <w:tc>
          <w:tcPr>
            <w:tcW w:w="1234" w:type="dxa"/>
          </w:tcPr>
          <w:p w14:paraId="54A13B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486EF6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63FA959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2,8</w:t>
            </w:r>
          </w:p>
        </w:tc>
      </w:tr>
      <w:tr w:rsidR="006F0136" w:rsidRPr="00D77020" w14:paraId="1A2EFBBA" w14:textId="77777777">
        <w:tc>
          <w:tcPr>
            <w:tcW w:w="1234" w:type="dxa"/>
          </w:tcPr>
          <w:p w14:paraId="7A22A4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E0594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RT-284-а1</w:t>
            </w:r>
          </w:p>
        </w:tc>
        <w:tc>
          <w:tcPr>
            <w:tcW w:w="1234" w:type="dxa"/>
          </w:tcPr>
          <w:p w14:paraId="5722E3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284</w:t>
            </w:r>
          </w:p>
        </w:tc>
        <w:tc>
          <w:tcPr>
            <w:tcW w:w="1234" w:type="dxa"/>
          </w:tcPr>
          <w:p w14:paraId="707FE7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а1</w:t>
            </w:r>
          </w:p>
        </w:tc>
        <w:tc>
          <w:tcPr>
            <w:tcW w:w="1234" w:type="dxa"/>
          </w:tcPr>
          <w:p w14:paraId="75ED30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275AC3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6000CFC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4,4</w:t>
            </w:r>
          </w:p>
        </w:tc>
      </w:tr>
      <w:tr w:rsidR="006F0136" w:rsidRPr="00D77020" w14:paraId="25E46C79" w14:textId="77777777">
        <w:tc>
          <w:tcPr>
            <w:tcW w:w="1234" w:type="dxa"/>
          </w:tcPr>
          <w:p w14:paraId="177BD5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4BB76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RT-284-е2</w:t>
            </w:r>
          </w:p>
        </w:tc>
        <w:tc>
          <w:tcPr>
            <w:tcW w:w="1234" w:type="dxa"/>
          </w:tcPr>
          <w:p w14:paraId="26BA4F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284</w:t>
            </w:r>
          </w:p>
        </w:tc>
        <w:tc>
          <w:tcPr>
            <w:tcW w:w="1234" w:type="dxa"/>
          </w:tcPr>
          <w:p w14:paraId="5496DA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е2</w:t>
            </w:r>
          </w:p>
        </w:tc>
        <w:tc>
          <w:tcPr>
            <w:tcW w:w="1234" w:type="dxa"/>
          </w:tcPr>
          <w:p w14:paraId="3A4B4A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75735D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65E1E39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5,2</w:t>
            </w:r>
          </w:p>
        </w:tc>
      </w:tr>
      <w:tr w:rsidR="006F0136" w:rsidRPr="00D77020" w14:paraId="4EA2F0FB" w14:textId="77777777">
        <w:tc>
          <w:tcPr>
            <w:tcW w:w="1234" w:type="dxa"/>
          </w:tcPr>
          <w:p w14:paraId="472231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5C94A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RT-284-п2</w:t>
            </w:r>
          </w:p>
        </w:tc>
        <w:tc>
          <w:tcPr>
            <w:tcW w:w="1234" w:type="dxa"/>
          </w:tcPr>
          <w:p w14:paraId="1629FB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284</w:t>
            </w:r>
          </w:p>
        </w:tc>
        <w:tc>
          <w:tcPr>
            <w:tcW w:w="1234" w:type="dxa"/>
          </w:tcPr>
          <w:p w14:paraId="63A470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п2</w:t>
            </w:r>
          </w:p>
        </w:tc>
        <w:tc>
          <w:tcPr>
            <w:tcW w:w="1234" w:type="dxa"/>
          </w:tcPr>
          <w:p w14:paraId="368DBF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76EAB0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246EEDB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6,6</w:t>
            </w:r>
          </w:p>
        </w:tc>
      </w:tr>
      <w:tr w:rsidR="006F0136" w:rsidRPr="00D77020" w14:paraId="7588EDF8" w14:textId="77777777">
        <w:tc>
          <w:tcPr>
            <w:tcW w:w="1234" w:type="dxa"/>
          </w:tcPr>
          <w:p w14:paraId="5C03A3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29309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RT-287-г</w:t>
            </w:r>
          </w:p>
        </w:tc>
        <w:tc>
          <w:tcPr>
            <w:tcW w:w="1234" w:type="dxa"/>
          </w:tcPr>
          <w:p w14:paraId="2DE832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287</w:t>
            </w:r>
          </w:p>
        </w:tc>
        <w:tc>
          <w:tcPr>
            <w:tcW w:w="1234" w:type="dxa"/>
          </w:tcPr>
          <w:p w14:paraId="3FE193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4BF67E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4A4E23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2B56FA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1,5</w:t>
            </w:r>
          </w:p>
        </w:tc>
      </w:tr>
      <w:tr w:rsidR="006F0136" w:rsidRPr="00D77020" w14:paraId="6864551B" w14:textId="77777777">
        <w:tc>
          <w:tcPr>
            <w:tcW w:w="1234" w:type="dxa"/>
          </w:tcPr>
          <w:p w14:paraId="211E4B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2531D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RT-287-т</w:t>
            </w:r>
          </w:p>
        </w:tc>
        <w:tc>
          <w:tcPr>
            <w:tcW w:w="1234" w:type="dxa"/>
          </w:tcPr>
          <w:p w14:paraId="69A1D0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287</w:t>
            </w:r>
          </w:p>
        </w:tc>
        <w:tc>
          <w:tcPr>
            <w:tcW w:w="1234" w:type="dxa"/>
          </w:tcPr>
          <w:p w14:paraId="7FD0C7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077633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5CA5CF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6010323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2,3</w:t>
            </w:r>
          </w:p>
        </w:tc>
      </w:tr>
      <w:tr w:rsidR="006F0136" w:rsidRPr="00D77020" w14:paraId="11A291B4" w14:textId="77777777">
        <w:tc>
          <w:tcPr>
            <w:tcW w:w="1234" w:type="dxa"/>
          </w:tcPr>
          <w:p w14:paraId="6C21CB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794F7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RT-287-ф</w:t>
            </w:r>
          </w:p>
        </w:tc>
        <w:tc>
          <w:tcPr>
            <w:tcW w:w="1234" w:type="dxa"/>
          </w:tcPr>
          <w:p w14:paraId="58D69D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287</w:t>
            </w:r>
          </w:p>
        </w:tc>
        <w:tc>
          <w:tcPr>
            <w:tcW w:w="1234" w:type="dxa"/>
          </w:tcPr>
          <w:p w14:paraId="3C6E4A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ф</w:t>
            </w:r>
          </w:p>
        </w:tc>
        <w:tc>
          <w:tcPr>
            <w:tcW w:w="1234" w:type="dxa"/>
          </w:tcPr>
          <w:p w14:paraId="6E34BC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78331D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BFCF07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11FCF06C" w14:textId="77777777">
        <w:tc>
          <w:tcPr>
            <w:tcW w:w="1234" w:type="dxa"/>
          </w:tcPr>
          <w:p w14:paraId="24BC52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7C517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RT-288-л</w:t>
            </w:r>
          </w:p>
        </w:tc>
        <w:tc>
          <w:tcPr>
            <w:tcW w:w="1234" w:type="dxa"/>
          </w:tcPr>
          <w:p w14:paraId="0F1D8A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288</w:t>
            </w:r>
          </w:p>
        </w:tc>
        <w:tc>
          <w:tcPr>
            <w:tcW w:w="1234" w:type="dxa"/>
          </w:tcPr>
          <w:p w14:paraId="7B514A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7893C1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5777E1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D0E206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1,6</w:t>
            </w:r>
          </w:p>
        </w:tc>
      </w:tr>
      <w:tr w:rsidR="006F0136" w:rsidRPr="00D77020" w14:paraId="72A17A3B" w14:textId="77777777">
        <w:tc>
          <w:tcPr>
            <w:tcW w:w="1234" w:type="dxa"/>
          </w:tcPr>
          <w:p w14:paraId="2FA028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E30BC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RT-290-г</w:t>
            </w:r>
          </w:p>
        </w:tc>
        <w:tc>
          <w:tcPr>
            <w:tcW w:w="1234" w:type="dxa"/>
          </w:tcPr>
          <w:p w14:paraId="1EC7E8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290</w:t>
            </w:r>
          </w:p>
        </w:tc>
        <w:tc>
          <w:tcPr>
            <w:tcW w:w="1234" w:type="dxa"/>
          </w:tcPr>
          <w:p w14:paraId="762F63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12FB6A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523DAE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368481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8,0</w:t>
            </w:r>
          </w:p>
        </w:tc>
      </w:tr>
      <w:tr w:rsidR="006F0136" w:rsidRPr="00D77020" w14:paraId="147AA95D" w14:textId="77777777">
        <w:tc>
          <w:tcPr>
            <w:tcW w:w="1234" w:type="dxa"/>
          </w:tcPr>
          <w:p w14:paraId="37DB23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CE4CF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RT-290-п</w:t>
            </w:r>
          </w:p>
        </w:tc>
        <w:tc>
          <w:tcPr>
            <w:tcW w:w="1234" w:type="dxa"/>
          </w:tcPr>
          <w:p w14:paraId="20E72B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290</w:t>
            </w:r>
          </w:p>
        </w:tc>
        <w:tc>
          <w:tcPr>
            <w:tcW w:w="1234" w:type="dxa"/>
          </w:tcPr>
          <w:p w14:paraId="5F8B96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0918BF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157980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713EE24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4,6</w:t>
            </w:r>
          </w:p>
        </w:tc>
      </w:tr>
      <w:tr w:rsidR="006F0136" w:rsidRPr="00D77020" w14:paraId="1626B8E1" w14:textId="77777777">
        <w:tc>
          <w:tcPr>
            <w:tcW w:w="1234" w:type="dxa"/>
          </w:tcPr>
          <w:p w14:paraId="40C00E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306B8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RT-290-р</w:t>
            </w:r>
          </w:p>
        </w:tc>
        <w:tc>
          <w:tcPr>
            <w:tcW w:w="1234" w:type="dxa"/>
          </w:tcPr>
          <w:p w14:paraId="53E5E6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290</w:t>
            </w:r>
          </w:p>
        </w:tc>
        <w:tc>
          <w:tcPr>
            <w:tcW w:w="1234" w:type="dxa"/>
          </w:tcPr>
          <w:p w14:paraId="35D64E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79980A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58E5CE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033B548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10,2</w:t>
            </w:r>
          </w:p>
        </w:tc>
      </w:tr>
      <w:tr w:rsidR="006F0136" w:rsidRPr="00D77020" w14:paraId="2EB755CD" w14:textId="77777777">
        <w:tc>
          <w:tcPr>
            <w:tcW w:w="1234" w:type="dxa"/>
          </w:tcPr>
          <w:p w14:paraId="668F50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31226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RT-290-с</w:t>
            </w:r>
          </w:p>
        </w:tc>
        <w:tc>
          <w:tcPr>
            <w:tcW w:w="1234" w:type="dxa"/>
          </w:tcPr>
          <w:p w14:paraId="0A6106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290</w:t>
            </w:r>
          </w:p>
        </w:tc>
        <w:tc>
          <w:tcPr>
            <w:tcW w:w="1234" w:type="dxa"/>
          </w:tcPr>
          <w:p w14:paraId="475244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3A0F3D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75B85E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  <w:r w:rsidRPr="00D77020">
              <w:rPr>
                <w:lang w:val="bg-BG"/>
              </w:rPr>
              <w:br/>
            </w:r>
          </w:p>
        </w:tc>
        <w:tc>
          <w:tcPr>
            <w:tcW w:w="1234" w:type="dxa"/>
          </w:tcPr>
          <w:p w14:paraId="3D10206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7,3</w:t>
            </w:r>
          </w:p>
        </w:tc>
      </w:tr>
      <w:tr w:rsidR="006F0136" w:rsidRPr="00D77020" w14:paraId="4B9BE502" w14:textId="77777777">
        <w:tc>
          <w:tcPr>
            <w:tcW w:w="1234" w:type="dxa"/>
          </w:tcPr>
          <w:p w14:paraId="4A6359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06062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RT-291-а</w:t>
            </w:r>
          </w:p>
        </w:tc>
        <w:tc>
          <w:tcPr>
            <w:tcW w:w="1234" w:type="dxa"/>
          </w:tcPr>
          <w:p w14:paraId="6CBDCA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291</w:t>
            </w:r>
          </w:p>
        </w:tc>
        <w:tc>
          <w:tcPr>
            <w:tcW w:w="1234" w:type="dxa"/>
          </w:tcPr>
          <w:p w14:paraId="481BA5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67A507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41161F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8C6BF0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0B650527" w14:textId="77777777">
        <w:tc>
          <w:tcPr>
            <w:tcW w:w="1234" w:type="dxa"/>
          </w:tcPr>
          <w:p w14:paraId="36AD59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355A3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RT-291-е</w:t>
            </w:r>
          </w:p>
        </w:tc>
        <w:tc>
          <w:tcPr>
            <w:tcW w:w="1234" w:type="dxa"/>
          </w:tcPr>
          <w:p w14:paraId="7776EF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291</w:t>
            </w:r>
          </w:p>
        </w:tc>
        <w:tc>
          <w:tcPr>
            <w:tcW w:w="1234" w:type="dxa"/>
          </w:tcPr>
          <w:p w14:paraId="28D4FF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0E4BB1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08E1D3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A8069B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6,0</w:t>
            </w:r>
          </w:p>
        </w:tc>
      </w:tr>
      <w:tr w:rsidR="006F0136" w:rsidRPr="00D77020" w14:paraId="77E12974" w14:textId="77777777">
        <w:tc>
          <w:tcPr>
            <w:tcW w:w="1234" w:type="dxa"/>
          </w:tcPr>
          <w:p w14:paraId="3D8350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2020</w:t>
            </w:r>
          </w:p>
        </w:tc>
        <w:tc>
          <w:tcPr>
            <w:tcW w:w="1234" w:type="dxa"/>
          </w:tcPr>
          <w:p w14:paraId="71C58B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RT-293-к</w:t>
            </w:r>
          </w:p>
        </w:tc>
        <w:tc>
          <w:tcPr>
            <w:tcW w:w="1234" w:type="dxa"/>
          </w:tcPr>
          <w:p w14:paraId="429094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293</w:t>
            </w:r>
          </w:p>
        </w:tc>
        <w:tc>
          <w:tcPr>
            <w:tcW w:w="1234" w:type="dxa"/>
          </w:tcPr>
          <w:p w14:paraId="3F9D13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07F8F6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65</w:t>
            </w:r>
          </w:p>
        </w:tc>
        <w:tc>
          <w:tcPr>
            <w:tcW w:w="1234" w:type="dxa"/>
          </w:tcPr>
          <w:p w14:paraId="751D8A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094D5C7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22,1</w:t>
            </w:r>
          </w:p>
        </w:tc>
      </w:tr>
      <w:tr w:rsidR="006F0136" w:rsidRPr="00D77020" w14:paraId="16496032" w14:textId="77777777">
        <w:tc>
          <w:tcPr>
            <w:tcW w:w="1234" w:type="dxa"/>
          </w:tcPr>
          <w:p w14:paraId="14003A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7CC83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RT-32-б</w:t>
            </w:r>
          </w:p>
        </w:tc>
        <w:tc>
          <w:tcPr>
            <w:tcW w:w="1234" w:type="dxa"/>
          </w:tcPr>
          <w:p w14:paraId="2BD0B9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</w:t>
            </w:r>
          </w:p>
        </w:tc>
        <w:tc>
          <w:tcPr>
            <w:tcW w:w="1234" w:type="dxa"/>
          </w:tcPr>
          <w:p w14:paraId="016E01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742A0B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0BF919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6E50368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2,8</w:t>
            </w:r>
          </w:p>
        </w:tc>
      </w:tr>
      <w:tr w:rsidR="006F0136" w:rsidRPr="00D77020" w14:paraId="64E580B2" w14:textId="77777777">
        <w:tc>
          <w:tcPr>
            <w:tcW w:w="1234" w:type="dxa"/>
          </w:tcPr>
          <w:p w14:paraId="17FC0E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BCA97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RT-34-в1</w:t>
            </w:r>
          </w:p>
        </w:tc>
        <w:tc>
          <w:tcPr>
            <w:tcW w:w="1234" w:type="dxa"/>
          </w:tcPr>
          <w:p w14:paraId="661FEF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34</w:t>
            </w:r>
          </w:p>
        </w:tc>
        <w:tc>
          <w:tcPr>
            <w:tcW w:w="1234" w:type="dxa"/>
          </w:tcPr>
          <w:p w14:paraId="72212B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в1</w:t>
            </w:r>
          </w:p>
        </w:tc>
        <w:tc>
          <w:tcPr>
            <w:tcW w:w="1234" w:type="dxa"/>
          </w:tcPr>
          <w:p w14:paraId="7D960A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002A45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70BEDB0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4668CFE9" w14:textId="77777777">
        <w:tc>
          <w:tcPr>
            <w:tcW w:w="1234" w:type="dxa"/>
          </w:tcPr>
          <w:p w14:paraId="53871D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1756D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RT-34-и1</w:t>
            </w:r>
          </w:p>
        </w:tc>
        <w:tc>
          <w:tcPr>
            <w:tcW w:w="1234" w:type="dxa"/>
          </w:tcPr>
          <w:p w14:paraId="10F5D0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34</w:t>
            </w:r>
          </w:p>
        </w:tc>
        <w:tc>
          <w:tcPr>
            <w:tcW w:w="1234" w:type="dxa"/>
          </w:tcPr>
          <w:p w14:paraId="413EC1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и1</w:t>
            </w:r>
          </w:p>
        </w:tc>
        <w:tc>
          <w:tcPr>
            <w:tcW w:w="1234" w:type="dxa"/>
          </w:tcPr>
          <w:p w14:paraId="1F8CA1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65</w:t>
            </w:r>
          </w:p>
        </w:tc>
        <w:tc>
          <w:tcPr>
            <w:tcW w:w="1234" w:type="dxa"/>
          </w:tcPr>
          <w:p w14:paraId="712DE0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080517A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3,0</w:t>
            </w:r>
          </w:p>
        </w:tc>
      </w:tr>
      <w:tr w:rsidR="006F0136" w:rsidRPr="00D77020" w14:paraId="4587DB80" w14:textId="77777777">
        <w:tc>
          <w:tcPr>
            <w:tcW w:w="1234" w:type="dxa"/>
          </w:tcPr>
          <w:p w14:paraId="3DFCF5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C6744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RT-34-ф</w:t>
            </w:r>
          </w:p>
        </w:tc>
        <w:tc>
          <w:tcPr>
            <w:tcW w:w="1234" w:type="dxa"/>
          </w:tcPr>
          <w:p w14:paraId="10CD11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34</w:t>
            </w:r>
          </w:p>
        </w:tc>
        <w:tc>
          <w:tcPr>
            <w:tcW w:w="1234" w:type="dxa"/>
          </w:tcPr>
          <w:p w14:paraId="26371B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ф</w:t>
            </w:r>
          </w:p>
        </w:tc>
        <w:tc>
          <w:tcPr>
            <w:tcW w:w="1234" w:type="dxa"/>
          </w:tcPr>
          <w:p w14:paraId="2B3836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26979A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1012F7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77E674A4" w14:textId="77777777">
        <w:tc>
          <w:tcPr>
            <w:tcW w:w="1234" w:type="dxa"/>
          </w:tcPr>
          <w:p w14:paraId="07FC98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071D4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RT-34-ч</w:t>
            </w:r>
          </w:p>
        </w:tc>
        <w:tc>
          <w:tcPr>
            <w:tcW w:w="1234" w:type="dxa"/>
          </w:tcPr>
          <w:p w14:paraId="29EBCF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34</w:t>
            </w:r>
          </w:p>
        </w:tc>
        <w:tc>
          <w:tcPr>
            <w:tcW w:w="1234" w:type="dxa"/>
          </w:tcPr>
          <w:p w14:paraId="5685DB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ч</w:t>
            </w:r>
          </w:p>
        </w:tc>
        <w:tc>
          <w:tcPr>
            <w:tcW w:w="1234" w:type="dxa"/>
          </w:tcPr>
          <w:p w14:paraId="683C87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75311C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7815D05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3,1</w:t>
            </w:r>
          </w:p>
        </w:tc>
      </w:tr>
      <w:tr w:rsidR="006F0136" w:rsidRPr="00D77020" w14:paraId="03F6591E" w14:textId="77777777">
        <w:tc>
          <w:tcPr>
            <w:tcW w:w="1234" w:type="dxa"/>
          </w:tcPr>
          <w:p w14:paraId="5F15AC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D77D9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RT-34-ш</w:t>
            </w:r>
          </w:p>
        </w:tc>
        <w:tc>
          <w:tcPr>
            <w:tcW w:w="1234" w:type="dxa"/>
          </w:tcPr>
          <w:p w14:paraId="59E2D9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34</w:t>
            </w:r>
          </w:p>
        </w:tc>
        <w:tc>
          <w:tcPr>
            <w:tcW w:w="1234" w:type="dxa"/>
          </w:tcPr>
          <w:p w14:paraId="6ECB9C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ш</w:t>
            </w:r>
          </w:p>
        </w:tc>
        <w:tc>
          <w:tcPr>
            <w:tcW w:w="1234" w:type="dxa"/>
          </w:tcPr>
          <w:p w14:paraId="1449E3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71AE0B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3CEDA59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0,1</w:t>
            </w:r>
          </w:p>
        </w:tc>
      </w:tr>
      <w:tr w:rsidR="006F0136" w:rsidRPr="00D77020" w14:paraId="3BC61182" w14:textId="77777777">
        <w:tc>
          <w:tcPr>
            <w:tcW w:w="1234" w:type="dxa"/>
          </w:tcPr>
          <w:p w14:paraId="1CC57D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F68F0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RT-35-г</w:t>
            </w:r>
          </w:p>
        </w:tc>
        <w:tc>
          <w:tcPr>
            <w:tcW w:w="1234" w:type="dxa"/>
          </w:tcPr>
          <w:p w14:paraId="57E8B3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</w:t>
            </w:r>
          </w:p>
        </w:tc>
        <w:tc>
          <w:tcPr>
            <w:tcW w:w="1234" w:type="dxa"/>
          </w:tcPr>
          <w:p w14:paraId="154635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417F8F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55C406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C336C1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4,9</w:t>
            </w:r>
          </w:p>
        </w:tc>
      </w:tr>
      <w:tr w:rsidR="006F0136" w:rsidRPr="00D77020" w14:paraId="3164BC1C" w14:textId="77777777">
        <w:tc>
          <w:tcPr>
            <w:tcW w:w="1234" w:type="dxa"/>
          </w:tcPr>
          <w:p w14:paraId="389A84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AE133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RT-35-л</w:t>
            </w:r>
          </w:p>
        </w:tc>
        <w:tc>
          <w:tcPr>
            <w:tcW w:w="1234" w:type="dxa"/>
          </w:tcPr>
          <w:p w14:paraId="4C7AB3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</w:t>
            </w:r>
          </w:p>
        </w:tc>
        <w:tc>
          <w:tcPr>
            <w:tcW w:w="1234" w:type="dxa"/>
          </w:tcPr>
          <w:p w14:paraId="1A4105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4B6AC7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5A7400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F42D15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10,7</w:t>
            </w:r>
          </w:p>
        </w:tc>
      </w:tr>
      <w:tr w:rsidR="006F0136" w:rsidRPr="00D77020" w14:paraId="286CFCED" w14:textId="77777777">
        <w:tc>
          <w:tcPr>
            <w:tcW w:w="1234" w:type="dxa"/>
          </w:tcPr>
          <w:p w14:paraId="009154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251E3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RT-35-м</w:t>
            </w:r>
          </w:p>
        </w:tc>
        <w:tc>
          <w:tcPr>
            <w:tcW w:w="1234" w:type="dxa"/>
          </w:tcPr>
          <w:p w14:paraId="7A95F2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</w:t>
            </w:r>
          </w:p>
        </w:tc>
        <w:tc>
          <w:tcPr>
            <w:tcW w:w="1234" w:type="dxa"/>
          </w:tcPr>
          <w:p w14:paraId="6572BC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7DB193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208013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6C66378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1,6</w:t>
            </w:r>
          </w:p>
        </w:tc>
      </w:tr>
      <w:tr w:rsidR="006F0136" w:rsidRPr="00D77020" w14:paraId="56B7365D" w14:textId="77777777">
        <w:tc>
          <w:tcPr>
            <w:tcW w:w="1234" w:type="dxa"/>
          </w:tcPr>
          <w:p w14:paraId="782FE3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03CF8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RT-35-н</w:t>
            </w:r>
          </w:p>
        </w:tc>
        <w:tc>
          <w:tcPr>
            <w:tcW w:w="1234" w:type="dxa"/>
          </w:tcPr>
          <w:p w14:paraId="1E1EAB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</w:t>
            </w:r>
          </w:p>
        </w:tc>
        <w:tc>
          <w:tcPr>
            <w:tcW w:w="1234" w:type="dxa"/>
          </w:tcPr>
          <w:p w14:paraId="19ABBC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6C5804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07AE74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AB6827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1,8</w:t>
            </w:r>
          </w:p>
        </w:tc>
      </w:tr>
      <w:tr w:rsidR="006F0136" w:rsidRPr="00D77020" w14:paraId="66BD4554" w14:textId="77777777">
        <w:tc>
          <w:tcPr>
            <w:tcW w:w="1234" w:type="dxa"/>
          </w:tcPr>
          <w:p w14:paraId="4DAD7D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3BA50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RT-35-п</w:t>
            </w:r>
          </w:p>
        </w:tc>
        <w:tc>
          <w:tcPr>
            <w:tcW w:w="1234" w:type="dxa"/>
          </w:tcPr>
          <w:p w14:paraId="6DB9A5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</w:t>
            </w:r>
          </w:p>
        </w:tc>
        <w:tc>
          <w:tcPr>
            <w:tcW w:w="1234" w:type="dxa"/>
          </w:tcPr>
          <w:p w14:paraId="06095D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304E9E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5334FA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275A81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2,8</w:t>
            </w:r>
          </w:p>
        </w:tc>
      </w:tr>
      <w:tr w:rsidR="006F0136" w:rsidRPr="00D77020" w14:paraId="6E58E8B7" w14:textId="77777777">
        <w:tc>
          <w:tcPr>
            <w:tcW w:w="1234" w:type="dxa"/>
          </w:tcPr>
          <w:p w14:paraId="061987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C6A47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RT-35-р</w:t>
            </w:r>
          </w:p>
        </w:tc>
        <w:tc>
          <w:tcPr>
            <w:tcW w:w="1234" w:type="dxa"/>
          </w:tcPr>
          <w:p w14:paraId="344163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</w:t>
            </w:r>
          </w:p>
        </w:tc>
        <w:tc>
          <w:tcPr>
            <w:tcW w:w="1234" w:type="dxa"/>
          </w:tcPr>
          <w:p w14:paraId="4B95EA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5155D4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64C672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C2DA67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13,2</w:t>
            </w:r>
          </w:p>
        </w:tc>
      </w:tr>
      <w:tr w:rsidR="006F0136" w:rsidRPr="00D77020" w14:paraId="0281F713" w14:textId="77777777">
        <w:tc>
          <w:tcPr>
            <w:tcW w:w="1234" w:type="dxa"/>
          </w:tcPr>
          <w:p w14:paraId="63E4B6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8396C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RT-35-т</w:t>
            </w:r>
          </w:p>
        </w:tc>
        <w:tc>
          <w:tcPr>
            <w:tcW w:w="1234" w:type="dxa"/>
          </w:tcPr>
          <w:p w14:paraId="2DF96A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</w:t>
            </w:r>
          </w:p>
        </w:tc>
        <w:tc>
          <w:tcPr>
            <w:tcW w:w="1234" w:type="dxa"/>
          </w:tcPr>
          <w:p w14:paraId="547869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2A7EBB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5AF0DC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653A23F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1,0</w:t>
            </w:r>
          </w:p>
        </w:tc>
      </w:tr>
      <w:tr w:rsidR="006F0136" w:rsidRPr="00D77020" w14:paraId="52C39CDB" w14:textId="77777777">
        <w:tc>
          <w:tcPr>
            <w:tcW w:w="1234" w:type="dxa"/>
          </w:tcPr>
          <w:p w14:paraId="4EF046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2CF87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RT-35-ц</w:t>
            </w:r>
          </w:p>
        </w:tc>
        <w:tc>
          <w:tcPr>
            <w:tcW w:w="1234" w:type="dxa"/>
          </w:tcPr>
          <w:p w14:paraId="1E87BF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</w:t>
            </w:r>
          </w:p>
        </w:tc>
        <w:tc>
          <w:tcPr>
            <w:tcW w:w="1234" w:type="dxa"/>
          </w:tcPr>
          <w:p w14:paraId="58C06E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ц</w:t>
            </w:r>
          </w:p>
        </w:tc>
        <w:tc>
          <w:tcPr>
            <w:tcW w:w="1234" w:type="dxa"/>
          </w:tcPr>
          <w:p w14:paraId="696137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518CFD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8F8258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3D9BF84F" w14:textId="77777777">
        <w:tc>
          <w:tcPr>
            <w:tcW w:w="1234" w:type="dxa"/>
          </w:tcPr>
          <w:p w14:paraId="356552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B2D1D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RT-38-ж1</w:t>
            </w:r>
          </w:p>
        </w:tc>
        <w:tc>
          <w:tcPr>
            <w:tcW w:w="1234" w:type="dxa"/>
          </w:tcPr>
          <w:p w14:paraId="5CCC12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</w:t>
            </w:r>
          </w:p>
        </w:tc>
        <w:tc>
          <w:tcPr>
            <w:tcW w:w="1234" w:type="dxa"/>
          </w:tcPr>
          <w:p w14:paraId="1BEB24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ж1</w:t>
            </w:r>
          </w:p>
        </w:tc>
        <w:tc>
          <w:tcPr>
            <w:tcW w:w="1234" w:type="dxa"/>
          </w:tcPr>
          <w:p w14:paraId="26E910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561F5A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0BF1281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6,2</w:t>
            </w:r>
          </w:p>
        </w:tc>
      </w:tr>
      <w:tr w:rsidR="006F0136" w:rsidRPr="00D77020" w14:paraId="5A60126C" w14:textId="77777777">
        <w:tc>
          <w:tcPr>
            <w:tcW w:w="1234" w:type="dxa"/>
          </w:tcPr>
          <w:p w14:paraId="2391D5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CB871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RT-41-л</w:t>
            </w:r>
          </w:p>
        </w:tc>
        <w:tc>
          <w:tcPr>
            <w:tcW w:w="1234" w:type="dxa"/>
          </w:tcPr>
          <w:p w14:paraId="3AE472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41</w:t>
            </w:r>
          </w:p>
        </w:tc>
        <w:tc>
          <w:tcPr>
            <w:tcW w:w="1234" w:type="dxa"/>
          </w:tcPr>
          <w:p w14:paraId="690229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12FA18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1F7F2B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6CB7987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2,4</w:t>
            </w:r>
          </w:p>
        </w:tc>
      </w:tr>
      <w:tr w:rsidR="006F0136" w:rsidRPr="00D77020" w14:paraId="47020DE9" w14:textId="77777777">
        <w:tc>
          <w:tcPr>
            <w:tcW w:w="1234" w:type="dxa"/>
          </w:tcPr>
          <w:p w14:paraId="32AF9E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6593E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RT-781-а</w:t>
            </w:r>
          </w:p>
        </w:tc>
        <w:tc>
          <w:tcPr>
            <w:tcW w:w="1234" w:type="dxa"/>
          </w:tcPr>
          <w:p w14:paraId="78B319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781</w:t>
            </w:r>
          </w:p>
        </w:tc>
        <w:tc>
          <w:tcPr>
            <w:tcW w:w="1234" w:type="dxa"/>
          </w:tcPr>
          <w:p w14:paraId="09E1F1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3BF637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6FC405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4E0C400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15,9</w:t>
            </w:r>
          </w:p>
        </w:tc>
      </w:tr>
      <w:tr w:rsidR="006F0136" w:rsidRPr="00D77020" w14:paraId="55865359" w14:textId="77777777">
        <w:tc>
          <w:tcPr>
            <w:tcW w:w="1234" w:type="dxa"/>
          </w:tcPr>
          <w:p w14:paraId="34DC7F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A1A2B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RT-781-б</w:t>
            </w:r>
          </w:p>
        </w:tc>
        <w:tc>
          <w:tcPr>
            <w:tcW w:w="1234" w:type="dxa"/>
          </w:tcPr>
          <w:p w14:paraId="29159E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781</w:t>
            </w:r>
          </w:p>
        </w:tc>
        <w:tc>
          <w:tcPr>
            <w:tcW w:w="1234" w:type="dxa"/>
          </w:tcPr>
          <w:p w14:paraId="3D5DA4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4C8C0A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3380C5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6E15CDD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18,8</w:t>
            </w:r>
          </w:p>
        </w:tc>
      </w:tr>
      <w:tr w:rsidR="006F0136" w:rsidRPr="00D77020" w14:paraId="06D3F58F" w14:textId="77777777">
        <w:tc>
          <w:tcPr>
            <w:tcW w:w="1234" w:type="dxa"/>
          </w:tcPr>
          <w:p w14:paraId="1D3857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58643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RT-781-в</w:t>
            </w:r>
          </w:p>
        </w:tc>
        <w:tc>
          <w:tcPr>
            <w:tcW w:w="1234" w:type="dxa"/>
          </w:tcPr>
          <w:p w14:paraId="5AE6F5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781</w:t>
            </w:r>
          </w:p>
        </w:tc>
        <w:tc>
          <w:tcPr>
            <w:tcW w:w="1234" w:type="dxa"/>
          </w:tcPr>
          <w:p w14:paraId="696F30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69AB39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68D68A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097FCC7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27,4</w:t>
            </w:r>
          </w:p>
        </w:tc>
      </w:tr>
      <w:tr w:rsidR="006F0136" w:rsidRPr="00D77020" w14:paraId="30304285" w14:textId="77777777">
        <w:tc>
          <w:tcPr>
            <w:tcW w:w="1234" w:type="dxa"/>
          </w:tcPr>
          <w:p w14:paraId="0C8019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96DD0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RT-782-а</w:t>
            </w:r>
          </w:p>
        </w:tc>
        <w:tc>
          <w:tcPr>
            <w:tcW w:w="1234" w:type="dxa"/>
          </w:tcPr>
          <w:p w14:paraId="74D1E5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782</w:t>
            </w:r>
          </w:p>
        </w:tc>
        <w:tc>
          <w:tcPr>
            <w:tcW w:w="1234" w:type="dxa"/>
          </w:tcPr>
          <w:p w14:paraId="336E58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2B4A5C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5ED5D4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4C3F371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21,8</w:t>
            </w:r>
          </w:p>
        </w:tc>
      </w:tr>
      <w:tr w:rsidR="006F0136" w:rsidRPr="00D77020" w14:paraId="7AE2BE26" w14:textId="77777777">
        <w:tc>
          <w:tcPr>
            <w:tcW w:w="7404" w:type="dxa"/>
            <w:gridSpan w:val="6"/>
          </w:tcPr>
          <w:p w14:paraId="4674BC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077A538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341,1</w:t>
            </w:r>
          </w:p>
        </w:tc>
      </w:tr>
    </w:tbl>
    <w:p w14:paraId="67A5B7C8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BG0001040 - Западна Стара планина и Предбалкан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5E207C49" w14:textId="77777777">
        <w:tc>
          <w:tcPr>
            <w:tcW w:w="1587" w:type="dxa"/>
          </w:tcPr>
          <w:p w14:paraId="5B8856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187642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0BEC73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0905D0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3F11FE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304F5FFB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7021DC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13117833" w14:textId="77777777">
        <w:tc>
          <w:tcPr>
            <w:tcW w:w="1234" w:type="dxa"/>
          </w:tcPr>
          <w:p w14:paraId="1F4CF8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6DB9E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RT-1-ф1</w:t>
            </w:r>
          </w:p>
        </w:tc>
        <w:tc>
          <w:tcPr>
            <w:tcW w:w="1234" w:type="dxa"/>
          </w:tcPr>
          <w:p w14:paraId="1261BD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</w:t>
            </w:r>
          </w:p>
        </w:tc>
        <w:tc>
          <w:tcPr>
            <w:tcW w:w="1234" w:type="dxa"/>
          </w:tcPr>
          <w:p w14:paraId="4AB6E7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ф1</w:t>
            </w:r>
          </w:p>
        </w:tc>
        <w:tc>
          <w:tcPr>
            <w:tcW w:w="1234" w:type="dxa"/>
          </w:tcPr>
          <w:p w14:paraId="65CA96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280019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26EDFD0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1,5</w:t>
            </w:r>
          </w:p>
        </w:tc>
      </w:tr>
      <w:tr w:rsidR="006F0136" w:rsidRPr="00D77020" w14:paraId="7B3C4790" w14:textId="77777777">
        <w:tc>
          <w:tcPr>
            <w:tcW w:w="1234" w:type="dxa"/>
          </w:tcPr>
          <w:p w14:paraId="203CF0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CF2A6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RT-2-ф</w:t>
            </w:r>
          </w:p>
        </w:tc>
        <w:tc>
          <w:tcPr>
            <w:tcW w:w="1234" w:type="dxa"/>
          </w:tcPr>
          <w:p w14:paraId="63E9B1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</w:t>
            </w:r>
          </w:p>
        </w:tc>
        <w:tc>
          <w:tcPr>
            <w:tcW w:w="1234" w:type="dxa"/>
          </w:tcPr>
          <w:p w14:paraId="174576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ф</w:t>
            </w:r>
          </w:p>
        </w:tc>
        <w:tc>
          <w:tcPr>
            <w:tcW w:w="1234" w:type="dxa"/>
          </w:tcPr>
          <w:p w14:paraId="5ECEBE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3C8004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16454A3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7,4</w:t>
            </w:r>
          </w:p>
        </w:tc>
      </w:tr>
      <w:tr w:rsidR="006F0136" w:rsidRPr="00D77020" w14:paraId="2F8B0AB6" w14:textId="77777777">
        <w:tc>
          <w:tcPr>
            <w:tcW w:w="1234" w:type="dxa"/>
          </w:tcPr>
          <w:p w14:paraId="529252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278B2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RT-2-ю</w:t>
            </w:r>
          </w:p>
        </w:tc>
        <w:tc>
          <w:tcPr>
            <w:tcW w:w="1234" w:type="dxa"/>
          </w:tcPr>
          <w:p w14:paraId="7B75BA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</w:t>
            </w:r>
          </w:p>
        </w:tc>
        <w:tc>
          <w:tcPr>
            <w:tcW w:w="1234" w:type="dxa"/>
          </w:tcPr>
          <w:p w14:paraId="6E74C0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ю</w:t>
            </w:r>
          </w:p>
        </w:tc>
        <w:tc>
          <w:tcPr>
            <w:tcW w:w="1234" w:type="dxa"/>
          </w:tcPr>
          <w:p w14:paraId="0FFE02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1EAA15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7E0C0E3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1,4</w:t>
            </w:r>
          </w:p>
        </w:tc>
      </w:tr>
      <w:tr w:rsidR="006F0136" w:rsidRPr="00D77020" w14:paraId="1F72B66B" w14:textId="77777777">
        <w:tc>
          <w:tcPr>
            <w:tcW w:w="1234" w:type="dxa"/>
          </w:tcPr>
          <w:p w14:paraId="0426A5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9B2D6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RT-20-п</w:t>
            </w:r>
          </w:p>
        </w:tc>
        <w:tc>
          <w:tcPr>
            <w:tcW w:w="1234" w:type="dxa"/>
          </w:tcPr>
          <w:p w14:paraId="3CD430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</w:t>
            </w:r>
          </w:p>
        </w:tc>
        <w:tc>
          <w:tcPr>
            <w:tcW w:w="1234" w:type="dxa"/>
          </w:tcPr>
          <w:p w14:paraId="334FA1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10E5E7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5F012B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4B01CF1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8,1</w:t>
            </w:r>
          </w:p>
        </w:tc>
      </w:tr>
      <w:tr w:rsidR="006F0136" w:rsidRPr="00D77020" w14:paraId="3A3283DF" w14:textId="77777777">
        <w:tc>
          <w:tcPr>
            <w:tcW w:w="1234" w:type="dxa"/>
          </w:tcPr>
          <w:p w14:paraId="0ECCF3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7A72E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RT-22-г</w:t>
            </w:r>
          </w:p>
        </w:tc>
        <w:tc>
          <w:tcPr>
            <w:tcW w:w="1234" w:type="dxa"/>
          </w:tcPr>
          <w:p w14:paraId="13B1AD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</w:t>
            </w:r>
          </w:p>
        </w:tc>
        <w:tc>
          <w:tcPr>
            <w:tcW w:w="1234" w:type="dxa"/>
          </w:tcPr>
          <w:p w14:paraId="22474B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24270C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091145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76B5DED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7012C620" w14:textId="77777777">
        <w:tc>
          <w:tcPr>
            <w:tcW w:w="1234" w:type="dxa"/>
          </w:tcPr>
          <w:p w14:paraId="3EF9CA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FD929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RT-27-е1</w:t>
            </w:r>
          </w:p>
        </w:tc>
        <w:tc>
          <w:tcPr>
            <w:tcW w:w="1234" w:type="dxa"/>
          </w:tcPr>
          <w:p w14:paraId="192826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</w:t>
            </w:r>
          </w:p>
        </w:tc>
        <w:tc>
          <w:tcPr>
            <w:tcW w:w="1234" w:type="dxa"/>
          </w:tcPr>
          <w:p w14:paraId="345627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е1</w:t>
            </w:r>
          </w:p>
        </w:tc>
        <w:tc>
          <w:tcPr>
            <w:tcW w:w="1234" w:type="dxa"/>
          </w:tcPr>
          <w:p w14:paraId="684254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539FF3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3A4E7CB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0,8</w:t>
            </w:r>
          </w:p>
        </w:tc>
      </w:tr>
      <w:tr w:rsidR="006F0136" w:rsidRPr="00D77020" w14:paraId="304CDA49" w14:textId="77777777">
        <w:tc>
          <w:tcPr>
            <w:tcW w:w="1234" w:type="dxa"/>
          </w:tcPr>
          <w:p w14:paraId="1B47B7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954CF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RT-27-ф</w:t>
            </w:r>
          </w:p>
        </w:tc>
        <w:tc>
          <w:tcPr>
            <w:tcW w:w="1234" w:type="dxa"/>
          </w:tcPr>
          <w:p w14:paraId="35B89B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</w:t>
            </w:r>
          </w:p>
        </w:tc>
        <w:tc>
          <w:tcPr>
            <w:tcW w:w="1234" w:type="dxa"/>
          </w:tcPr>
          <w:p w14:paraId="0639E0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ф</w:t>
            </w:r>
          </w:p>
        </w:tc>
        <w:tc>
          <w:tcPr>
            <w:tcW w:w="1234" w:type="dxa"/>
          </w:tcPr>
          <w:p w14:paraId="7558B5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672B28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7DC2ABF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1,1</w:t>
            </w:r>
          </w:p>
        </w:tc>
      </w:tr>
      <w:tr w:rsidR="006F0136" w:rsidRPr="00D77020" w14:paraId="179560DF" w14:textId="77777777">
        <w:tc>
          <w:tcPr>
            <w:tcW w:w="1234" w:type="dxa"/>
          </w:tcPr>
          <w:p w14:paraId="0F5EE0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5CB57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RT-8-а</w:t>
            </w:r>
          </w:p>
        </w:tc>
        <w:tc>
          <w:tcPr>
            <w:tcW w:w="1234" w:type="dxa"/>
          </w:tcPr>
          <w:p w14:paraId="24F116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</w:t>
            </w:r>
          </w:p>
        </w:tc>
        <w:tc>
          <w:tcPr>
            <w:tcW w:w="1234" w:type="dxa"/>
          </w:tcPr>
          <w:p w14:paraId="4FEE3D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01AD07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65F4E1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7E76332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4,7</w:t>
            </w:r>
          </w:p>
        </w:tc>
      </w:tr>
      <w:tr w:rsidR="006F0136" w:rsidRPr="00D77020" w14:paraId="26CC8820" w14:textId="77777777">
        <w:tc>
          <w:tcPr>
            <w:tcW w:w="1234" w:type="dxa"/>
          </w:tcPr>
          <w:p w14:paraId="58B20E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1E9B7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RT-8-о</w:t>
            </w:r>
          </w:p>
        </w:tc>
        <w:tc>
          <w:tcPr>
            <w:tcW w:w="1234" w:type="dxa"/>
          </w:tcPr>
          <w:p w14:paraId="3E23FE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</w:t>
            </w:r>
          </w:p>
        </w:tc>
        <w:tc>
          <w:tcPr>
            <w:tcW w:w="1234" w:type="dxa"/>
          </w:tcPr>
          <w:p w14:paraId="05E387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04DF15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7D46CE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206D93D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3,3</w:t>
            </w:r>
          </w:p>
        </w:tc>
      </w:tr>
      <w:tr w:rsidR="006F0136" w:rsidRPr="00D77020" w14:paraId="3C66A923" w14:textId="77777777">
        <w:tc>
          <w:tcPr>
            <w:tcW w:w="1234" w:type="dxa"/>
          </w:tcPr>
          <w:p w14:paraId="0F8F0D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DFBC0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RT-8-р</w:t>
            </w:r>
          </w:p>
        </w:tc>
        <w:tc>
          <w:tcPr>
            <w:tcW w:w="1234" w:type="dxa"/>
          </w:tcPr>
          <w:p w14:paraId="3E0CBC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</w:t>
            </w:r>
          </w:p>
        </w:tc>
        <w:tc>
          <w:tcPr>
            <w:tcW w:w="1234" w:type="dxa"/>
          </w:tcPr>
          <w:p w14:paraId="09AD86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610C67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33EADB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53E968C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1,9</w:t>
            </w:r>
          </w:p>
        </w:tc>
      </w:tr>
      <w:tr w:rsidR="006F0136" w:rsidRPr="00D77020" w14:paraId="7A2D640D" w14:textId="77777777">
        <w:tc>
          <w:tcPr>
            <w:tcW w:w="1234" w:type="dxa"/>
          </w:tcPr>
          <w:p w14:paraId="497378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DE9AA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RT-9-ю</w:t>
            </w:r>
          </w:p>
        </w:tc>
        <w:tc>
          <w:tcPr>
            <w:tcW w:w="1234" w:type="dxa"/>
          </w:tcPr>
          <w:p w14:paraId="384514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</w:t>
            </w:r>
          </w:p>
        </w:tc>
        <w:tc>
          <w:tcPr>
            <w:tcW w:w="1234" w:type="dxa"/>
          </w:tcPr>
          <w:p w14:paraId="4D2F42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ю</w:t>
            </w:r>
          </w:p>
        </w:tc>
        <w:tc>
          <w:tcPr>
            <w:tcW w:w="1234" w:type="dxa"/>
          </w:tcPr>
          <w:p w14:paraId="290B42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30087C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509EE11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4,8</w:t>
            </w:r>
          </w:p>
        </w:tc>
      </w:tr>
      <w:tr w:rsidR="006F0136" w:rsidRPr="00D77020" w14:paraId="377BBA6C" w14:textId="77777777">
        <w:tc>
          <w:tcPr>
            <w:tcW w:w="7404" w:type="dxa"/>
            <w:gridSpan w:val="6"/>
          </w:tcPr>
          <w:p w14:paraId="3A6431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30DA084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35,3</w:t>
            </w:r>
          </w:p>
        </w:tc>
      </w:tr>
    </w:tbl>
    <w:p w14:paraId="20AB9109" w14:textId="77777777" w:rsidR="006F0136" w:rsidRPr="00D77020" w:rsidRDefault="00D77020">
      <w:pPr>
        <w:rPr>
          <w:lang w:val="bg-BG"/>
        </w:rPr>
      </w:pPr>
      <w:r w:rsidRPr="00D77020">
        <w:rPr>
          <w:lang w:val="bg-BG"/>
        </w:rPr>
        <w:br w:type="page"/>
      </w:r>
    </w:p>
    <w:p w14:paraId="70E7CAE7" w14:textId="77777777" w:rsidR="006F0136" w:rsidRPr="00D77020" w:rsidRDefault="00D77020">
      <w:pPr>
        <w:pStyle w:val="Heading1"/>
        <w:rPr>
          <w:lang w:val="bg-BG"/>
        </w:rPr>
      </w:pPr>
      <w:bookmarkStart w:id="27" w:name="_Toc222837693"/>
      <w:r w:rsidRPr="00D77020">
        <w:rPr>
          <w:lang w:val="bg-BG"/>
        </w:rPr>
        <w:lastRenderedPageBreak/>
        <w:t xml:space="preserve">ДГС София - Обща площ: 967,6 </w:t>
      </w:r>
      <w:proofErr w:type="spellStart"/>
      <w:r w:rsidRPr="00D77020">
        <w:rPr>
          <w:lang w:val="bg-BG"/>
        </w:rPr>
        <w:t>хa</w:t>
      </w:r>
      <w:bookmarkEnd w:id="27"/>
      <w:proofErr w:type="spellEnd"/>
    </w:p>
    <w:p w14:paraId="075FE872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BG0000113 - Витоша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15B004BC" w14:textId="77777777">
        <w:tc>
          <w:tcPr>
            <w:tcW w:w="1587" w:type="dxa"/>
          </w:tcPr>
          <w:p w14:paraId="05651F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1384B2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64C5DE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15E358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4DCB16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03304D60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6F150D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41EFB9D3" w14:textId="77777777">
        <w:tc>
          <w:tcPr>
            <w:tcW w:w="1234" w:type="dxa"/>
          </w:tcPr>
          <w:p w14:paraId="1CB262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2780B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RQ-1012-д</w:t>
            </w:r>
          </w:p>
        </w:tc>
        <w:tc>
          <w:tcPr>
            <w:tcW w:w="1234" w:type="dxa"/>
          </w:tcPr>
          <w:p w14:paraId="525493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1012</w:t>
            </w:r>
          </w:p>
        </w:tc>
        <w:tc>
          <w:tcPr>
            <w:tcW w:w="1234" w:type="dxa"/>
          </w:tcPr>
          <w:p w14:paraId="11BAF6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4C8458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0C4A9D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580314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4,5</w:t>
            </w:r>
          </w:p>
        </w:tc>
      </w:tr>
      <w:tr w:rsidR="006F0136" w:rsidRPr="00D77020" w14:paraId="73E45410" w14:textId="77777777">
        <w:tc>
          <w:tcPr>
            <w:tcW w:w="1234" w:type="dxa"/>
          </w:tcPr>
          <w:p w14:paraId="24B8BA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DDB95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RQ-1012-ж</w:t>
            </w:r>
          </w:p>
        </w:tc>
        <w:tc>
          <w:tcPr>
            <w:tcW w:w="1234" w:type="dxa"/>
          </w:tcPr>
          <w:p w14:paraId="4C0F2D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1012</w:t>
            </w:r>
          </w:p>
        </w:tc>
        <w:tc>
          <w:tcPr>
            <w:tcW w:w="1234" w:type="dxa"/>
          </w:tcPr>
          <w:p w14:paraId="7D57E2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2F9ADE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6348D7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C7D745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65661831" w14:textId="77777777">
        <w:tc>
          <w:tcPr>
            <w:tcW w:w="1234" w:type="dxa"/>
          </w:tcPr>
          <w:p w14:paraId="1979E7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4BD31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RQ-1013-а</w:t>
            </w:r>
          </w:p>
        </w:tc>
        <w:tc>
          <w:tcPr>
            <w:tcW w:w="1234" w:type="dxa"/>
          </w:tcPr>
          <w:p w14:paraId="1910B5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1013</w:t>
            </w:r>
          </w:p>
        </w:tc>
        <w:tc>
          <w:tcPr>
            <w:tcW w:w="1234" w:type="dxa"/>
          </w:tcPr>
          <w:p w14:paraId="3102F1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58F70B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18718A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6E9E0E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7,7</w:t>
            </w:r>
          </w:p>
        </w:tc>
      </w:tr>
      <w:tr w:rsidR="006F0136" w:rsidRPr="00D77020" w14:paraId="79A91F90" w14:textId="77777777">
        <w:tc>
          <w:tcPr>
            <w:tcW w:w="1234" w:type="dxa"/>
          </w:tcPr>
          <w:p w14:paraId="18BB0F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B5EE8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RQ-1014-б</w:t>
            </w:r>
          </w:p>
        </w:tc>
        <w:tc>
          <w:tcPr>
            <w:tcW w:w="1234" w:type="dxa"/>
          </w:tcPr>
          <w:p w14:paraId="62FD70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1014</w:t>
            </w:r>
          </w:p>
        </w:tc>
        <w:tc>
          <w:tcPr>
            <w:tcW w:w="1234" w:type="dxa"/>
          </w:tcPr>
          <w:p w14:paraId="2FDC03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267BEF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7B923F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488A83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11,9</w:t>
            </w:r>
          </w:p>
        </w:tc>
      </w:tr>
      <w:tr w:rsidR="006F0136" w:rsidRPr="00D77020" w14:paraId="77FF8360" w14:textId="77777777">
        <w:tc>
          <w:tcPr>
            <w:tcW w:w="1234" w:type="dxa"/>
          </w:tcPr>
          <w:p w14:paraId="682CC7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8E4F0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RQ-1014-в</w:t>
            </w:r>
          </w:p>
        </w:tc>
        <w:tc>
          <w:tcPr>
            <w:tcW w:w="1234" w:type="dxa"/>
          </w:tcPr>
          <w:p w14:paraId="21F834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1014</w:t>
            </w:r>
          </w:p>
        </w:tc>
        <w:tc>
          <w:tcPr>
            <w:tcW w:w="1234" w:type="dxa"/>
          </w:tcPr>
          <w:p w14:paraId="4A1568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32686E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6B6F62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B18F86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10,9</w:t>
            </w:r>
          </w:p>
        </w:tc>
      </w:tr>
      <w:tr w:rsidR="006F0136" w:rsidRPr="00D77020" w14:paraId="4844D06F" w14:textId="77777777">
        <w:tc>
          <w:tcPr>
            <w:tcW w:w="1234" w:type="dxa"/>
          </w:tcPr>
          <w:p w14:paraId="205FFD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D9C3C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RQ-1014-г</w:t>
            </w:r>
          </w:p>
        </w:tc>
        <w:tc>
          <w:tcPr>
            <w:tcW w:w="1234" w:type="dxa"/>
          </w:tcPr>
          <w:p w14:paraId="0DC982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1014</w:t>
            </w:r>
          </w:p>
        </w:tc>
        <w:tc>
          <w:tcPr>
            <w:tcW w:w="1234" w:type="dxa"/>
          </w:tcPr>
          <w:p w14:paraId="06A98C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31710D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59162C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2B581E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12,4</w:t>
            </w:r>
          </w:p>
        </w:tc>
      </w:tr>
      <w:tr w:rsidR="006F0136" w:rsidRPr="00D77020" w14:paraId="45C18377" w14:textId="77777777">
        <w:tc>
          <w:tcPr>
            <w:tcW w:w="1234" w:type="dxa"/>
          </w:tcPr>
          <w:p w14:paraId="12FD0C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0D6D8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RQ-1014-д</w:t>
            </w:r>
          </w:p>
        </w:tc>
        <w:tc>
          <w:tcPr>
            <w:tcW w:w="1234" w:type="dxa"/>
          </w:tcPr>
          <w:p w14:paraId="1D342D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1014</w:t>
            </w:r>
          </w:p>
        </w:tc>
        <w:tc>
          <w:tcPr>
            <w:tcW w:w="1234" w:type="dxa"/>
          </w:tcPr>
          <w:p w14:paraId="75BAD9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1C3457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1F1A5E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1A5191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6,1</w:t>
            </w:r>
          </w:p>
        </w:tc>
      </w:tr>
      <w:tr w:rsidR="006F0136" w:rsidRPr="00D77020" w14:paraId="243991A9" w14:textId="77777777">
        <w:tc>
          <w:tcPr>
            <w:tcW w:w="1234" w:type="dxa"/>
          </w:tcPr>
          <w:p w14:paraId="2BDD57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57F33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RQ-1015-а</w:t>
            </w:r>
          </w:p>
        </w:tc>
        <w:tc>
          <w:tcPr>
            <w:tcW w:w="1234" w:type="dxa"/>
          </w:tcPr>
          <w:p w14:paraId="5BE9E3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1015</w:t>
            </w:r>
          </w:p>
        </w:tc>
        <w:tc>
          <w:tcPr>
            <w:tcW w:w="1234" w:type="dxa"/>
          </w:tcPr>
          <w:p w14:paraId="36B9EA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155323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3192FC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EED649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7,8</w:t>
            </w:r>
          </w:p>
        </w:tc>
      </w:tr>
      <w:tr w:rsidR="006F0136" w:rsidRPr="00D77020" w14:paraId="79544D3D" w14:textId="77777777">
        <w:tc>
          <w:tcPr>
            <w:tcW w:w="1234" w:type="dxa"/>
          </w:tcPr>
          <w:p w14:paraId="4F95C3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F8968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RQ-1015-б</w:t>
            </w:r>
          </w:p>
        </w:tc>
        <w:tc>
          <w:tcPr>
            <w:tcW w:w="1234" w:type="dxa"/>
          </w:tcPr>
          <w:p w14:paraId="1567EE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1015</w:t>
            </w:r>
          </w:p>
        </w:tc>
        <w:tc>
          <w:tcPr>
            <w:tcW w:w="1234" w:type="dxa"/>
          </w:tcPr>
          <w:p w14:paraId="4F3802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32BEE9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61192C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DCA6A1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1,9</w:t>
            </w:r>
          </w:p>
        </w:tc>
      </w:tr>
      <w:tr w:rsidR="006F0136" w:rsidRPr="00D77020" w14:paraId="3A4C87F6" w14:textId="77777777">
        <w:tc>
          <w:tcPr>
            <w:tcW w:w="1234" w:type="dxa"/>
          </w:tcPr>
          <w:p w14:paraId="322424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F957E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RQ-1015-в</w:t>
            </w:r>
          </w:p>
        </w:tc>
        <w:tc>
          <w:tcPr>
            <w:tcW w:w="1234" w:type="dxa"/>
          </w:tcPr>
          <w:p w14:paraId="151E05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1015</w:t>
            </w:r>
          </w:p>
        </w:tc>
        <w:tc>
          <w:tcPr>
            <w:tcW w:w="1234" w:type="dxa"/>
          </w:tcPr>
          <w:p w14:paraId="3BC553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1C1C17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7CBED8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08B47C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0,6</w:t>
            </w:r>
          </w:p>
        </w:tc>
      </w:tr>
      <w:tr w:rsidR="006F0136" w:rsidRPr="00D77020" w14:paraId="37C81624" w14:textId="77777777">
        <w:tc>
          <w:tcPr>
            <w:tcW w:w="1234" w:type="dxa"/>
          </w:tcPr>
          <w:p w14:paraId="2508C1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C00DD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RQ-1016-а</w:t>
            </w:r>
          </w:p>
        </w:tc>
        <w:tc>
          <w:tcPr>
            <w:tcW w:w="1234" w:type="dxa"/>
          </w:tcPr>
          <w:p w14:paraId="284118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1016</w:t>
            </w:r>
          </w:p>
        </w:tc>
        <w:tc>
          <w:tcPr>
            <w:tcW w:w="1234" w:type="dxa"/>
          </w:tcPr>
          <w:p w14:paraId="6443DD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1A99FA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201D5D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19A4EA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3,4</w:t>
            </w:r>
          </w:p>
        </w:tc>
      </w:tr>
      <w:tr w:rsidR="006F0136" w:rsidRPr="00D77020" w14:paraId="0563D365" w14:textId="77777777">
        <w:tc>
          <w:tcPr>
            <w:tcW w:w="1234" w:type="dxa"/>
          </w:tcPr>
          <w:p w14:paraId="120622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070A2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RQ-1016-б</w:t>
            </w:r>
          </w:p>
        </w:tc>
        <w:tc>
          <w:tcPr>
            <w:tcW w:w="1234" w:type="dxa"/>
          </w:tcPr>
          <w:p w14:paraId="4C0A84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1016</w:t>
            </w:r>
          </w:p>
        </w:tc>
        <w:tc>
          <w:tcPr>
            <w:tcW w:w="1234" w:type="dxa"/>
          </w:tcPr>
          <w:p w14:paraId="4A8BAD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6B88FB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012FB8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EBAF55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5,2</w:t>
            </w:r>
          </w:p>
        </w:tc>
      </w:tr>
      <w:tr w:rsidR="006F0136" w:rsidRPr="00D77020" w14:paraId="23CDF661" w14:textId="77777777">
        <w:tc>
          <w:tcPr>
            <w:tcW w:w="1234" w:type="dxa"/>
          </w:tcPr>
          <w:p w14:paraId="61B18A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30E65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RQ-1017-а</w:t>
            </w:r>
          </w:p>
        </w:tc>
        <w:tc>
          <w:tcPr>
            <w:tcW w:w="1234" w:type="dxa"/>
          </w:tcPr>
          <w:p w14:paraId="0A6656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1017</w:t>
            </w:r>
          </w:p>
        </w:tc>
        <w:tc>
          <w:tcPr>
            <w:tcW w:w="1234" w:type="dxa"/>
          </w:tcPr>
          <w:p w14:paraId="131630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555C4D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51076D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50AA0F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2,7</w:t>
            </w:r>
          </w:p>
        </w:tc>
      </w:tr>
      <w:tr w:rsidR="006F0136" w:rsidRPr="00D77020" w14:paraId="50031495" w14:textId="77777777">
        <w:tc>
          <w:tcPr>
            <w:tcW w:w="1234" w:type="dxa"/>
          </w:tcPr>
          <w:p w14:paraId="2F71A8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64BB9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RQ-1017-б</w:t>
            </w:r>
          </w:p>
        </w:tc>
        <w:tc>
          <w:tcPr>
            <w:tcW w:w="1234" w:type="dxa"/>
          </w:tcPr>
          <w:p w14:paraId="12052B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1017</w:t>
            </w:r>
          </w:p>
        </w:tc>
        <w:tc>
          <w:tcPr>
            <w:tcW w:w="1234" w:type="dxa"/>
          </w:tcPr>
          <w:p w14:paraId="6B754D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0E29D6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76095C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03AEF8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1,3</w:t>
            </w:r>
          </w:p>
        </w:tc>
      </w:tr>
      <w:tr w:rsidR="006F0136" w:rsidRPr="00D77020" w14:paraId="2864EBAF" w14:textId="77777777">
        <w:tc>
          <w:tcPr>
            <w:tcW w:w="1234" w:type="dxa"/>
          </w:tcPr>
          <w:p w14:paraId="213987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70F03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RQ-1018-а</w:t>
            </w:r>
          </w:p>
        </w:tc>
        <w:tc>
          <w:tcPr>
            <w:tcW w:w="1234" w:type="dxa"/>
          </w:tcPr>
          <w:p w14:paraId="560BD7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1018</w:t>
            </w:r>
          </w:p>
        </w:tc>
        <w:tc>
          <w:tcPr>
            <w:tcW w:w="1234" w:type="dxa"/>
          </w:tcPr>
          <w:p w14:paraId="1F4C1F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466695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687199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92415C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8,9</w:t>
            </w:r>
          </w:p>
        </w:tc>
      </w:tr>
      <w:tr w:rsidR="006F0136" w:rsidRPr="00D77020" w14:paraId="44E16303" w14:textId="77777777">
        <w:tc>
          <w:tcPr>
            <w:tcW w:w="1234" w:type="dxa"/>
          </w:tcPr>
          <w:p w14:paraId="42B251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DE877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RQ-1018-б</w:t>
            </w:r>
          </w:p>
        </w:tc>
        <w:tc>
          <w:tcPr>
            <w:tcW w:w="1234" w:type="dxa"/>
          </w:tcPr>
          <w:p w14:paraId="6A323A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1018</w:t>
            </w:r>
          </w:p>
        </w:tc>
        <w:tc>
          <w:tcPr>
            <w:tcW w:w="1234" w:type="dxa"/>
          </w:tcPr>
          <w:p w14:paraId="23F41E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67395B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1E7877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E89507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3,6</w:t>
            </w:r>
          </w:p>
        </w:tc>
      </w:tr>
      <w:tr w:rsidR="006F0136" w:rsidRPr="00D77020" w14:paraId="35D82C65" w14:textId="77777777">
        <w:tc>
          <w:tcPr>
            <w:tcW w:w="1234" w:type="dxa"/>
          </w:tcPr>
          <w:p w14:paraId="15A04C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199E4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RQ-1018-е</w:t>
            </w:r>
          </w:p>
        </w:tc>
        <w:tc>
          <w:tcPr>
            <w:tcW w:w="1234" w:type="dxa"/>
          </w:tcPr>
          <w:p w14:paraId="47EA82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1018</w:t>
            </w:r>
          </w:p>
        </w:tc>
        <w:tc>
          <w:tcPr>
            <w:tcW w:w="1234" w:type="dxa"/>
          </w:tcPr>
          <w:p w14:paraId="0AA145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67FDE7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12B8A2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0505BA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2,7</w:t>
            </w:r>
          </w:p>
        </w:tc>
      </w:tr>
      <w:tr w:rsidR="006F0136" w:rsidRPr="00D77020" w14:paraId="06CF9BA4" w14:textId="77777777">
        <w:tc>
          <w:tcPr>
            <w:tcW w:w="1234" w:type="dxa"/>
          </w:tcPr>
          <w:p w14:paraId="412BF0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DBC78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RQ-1018-з</w:t>
            </w:r>
          </w:p>
        </w:tc>
        <w:tc>
          <w:tcPr>
            <w:tcW w:w="1234" w:type="dxa"/>
          </w:tcPr>
          <w:p w14:paraId="526DA9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1018</w:t>
            </w:r>
          </w:p>
        </w:tc>
        <w:tc>
          <w:tcPr>
            <w:tcW w:w="1234" w:type="dxa"/>
          </w:tcPr>
          <w:p w14:paraId="53FE70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634097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401379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631FD4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0,6</w:t>
            </w:r>
          </w:p>
        </w:tc>
      </w:tr>
      <w:tr w:rsidR="006F0136" w:rsidRPr="00D77020" w14:paraId="214CC66D" w14:textId="77777777">
        <w:tc>
          <w:tcPr>
            <w:tcW w:w="1234" w:type="dxa"/>
          </w:tcPr>
          <w:p w14:paraId="659291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2D891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RQ-1019-б</w:t>
            </w:r>
          </w:p>
        </w:tc>
        <w:tc>
          <w:tcPr>
            <w:tcW w:w="1234" w:type="dxa"/>
          </w:tcPr>
          <w:p w14:paraId="0945D0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1019</w:t>
            </w:r>
          </w:p>
        </w:tc>
        <w:tc>
          <w:tcPr>
            <w:tcW w:w="1234" w:type="dxa"/>
          </w:tcPr>
          <w:p w14:paraId="566EBC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7149C3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35D02B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E1045A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6,9</w:t>
            </w:r>
          </w:p>
        </w:tc>
      </w:tr>
      <w:tr w:rsidR="006F0136" w:rsidRPr="00D77020" w14:paraId="4A30A9BA" w14:textId="77777777">
        <w:tc>
          <w:tcPr>
            <w:tcW w:w="1234" w:type="dxa"/>
          </w:tcPr>
          <w:p w14:paraId="196504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3614E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RQ-1019-в</w:t>
            </w:r>
          </w:p>
        </w:tc>
        <w:tc>
          <w:tcPr>
            <w:tcW w:w="1234" w:type="dxa"/>
          </w:tcPr>
          <w:p w14:paraId="57195E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1019</w:t>
            </w:r>
          </w:p>
        </w:tc>
        <w:tc>
          <w:tcPr>
            <w:tcW w:w="1234" w:type="dxa"/>
          </w:tcPr>
          <w:p w14:paraId="034D0A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3D9EBB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0D7EA5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E91CB4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9,7</w:t>
            </w:r>
          </w:p>
        </w:tc>
      </w:tr>
      <w:tr w:rsidR="006F0136" w:rsidRPr="00D77020" w14:paraId="0C368FF3" w14:textId="77777777">
        <w:tc>
          <w:tcPr>
            <w:tcW w:w="1234" w:type="dxa"/>
          </w:tcPr>
          <w:p w14:paraId="47EC28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9D002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RQ-1041-в</w:t>
            </w:r>
          </w:p>
        </w:tc>
        <w:tc>
          <w:tcPr>
            <w:tcW w:w="1234" w:type="dxa"/>
          </w:tcPr>
          <w:p w14:paraId="4C0B21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1041</w:t>
            </w:r>
          </w:p>
        </w:tc>
        <w:tc>
          <w:tcPr>
            <w:tcW w:w="1234" w:type="dxa"/>
          </w:tcPr>
          <w:p w14:paraId="6223E6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164396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39FB74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EC2A4B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27,1</w:t>
            </w:r>
          </w:p>
        </w:tc>
      </w:tr>
      <w:tr w:rsidR="006F0136" w:rsidRPr="00D77020" w14:paraId="5B559498" w14:textId="77777777">
        <w:tc>
          <w:tcPr>
            <w:tcW w:w="1234" w:type="dxa"/>
          </w:tcPr>
          <w:p w14:paraId="243D14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63708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RQ-1048-г</w:t>
            </w:r>
          </w:p>
        </w:tc>
        <w:tc>
          <w:tcPr>
            <w:tcW w:w="1234" w:type="dxa"/>
          </w:tcPr>
          <w:p w14:paraId="183E64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1048</w:t>
            </w:r>
          </w:p>
        </w:tc>
        <w:tc>
          <w:tcPr>
            <w:tcW w:w="1234" w:type="dxa"/>
          </w:tcPr>
          <w:p w14:paraId="2CA620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7C31A7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17F3B3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B3C820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10,7</w:t>
            </w:r>
          </w:p>
        </w:tc>
      </w:tr>
      <w:tr w:rsidR="006F0136" w:rsidRPr="00D77020" w14:paraId="13B8F23A" w14:textId="77777777">
        <w:tc>
          <w:tcPr>
            <w:tcW w:w="1234" w:type="dxa"/>
          </w:tcPr>
          <w:p w14:paraId="7D3278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4529F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RQ-1058-ю</w:t>
            </w:r>
          </w:p>
        </w:tc>
        <w:tc>
          <w:tcPr>
            <w:tcW w:w="1234" w:type="dxa"/>
          </w:tcPr>
          <w:p w14:paraId="40D02B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1058</w:t>
            </w:r>
          </w:p>
        </w:tc>
        <w:tc>
          <w:tcPr>
            <w:tcW w:w="1234" w:type="dxa"/>
          </w:tcPr>
          <w:p w14:paraId="0D3262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ю</w:t>
            </w:r>
          </w:p>
        </w:tc>
        <w:tc>
          <w:tcPr>
            <w:tcW w:w="1234" w:type="dxa"/>
          </w:tcPr>
          <w:p w14:paraId="60ECC6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767A27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74DEE3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5131E5C1" w14:textId="77777777">
        <w:tc>
          <w:tcPr>
            <w:tcW w:w="1234" w:type="dxa"/>
          </w:tcPr>
          <w:p w14:paraId="393155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4B036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RQ-1060-ж</w:t>
            </w:r>
          </w:p>
        </w:tc>
        <w:tc>
          <w:tcPr>
            <w:tcW w:w="1234" w:type="dxa"/>
          </w:tcPr>
          <w:p w14:paraId="671DE0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1060</w:t>
            </w:r>
          </w:p>
        </w:tc>
        <w:tc>
          <w:tcPr>
            <w:tcW w:w="1234" w:type="dxa"/>
          </w:tcPr>
          <w:p w14:paraId="0036E7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555FAF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52CB50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CE4D0F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22,8</w:t>
            </w:r>
          </w:p>
        </w:tc>
      </w:tr>
      <w:tr w:rsidR="006F0136" w:rsidRPr="00D77020" w14:paraId="7F8E6121" w14:textId="77777777">
        <w:tc>
          <w:tcPr>
            <w:tcW w:w="1234" w:type="dxa"/>
          </w:tcPr>
          <w:p w14:paraId="0247FC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EA5D7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RQ-1067-в1</w:t>
            </w:r>
          </w:p>
        </w:tc>
        <w:tc>
          <w:tcPr>
            <w:tcW w:w="1234" w:type="dxa"/>
          </w:tcPr>
          <w:p w14:paraId="5B3AF4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1067</w:t>
            </w:r>
          </w:p>
        </w:tc>
        <w:tc>
          <w:tcPr>
            <w:tcW w:w="1234" w:type="dxa"/>
          </w:tcPr>
          <w:p w14:paraId="7FCA03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в1</w:t>
            </w:r>
          </w:p>
        </w:tc>
        <w:tc>
          <w:tcPr>
            <w:tcW w:w="1234" w:type="dxa"/>
          </w:tcPr>
          <w:p w14:paraId="03FF4B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73FC4F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18CBF2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3,8</w:t>
            </w:r>
          </w:p>
        </w:tc>
      </w:tr>
      <w:tr w:rsidR="006F0136" w:rsidRPr="00D77020" w14:paraId="3AAE0D75" w14:textId="77777777">
        <w:tc>
          <w:tcPr>
            <w:tcW w:w="1234" w:type="dxa"/>
          </w:tcPr>
          <w:p w14:paraId="14313C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FD7C6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RQ-1067-щ</w:t>
            </w:r>
          </w:p>
        </w:tc>
        <w:tc>
          <w:tcPr>
            <w:tcW w:w="1234" w:type="dxa"/>
          </w:tcPr>
          <w:p w14:paraId="53E742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1067</w:t>
            </w:r>
          </w:p>
        </w:tc>
        <w:tc>
          <w:tcPr>
            <w:tcW w:w="1234" w:type="dxa"/>
          </w:tcPr>
          <w:p w14:paraId="69EAD6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щ</w:t>
            </w:r>
          </w:p>
        </w:tc>
        <w:tc>
          <w:tcPr>
            <w:tcW w:w="1234" w:type="dxa"/>
          </w:tcPr>
          <w:p w14:paraId="712109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1B6B01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316545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7A3A9388" w14:textId="77777777">
        <w:tc>
          <w:tcPr>
            <w:tcW w:w="1234" w:type="dxa"/>
          </w:tcPr>
          <w:p w14:paraId="42470D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ADFE8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RQ-1072-б</w:t>
            </w:r>
          </w:p>
        </w:tc>
        <w:tc>
          <w:tcPr>
            <w:tcW w:w="1234" w:type="dxa"/>
          </w:tcPr>
          <w:p w14:paraId="3AE4E1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1072</w:t>
            </w:r>
          </w:p>
        </w:tc>
        <w:tc>
          <w:tcPr>
            <w:tcW w:w="1234" w:type="dxa"/>
          </w:tcPr>
          <w:p w14:paraId="799BDF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6BC73D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5594CE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48CCF75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8,9</w:t>
            </w:r>
          </w:p>
        </w:tc>
      </w:tr>
      <w:tr w:rsidR="006F0136" w:rsidRPr="00D77020" w14:paraId="703762C0" w14:textId="77777777">
        <w:tc>
          <w:tcPr>
            <w:tcW w:w="1234" w:type="dxa"/>
          </w:tcPr>
          <w:p w14:paraId="343AC6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DCD1E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RQ-1074-е</w:t>
            </w:r>
          </w:p>
        </w:tc>
        <w:tc>
          <w:tcPr>
            <w:tcW w:w="1234" w:type="dxa"/>
          </w:tcPr>
          <w:p w14:paraId="51240A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1074</w:t>
            </w:r>
          </w:p>
        </w:tc>
        <w:tc>
          <w:tcPr>
            <w:tcW w:w="1234" w:type="dxa"/>
          </w:tcPr>
          <w:p w14:paraId="6EC4C9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0E788F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422E32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145DCE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1,3</w:t>
            </w:r>
          </w:p>
        </w:tc>
      </w:tr>
      <w:tr w:rsidR="006F0136" w:rsidRPr="00D77020" w14:paraId="3C78AE73" w14:textId="77777777">
        <w:tc>
          <w:tcPr>
            <w:tcW w:w="1234" w:type="dxa"/>
          </w:tcPr>
          <w:p w14:paraId="17D456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81060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RQ-1074-я</w:t>
            </w:r>
          </w:p>
        </w:tc>
        <w:tc>
          <w:tcPr>
            <w:tcW w:w="1234" w:type="dxa"/>
          </w:tcPr>
          <w:p w14:paraId="375CD2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1074</w:t>
            </w:r>
          </w:p>
        </w:tc>
        <w:tc>
          <w:tcPr>
            <w:tcW w:w="1234" w:type="dxa"/>
          </w:tcPr>
          <w:p w14:paraId="7F16E5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я</w:t>
            </w:r>
          </w:p>
        </w:tc>
        <w:tc>
          <w:tcPr>
            <w:tcW w:w="1234" w:type="dxa"/>
          </w:tcPr>
          <w:p w14:paraId="2C7295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42E763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1DC536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2,5</w:t>
            </w:r>
          </w:p>
        </w:tc>
      </w:tr>
      <w:tr w:rsidR="006F0136" w:rsidRPr="00D77020" w14:paraId="65A2FD71" w14:textId="77777777">
        <w:tc>
          <w:tcPr>
            <w:tcW w:w="1234" w:type="dxa"/>
          </w:tcPr>
          <w:p w14:paraId="7CC93A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ECEBB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RQ-1075-у</w:t>
            </w:r>
          </w:p>
        </w:tc>
        <w:tc>
          <w:tcPr>
            <w:tcW w:w="1234" w:type="dxa"/>
          </w:tcPr>
          <w:p w14:paraId="6C0D05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1075</w:t>
            </w:r>
          </w:p>
        </w:tc>
        <w:tc>
          <w:tcPr>
            <w:tcW w:w="1234" w:type="dxa"/>
          </w:tcPr>
          <w:p w14:paraId="4A8FA6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у</w:t>
            </w:r>
          </w:p>
        </w:tc>
        <w:tc>
          <w:tcPr>
            <w:tcW w:w="1234" w:type="dxa"/>
          </w:tcPr>
          <w:p w14:paraId="03FBB0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69AEAE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6D76122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2,0</w:t>
            </w:r>
          </w:p>
        </w:tc>
      </w:tr>
      <w:tr w:rsidR="006F0136" w:rsidRPr="00D77020" w14:paraId="380B683D" w14:textId="77777777">
        <w:tc>
          <w:tcPr>
            <w:tcW w:w="1234" w:type="dxa"/>
          </w:tcPr>
          <w:p w14:paraId="38E1B6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61EC1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RQ-1080-в1</w:t>
            </w:r>
          </w:p>
        </w:tc>
        <w:tc>
          <w:tcPr>
            <w:tcW w:w="1234" w:type="dxa"/>
          </w:tcPr>
          <w:p w14:paraId="24FB5E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1080</w:t>
            </w:r>
          </w:p>
        </w:tc>
        <w:tc>
          <w:tcPr>
            <w:tcW w:w="1234" w:type="dxa"/>
          </w:tcPr>
          <w:p w14:paraId="5A5EA1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в1</w:t>
            </w:r>
          </w:p>
        </w:tc>
        <w:tc>
          <w:tcPr>
            <w:tcW w:w="1234" w:type="dxa"/>
          </w:tcPr>
          <w:p w14:paraId="7B5BBF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</w:t>
            </w:r>
          </w:p>
        </w:tc>
        <w:tc>
          <w:tcPr>
            <w:tcW w:w="1234" w:type="dxa"/>
          </w:tcPr>
          <w:p w14:paraId="09E0C3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EB7B0E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1,9</w:t>
            </w:r>
          </w:p>
        </w:tc>
      </w:tr>
      <w:tr w:rsidR="006F0136" w:rsidRPr="00D77020" w14:paraId="46B85B66" w14:textId="77777777">
        <w:tc>
          <w:tcPr>
            <w:tcW w:w="1234" w:type="dxa"/>
          </w:tcPr>
          <w:p w14:paraId="28AAB4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7DA1D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RQ-1085-д</w:t>
            </w:r>
          </w:p>
        </w:tc>
        <w:tc>
          <w:tcPr>
            <w:tcW w:w="1234" w:type="dxa"/>
          </w:tcPr>
          <w:p w14:paraId="45BB38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1085</w:t>
            </w:r>
          </w:p>
        </w:tc>
        <w:tc>
          <w:tcPr>
            <w:tcW w:w="1234" w:type="dxa"/>
          </w:tcPr>
          <w:p w14:paraId="3A71CA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3A6518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53641A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268BA1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8,0</w:t>
            </w:r>
          </w:p>
        </w:tc>
      </w:tr>
      <w:tr w:rsidR="006F0136" w:rsidRPr="00D77020" w14:paraId="5EE9AA0A" w14:textId="77777777">
        <w:tc>
          <w:tcPr>
            <w:tcW w:w="1234" w:type="dxa"/>
          </w:tcPr>
          <w:p w14:paraId="29973D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A281B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RQ-1087-а</w:t>
            </w:r>
          </w:p>
        </w:tc>
        <w:tc>
          <w:tcPr>
            <w:tcW w:w="1234" w:type="dxa"/>
          </w:tcPr>
          <w:p w14:paraId="5FB125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1087</w:t>
            </w:r>
          </w:p>
        </w:tc>
        <w:tc>
          <w:tcPr>
            <w:tcW w:w="1234" w:type="dxa"/>
          </w:tcPr>
          <w:p w14:paraId="29F49D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283C19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24BC9D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2E8900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10,5</w:t>
            </w:r>
          </w:p>
        </w:tc>
      </w:tr>
      <w:tr w:rsidR="006F0136" w:rsidRPr="00D77020" w14:paraId="60616DCF" w14:textId="77777777">
        <w:tc>
          <w:tcPr>
            <w:tcW w:w="1234" w:type="dxa"/>
          </w:tcPr>
          <w:p w14:paraId="452D31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1D69C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RQ-1087-б</w:t>
            </w:r>
          </w:p>
        </w:tc>
        <w:tc>
          <w:tcPr>
            <w:tcW w:w="1234" w:type="dxa"/>
          </w:tcPr>
          <w:p w14:paraId="5138E3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1087</w:t>
            </w:r>
          </w:p>
        </w:tc>
        <w:tc>
          <w:tcPr>
            <w:tcW w:w="1234" w:type="dxa"/>
          </w:tcPr>
          <w:p w14:paraId="0E7D09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6DD150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120D06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8B4851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13,1</w:t>
            </w:r>
          </w:p>
        </w:tc>
      </w:tr>
      <w:tr w:rsidR="006F0136" w:rsidRPr="00D77020" w14:paraId="45A2E2EE" w14:textId="77777777">
        <w:tc>
          <w:tcPr>
            <w:tcW w:w="1234" w:type="dxa"/>
          </w:tcPr>
          <w:p w14:paraId="14BE84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BED13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RQ-1087-в</w:t>
            </w:r>
          </w:p>
        </w:tc>
        <w:tc>
          <w:tcPr>
            <w:tcW w:w="1234" w:type="dxa"/>
          </w:tcPr>
          <w:p w14:paraId="011ED8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1087</w:t>
            </w:r>
          </w:p>
        </w:tc>
        <w:tc>
          <w:tcPr>
            <w:tcW w:w="1234" w:type="dxa"/>
          </w:tcPr>
          <w:p w14:paraId="176765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74AEDB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733A46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DA1075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2,0</w:t>
            </w:r>
          </w:p>
        </w:tc>
      </w:tr>
      <w:tr w:rsidR="006F0136" w:rsidRPr="00D77020" w14:paraId="1EF5FE91" w14:textId="77777777">
        <w:tc>
          <w:tcPr>
            <w:tcW w:w="1234" w:type="dxa"/>
          </w:tcPr>
          <w:p w14:paraId="14E88D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8983D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RQ-1087-г</w:t>
            </w:r>
          </w:p>
        </w:tc>
        <w:tc>
          <w:tcPr>
            <w:tcW w:w="1234" w:type="dxa"/>
          </w:tcPr>
          <w:p w14:paraId="438E1A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1087</w:t>
            </w:r>
          </w:p>
        </w:tc>
        <w:tc>
          <w:tcPr>
            <w:tcW w:w="1234" w:type="dxa"/>
          </w:tcPr>
          <w:p w14:paraId="3D92DE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467648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42D1D1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669ABF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14,9</w:t>
            </w:r>
          </w:p>
        </w:tc>
      </w:tr>
      <w:tr w:rsidR="006F0136" w:rsidRPr="00D77020" w14:paraId="23ADB4A1" w14:textId="77777777">
        <w:tc>
          <w:tcPr>
            <w:tcW w:w="1234" w:type="dxa"/>
          </w:tcPr>
          <w:p w14:paraId="5E33B5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0B86C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RQ-1087-н</w:t>
            </w:r>
          </w:p>
        </w:tc>
        <w:tc>
          <w:tcPr>
            <w:tcW w:w="1234" w:type="dxa"/>
          </w:tcPr>
          <w:p w14:paraId="3E1A2B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1087</w:t>
            </w:r>
          </w:p>
        </w:tc>
        <w:tc>
          <w:tcPr>
            <w:tcW w:w="1234" w:type="dxa"/>
          </w:tcPr>
          <w:p w14:paraId="0CF34B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6C910E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13F193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5A55B5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15,9</w:t>
            </w:r>
          </w:p>
        </w:tc>
      </w:tr>
      <w:tr w:rsidR="006F0136" w:rsidRPr="00D77020" w14:paraId="332A1E23" w14:textId="77777777">
        <w:tc>
          <w:tcPr>
            <w:tcW w:w="1234" w:type="dxa"/>
          </w:tcPr>
          <w:p w14:paraId="59F75B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188D2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RQ-1088-м</w:t>
            </w:r>
          </w:p>
        </w:tc>
        <w:tc>
          <w:tcPr>
            <w:tcW w:w="1234" w:type="dxa"/>
          </w:tcPr>
          <w:p w14:paraId="790390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1088</w:t>
            </w:r>
          </w:p>
        </w:tc>
        <w:tc>
          <w:tcPr>
            <w:tcW w:w="1234" w:type="dxa"/>
          </w:tcPr>
          <w:p w14:paraId="18CD0C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0D5F8E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85</w:t>
            </w:r>
          </w:p>
        </w:tc>
        <w:tc>
          <w:tcPr>
            <w:tcW w:w="1234" w:type="dxa"/>
          </w:tcPr>
          <w:p w14:paraId="25E1C2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0DDAC5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5,2</w:t>
            </w:r>
          </w:p>
        </w:tc>
      </w:tr>
      <w:tr w:rsidR="006F0136" w:rsidRPr="00D77020" w14:paraId="4B27A4D0" w14:textId="77777777">
        <w:tc>
          <w:tcPr>
            <w:tcW w:w="1234" w:type="dxa"/>
          </w:tcPr>
          <w:p w14:paraId="71D300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6D85B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RQ-1090-з</w:t>
            </w:r>
          </w:p>
        </w:tc>
        <w:tc>
          <w:tcPr>
            <w:tcW w:w="1234" w:type="dxa"/>
          </w:tcPr>
          <w:p w14:paraId="752C7D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1090</w:t>
            </w:r>
          </w:p>
        </w:tc>
        <w:tc>
          <w:tcPr>
            <w:tcW w:w="1234" w:type="dxa"/>
          </w:tcPr>
          <w:p w14:paraId="46C4EA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0B6902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85</w:t>
            </w:r>
          </w:p>
        </w:tc>
        <w:tc>
          <w:tcPr>
            <w:tcW w:w="1234" w:type="dxa"/>
          </w:tcPr>
          <w:p w14:paraId="568CA3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6C6DCB9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1,6</w:t>
            </w:r>
          </w:p>
        </w:tc>
      </w:tr>
      <w:tr w:rsidR="006F0136" w:rsidRPr="00D77020" w14:paraId="1524E6D9" w14:textId="77777777">
        <w:tc>
          <w:tcPr>
            <w:tcW w:w="1234" w:type="dxa"/>
          </w:tcPr>
          <w:p w14:paraId="4AEA94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4485E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RQ-1091-б1</w:t>
            </w:r>
          </w:p>
        </w:tc>
        <w:tc>
          <w:tcPr>
            <w:tcW w:w="1234" w:type="dxa"/>
          </w:tcPr>
          <w:p w14:paraId="076CE9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1091</w:t>
            </w:r>
          </w:p>
        </w:tc>
        <w:tc>
          <w:tcPr>
            <w:tcW w:w="1234" w:type="dxa"/>
          </w:tcPr>
          <w:p w14:paraId="783A64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б1</w:t>
            </w:r>
          </w:p>
        </w:tc>
        <w:tc>
          <w:tcPr>
            <w:tcW w:w="1234" w:type="dxa"/>
          </w:tcPr>
          <w:p w14:paraId="733AC7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310BD7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E6288C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1,4</w:t>
            </w:r>
          </w:p>
        </w:tc>
      </w:tr>
      <w:tr w:rsidR="006F0136" w:rsidRPr="00D77020" w14:paraId="4EA6ACD0" w14:textId="77777777">
        <w:tc>
          <w:tcPr>
            <w:tcW w:w="1234" w:type="dxa"/>
          </w:tcPr>
          <w:p w14:paraId="43B8D6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4F83B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RQ-1091-в</w:t>
            </w:r>
          </w:p>
        </w:tc>
        <w:tc>
          <w:tcPr>
            <w:tcW w:w="1234" w:type="dxa"/>
          </w:tcPr>
          <w:p w14:paraId="620470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1091</w:t>
            </w:r>
          </w:p>
        </w:tc>
        <w:tc>
          <w:tcPr>
            <w:tcW w:w="1234" w:type="dxa"/>
          </w:tcPr>
          <w:p w14:paraId="5F6D9D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0B48A9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7DA272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C0F366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296DFD89" w14:textId="77777777">
        <w:tc>
          <w:tcPr>
            <w:tcW w:w="1234" w:type="dxa"/>
          </w:tcPr>
          <w:p w14:paraId="6B4085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54F36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RQ-1091-р</w:t>
            </w:r>
          </w:p>
        </w:tc>
        <w:tc>
          <w:tcPr>
            <w:tcW w:w="1234" w:type="dxa"/>
          </w:tcPr>
          <w:p w14:paraId="6AFCF1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1091</w:t>
            </w:r>
          </w:p>
        </w:tc>
        <w:tc>
          <w:tcPr>
            <w:tcW w:w="1234" w:type="dxa"/>
          </w:tcPr>
          <w:p w14:paraId="04D555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074313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336215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4DC7B2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0,1</w:t>
            </w:r>
          </w:p>
        </w:tc>
      </w:tr>
      <w:tr w:rsidR="006F0136" w:rsidRPr="00D77020" w14:paraId="1C3C2C3D" w14:textId="77777777">
        <w:tc>
          <w:tcPr>
            <w:tcW w:w="1234" w:type="dxa"/>
          </w:tcPr>
          <w:p w14:paraId="7BA42D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46847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RQ-1091-я</w:t>
            </w:r>
          </w:p>
        </w:tc>
        <w:tc>
          <w:tcPr>
            <w:tcW w:w="1234" w:type="dxa"/>
          </w:tcPr>
          <w:p w14:paraId="0F7A28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1091</w:t>
            </w:r>
          </w:p>
        </w:tc>
        <w:tc>
          <w:tcPr>
            <w:tcW w:w="1234" w:type="dxa"/>
          </w:tcPr>
          <w:p w14:paraId="5C6B80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я</w:t>
            </w:r>
          </w:p>
        </w:tc>
        <w:tc>
          <w:tcPr>
            <w:tcW w:w="1234" w:type="dxa"/>
          </w:tcPr>
          <w:p w14:paraId="233D07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7749C4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40483A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4,7</w:t>
            </w:r>
          </w:p>
        </w:tc>
      </w:tr>
      <w:tr w:rsidR="006F0136" w:rsidRPr="00D77020" w14:paraId="0E4A9154" w14:textId="77777777">
        <w:tc>
          <w:tcPr>
            <w:tcW w:w="1234" w:type="dxa"/>
          </w:tcPr>
          <w:p w14:paraId="4B79CF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B2C0C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RQ-1092-е</w:t>
            </w:r>
          </w:p>
        </w:tc>
        <w:tc>
          <w:tcPr>
            <w:tcW w:w="1234" w:type="dxa"/>
          </w:tcPr>
          <w:p w14:paraId="03DDCA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1092</w:t>
            </w:r>
          </w:p>
        </w:tc>
        <w:tc>
          <w:tcPr>
            <w:tcW w:w="1234" w:type="dxa"/>
          </w:tcPr>
          <w:p w14:paraId="6EA35B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0C0772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14C7C8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F691B5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8,3</w:t>
            </w:r>
          </w:p>
        </w:tc>
      </w:tr>
      <w:tr w:rsidR="006F0136" w:rsidRPr="00D77020" w14:paraId="38D26B7B" w14:textId="77777777">
        <w:tc>
          <w:tcPr>
            <w:tcW w:w="1234" w:type="dxa"/>
          </w:tcPr>
          <w:p w14:paraId="5DB60A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BB3FE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RQ-1092-ю</w:t>
            </w:r>
          </w:p>
        </w:tc>
        <w:tc>
          <w:tcPr>
            <w:tcW w:w="1234" w:type="dxa"/>
          </w:tcPr>
          <w:p w14:paraId="333F4E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1092</w:t>
            </w:r>
          </w:p>
        </w:tc>
        <w:tc>
          <w:tcPr>
            <w:tcW w:w="1234" w:type="dxa"/>
          </w:tcPr>
          <w:p w14:paraId="1EA802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ю</w:t>
            </w:r>
          </w:p>
        </w:tc>
        <w:tc>
          <w:tcPr>
            <w:tcW w:w="1234" w:type="dxa"/>
          </w:tcPr>
          <w:p w14:paraId="2E7B5B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4D8151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75116EB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8,6</w:t>
            </w:r>
          </w:p>
        </w:tc>
      </w:tr>
      <w:tr w:rsidR="006F0136" w:rsidRPr="00D77020" w14:paraId="72507301" w14:textId="77777777">
        <w:tc>
          <w:tcPr>
            <w:tcW w:w="1234" w:type="dxa"/>
          </w:tcPr>
          <w:p w14:paraId="7B721C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2019</w:t>
            </w:r>
          </w:p>
        </w:tc>
        <w:tc>
          <w:tcPr>
            <w:tcW w:w="1234" w:type="dxa"/>
          </w:tcPr>
          <w:p w14:paraId="63B3E4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RQ-1093-е</w:t>
            </w:r>
          </w:p>
        </w:tc>
        <w:tc>
          <w:tcPr>
            <w:tcW w:w="1234" w:type="dxa"/>
          </w:tcPr>
          <w:p w14:paraId="075B77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1093</w:t>
            </w:r>
          </w:p>
        </w:tc>
        <w:tc>
          <w:tcPr>
            <w:tcW w:w="1234" w:type="dxa"/>
          </w:tcPr>
          <w:p w14:paraId="5B03B2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37EF4B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85</w:t>
            </w:r>
          </w:p>
        </w:tc>
        <w:tc>
          <w:tcPr>
            <w:tcW w:w="1234" w:type="dxa"/>
          </w:tcPr>
          <w:p w14:paraId="7239C0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C8B2D2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7B34D060" w14:textId="77777777">
        <w:tc>
          <w:tcPr>
            <w:tcW w:w="1234" w:type="dxa"/>
          </w:tcPr>
          <w:p w14:paraId="1358E9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511CB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RQ-1093-п1</w:t>
            </w:r>
          </w:p>
        </w:tc>
        <w:tc>
          <w:tcPr>
            <w:tcW w:w="1234" w:type="dxa"/>
          </w:tcPr>
          <w:p w14:paraId="26C59B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1093</w:t>
            </w:r>
          </w:p>
        </w:tc>
        <w:tc>
          <w:tcPr>
            <w:tcW w:w="1234" w:type="dxa"/>
          </w:tcPr>
          <w:p w14:paraId="05F7A1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п1</w:t>
            </w:r>
          </w:p>
        </w:tc>
        <w:tc>
          <w:tcPr>
            <w:tcW w:w="1234" w:type="dxa"/>
          </w:tcPr>
          <w:p w14:paraId="07F300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85</w:t>
            </w:r>
          </w:p>
        </w:tc>
        <w:tc>
          <w:tcPr>
            <w:tcW w:w="1234" w:type="dxa"/>
          </w:tcPr>
          <w:p w14:paraId="106340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AB0C9A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0,1</w:t>
            </w:r>
          </w:p>
        </w:tc>
      </w:tr>
      <w:tr w:rsidR="006F0136" w:rsidRPr="00D77020" w14:paraId="4B1356EF" w14:textId="77777777">
        <w:tc>
          <w:tcPr>
            <w:tcW w:w="1234" w:type="dxa"/>
          </w:tcPr>
          <w:p w14:paraId="342AE2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C3B14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RQ-1093-р</w:t>
            </w:r>
          </w:p>
        </w:tc>
        <w:tc>
          <w:tcPr>
            <w:tcW w:w="1234" w:type="dxa"/>
          </w:tcPr>
          <w:p w14:paraId="3198ED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1093</w:t>
            </w:r>
          </w:p>
        </w:tc>
        <w:tc>
          <w:tcPr>
            <w:tcW w:w="1234" w:type="dxa"/>
          </w:tcPr>
          <w:p w14:paraId="52EDBD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059BF2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4AB23A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26E432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1,1</w:t>
            </w:r>
          </w:p>
        </w:tc>
      </w:tr>
      <w:tr w:rsidR="006F0136" w:rsidRPr="00D77020" w14:paraId="0DB4AC6D" w14:textId="77777777">
        <w:tc>
          <w:tcPr>
            <w:tcW w:w="1234" w:type="dxa"/>
          </w:tcPr>
          <w:p w14:paraId="3FFADC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5F947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RQ-1093-т</w:t>
            </w:r>
          </w:p>
        </w:tc>
        <w:tc>
          <w:tcPr>
            <w:tcW w:w="1234" w:type="dxa"/>
          </w:tcPr>
          <w:p w14:paraId="1741CB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1093</w:t>
            </w:r>
          </w:p>
        </w:tc>
        <w:tc>
          <w:tcPr>
            <w:tcW w:w="1234" w:type="dxa"/>
          </w:tcPr>
          <w:p w14:paraId="522967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196492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85</w:t>
            </w:r>
          </w:p>
        </w:tc>
        <w:tc>
          <w:tcPr>
            <w:tcW w:w="1234" w:type="dxa"/>
          </w:tcPr>
          <w:p w14:paraId="42572A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4F6089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5,8</w:t>
            </w:r>
          </w:p>
        </w:tc>
      </w:tr>
      <w:tr w:rsidR="006F0136" w:rsidRPr="00D77020" w14:paraId="42B84F6F" w14:textId="77777777">
        <w:tc>
          <w:tcPr>
            <w:tcW w:w="1234" w:type="dxa"/>
          </w:tcPr>
          <w:p w14:paraId="674799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0C879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RQ-1094-м</w:t>
            </w:r>
          </w:p>
        </w:tc>
        <w:tc>
          <w:tcPr>
            <w:tcW w:w="1234" w:type="dxa"/>
          </w:tcPr>
          <w:p w14:paraId="65D880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1094</w:t>
            </w:r>
          </w:p>
        </w:tc>
        <w:tc>
          <w:tcPr>
            <w:tcW w:w="1234" w:type="dxa"/>
          </w:tcPr>
          <w:p w14:paraId="3DCA53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15E337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85</w:t>
            </w:r>
          </w:p>
        </w:tc>
        <w:tc>
          <w:tcPr>
            <w:tcW w:w="1234" w:type="dxa"/>
          </w:tcPr>
          <w:p w14:paraId="48DDE3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371E05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5789DEA4" w14:textId="77777777">
        <w:tc>
          <w:tcPr>
            <w:tcW w:w="1234" w:type="dxa"/>
          </w:tcPr>
          <w:p w14:paraId="33CC29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A5CD9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RQ-1094-т</w:t>
            </w:r>
          </w:p>
        </w:tc>
        <w:tc>
          <w:tcPr>
            <w:tcW w:w="1234" w:type="dxa"/>
          </w:tcPr>
          <w:p w14:paraId="171FBD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1094</w:t>
            </w:r>
          </w:p>
        </w:tc>
        <w:tc>
          <w:tcPr>
            <w:tcW w:w="1234" w:type="dxa"/>
          </w:tcPr>
          <w:p w14:paraId="37ACD7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7CDFEE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35D057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4A9F78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3,5</w:t>
            </w:r>
          </w:p>
        </w:tc>
      </w:tr>
      <w:tr w:rsidR="006F0136" w:rsidRPr="00D77020" w14:paraId="262C133B" w14:textId="77777777">
        <w:tc>
          <w:tcPr>
            <w:tcW w:w="1234" w:type="dxa"/>
          </w:tcPr>
          <w:p w14:paraId="5F2F29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F501B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RQ-1094-х</w:t>
            </w:r>
          </w:p>
        </w:tc>
        <w:tc>
          <w:tcPr>
            <w:tcW w:w="1234" w:type="dxa"/>
          </w:tcPr>
          <w:p w14:paraId="2F4692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1094</w:t>
            </w:r>
          </w:p>
        </w:tc>
        <w:tc>
          <w:tcPr>
            <w:tcW w:w="1234" w:type="dxa"/>
          </w:tcPr>
          <w:p w14:paraId="4180AF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х</w:t>
            </w:r>
          </w:p>
        </w:tc>
        <w:tc>
          <w:tcPr>
            <w:tcW w:w="1234" w:type="dxa"/>
          </w:tcPr>
          <w:p w14:paraId="00E8DD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0091D3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75750AC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4AF89F64" w14:textId="77777777">
        <w:tc>
          <w:tcPr>
            <w:tcW w:w="1234" w:type="dxa"/>
          </w:tcPr>
          <w:p w14:paraId="03EA84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6FAE8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RQ-1094-ц</w:t>
            </w:r>
          </w:p>
        </w:tc>
        <w:tc>
          <w:tcPr>
            <w:tcW w:w="1234" w:type="dxa"/>
          </w:tcPr>
          <w:p w14:paraId="72B512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1094</w:t>
            </w:r>
          </w:p>
        </w:tc>
        <w:tc>
          <w:tcPr>
            <w:tcW w:w="1234" w:type="dxa"/>
          </w:tcPr>
          <w:p w14:paraId="278210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ц</w:t>
            </w:r>
          </w:p>
        </w:tc>
        <w:tc>
          <w:tcPr>
            <w:tcW w:w="1234" w:type="dxa"/>
          </w:tcPr>
          <w:p w14:paraId="43C5BC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13E8A7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F75F30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1,7</w:t>
            </w:r>
          </w:p>
        </w:tc>
      </w:tr>
      <w:tr w:rsidR="006F0136" w:rsidRPr="00D77020" w14:paraId="2073F42D" w14:textId="77777777">
        <w:tc>
          <w:tcPr>
            <w:tcW w:w="1234" w:type="dxa"/>
          </w:tcPr>
          <w:p w14:paraId="3F07AF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4DEB2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RQ-1094-ч</w:t>
            </w:r>
          </w:p>
        </w:tc>
        <w:tc>
          <w:tcPr>
            <w:tcW w:w="1234" w:type="dxa"/>
          </w:tcPr>
          <w:p w14:paraId="0E5FFE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1094</w:t>
            </w:r>
          </w:p>
        </w:tc>
        <w:tc>
          <w:tcPr>
            <w:tcW w:w="1234" w:type="dxa"/>
          </w:tcPr>
          <w:p w14:paraId="13AA8D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ч</w:t>
            </w:r>
          </w:p>
        </w:tc>
        <w:tc>
          <w:tcPr>
            <w:tcW w:w="1234" w:type="dxa"/>
          </w:tcPr>
          <w:p w14:paraId="1101AD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0857B2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7591B2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2,6</w:t>
            </w:r>
          </w:p>
        </w:tc>
      </w:tr>
      <w:tr w:rsidR="006F0136" w:rsidRPr="00D77020" w14:paraId="32E76D85" w14:textId="77777777">
        <w:tc>
          <w:tcPr>
            <w:tcW w:w="1234" w:type="dxa"/>
          </w:tcPr>
          <w:p w14:paraId="1B6B14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60313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RQ-1095-р1</w:t>
            </w:r>
          </w:p>
        </w:tc>
        <w:tc>
          <w:tcPr>
            <w:tcW w:w="1234" w:type="dxa"/>
          </w:tcPr>
          <w:p w14:paraId="6F0BD8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1095</w:t>
            </w:r>
          </w:p>
        </w:tc>
        <w:tc>
          <w:tcPr>
            <w:tcW w:w="1234" w:type="dxa"/>
          </w:tcPr>
          <w:p w14:paraId="34757D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р1</w:t>
            </w:r>
          </w:p>
        </w:tc>
        <w:tc>
          <w:tcPr>
            <w:tcW w:w="1234" w:type="dxa"/>
          </w:tcPr>
          <w:p w14:paraId="1A5E6F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85</w:t>
            </w:r>
          </w:p>
        </w:tc>
        <w:tc>
          <w:tcPr>
            <w:tcW w:w="1234" w:type="dxa"/>
          </w:tcPr>
          <w:p w14:paraId="33D538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15E9517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0,8</w:t>
            </w:r>
          </w:p>
        </w:tc>
      </w:tr>
      <w:tr w:rsidR="006F0136" w:rsidRPr="00D77020" w14:paraId="5A69315A" w14:textId="77777777">
        <w:tc>
          <w:tcPr>
            <w:tcW w:w="1234" w:type="dxa"/>
          </w:tcPr>
          <w:p w14:paraId="736143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56C80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RQ-1096-а</w:t>
            </w:r>
          </w:p>
        </w:tc>
        <w:tc>
          <w:tcPr>
            <w:tcW w:w="1234" w:type="dxa"/>
          </w:tcPr>
          <w:p w14:paraId="5E7D64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1096</w:t>
            </w:r>
          </w:p>
        </w:tc>
        <w:tc>
          <w:tcPr>
            <w:tcW w:w="1234" w:type="dxa"/>
          </w:tcPr>
          <w:p w14:paraId="0B7FF1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466320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63EFB7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7E6A987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2,0</w:t>
            </w:r>
          </w:p>
        </w:tc>
      </w:tr>
      <w:tr w:rsidR="006F0136" w:rsidRPr="00D77020" w14:paraId="30873263" w14:textId="77777777">
        <w:tc>
          <w:tcPr>
            <w:tcW w:w="1234" w:type="dxa"/>
          </w:tcPr>
          <w:p w14:paraId="109735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3E171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RQ-1096-б</w:t>
            </w:r>
          </w:p>
        </w:tc>
        <w:tc>
          <w:tcPr>
            <w:tcW w:w="1234" w:type="dxa"/>
          </w:tcPr>
          <w:p w14:paraId="4ADC36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1096</w:t>
            </w:r>
          </w:p>
        </w:tc>
        <w:tc>
          <w:tcPr>
            <w:tcW w:w="1234" w:type="dxa"/>
          </w:tcPr>
          <w:p w14:paraId="7D28E5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24EAFB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65C424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0C5D4F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1,7</w:t>
            </w:r>
          </w:p>
        </w:tc>
      </w:tr>
      <w:tr w:rsidR="006F0136" w:rsidRPr="00D77020" w14:paraId="332A1DEC" w14:textId="77777777">
        <w:tc>
          <w:tcPr>
            <w:tcW w:w="1234" w:type="dxa"/>
          </w:tcPr>
          <w:p w14:paraId="4DA4DE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8E85E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RQ-1096-и</w:t>
            </w:r>
          </w:p>
        </w:tc>
        <w:tc>
          <w:tcPr>
            <w:tcW w:w="1234" w:type="dxa"/>
          </w:tcPr>
          <w:p w14:paraId="157039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1096</w:t>
            </w:r>
          </w:p>
        </w:tc>
        <w:tc>
          <w:tcPr>
            <w:tcW w:w="1234" w:type="dxa"/>
          </w:tcPr>
          <w:p w14:paraId="0D5648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421BF5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45B5C6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6988762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09AD0E29" w14:textId="77777777">
        <w:tc>
          <w:tcPr>
            <w:tcW w:w="1234" w:type="dxa"/>
          </w:tcPr>
          <w:p w14:paraId="71CAB9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93985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RQ-1096-к</w:t>
            </w:r>
          </w:p>
        </w:tc>
        <w:tc>
          <w:tcPr>
            <w:tcW w:w="1234" w:type="dxa"/>
          </w:tcPr>
          <w:p w14:paraId="7EBDFB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1096</w:t>
            </w:r>
          </w:p>
        </w:tc>
        <w:tc>
          <w:tcPr>
            <w:tcW w:w="1234" w:type="dxa"/>
          </w:tcPr>
          <w:p w14:paraId="596FF3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36CD29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77C56C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BF0A31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8,0</w:t>
            </w:r>
          </w:p>
        </w:tc>
      </w:tr>
      <w:tr w:rsidR="006F0136" w:rsidRPr="00D77020" w14:paraId="397C0396" w14:textId="77777777">
        <w:tc>
          <w:tcPr>
            <w:tcW w:w="1234" w:type="dxa"/>
          </w:tcPr>
          <w:p w14:paraId="4F04F0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B9B3F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RQ-1097-а</w:t>
            </w:r>
          </w:p>
        </w:tc>
        <w:tc>
          <w:tcPr>
            <w:tcW w:w="1234" w:type="dxa"/>
          </w:tcPr>
          <w:p w14:paraId="5DEAE8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1097</w:t>
            </w:r>
          </w:p>
        </w:tc>
        <w:tc>
          <w:tcPr>
            <w:tcW w:w="1234" w:type="dxa"/>
          </w:tcPr>
          <w:p w14:paraId="17EFC2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63FFBD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652149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91804C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5,3</w:t>
            </w:r>
          </w:p>
        </w:tc>
      </w:tr>
      <w:tr w:rsidR="006F0136" w:rsidRPr="00D77020" w14:paraId="57C7A8D5" w14:textId="77777777">
        <w:tc>
          <w:tcPr>
            <w:tcW w:w="1234" w:type="dxa"/>
          </w:tcPr>
          <w:p w14:paraId="65A25B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09549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RQ-1097-е</w:t>
            </w:r>
          </w:p>
        </w:tc>
        <w:tc>
          <w:tcPr>
            <w:tcW w:w="1234" w:type="dxa"/>
          </w:tcPr>
          <w:p w14:paraId="1A270F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1097</w:t>
            </w:r>
          </w:p>
        </w:tc>
        <w:tc>
          <w:tcPr>
            <w:tcW w:w="1234" w:type="dxa"/>
          </w:tcPr>
          <w:p w14:paraId="6777B0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75C919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3ED5D0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BB4F27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5,0</w:t>
            </w:r>
          </w:p>
        </w:tc>
      </w:tr>
      <w:tr w:rsidR="006F0136" w:rsidRPr="00D77020" w14:paraId="396507C4" w14:textId="77777777">
        <w:tc>
          <w:tcPr>
            <w:tcW w:w="1234" w:type="dxa"/>
          </w:tcPr>
          <w:p w14:paraId="21A4E4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DD147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RQ-1097-н</w:t>
            </w:r>
          </w:p>
        </w:tc>
        <w:tc>
          <w:tcPr>
            <w:tcW w:w="1234" w:type="dxa"/>
          </w:tcPr>
          <w:p w14:paraId="70AE98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1097</w:t>
            </w:r>
          </w:p>
        </w:tc>
        <w:tc>
          <w:tcPr>
            <w:tcW w:w="1234" w:type="dxa"/>
          </w:tcPr>
          <w:p w14:paraId="7518DB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55B2D0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47F4CB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51DF5A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0,1</w:t>
            </w:r>
          </w:p>
        </w:tc>
      </w:tr>
      <w:tr w:rsidR="006F0136" w:rsidRPr="00D77020" w14:paraId="5B72F999" w14:textId="77777777">
        <w:tc>
          <w:tcPr>
            <w:tcW w:w="1234" w:type="dxa"/>
          </w:tcPr>
          <w:p w14:paraId="73E7C1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CFF8F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RQ-1098-а</w:t>
            </w:r>
          </w:p>
        </w:tc>
        <w:tc>
          <w:tcPr>
            <w:tcW w:w="1234" w:type="dxa"/>
          </w:tcPr>
          <w:p w14:paraId="1337C5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1098</w:t>
            </w:r>
          </w:p>
        </w:tc>
        <w:tc>
          <w:tcPr>
            <w:tcW w:w="1234" w:type="dxa"/>
          </w:tcPr>
          <w:p w14:paraId="5DB2D1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30181E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85</w:t>
            </w:r>
          </w:p>
        </w:tc>
        <w:tc>
          <w:tcPr>
            <w:tcW w:w="1234" w:type="dxa"/>
          </w:tcPr>
          <w:p w14:paraId="2848BD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0992AFE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0,6</w:t>
            </w:r>
          </w:p>
        </w:tc>
      </w:tr>
      <w:tr w:rsidR="006F0136" w:rsidRPr="00D77020" w14:paraId="3141A52A" w14:textId="77777777">
        <w:tc>
          <w:tcPr>
            <w:tcW w:w="1234" w:type="dxa"/>
          </w:tcPr>
          <w:p w14:paraId="64DE43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DDA80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RQ-1098-а1</w:t>
            </w:r>
          </w:p>
        </w:tc>
        <w:tc>
          <w:tcPr>
            <w:tcW w:w="1234" w:type="dxa"/>
          </w:tcPr>
          <w:p w14:paraId="027642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1098</w:t>
            </w:r>
          </w:p>
        </w:tc>
        <w:tc>
          <w:tcPr>
            <w:tcW w:w="1234" w:type="dxa"/>
          </w:tcPr>
          <w:p w14:paraId="0DF37D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а1</w:t>
            </w:r>
          </w:p>
        </w:tc>
        <w:tc>
          <w:tcPr>
            <w:tcW w:w="1234" w:type="dxa"/>
          </w:tcPr>
          <w:p w14:paraId="512589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</w:t>
            </w:r>
          </w:p>
        </w:tc>
        <w:tc>
          <w:tcPr>
            <w:tcW w:w="1234" w:type="dxa"/>
          </w:tcPr>
          <w:p w14:paraId="2806E8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C1EB63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7CB6CC11" w14:textId="77777777">
        <w:tc>
          <w:tcPr>
            <w:tcW w:w="1234" w:type="dxa"/>
          </w:tcPr>
          <w:p w14:paraId="3E6A0A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52C82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RQ-1098-б1</w:t>
            </w:r>
          </w:p>
        </w:tc>
        <w:tc>
          <w:tcPr>
            <w:tcW w:w="1234" w:type="dxa"/>
          </w:tcPr>
          <w:p w14:paraId="178EE6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1098</w:t>
            </w:r>
          </w:p>
        </w:tc>
        <w:tc>
          <w:tcPr>
            <w:tcW w:w="1234" w:type="dxa"/>
          </w:tcPr>
          <w:p w14:paraId="601AE3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б1</w:t>
            </w:r>
          </w:p>
        </w:tc>
        <w:tc>
          <w:tcPr>
            <w:tcW w:w="1234" w:type="dxa"/>
          </w:tcPr>
          <w:p w14:paraId="02955F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85</w:t>
            </w:r>
          </w:p>
        </w:tc>
        <w:tc>
          <w:tcPr>
            <w:tcW w:w="1234" w:type="dxa"/>
          </w:tcPr>
          <w:p w14:paraId="37794F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3E3295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6,9</w:t>
            </w:r>
          </w:p>
        </w:tc>
      </w:tr>
      <w:tr w:rsidR="006F0136" w:rsidRPr="00D77020" w14:paraId="7AE36E06" w14:textId="77777777">
        <w:tc>
          <w:tcPr>
            <w:tcW w:w="1234" w:type="dxa"/>
          </w:tcPr>
          <w:p w14:paraId="0BBFAE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3A857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RQ-1098-г</w:t>
            </w:r>
          </w:p>
        </w:tc>
        <w:tc>
          <w:tcPr>
            <w:tcW w:w="1234" w:type="dxa"/>
          </w:tcPr>
          <w:p w14:paraId="7C35A4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1098</w:t>
            </w:r>
          </w:p>
        </w:tc>
        <w:tc>
          <w:tcPr>
            <w:tcW w:w="1234" w:type="dxa"/>
          </w:tcPr>
          <w:p w14:paraId="30EC49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73C225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85</w:t>
            </w:r>
          </w:p>
        </w:tc>
        <w:tc>
          <w:tcPr>
            <w:tcW w:w="1234" w:type="dxa"/>
          </w:tcPr>
          <w:p w14:paraId="7A2AC9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68D041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1,1</w:t>
            </w:r>
          </w:p>
        </w:tc>
      </w:tr>
      <w:tr w:rsidR="006F0136" w:rsidRPr="00D77020" w14:paraId="21C0FCCB" w14:textId="77777777">
        <w:tc>
          <w:tcPr>
            <w:tcW w:w="1234" w:type="dxa"/>
          </w:tcPr>
          <w:p w14:paraId="0200E3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73000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RQ-1098-е</w:t>
            </w:r>
          </w:p>
        </w:tc>
        <w:tc>
          <w:tcPr>
            <w:tcW w:w="1234" w:type="dxa"/>
          </w:tcPr>
          <w:p w14:paraId="0794A2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1098</w:t>
            </w:r>
          </w:p>
        </w:tc>
        <w:tc>
          <w:tcPr>
            <w:tcW w:w="1234" w:type="dxa"/>
          </w:tcPr>
          <w:p w14:paraId="6C3408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2334EA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85</w:t>
            </w:r>
          </w:p>
        </w:tc>
        <w:tc>
          <w:tcPr>
            <w:tcW w:w="1234" w:type="dxa"/>
          </w:tcPr>
          <w:p w14:paraId="4020E8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985815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73BADAB3" w14:textId="77777777">
        <w:tc>
          <w:tcPr>
            <w:tcW w:w="1234" w:type="dxa"/>
          </w:tcPr>
          <w:p w14:paraId="03AEC5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2CB2E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RQ-1098-м</w:t>
            </w:r>
          </w:p>
        </w:tc>
        <w:tc>
          <w:tcPr>
            <w:tcW w:w="1234" w:type="dxa"/>
          </w:tcPr>
          <w:p w14:paraId="27CDC5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1098</w:t>
            </w:r>
          </w:p>
        </w:tc>
        <w:tc>
          <w:tcPr>
            <w:tcW w:w="1234" w:type="dxa"/>
          </w:tcPr>
          <w:p w14:paraId="1C2E31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333445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</w:t>
            </w:r>
          </w:p>
        </w:tc>
        <w:tc>
          <w:tcPr>
            <w:tcW w:w="1234" w:type="dxa"/>
          </w:tcPr>
          <w:p w14:paraId="775C7F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294061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1,4</w:t>
            </w:r>
          </w:p>
        </w:tc>
      </w:tr>
      <w:tr w:rsidR="006F0136" w:rsidRPr="00D77020" w14:paraId="23A7C9FD" w14:textId="77777777">
        <w:tc>
          <w:tcPr>
            <w:tcW w:w="1234" w:type="dxa"/>
          </w:tcPr>
          <w:p w14:paraId="6264FB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7082B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RQ-1098-н</w:t>
            </w:r>
          </w:p>
        </w:tc>
        <w:tc>
          <w:tcPr>
            <w:tcW w:w="1234" w:type="dxa"/>
          </w:tcPr>
          <w:p w14:paraId="6F77F3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1098</w:t>
            </w:r>
          </w:p>
        </w:tc>
        <w:tc>
          <w:tcPr>
            <w:tcW w:w="1234" w:type="dxa"/>
          </w:tcPr>
          <w:p w14:paraId="67C496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7BD10D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</w:t>
            </w:r>
          </w:p>
        </w:tc>
        <w:tc>
          <w:tcPr>
            <w:tcW w:w="1234" w:type="dxa"/>
          </w:tcPr>
          <w:p w14:paraId="1DF6EC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4E2962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6B1C5038" w14:textId="77777777">
        <w:tc>
          <w:tcPr>
            <w:tcW w:w="1234" w:type="dxa"/>
          </w:tcPr>
          <w:p w14:paraId="76FCA4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544BD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RQ-1098-с</w:t>
            </w:r>
          </w:p>
        </w:tc>
        <w:tc>
          <w:tcPr>
            <w:tcW w:w="1234" w:type="dxa"/>
          </w:tcPr>
          <w:p w14:paraId="49308C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1098</w:t>
            </w:r>
          </w:p>
        </w:tc>
        <w:tc>
          <w:tcPr>
            <w:tcW w:w="1234" w:type="dxa"/>
          </w:tcPr>
          <w:p w14:paraId="668425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76A3F3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</w:t>
            </w:r>
          </w:p>
        </w:tc>
        <w:tc>
          <w:tcPr>
            <w:tcW w:w="1234" w:type="dxa"/>
          </w:tcPr>
          <w:p w14:paraId="0AC4D5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C4CD88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1,6</w:t>
            </w:r>
          </w:p>
        </w:tc>
      </w:tr>
      <w:tr w:rsidR="006F0136" w:rsidRPr="00D77020" w14:paraId="76EBF9A6" w14:textId="77777777">
        <w:tc>
          <w:tcPr>
            <w:tcW w:w="1234" w:type="dxa"/>
          </w:tcPr>
          <w:p w14:paraId="383E5A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B275D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RQ-1098-т</w:t>
            </w:r>
          </w:p>
        </w:tc>
        <w:tc>
          <w:tcPr>
            <w:tcW w:w="1234" w:type="dxa"/>
          </w:tcPr>
          <w:p w14:paraId="40352C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1098</w:t>
            </w:r>
          </w:p>
        </w:tc>
        <w:tc>
          <w:tcPr>
            <w:tcW w:w="1234" w:type="dxa"/>
          </w:tcPr>
          <w:p w14:paraId="52F8E6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319F03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85</w:t>
            </w:r>
          </w:p>
        </w:tc>
        <w:tc>
          <w:tcPr>
            <w:tcW w:w="1234" w:type="dxa"/>
          </w:tcPr>
          <w:p w14:paraId="3C5714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73B4B76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1,0</w:t>
            </w:r>
          </w:p>
        </w:tc>
      </w:tr>
      <w:tr w:rsidR="006F0136" w:rsidRPr="00D77020" w14:paraId="35A6C06B" w14:textId="77777777">
        <w:tc>
          <w:tcPr>
            <w:tcW w:w="1234" w:type="dxa"/>
          </w:tcPr>
          <w:p w14:paraId="55D547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221C6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RQ-1098-у</w:t>
            </w:r>
          </w:p>
        </w:tc>
        <w:tc>
          <w:tcPr>
            <w:tcW w:w="1234" w:type="dxa"/>
          </w:tcPr>
          <w:p w14:paraId="14C0C6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1098</w:t>
            </w:r>
          </w:p>
        </w:tc>
        <w:tc>
          <w:tcPr>
            <w:tcW w:w="1234" w:type="dxa"/>
          </w:tcPr>
          <w:p w14:paraId="4286FB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у</w:t>
            </w:r>
          </w:p>
        </w:tc>
        <w:tc>
          <w:tcPr>
            <w:tcW w:w="1234" w:type="dxa"/>
          </w:tcPr>
          <w:p w14:paraId="4F5A52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</w:t>
            </w:r>
          </w:p>
        </w:tc>
        <w:tc>
          <w:tcPr>
            <w:tcW w:w="1234" w:type="dxa"/>
          </w:tcPr>
          <w:p w14:paraId="57181F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36DC83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0,8</w:t>
            </w:r>
          </w:p>
        </w:tc>
      </w:tr>
      <w:tr w:rsidR="006F0136" w:rsidRPr="00D77020" w14:paraId="3EAEA5C0" w14:textId="77777777">
        <w:tc>
          <w:tcPr>
            <w:tcW w:w="1234" w:type="dxa"/>
          </w:tcPr>
          <w:p w14:paraId="5930AB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B4081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RQ-1099-а</w:t>
            </w:r>
          </w:p>
        </w:tc>
        <w:tc>
          <w:tcPr>
            <w:tcW w:w="1234" w:type="dxa"/>
          </w:tcPr>
          <w:p w14:paraId="34C38C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1099</w:t>
            </w:r>
          </w:p>
        </w:tc>
        <w:tc>
          <w:tcPr>
            <w:tcW w:w="1234" w:type="dxa"/>
          </w:tcPr>
          <w:p w14:paraId="4CEB22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7387D9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85</w:t>
            </w:r>
          </w:p>
        </w:tc>
        <w:tc>
          <w:tcPr>
            <w:tcW w:w="1234" w:type="dxa"/>
          </w:tcPr>
          <w:p w14:paraId="3DB664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94D1F1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7,4</w:t>
            </w:r>
          </w:p>
        </w:tc>
      </w:tr>
      <w:tr w:rsidR="006F0136" w:rsidRPr="00D77020" w14:paraId="21B3AC51" w14:textId="77777777">
        <w:tc>
          <w:tcPr>
            <w:tcW w:w="1234" w:type="dxa"/>
          </w:tcPr>
          <w:p w14:paraId="4D197B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5B366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RQ-1099-е</w:t>
            </w:r>
          </w:p>
        </w:tc>
        <w:tc>
          <w:tcPr>
            <w:tcW w:w="1234" w:type="dxa"/>
          </w:tcPr>
          <w:p w14:paraId="2E6564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1099</w:t>
            </w:r>
          </w:p>
        </w:tc>
        <w:tc>
          <w:tcPr>
            <w:tcW w:w="1234" w:type="dxa"/>
          </w:tcPr>
          <w:p w14:paraId="02D18E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3C57E9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</w:t>
            </w:r>
          </w:p>
        </w:tc>
        <w:tc>
          <w:tcPr>
            <w:tcW w:w="1234" w:type="dxa"/>
          </w:tcPr>
          <w:p w14:paraId="139792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8E0C35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1,5</w:t>
            </w:r>
          </w:p>
        </w:tc>
      </w:tr>
      <w:tr w:rsidR="006F0136" w:rsidRPr="00D77020" w14:paraId="3FC5D183" w14:textId="77777777">
        <w:tc>
          <w:tcPr>
            <w:tcW w:w="1234" w:type="dxa"/>
          </w:tcPr>
          <w:p w14:paraId="04E657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3BC51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RQ-1100-а1</w:t>
            </w:r>
          </w:p>
        </w:tc>
        <w:tc>
          <w:tcPr>
            <w:tcW w:w="1234" w:type="dxa"/>
          </w:tcPr>
          <w:p w14:paraId="3A8D3E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1100</w:t>
            </w:r>
          </w:p>
        </w:tc>
        <w:tc>
          <w:tcPr>
            <w:tcW w:w="1234" w:type="dxa"/>
          </w:tcPr>
          <w:p w14:paraId="579E0E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а1</w:t>
            </w:r>
          </w:p>
        </w:tc>
        <w:tc>
          <w:tcPr>
            <w:tcW w:w="1234" w:type="dxa"/>
          </w:tcPr>
          <w:p w14:paraId="65ADEE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5CA4CF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9CB1A8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2,8</w:t>
            </w:r>
          </w:p>
        </w:tc>
      </w:tr>
      <w:tr w:rsidR="006F0136" w:rsidRPr="00D77020" w14:paraId="30A61170" w14:textId="77777777">
        <w:tc>
          <w:tcPr>
            <w:tcW w:w="1234" w:type="dxa"/>
          </w:tcPr>
          <w:p w14:paraId="23035C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31249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RQ-1100-д1</w:t>
            </w:r>
          </w:p>
        </w:tc>
        <w:tc>
          <w:tcPr>
            <w:tcW w:w="1234" w:type="dxa"/>
          </w:tcPr>
          <w:p w14:paraId="7F9777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1100</w:t>
            </w:r>
          </w:p>
        </w:tc>
        <w:tc>
          <w:tcPr>
            <w:tcW w:w="1234" w:type="dxa"/>
          </w:tcPr>
          <w:p w14:paraId="70E246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д1</w:t>
            </w:r>
          </w:p>
        </w:tc>
        <w:tc>
          <w:tcPr>
            <w:tcW w:w="1234" w:type="dxa"/>
          </w:tcPr>
          <w:p w14:paraId="33C01B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6BDD4E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40A0D1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1,0</w:t>
            </w:r>
          </w:p>
        </w:tc>
      </w:tr>
      <w:tr w:rsidR="006F0136" w:rsidRPr="00D77020" w14:paraId="1A1B1001" w14:textId="77777777">
        <w:tc>
          <w:tcPr>
            <w:tcW w:w="1234" w:type="dxa"/>
          </w:tcPr>
          <w:p w14:paraId="6DF7D1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73A5B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RQ-1100-е1</w:t>
            </w:r>
          </w:p>
        </w:tc>
        <w:tc>
          <w:tcPr>
            <w:tcW w:w="1234" w:type="dxa"/>
          </w:tcPr>
          <w:p w14:paraId="74DCFB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1100</w:t>
            </w:r>
          </w:p>
        </w:tc>
        <w:tc>
          <w:tcPr>
            <w:tcW w:w="1234" w:type="dxa"/>
          </w:tcPr>
          <w:p w14:paraId="5CAB57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е1</w:t>
            </w:r>
          </w:p>
        </w:tc>
        <w:tc>
          <w:tcPr>
            <w:tcW w:w="1234" w:type="dxa"/>
          </w:tcPr>
          <w:p w14:paraId="34448B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449EA3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4EB189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1,9</w:t>
            </w:r>
          </w:p>
        </w:tc>
      </w:tr>
      <w:tr w:rsidR="006F0136" w:rsidRPr="00D77020" w14:paraId="69CA39F9" w14:textId="77777777">
        <w:tc>
          <w:tcPr>
            <w:tcW w:w="1234" w:type="dxa"/>
          </w:tcPr>
          <w:p w14:paraId="1B41C4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51141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RQ-1100-з1</w:t>
            </w:r>
          </w:p>
        </w:tc>
        <w:tc>
          <w:tcPr>
            <w:tcW w:w="1234" w:type="dxa"/>
          </w:tcPr>
          <w:p w14:paraId="42013B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1100</w:t>
            </w:r>
          </w:p>
        </w:tc>
        <w:tc>
          <w:tcPr>
            <w:tcW w:w="1234" w:type="dxa"/>
          </w:tcPr>
          <w:p w14:paraId="4448CC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з1</w:t>
            </w:r>
          </w:p>
        </w:tc>
        <w:tc>
          <w:tcPr>
            <w:tcW w:w="1234" w:type="dxa"/>
          </w:tcPr>
          <w:p w14:paraId="37CD9A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659E14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C76849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2586A39F" w14:textId="77777777">
        <w:tc>
          <w:tcPr>
            <w:tcW w:w="1234" w:type="dxa"/>
          </w:tcPr>
          <w:p w14:paraId="0E1EF5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4BC12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RQ-1100-и1</w:t>
            </w:r>
          </w:p>
        </w:tc>
        <w:tc>
          <w:tcPr>
            <w:tcW w:w="1234" w:type="dxa"/>
          </w:tcPr>
          <w:p w14:paraId="4E0B6B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1100</w:t>
            </w:r>
          </w:p>
        </w:tc>
        <w:tc>
          <w:tcPr>
            <w:tcW w:w="1234" w:type="dxa"/>
          </w:tcPr>
          <w:p w14:paraId="271BB4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и1</w:t>
            </w:r>
          </w:p>
        </w:tc>
        <w:tc>
          <w:tcPr>
            <w:tcW w:w="1234" w:type="dxa"/>
          </w:tcPr>
          <w:p w14:paraId="6CD934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63D1DA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4BEC48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490257BA" w14:textId="77777777">
        <w:tc>
          <w:tcPr>
            <w:tcW w:w="1234" w:type="dxa"/>
          </w:tcPr>
          <w:p w14:paraId="393FDB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1C789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RQ-1100-м1</w:t>
            </w:r>
          </w:p>
        </w:tc>
        <w:tc>
          <w:tcPr>
            <w:tcW w:w="1234" w:type="dxa"/>
          </w:tcPr>
          <w:p w14:paraId="3F029D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1100</w:t>
            </w:r>
          </w:p>
        </w:tc>
        <w:tc>
          <w:tcPr>
            <w:tcW w:w="1234" w:type="dxa"/>
          </w:tcPr>
          <w:p w14:paraId="626389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м1</w:t>
            </w:r>
          </w:p>
        </w:tc>
        <w:tc>
          <w:tcPr>
            <w:tcW w:w="1234" w:type="dxa"/>
          </w:tcPr>
          <w:p w14:paraId="1F8DE5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21BAC1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498E7D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4AF66FA6" w14:textId="77777777">
        <w:tc>
          <w:tcPr>
            <w:tcW w:w="1234" w:type="dxa"/>
          </w:tcPr>
          <w:p w14:paraId="79EC5E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BFBBF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RQ-1101-г</w:t>
            </w:r>
          </w:p>
        </w:tc>
        <w:tc>
          <w:tcPr>
            <w:tcW w:w="1234" w:type="dxa"/>
          </w:tcPr>
          <w:p w14:paraId="04006D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1101</w:t>
            </w:r>
          </w:p>
        </w:tc>
        <w:tc>
          <w:tcPr>
            <w:tcW w:w="1234" w:type="dxa"/>
          </w:tcPr>
          <w:p w14:paraId="1F6B25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6C9270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</w:t>
            </w:r>
          </w:p>
        </w:tc>
        <w:tc>
          <w:tcPr>
            <w:tcW w:w="1234" w:type="dxa"/>
          </w:tcPr>
          <w:p w14:paraId="48E7B1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B857C1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7F25E866" w14:textId="77777777">
        <w:tc>
          <w:tcPr>
            <w:tcW w:w="1234" w:type="dxa"/>
          </w:tcPr>
          <w:p w14:paraId="6B25FF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BC22D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RQ-1101-т</w:t>
            </w:r>
          </w:p>
        </w:tc>
        <w:tc>
          <w:tcPr>
            <w:tcW w:w="1234" w:type="dxa"/>
          </w:tcPr>
          <w:p w14:paraId="536814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1101</w:t>
            </w:r>
          </w:p>
        </w:tc>
        <w:tc>
          <w:tcPr>
            <w:tcW w:w="1234" w:type="dxa"/>
          </w:tcPr>
          <w:p w14:paraId="5ADB7F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31C0F4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527BD5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3C8F32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4F1967A7" w14:textId="77777777">
        <w:tc>
          <w:tcPr>
            <w:tcW w:w="1234" w:type="dxa"/>
          </w:tcPr>
          <w:p w14:paraId="6C5196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101D9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RQ-1101-у</w:t>
            </w:r>
          </w:p>
        </w:tc>
        <w:tc>
          <w:tcPr>
            <w:tcW w:w="1234" w:type="dxa"/>
          </w:tcPr>
          <w:p w14:paraId="0F1254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1101</w:t>
            </w:r>
          </w:p>
        </w:tc>
        <w:tc>
          <w:tcPr>
            <w:tcW w:w="1234" w:type="dxa"/>
          </w:tcPr>
          <w:p w14:paraId="4D3539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у</w:t>
            </w:r>
          </w:p>
        </w:tc>
        <w:tc>
          <w:tcPr>
            <w:tcW w:w="1234" w:type="dxa"/>
          </w:tcPr>
          <w:p w14:paraId="0DE962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4D7ED4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5A3FC7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2,2</w:t>
            </w:r>
          </w:p>
        </w:tc>
      </w:tr>
      <w:tr w:rsidR="006F0136" w:rsidRPr="00D77020" w14:paraId="4DEC3487" w14:textId="77777777">
        <w:tc>
          <w:tcPr>
            <w:tcW w:w="1234" w:type="dxa"/>
          </w:tcPr>
          <w:p w14:paraId="1CAA46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B5654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RQ-1101-ф</w:t>
            </w:r>
          </w:p>
        </w:tc>
        <w:tc>
          <w:tcPr>
            <w:tcW w:w="1234" w:type="dxa"/>
          </w:tcPr>
          <w:p w14:paraId="4A05DB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1101</w:t>
            </w:r>
          </w:p>
        </w:tc>
        <w:tc>
          <w:tcPr>
            <w:tcW w:w="1234" w:type="dxa"/>
          </w:tcPr>
          <w:p w14:paraId="5DC656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ф</w:t>
            </w:r>
          </w:p>
        </w:tc>
        <w:tc>
          <w:tcPr>
            <w:tcW w:w="1234" w:type="dxa"/>
          </w:tcPr>
          <w:p w14:paraId="1D025E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7EDD08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0AB7D2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0,6</w:t>
            </w:r>
          </w:p>
        </w:tc>
      </w:tr>
      <w:tr w:rsidR="006F0136" w:rsidRPr="00D77020" w14:paraId="72E50DE5" w14:textId="77777777">
        <w:tc>
          <w:tcPr>
            <w:tcW w:w="1234" w:type="dxa"/>
          </w:tcPr>
          <w:p w14:paraId="79A7FB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C5CEF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RQ-1101-х</w:t>
            </w:r>
          </w:p>
        </w:tc>
        <w:tc>
          <w:tcPr>
            <w:tcW w:w="1234" w:type="dxa"/>
          </w:tcPr>
          <w:p w14:paraId="54526F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1101</w:t>
            </w:r>
          </w:p>
        </w:tc>
        <w:tc>
          <w:tcPr>
            <w:tcW w:w="1234" w:type="dxa"/>
          </w:tcPr>
          <w:p w14:paraId="798467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х</w:t>
            </w:r>
          </w:p>
        </w:tc>
        <w:tc>
          <w:tcPr>
            <w:tcW w:w="1234" w:type="dxa"/>
          </w:tcPr>
          <w:p w14:paraId="677C44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255AC8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26C1C66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1,4</w:t>
            </w:r>
          </w:p>
        </w:tc>
      </w:tr>
      <w:tr w:rsidR="006F0136" w:rsidRPr="00D77020" w14:paraId="1B68CCFB" w14:textId="77777777">
        <w:tc>
          <w:tcPr>
            <w:tcW w:w="1234" w:type="dxa"/>
          </w:tcPr>
          <w:p w14:paraId="5852F8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20256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RQ-1101-ч</w:t>
            </w:r>
          </w:p>
        </w:tc>
        <w:tc>
          <w:tcPr>
            <w:tcW w:w="1234" w:type="dxa"/>
          </w:tcPr>
          <w:p w14:paraId="2EB1AF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1101</w:t>
            </w:r>
          </w:p>
        </w:tc>
        <w:tc>
          <w:tcPr>
            <w:tcW w:w="1234" w:type="dxa"/>
          </w:tcPr>
          <w:p w14:paraId="71AE69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ч</w:t>
            </w:r>
          </w:p>
        </w:tc>
        <w:tc>
          <w:tcPr>
            <w:tcW w:w="1234" w:type="dxa"/>
          </w:tcPr>
          <w:p w14:paraId="4B1908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1A5ADF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2B3E986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1,1</w:t>
            </w:r>
          </w:p>
        </w:tc>
      </w:tr>
      <w:tr w:rsidR="006F0136" w:rsidRPr="00D77020" w14:paraId="289B5190" w14:textId="77777777">
        <w:tc>
          <w:tcPr>
            <w:tcW w:w="1234" w:type="dxa"/>
          </w:tcPr>
          <w:p w14:paraId="1E8C89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08F8E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RQ-1101-щ</w:t>
            </w:r>
          </w:p>
        </w:tc>
        <w:tc>
          <w:tcPr>
            <w:tcW w:w="1234" w:type="dxa"/>
          </w:tcPr>
          <w:p w14:paraId="6E648A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1101</w:t>
            </w:r>
          </w:p>
        </w:tc>
        <w:tc>
          <w:tcPr>
            <w:tcW w:w="1234" w:type="dxa"/>
          </w:tcPr>
          <w:p w14:paraId="221041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щ</w:t>
            </w:r>
          </w:p>
        </w:tc>
        <w:tc>
          <w:tcPr>
            <w:tcW w:w="1234" w:type="dxa"/>
          </w:tcPr>
          <w:p w14:paraId="64B846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0C6D33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46E5AB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2,6</w:t>
            </w:r>
          </w:p>
        </w:tc>
      </w:tr>
      <w:tr w:rsidR="006F0136" w:rsidRPr="00D77020" w14:paraId="53B93935" w14:textId="77777777">
        <w:tc>
          <w:tcPr>
            <w:tcW w:w="1234" w:type="dxa"/>
          </w:tcPr>
          <w:p w14:paraId="6994B9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99AB3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RQ-1103-с</w:t>
            </w:r>
          </w:p>
        </w:tc>
        <w:tc>
          <w:tcPr>
            <w:tcW w:w="1234" w:type="dxa"/>
          </w:tcPr>
          <w:p w14:paraId="0ED346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1103</w:t>
            </w:r>
          </w:p>
        </w:tc>
        <w:tc>
          <w:tcPr>
            <w:tcW w:w="1234" w:type="dxa"/>
          </w:tcPr>
          <w:p w14:paraId="5A4C00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30AD56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04DBE0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235598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16,1</w:t>
            </w:r>
          </w:p>
        </w:tc>
      </w:tr>
      <w:tr w:rsidR="006F0136" w:rsidRPr="00D77020" w14:paraId="49E84591" w14:textId="77777777">
        <w:tc>
          <w:tcPr>
            <w:tcW w:w="1234" w:type="dxa"/>
          </w:tcPr>
          <w:p w14:paraId="03D48E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C7C27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RQ-1104-к</w:t>
            </w:r>
          </w:p>
        </w:tc>
        <w:tc>
          <w:tcPr>
            <w:tcW w:w="1234" w:type="dxa"/>
          </w:tcPr>
          <w:p w14:paraId="120F36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1104</w:t>
            </w:r>
          </w:p>
        </w:tc>
        <w:tc>
          <w:tcPr>
            <w:tcW w:w="1234" w:type="dxa"/>
          </w:tcPr>
          <w:p w14:paraId="6CA580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24454B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117230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4CDE57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2,3</w:t>
            </w:r>
          </w:p>
        </w:tc>
      </w:tr>
      <w:tr w:rsidR="006F0136" w:rsidRPr="00D77020" w14:paraId="08AEDBB1" w14:textId="77777777">
        <w:tc>
          <w:tcPr>
            <w:tcW w:w="1234" w:type="dxa"/>
          </w:tcPr>
          <w:p w14:paraId="6EC1AE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75EDA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RQ-1104-р</w:t>
            </w:r>
          </w:p>
        </w:tc>
        <w:tc>
          <w:tcPr>
            <w:tcW w:w="1234" w:type="dxa"/>
          </w:tcPr>
          <w:p w14:paraId="2CEFA9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1104</w:t>
            </w:r>
          </w:p>
        </w:tc>
        <w:tc>
          <w:tcPr>
            <w:tcW w:w="1234" w:type="dxa"/>
          </w:tcPr>
          <w:p w14:paraId="0156A0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73541E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7D221B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08E285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8,5</w:t>
            </w:r>
          </w:p>
        </w:tc>
      </w:tr>
      <w:tr w:rsidR="006F0136" w:rsidRPr="00D77020" w14:paraId="49EB8478" w14:textId="77777777">
        <w:tc>
          <w:tcPr>
            <w:tcW w:w="1234" w:type="dxa"/>
          </w:tcPr>
          <w:p w14:paraId="372EC4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82FB3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RQ-1104-с</w:t>
            </w:r>
          </w:p>
        </w:tc>
        <w:tc>
          <w:tcPr>
            <w:tcW w:w="1234" w:type="dxa"/>
          </w:tcPr>
          <w:p w14:paraId="7909B4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1104</w:t>
            </w:r>
          </w:p>
        </w:tc>
        <w:tc>
          <w:tcPr>
            <w:tcW w:w="1234" w:type="dxa"/>
          </w:tcPr>
          <w:p w14:paraId="046123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1D9CA7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1DD16D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667747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1,5</w:t>
            </w:r>
          </w:p>
        </w:tc>
      </w:tr>
      <w:tr w:rsidR="006F0136" w:rsidRPr="00D77020" w14:paraId="26AAE831" w14:textId="77777777">
        <w:tc>
          <w:tcPr>
            <w:tcW w:w="1234" w:type="dxa"/>
          </w:tcPr>
          <w:p w14:paraId="6B45D2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0B7A8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RQ-1105-а</w:t>
            </w:r>
          </w:p>
        </w:tc>
        <w:tc>
          <w:tcPr>
            <w:tcW w:w="1234" w:type="dxa"/>
          </w:tcPr>
          <w:p w14:paraId="50CFC6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1105</w:t>
            </w:r>
          </w:p>
        </w:tc>
        <w:tc>
          <w:tcPr>
            <w:tcW w:w="1234" w:type="dxa"/>
          </w:tcPr>
          <w:p w14:paraId="4DF55C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58E64B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85</w:t>
            </w:r>
          </w:p>
        </w:tc>
        <w:tc>
          <w:tcPr>
            <w:tcW w:w="1234" w:type="dxa"/>
          </w:tcPr>
          <w:p w14:paraId="15F24C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B7BC7C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0,1</w:t>
            </w:r>
          </w:p>
        </w:tc>
      </w:tr>
      <w:tr w:rsidR="006F0136" w:rsidRPr="00D77020" w14:paraId="4159FBDC" w14:textId="77777777">
        <w:tc>
          <w:tcPr>
            <w:tcW w:w="1234" w:type="dxa"/>
          </w:tcPr>
          <w:p w14:paraId="059A78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213FB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RQ-1105-е1</w:t>
            </w:r>
          </w:p>
        </w:tc>
        <w:tc>
          <w:tcPr>
            <w:tcW w:w="1234" w:type="dxa"/>
          </w:tcPr>
          <w:p w14:paraId="23B4C2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1105</w:t>
            </w:r>
          </w:p>
        </w:tc>
        <w:tc>
          <w:tcPr>
            <w:tcW w:w="1234" w:type="dxa"/>
          </w:tcPr>
          <w:p w14:paraId="6885A9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е1</w:t>
            </w:r>
          </w:p>
        </w:tc>
        <w:tc>
          <w:tcPr>
            <w:tcW w:w="1234" w:type="dxa"/>
          </w:tcPr>
          <w:p w14:paraId="6AB7A9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22F99C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CE4674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001D312C" w14:textId="77777777">
        <w:tc>
          <w:tcPr>
            <w:tcW w:w="1234" w:type="dxa"/>
          </w:tcPr>
          <w:p w14:paraId="341FF9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9A7B7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RQ-1105-ж</w:t>
            </w:r>
          </w:p>
        </w:tc>
        <w:tc>
          <w:tcPr>
            <w:tcW w:w="1234" w:type="dxa"/>
          </w:tcPr>
          <w:p w14:paraId="423A56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1105</w:t>
            </w:r>
          </w:p>
        </w:tc>
        <w:tc>
          <w:tcPr>
            <w:tcW w:w="1234" w:type="dxa"/>
          </w:tcPr>
          <w:p w14:paraId="5302F2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332E6A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16BD77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DB0BBA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3,3</w:t>
            </w:r>
          </w:p>
        </w:tc>
      </w:tr>
      <w:tr w:rsidR="006F0136" w:rsidRPr="00D77020" w14:paraId="192F3459" w14:textId="77777777">
        <w:tc>
          <w:tcPr>
            <w:tcW w:w="1234" w:type="dxa"/>
          </w:tcPr>
          <w:p w14:paraId="7AF41D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2019</w:t>
            </w:r>
          </w:p>
        </w:tc>
        <w:tc>
          <w:tcPr>
            <w:tcW w:w="1234" w:type="dxa"/>
          </w:tcPr>
          <w:p w14:paraId="021EAF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RQ-1105-ж1</w:t>
            </w:r>
          </w:p>
        </w:tc>
        <w:tc>
          <w:tcPr>
            <w:tcW w:w="1234" w:type="dxa"/>
          </w:tcPr>
          <w:p w14:paraId="6E490E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1105</w:t>
            </w:r>
          </w:p>
        </w:tc>
        <w:tc>
          <w:tcPr>
            <w:tcW w:w="1234" w:type="dxa"/>
          </w:tcPr>
          <w:p w14:paraId="03BD1A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ж1</w:t>
            </w:r>
          </w:p>
        </w:tc>
        <w:tc>
          <w:tcPr>
            <w:tcW w:w="1234" w:type="dxa"/>
          </w:tcPr>
          <w:p w14:paraId="08BC78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415C86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5B3437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1,8</w:t>
            </w:r>
          </w:p>
        </w:tc>
      </w:tr>
      <w:tr w:rsidR="006F0136" w:rsidRPr="00D77020" w14:paraId="34EB41B3" w14:textId="77777777">
        <w:tc>
          <w:tcPr>
            <w:tcW w:w="1234" w:type="dxa"/>
          </w:tcPr>
          <w:p w14:paraId="42F7FC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E92D7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RQ-1105-з</w:t>
            </w:r>
          </w:p>
        </w:tc>
        <w:tc>
          <w:tcPr>
            <w:tcW w:w="1234" w:type="dxa"/>
          </w:tcPr>
          <w:p w14:paraId="225082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1105</w:t>
            </w:r>
          </w:p>
        </w:tc>
        <w:tc>
          <w:tcPr>
            <w:tcW w:w="1234" w:type="dxa"/>
          </w:tcPr>
          <w:p w14:paraId="05A7BF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0F6D44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6DEB4F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75C8F1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2,4</w:t>
            </w:r>
          </w:p>
        </w:tc>
      </w:tr>
      <w:tr w:rsidR="006F0136" w:rsidRPr="00D77020" w14:paraId="0011424E" w14:textId="77777777">
        <w:tc>
          <w:tcPr>
            <w:tcW w:w="1234" w:type="dxa"/>
          </w:tcPr>
          <w:p w14:paraId="404434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3A7FF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RQ-1105-з1</w:t>
            </w:r>
          </w:p>
        </w:tc>
        <w:tc>
          <w:tcPr>
            <w:tcW w:w="1234" w:type="dxa"/>
          </w:tcPr>
          <w:p w14:paraId="2F0CCD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1105</w:t>
            </w:r>
          </w:p>
        </w:tc>
        <w:tc>
          <w:tcPr>
            <w:tcW w:w="1234" w:type="dxa"/>
          </w:tcPr>
          <w:p w14:paraId="1921C3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з1</w:t>
            </w:r>
          </w:p>
        </w:tc>
        <w:tc>
          <w:tcPr>
            <w:tcW w:w="1234" w:type="dxa"/>
          </w:tcPr>
          <w:p w14:paraId="3F5FB0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5511AB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1FCF35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0,8</w:t>
            </w:r>
          </w:p>
        </w:tc>
      </w:tr>
      <w:tr w:rsidR="006F0136" w:rsidRPr="00D77020" w14:paraId="17B7EDFC" w14:textId="77777777">
        <w:tc>
          <w:tcPr>
            <w:tcW w:w="1234" w:type="dxa"/>
          </w:tcPr>
          <w:p w14:paraId="312966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C3CF8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RQ-1105-с</w:t>
            </w:r>
          </w:p>
        </w:tc>
        <w:tc>
          <w:tcPr>
            <w:tcW w:w="1234" w:type="dxa"/>
          </w:tcPr>
          <w:p w14:paraId="6A0352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1105</w:t>
            </w:r>
          </w:p>
        </w:tc>
        <w:tc>
          <w:tcPr>
            <w:tcW w:w="1234" w:type="dxa"/>
          </w:tcPr>
          <w:p w14:paraId="1C8C2F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490468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491E53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B69DFB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1,9</w:t>
            </w:r>
          </w:p>
        </w:tc>
      </w:tr>
      <w:tr w:rsidR="006F0136" w:rsidRPr="00D77020" w14:paraId="3FF5D571" w14:textId="77777777">
        <w:tc>
          <w:tcPr>
            <w:tcW w:w="1234" w:type="dxa"/>
          </w:tcPr>
          <w:p w14:paraId="06319E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88B6F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RQ-1108-а1</w:t>
            </w:r>
          </w:p>
        </w:tc>
        <w:tc>
          <w:tcPr>
            <w:tcW w:w="1234" w:type="dxa"/>
          </w:tcPr>
          <w:p w14:paraId="5842D3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1108</w:t>
            </w:r>
          </w:p>
        </w:tc>
        <w:tc>
          <w:tcPr>
            <w:tcW w:w="1234" w:type="dxa"/>
          </w:tcPr>
          <w:p w14:paraId="16A6A1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а1</w:t>
            </w:r>
          </w:p>
        </w:tc>
        <w:tc>
          <w:tcPr>
            <w:tcW w:w="1234" w:type="dxa"/>
          </w:tcPr>
          <w:p w14:paraId="119B76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</w:t>
            </w:r>
          </w:p>
        </w:tc>
        <w:tc>
          <w:tcPr>
            <w:tcW w:w="1234" w:type="dxa"/>
          </w:tcPr>
          <w:p w14:paraId="142FD4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A0A15E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0,8</w:t>
            </w:r>
          </w:p>
        </w:tc>
      </w:tr>
      <w:tr w:rsidR="006F0136" w:rsidRPr="00D77020" w14:paraId="4AD3AE53" w14:textId="77777777">
        <w:tc>
          <w:tcPr>
            <w:tcW w:w="1234" w:type="dxa"/>
          </w:tcPr>
          <w:p w14:paraId="550A2A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20160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RQ-1108-ц</w:t>
            </w:r>
          </w:p>
        </w:tc>
        <w:tc>
          <w:tcPr>
            <w:tcW w:w="1234" w:type="dxa"/>
          </w:tcPr>
          <w:p w14:paraId="09F26C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1108</w:t>
            </w:r>
          </w:p>
        </w:tc>
        <w:tc>
          <w:tcPr>
            <w:tcW w:w="1234" w:type="dxa"/>
          </w:tcPr>
          <w:p w14:paraId="34376D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ц</w:t>
            </w:r>
          </w:p>
        </w:tc>
        <w:tc>
          <w:tcPr>
            <w:tcW w:w="1234" w:type="dxa"/>
          </w:tcPr>
          <w:p w14:paraId="4D7EB2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108B55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C49EB4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4,8</w:t>
            </w:r>
          </w:p>
        </w:tc>
      </w:tr>
      <w:tr w:rsidR="006F0136" w:rsidRPr="00D77020" w14:paraId="41807740" w14:textId="77777777">
        <w:tc>
          <w:tcPr>
            <w:tcW w:w="1234" w:type="dxa"/>
          </w:tcPr>
          <w:p w14:paraId="35D394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0F2C1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RQ-1109-я</w:t>
            </w:r>
          </w:p>
        </w:tc>
        <w:tc>
          <w:tcPr>
            <w:tcW w:w="1234" w:type="dxa"/>
          </w:tcPr>
          <w:p w14:paraId="4BFB7D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1109</w:t>
            </w:r>
          </w:p>
        </w:tc>
        <w:tc>
          <w:tcPr>
            <w:tcW w:w="1234" w:type="dxa"/>
          </w:tcPr>
          <w:p w14:paraId="0A08B2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я</w:t>
            </w:r>
          </w:p>
        </w:tc>
        <w:tc>
          <w:tcPr>
            <w:tcW w:w="1234" w:type="dxa"/>
          </w:tcPr>
          <w:p w14:paraId="0AC4AA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35D954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D8FD23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5A0AF65B" w14:textId="77777777">
        <w:tc>
          <w:tcPr>
            <w:tcW w:w="1234" w:type="dxa"/>
          </w:tcPr>
          <w:p w14:paraId="786BA2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43491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RQ-1110-т1</w:t>
            </w:r>
          </w:p>
        </w:tc>
        <w:tc>
          <w:tcPr>
            <w:tcW w:w="1234" w:type="dxa"/>
          </w:tcPr>
          <w:p w14:paraId="7FB938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1110</w:t>
            </w:r>
          </w:p>
        </w:tc>
        <w:tc>
          <w:tcPr>
            <w:tcW w:w="1234" w:type="dxa"/>
          </w:tcPr>
          <w:p w14:paraId="7FBC94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т1</w:t>
            </w:r>
          </w:p>
        </w:tc>
        <w:tc>
          <w:tcPr>
            <w:tcW w:w="1234" w:type="dxa"/>
          </w:tcPr>
          <w:p w14:paraId="00A853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548BE4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15CFA57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24BE73BD" w14:textId="77777777">
        <w:tc>
          <w:tcPr>
            <w:tcW w:w="1234" w:type="dxa"/>
          </w:tcPr>
          <w:p w14:paraId="7199E9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891A2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RQ-1110-у1</w:t>
            </w:r>
          </w:p>
        </w:tc>
        <w:tc>
          <w:tcPr>
            <w:tcW w:w="1234" w:type="dxa"/>
          </w:tcPr>
          <w:p w14:paraId="4619D0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1110</w:t>
            </w:r>
          </w:p>
        </w:tc>
        <w:tc>
          <w:tcPr>
            <w:tcW w:w="1234" w:type="dxa"/>
          </w:tcPr>
          <w:p w14:paraId="6767B8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у1</w:t>
            </w:r>
          </w:p>
        </w:tc>
        <w:tc>
          <w:tcPr>
            <w:tcW w:w="1234" w:type="dxa"/>
          </w:tcPr>
          <w:p w14:paraId="112266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6FC62C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098E60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5,3</w:t>
            </w:r>
          </w:p>
        </w:tc>
      </w:tr>
      <w:tr w:rsidR="006F0136" w:rsidRPr="00D77020" w14:paraId="12E79D8F" w14:textId="77777777">
        <w:tc>
          <w:tcPr>
            <w:tcW w:w="1234" w:type="dxa"/>
          </w:tcPr>
          <w:p w14:paraId="396AEC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600F3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RQ-1110-ф1</w:t>
            </w:r>
          </w:p>
        </w:tc>
        <w:tc>
          <w:tcPr>
            <w:tcW w:w="1234" w:type="dxa"/>
          </w:tcPr>
          <w:p w14:paraId="7D7EC4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1110</w:t>
            </w:r>
          </w:p>
        </w:tc>
        <w:tc>
          <w:tcPr>
            <w:tcW w:w="1234" w:type="dxa"/>
          </w:tcPr>
          <w:p w14:paraId="0346DA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ф1</w:t>
            </w:r>
          </w:p>
        </w:tc>
        <w:tc>
          <w:tcPr>
            <w:tcW w:w="1234" w:type="dxa"/>
          </w:tcPr>
          <w:p w14:paraId="502F5C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440DF4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659824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3,5</w:t>
            </w:r>
          </w:p>
        </w:tc>
      </w:tr>
      <w:tr w:rsidR="006F0136" w:rsidRPr="00D77020" w14:paraId="2BBF8FAA" w14:textId="77777777">
        <w:tc>
          <w:tcPr>
            <w:tcW w:w="1234" w:type="dxa"/>
          </w:tcPr>
          <w:p w14:paraId="5A9440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47C63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RQ-1110-х1</w:t>
            </w:r>
          </w:p>
        </w:tc>
        <w:tc>
          <w:tcPr>
            <w:tcW w:w="1234" w:type="dxa"/>
          </w:tcPr>
          <w:p w14:paraId="32F35B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1110</w:t>
            </w:r>
          </w:p>
        </w:tc>
        <w:tc>
          <w:tcPr>
            <w:tcW w:w="1234" w:type="dxa"/>
          </w:tcPr>
          <w:p w14:paraId="3CFEA3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х1</w:t>
            </w:r>
          </w:p>
        </w:tc>
        <w:tc>
          <w:tcPr>
            <w:tcW w:w="1234" w:type="dxa"/>
          </w:tcPr>
          <w:p w14:paraId="0FD4FA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789C61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24E2A7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7311E28C" w14:textId="77777777">
        <w:tc>
          <w:tcPr>
            <w:tcW w:w="1234" w:type="dxa"/>
          </w:tcPr>
          <w:p w14:paraId="6EF739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D5F64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RQ-1111-л</w:t>
            </w:r>
          </w:p>
        </w:tc>
        <w:tc>
          <w:tcPr>
            <w:tcW w:w="1234" w:type="dxa"/>
          </w:tcPr>
          <w:p w14:paraId="6F91B9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1111</w:t>
            </w:r>
          </w:p>
        </w:tc>
        <w:tc>
          <w:tcPr>
            <w:tcW w:w="1234" w:type="dxa"/>
          </w:tcPr>
          <w:p w14:paraId="448390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064E02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79B6BA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21A393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1,0</w:t>
            </w:r>
          </w:p>
        </w:tc>
      </w:tr>
      <w:tr w:rsidR="006F0136" w:rsidRPr="00D77020" w14:paraId="537082F1" w14:textId="77777777">
        <w:tc>
          <w:tcPr>
            <w:tcW w:w="1234" w:type="dxa"/>
          </w:tcPr>
          <w:p w14:paraId="102D00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97A3B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RQ-1112-б</w:t>
            </w:r>
          </w:p>
        </w:tc>
        <w:tc>
          <w:tcPr>
            <w:tcW w:w="1234" w:type="dxa"/>
          </w:tcPr>
          <w:p w14:paraId="515C70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1112</w:t>
            </w:r>
          </w:p>
        </w:tc>
        <w:tc>
          <w:tcPr>
            <w:tcW w:w="1234" w:type="dxa"/>
          </w:tcPr>
          <w:p w14:paraId="624BB7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0DC1BD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5C9D6F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1ED7AF6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2,1</w:t>
            </w:r>
          </w:p>
        </w:tc>
      </w:tr>
      <w:tr w:rsidR="006F0136" w:rsidRPr="00D77020" w14:paraId="4240FAEC" w14:textId="77777777">
        <w:tc>
          <w:tcPr>
            <w:tcW w:w="1234" w:type="dxa"/>
          </w:tcPr>
          <w:p w14:paraId="1E5C3B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36F29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RQ-1114-д</w:t>
            </w:r>
          </w:p>
        </w:tc>
        <w:tc>
          <w:tcPr>
            <w:tcW w:w="1234" w:type="dxa"/>
          </w:tcPr>
          <w:p w14:paraId="6A85A7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1114</w:t>
            </w:r>
          </w:p>
        </w:tc>
        <w:tc>
          <w:tcPr>
            <w:tcW w:w="1234" w:type="dxa"/>
          </w:tcPr>
          <w:p w14:paraId="246BDE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594CCD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727972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382D707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17,8</w:t>
            </w:r>
          </w:p>
        </w:tc>
      </w:tr>
      <w:tr w:rsidR="006F0136" w:rsidRPr="00D77020" w14:paraId="1A172A6F" w14:textId="77777777">
        <w:tc>
          <w:tcPr>
            <w:tcW w:w="1234" w:type="dxa"/>
          </w:tcPr>
          <w:p w14:paraId="51E6FA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519D8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RQ-1115-а</w:t>
            </w:r>
          </w:p>
        </w:tc>
        <w:tc>
          <w:tcPr>
            <w:tcW w:w="1234" w:type="dxa"/>
          </w:tcPr>
          <w:p w14:paraId="6B96CC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1115</w:t>
            </w:r>
          </w:p>
        </w:tc>
        <w:tc>
          <w:tcPr>
            <w:tcW w:w="1234" w:type="dxa"/>
          </w:tcPr>
          <w:p w14:paraId="133809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67E0CE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365112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5F31F1D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2,9</w:t>
            </w:r>
          </w:p>
        </w:tc>
      </w:tr>
      <w:tr w:rsidR="006F0136" w:rsidRPr="00D77020" w14:paraId="58DC12FF" w14:textId="77777777">
        <w:tc>
          <w:tcPr>
            <w:tcW w:w="1234" w:type="dxa"/>
          </w:tcPr>
          <w:p w14:paraId="05C3A4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D91CE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RQ-1115-м</w:t>
            </w:r>
          </w:p>
        </w:tc>
        <w:tc>
          <w:tcPr>
            <w:tcW w:w="1234" w:type="dxa"/>
          </w:tcPr>
          <w:p w14:paraId="1DBB3B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1115</w:t>
            </w:r>
          </w:p>
        </w:tc>
        <w:tc>
          <w:tcPr>
            <w:tcW w:w="1234" w:type="dxa"/>
          </w:tcPr>
          <w:p w14:paraId="32D43D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13476B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35F4FD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12B585D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4,4</w:t>
            </w:r>
          </w:p>
        </w:tc>
      </w:tr>
      <w:tr w:rsidR="006F0136" w:rsidRPr="00D77020" w14:paraId="6D116455" w14:textId="77777777">
        <w:tc>
          <w:tcPr>
            <w:tcW w:w="1234" w:type="dxa"/>
          </w:tcPr>
          <w:p w14:paraId="0DD199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CFD8D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RQ-1115-о</w:t>
            </w:r>
          </w:p>
        </w:tc>
        <w:tc>
          <w:tcPr>
            <w:tcW w:w="1234" w:type="dxa"/>
          </w:tcPr>
          <w:p w14:paraId="662BF1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1115</w:t>
            </w:r>
          </w:p>
        </w:tc>
        <w:tc>
          <w:tcPr>
            <w:tcW w:w="1234" w:type="dxa"/>
          </w:tcPr>
          <w:p w14:paraId="3EEECD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6A5069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29FA6D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07373C4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0,8</w:t>
            </w:r>
          </w:p>
        </w:tc>
      </w:tr>
      <w:tr w:rsidR="006F0136" w:rsidRPr="00D77020" w14:paraId="06F756D3" w14:textId="77777777">
        <w:tc>
          <w:tcPr>
            <w:tcW w:w="1234" w:type="dxa"/>
          </w:tcPr>
          <w:p w14:paraId="4F4315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B9F9C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RQ-1115-п</w:t>
            </w:r>
          </w:p>
        </w:tc>
        <w:tc>
          <w:tcPr>
            <w:tcW w:w="1234" w:type="dxa"/>
          </w:tcPr>
          <w:p w14:paraId="154828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1115</w:t>
            </w:r>
          </w:p>
        </w:tc>
        <w:tc>
          <w:tcPr>
            <w:tcW w:w="1234" w:type="dxa"/>
          </w:tcPr>
          <w:p w14:paraId="0C4D2F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08137E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6EDCB7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246D0F7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0,9</w:t>
            </w:r>
          </w:p>
        </w:tc>
      </w:tr>
      <w:tr w:rsidR="006F0136" w:rsidRPr="00D77020" w14:paraId="367D2733" w14:textId="77777777">
        <w:tc>
          <w:tcPr>
            <w:tcW w:w="1234" w:type="dxa"/>
          </w:tcPr>
          <w:p w14:paraId="59CA83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916CA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RQ-1115-т</w:t>
            </w:r>
          </w:p>
        </w:tc>
        <w:tc>
          <w:tcPr>
            <w:tcW w:w="1234" w:type="dxa"/>
          </w:tcPr>
          <w:p w14:paraId="0A5184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1115</w:t>
            </w:r>
          </w:p>
        </w:tc>
        <w:tc>
          <w:tcPr>
            <w:tcW w:w="1234" w:type="dxa"/>
          </w:tcPr>
          <w:p w14:paraId="745CA1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209FB5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2A0E68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05DAD07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7,4</w:t>
            </w:r>
          </w:p>
        </w:tc>
      </w:tr>
      <w:tr w:rsidR="006F0136" w:rsidRPr="00D77020" w14:paraId="2D893537" w14:textId="77777777">
        <w:tc>
          <w:tcPr>
            <w:tcW w:w="1234" w:type="dxa"/>
          </w:tcPr>
          <w:p w14:paraId="7A5596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07DCD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RQ-1117-а</w:t>
            </w:r>
          </w:p>
        </w:tc>
        <w:tc>
          <w:tcPr>
            <w:tcW w:w="1234" w:type="dxa"/>
          </w:tcPr>
          <w:p w14:paraId="35391B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1117</w:t>
            </w:r>
          </w:p>
        </w:tc>
        <w:tc>
          <w:tcPr>
            <w:tcW w:w="1234" w:type="dxa"/>
          </w:tcPr>
          <w:p w14:paraId="6AD537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10BBA6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09F77F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6EE42E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6809C999" w14:textId="77777777">
        <w:tc>
          <w:tcPr>
            <w:tcW w:w="1234" w:type="dxa"/>
          </w:tcPr>
          <w:p w14:paraId="03CB59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B3DC0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RQ-1117-в</w:t>
            </w:r>
          </w:p>
        </w:tc>
        <w:tc>
          <w:tcPr>
            <w:tcW w:w="1234" w:type="dxa"/>
          </w:tcPr>
          <w:p w14:paraId="7B0B4A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1117</w:t>
            </w:r>
          </w:p>
        </w:tc>
        <w:tc>
          <w:tcPr>
            <w:tcW w:w="1234" w:type="dxa"/>
          </w:tcPr>
          <w:p w14:paraId="7B33CA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0CDE68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4B5E8A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04EF367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3,4</w:t>
            </w:r>
          </w:p>
        </w:tc>
      </w:tr>
      <w:tr w:rsidR="006F0136" w:rsidRPr="00D77020" w14:paraId="594C309B" w14:textId="77777777">
        <w:tc>
          <w:tcPr>
            <w:tcW w:w="1234" w:type="dxa"/>
          </w:tcPr>
          <w:p w14:paraId="5A87E6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A99D0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RQ-1118-л</w:t>
            </w:r>
          </w:p>
        </w:tc>
        <w:tc>
          <w:tcPr>
            <w:tcW w:w="1234" w:type="dxa"/>
          </w:tcPr>
          <w:p w14:paraId="69D87D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1118</w:t>
            </w:r>
          </w:p>
        </w:tc>
        <w:tc>
          <w:tcPr>
            <w:tcW w:w="1234" w:type="dxa"/>
          </w:tcPr>
          <w:p w14:paraId="3164AF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7EB3E5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566BAF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7C40B42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1,9</w:t>
            </w:r>
          </w:p>
        </w:tc>
      </w:tr>
      <w:tr w:rsidR="006F0136" w:rsidRPr="00D77020" w14:paraId="13BB2721" w14:textId="77777777">
        <w:tc>
          <w:tcPr>
            <w:tcW w:w="1234" w:type="dxa"/>
          </w:tcPr>
          <w:p w14:paraId="5AF18E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FF9E5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RQ-1118-м</w:t>
            </w:r>
          </w:p>
        </w:tc>
        <w:tc>
          <w:tcPr>
            <w:tcW w:w="1234" w:type="dxa"/>
          </w:tcPr>
          <w:p w14:paraId="30E145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1118</w:t>
            </w:r>
          </w:p>
        </w:tc>
        <w:tc>
          <w:tcPr>
            <w:tcW w:w="1234" w:type="dxa"/>
          </w:tcPr>
          <w:p w14:paraId="4D305C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536523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6A0634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0B2B35C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465F5E54" w14:textId="77777777">
        <w:tc>
          <w:tcPr>
            <w:tcW w:w="1234" w:type="dxa"/>
          </w:tcPr>
          <w:p w14:paraId="0DD8DE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3ECFD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RQ-1118-н</w:t>
            </w:r>
          </w:p>
        </w:tc>
        <w:tc>
          <w:tcPr>
            <w:tcW w:w="1234" w:type="dxa"/>
          </w:tcPr>
          <w:p w14:paraId="45D6EA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1118</w:t>
            </w:r>
          </w:p>
        </w:tc>
        <w:tc>
          <w:tcPr>
            <w:tcW w:w="1234" w:type="dxa"/>
          </w:tcPr>
          <w:p w14:paraId="60E3BD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1BD8BF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6526C8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BD7F1A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1,9</w:t>
            </w:r>
          </w:p>
        </w:tc>
      </w:tr>
      <w:tr w:rsidR="006F0136" w:rsidRPr="00D77020" w14:paraId="7ED68BA7" w14:textId="77777777">
        <w:tc>
          <w:tcPr>
            <w:tcW w:w="1234" w:type="dxa"/>
          </w:tcPr>
          <w:p w14:paraId="53B286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2D4EE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RQ-1118-о</w:t>
            </w:r>
          </w:p>
        </w:tc>
        <w:tc>
          <w:tcPr>
            <w:tcW w:w="1234" w:type="dxa"/>
          </w:tcPr>
          <w:p w14:paraId="3DCFDA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1118</w:t>
            </w:r>
          </w:p>
        </w:tc>
        <w:tc>
          <w:tcPr>
            <w:tcW w:w="1234" w:type="dxa"/>
          </w:tcPr>
          <w:p w14:paraId="6A0AE7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3F6AE2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028642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73B8425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1,8</w:t>
            </w:r>
          </w:p>
        </w:tc>
      </w:tr>
      <w:tr w:rsidR="006F0136" w:rsidRPr="00D77020" w14:paraId="7DA90D8A" w14:textId="77777777">
        <w:tc>
          <w:tcPr>
            <w:tcW w:w="1234" w:type="dxa"/>
          </w:tcPr>
          <w:p w14:paraId="07B87A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B3FA1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RQ-1118-с</w:t>
            </w:r>
          </w:p>
        </w:tc>
        <w:tc>
          <w:tcPr>
            <w:tcW w:w="1234" w:type="dxa"/>
          </w:tcPr>
          <w:p w14:paraId="63204C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1118</w:t>
            </w:r>
          </w:p>
        </w:tc>
        <w:tc>
          <w:tcPr>
            <w:tcW w:w="1234" w:type="dxa"/>
          </w:tcPr>
          <w:p w14:paraId="6921DC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5302C2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2BFAC6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E8C767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3,8</w:t>
            </w:r>
          </w:p>
        </w:tc>
      </w:tr>
      <w:tr w:rsidR="006F0136" w:rsidRPr="00D77020" w14:paraId="47A2310B" w14:textId="77777777">
        <w:tc>
          <w:tcPr>
            <w:tcW w:w="1234" w:type="dxa"/>
          </w:tcPr>
          <w:p w14:paraId="597959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F6498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RQ-1118-у</w:t>
            </w:r>
          </w:p>
        </w:tc>
        <w:tc>
          <w:tcPr>
            <w:tcW w:w="1234" w:type="dxa"/>
          </w:tcPr>
          <w:p w14:paraId="712BD3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1118</w:t>
            </w:r>
          </w:p>
        </w:tc>
        <w:tc>
          <w:tcPr>
            <w:tcW w:w="1234" w:type="dxa"/>
          </w:tcPr>
          <w:p w14:paraId="396ADA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у</w:t>
            </w:r>
          </w:p>
        </w:tc>
        <w:tc>
          <w:tcPr>
            <w:tcW w:w="1234" w:type="dxa"/>
          </w:tcPr>
          <w:p w14:paraId="5347F3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0A67C7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4A700CA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0AAC3590" w14:textId="77777777">
        <w:tc>
          <w:tcPr>
            <w:tcW w:w="1234" w:type="dxa"/>
          </w:tcPr>
          <w:p w14:paraId="34404C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1CABF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RQ-1118-ф</w:t>
            </w:r>
          </w:p>
        </w:tc>
        <w:tc>
          <w:tcPr>
            <w:tcW w:w="1234" w:type="dxa"/>
          </w:tcPr>
          <w:p w14:paraId="7A280B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1118</w:t>
            </w:r>
          </w:p>
        </w:tc>
        <w:tc>
          <w:tcPr>
            <w:tcW w:w="1234" w:type="dxa"/>
          </w:tcPr>
          <w:p w14:paraId="6D3F4B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ф</w:t>
            </w:r>
          </w:p>
        </w:tc>
        <w:tc>
          <w:tcPr>
            <w:tcW w:w="1234" w:type="dxa"/>
          </w:tcPr>
          <w:p w14:paraId="303B74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73FD79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5E1C9C7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1211C537" w14:textId="77777777">
        <w:tc>
          <w:tcPr>
            <w:tcW w:w="1234" w:type="dxa"/>
          </w:tcPr>
          <w:p w14:paraId="0B8F9A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F1781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RQ-1118-х</w:t>
            </w:r>
          </w:p>
        </w:tc>
        <w:tc>
          <w:tcPr>
            <w:tcW w:w="1234" w:type="dxa"/>
          </w:tcPr>
          <w:p w14:paraId="63C3A2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1118</w:t>
            </w:r>
          </w:p>
        </w:tc>
        <w:tc>
          <w:tcPr>
            <w:tcW w:w="1234" w:type="dxa"/>
          </w:tcPr>
          <w:p w14:paraId="633316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х</w:t>
            </w:r>
          </w:p>
        </w:tc>
        <w:tc>
          <w:tcPr>
            <w:tcW w:w="1234" w:type="dxa"/>
          </w:tcPr>
          <w:p w14:paraId="39EE97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11444F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04A6E7A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2,0</w:t>
            </w:r>
          </w:p>
        </w:tc>
      </w:tr>
      <w:tr w:rsidR="006F0136" w:rsidRPr="00D77020" w14:paraId="4EA80A2A" w14:textId="77777777">
        <w:tc>
          <w:tcPr>
            <w:tcW w:w="1234" w:type="dxa"/>
          </w:tcPr>
          <w:p w14:paraId="4EC796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9EF91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RQ-1119-а</w:t>
            </w:r>
          </w:p>
        </w:tc>
        <w:tc>
          <w:tcPr>
            <w:tcW w:w="1234" w:type="dxa"/>
          </w:tcPr>
          <w:p w14:paraId="569F74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1119</w:t>
            </w:r>
          </w:p>
        </w:tc>
        <w:tc>
          <w:tcPr>
            <w:tcW w:w="1234" w:type="dxa"/>
          </w:tcPr>
          <w:p w14:paraId="3E3616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3C16E0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54A47A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450E3F8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0,1</w:t>
            </w:r>
          </w:p>
        </w:tc>
      </w:tr>
      <w:tr w:rsidR="006F0136" w:rsidRPr="00D77020" w14:paraId="62F1603A" w14:textId="77777777">
        <w:tc>
          <w:tcPr>
            <w:tcW w:w="1234" w:type="dxa"/>
          </w:tcPr>
          <w:p w14:paraId="1F9ACB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072F4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RQ-1119-б</w:t>
            </w:r>
          </w:p>
        </w:tc>
        <w:tc>
          <w:tcPr>
            <w:tcW w:w="1234" w:type="dxa"/>
          </w:tcPr>
          <w:p w14:paraId="252014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1119</w:t>
            </w:r>
          </w:p>
        </w:tc>
        <w:tc>
          <w:tcPr>
            <w:tcW w:w="1234" w:type="dxa"/>
          </w:tcPr>
          <w:p w14:paraId="5ABEE2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67FA2E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03D303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5127122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1BB10537" w14:textId="77777777">
        <w:tc>
          <w:tcPr>
            <w:tcW w:w="1234" w:type="dxa"/>
          </w:tcPr>
          <w:p w14:paraId="610572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8F452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RQ-1119-п</w:t>
            </w:r>
          </w:p>
        </w:tc>
        <w:tc>
          <w:tcPr>
            <w:tcW w:w="1234" w:type="dxa"/>
          </w:tcPr>
          <w:p w14:paraId="3FFBCE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1119</w:t>
            </w:r>
          </w:p>
        </w:tc>
        <w:tc>
          <w:tcPr>
            <w:tcW w:w="1234" w:type="dxa"/>
          </w:tcPr>
          <w:p w14:paraId="3A2B1D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231441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5B33DE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6FF817A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05048BAD" w14:textId="77777777">
        <w:tc>
          <w:tcPr>
            <w:tcW w:w="1234" w:type="dxa"/>
          </w:tcPr>
          <w:p w14:paraId="7121DF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B94A1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RQ-1120-к</w:t>
            </w:r>
          </w:p>
        </w:tc>
        <w:tc>
          <w:tcPr>
            <w:tcW w:w="1234" w:type="dxa"/>
          </w:tcPr>
          <w:p w14:paraId="5003C1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1120</w:t>
            </w:r>
          </w:p>
        </w:tc>
        <w:tc>
          <w:tcPr>
            <w:tcW w:w="1234" w:type="dxa"/>
          </w:tcPr>
          <w:p w14:paraId="3B10FF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1617BF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281FFB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6DEF00F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13,1</w:t>
            </w:r>
          </w:p>
        </w:tc>
      </w:tr>
      <w:tr w:rsidR="006F0136" w:rsidRPr="00D77020" w14:paraId="784D8610" w14:textId="77777777">
        <w:tc>
          <w:tcPr>
            <w:tcW w:w="1234" w:type="dxa"/>
          </w:tcPr>
          <w:p w14:paraId="1A6F29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58CF3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RQ-1121-в</w:t>
            </w:r>
          </w:p>
        </w:tc>
        <w:tc>
          <w:tcPr>
            <w:tcW w:w="1234" w:type="dxa"/>
          </w:tcPr>
          <w:p w14:paraId="7B7005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1121</w:t>
            </w:r>
          </w:p>
        </w:tc>
        <w:tc>
          <w:tcPr>
            <w:tcW w:w="1234" w:type="dxa"/>
          </w:tcPr>
          <w:p w14:paraId="13940A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317653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236168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6AF29BB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0,6</w:t>
            </w:r>
          </w:p>
        </w:tc>
      </w:tr>
      <w:tr w:rsidR="006F0136" w:rsidRPr="00D77020" w14:paraId="4CBBA171" w14:textId="77777777">
        <w:tc>
          <w:tcPr>
            <w:tcW w:w="1234" w:type="dxa"/>
          </w:tcPr>
          <w:p w14:paraId="511CFC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02057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RQ-1121-ж</w:t>
            </w:r>
          </w:p>
        </w:tc>
        <w:tc>
          <w:tcPr>
            <w:tcW w:w="1234" w:type="dxa"/>
          </w:tcPr>
          <w:p w14:paraId="53B7B1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1121</w:t>
            </w:r>
          </w:p>
        </w:tc>
        <w:tc>
          <w:tcPr>
            <w:tcW w:w="1234" w:type="dxa"/>
          </w:tcPr>
          <w:p w14:paraId="4923AB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786874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5A4AC4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0170500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20,8</w:t>
            </w:r>
          </w:p>
        </w:tc>
      </w:tr>
      <w:tr w:rsidR="006F0136" w:rsidRPr="00D77020" w14:paraId="4CBCE456" w14:textId="77777777">
        <w:tc>
          <w:tcPr>
            <w:tcW w:w="1234" w:type="dxa"/>
          </w:tcPr>
          <w:p w14:paraId="552D58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796B9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RQ-1121-и</w:t>
            </w:r>
          </w:p>
        </w:tc>
        <w:tc>
          <w:tcPr>
            <w:tcW w:w="1234" w:type="dxa"/>
          </w:tcPr>
          <w:p w14:paraId="7C5DA6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1121</w:t>
            </w:r>
          </w:p>
        </w:tc>
        <w:tc>
          <w:tcPr>
            <w:tcW w:w="1234" w:type="dxa"/>
          </w:tcPr>
          <w:p w14:paraId="2FCED3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2C90A0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435FEF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527E277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3,0</w:t>
            </w:r>
          </w:p>
        </w:tc>
      </w:tr>
      <w:tr w:rsidR="006F0136" w:rsidRPr="00D77020" w14:paraId="10C8140D" w14:textId="77777777">
        <w:tc>
          <w:tcPr>
            <w:tcW w:w="1234" w:type="dxa"/>
          </w:tcPr>
          <w:p w14:paraId="059084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437BA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RQ-1121-л</w:t>
            </w:r>
          </w:p>
        </w:tc>
        <w:tc>
          <w:tcPr>
            <w:tcW w:w="1234" w:type="dxa"/>
          </w:tcPr>
          <w:p w14:paraId="38E879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1121</w:t>
            </w:r>
          </w:p>
        </w:tc>
        <w:tc>
          <w:tcPr>
            <w:tcW w:w="1234" w:type="dxa"/>
          </w:tcPr>
          <w:p w14:paraId="4992D6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214CDD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1CE7C9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031D295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2,0</w:t>
            </w:r>
          </w:p>
        </w:tc>
      </w:tr>
      <w:tr w:rsidR="006F0136" w:rsidRPr="00D77020" w14:paraId="2A7A2D8C" w14:textId="77777777">
        <w:tc>
          <w:tcPr>
            <w:tcW w:w="1234" w:type="dxa"/>
          </w:tcPr>
          <w:p w14:paraId="66B5EC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C428B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RQ-1122-а</w:t>
            </w:r>
          </w:p>
        </w:tc>
        <w:tc>
          <w:tcPr>
            <w:tcW w:w="1234" w:type="dxa"/>
          </w:tcPr>
          <w:p w14:paraId="4FDDCA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1122</w:t>
            </w:r>
          </w:p>
        </w:tc>
        <w:tc>
          <w:tcPr>
            <w:tcW w:w="1234" w:type="dxa"/>
          </w:tcPr>
          <w:p w14:paraId="0AB6A9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1C9221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2D17DD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0799987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19,5</w:t>
            </w:r>
          </w:p>
        </w:tc>
      </w:tr>
      <w:tr w:rsidR="006F0136" w:rsidRPr="00D77020" w14:paraId="3910B352" w14:textId="77777777">
        <w:tc>
          <w:tcPr>
            <w:tcW w:w="1234" w:type="dxa"/>
          </w:tcPr>
          <w:p w14:paraId="2C322F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C521A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RQ-1122-б</w:t>
            </w:r>
          </w:p>
        </w:tc>
        <w:tc>
          <w:tcPr>
            <w:tcW w:w="1234" w:type="dxa"/>
          </w:tcPr>
          <w:p w14:paraId="14D818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1122</w:t>
            </w:r>
          </w:p>
        </w:tc>
        <w:tc>
          <w:tcPr>
            <w:tcW w:w="1234" w:type="dxa"/>
          </w:tcPr>
          <w:p w14:paraId="41402C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5601FC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2539BA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91D0</w:t>
            </w:r>
          </w:p>
        </w:tc>
        <w:tc>
          <w:tcPr>
            <w:tcW w:w="1234" w:type="dxa"/>
          </w:tcPr>
          <w:p w14:paraId="32B7324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10,6</w:t>
            </w:r>
          </w:p>
        </w:tc>
      </w:tr>
      <w:tr w:rsidR="006F0136" w:rsidRPr="00D77020" w14:paraId="1CE2E9C5" w14:textId="77777777">
        <w:tc>
          <w:tcPr>
            <w:tcW w:w="1234" w:type="dxa"/>
          </w:tcPr>
          <w:p w14:paraId="50BC2F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E714C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RQ-1122-ж</w:t>
            </w:r>
          </w:p>
        </w:tc>
        <w:tc>
          <w:tcPr>
            <w:tcW w:w="1234" w:type="dxa"/>
          </w:tcPr>
          <w:p w14:paraId="3B7DF1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1122</w:t>
            </w:r>
          </w:p>
        </w:tc>
        <w:tc>
          <w:tcPr>
            <w:tcW w:w="1234" w:type="dxa"/>
          </w:tcPr>
          <w:p w14:paraId="69A295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1D4EE3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76761F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2C964BB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4,1</w:t>
            </w:r>
          </w:p>
        </w:tc>
      </w:tr>
      <w:tr w:rsidR="006F0136" w:rsidRPr="00D77020" w14:paraId="47C948B4" w14:textId="77777777">
        <w:tc>
          <w:tcPr>
            <w:tcW w:w="1234" w:type="dxa"/>
          </w:tcPr>
          <w:p w14:paraId="482EF8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D110F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RQ-1122-з</w:t>
            </w:r>
          </w:p>
        </w:tc>
        <w:tc>
          <w:tcPr>
            <w:tcW w:w="1234" w:type="dxa"/>
          </w:tcPr>
          <w:p w14:paraId="228281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1122</w:t>
            </w:r>
          </w:p>
        </w:tc>
        <w:tc>
          <w:tcPr>
            <w:tcW w:w="1234" w:type="dxa"/>
          </w:tcPr>
          <w:p w14:paraId="03A5A2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045C08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59B16C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06A01EC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2BDB7DB8" w14:textId="77777777">
        <w:tc>
          <w:tcPr>
            <w:tcW w:w="1234" w:type="dxa"/>
          </w:tcPr>
          <w:p w14:paraId="0FF6F2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FCC06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RQ-1122-к</w:t>
            </w:r>
          </w:p>
        </w:tc>
        <w:tc>
          <w:tcPr>
            <w:tcW w:w="1234" w:type="dxa"/>
          </w:tcPr>
          <w:p w14:paraId="212A9F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1122</w:t>
            </w:r>
          </w:p>
        </w:tc>
        <w:tc>
          <w:tcPr>
            <w:tcW w:w="1234" w:type="dxa"/>
          </w:tcPr>
          <w:p w14:paraId="7B37D4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27ED16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4D7856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1C956F4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22908B7F" w14:textId="77777777">
        <w:tc>
          <w:tcPr>
            <w:tcW w:w="1234" w:type="dxa"/>
          </w:tcPr>
          <w:p w14:paraId="1E72BD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2E775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RQ-1122-м</w:t>
            </w:r>
          </w:p>
        </w:tc>
        <w:tc>
          <w:tcPr>
            <w:tcW w:w="1234" w:type="dxa"/>
          </w:tcPr>
          <w:p w14:paraId="749393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1122</w:t>
            </w:r>
          </w:p>
        </w:tc>
        <w:tc>
          <w:tcPr>
            <w:tcW w:w="1234" w:type="dxa"/>
          </w:tcPr>
          <w:p w14:paraId="5C812F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6301CC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571FCC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79FE0EF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24,2</w:t>
            </w:r>
          </w:p>
        </w:tc>
      </w:tr>
      <w:tr w:rsidR="006F0136" w:rsidRPr="00D77020" w14:paraId="3A8DA7FB" w14:textId="77777777">
        <w:tc>
          <w:tcPr>
            <w:tcW w:w="1234" w:type="dxa"/>
          </w:tcPr>
          <w:p w14:paraId="1E444D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D5DCA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RQ-1122-н</w:t>
            </w:r>
          </w:p>
        </w:tc>
        <w:tc>
          <w:tcPr>
            <w:tcW w:w="1234" w:type="dxa"/>
          </w:tcPr>
          <w:p w14:paraId="521FB7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1122</w:t>
            </w:r>
          </w:p>
        </w:tc>
        <w:tc>
          <w:tcPr>
            <w:tcW w:w="1234" w:type="dxa"/>
          </w:tcPr>
          <w:p w14:paraId="25D2FB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2A1154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75F160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481A788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1,0</w:t>
            </w:r>
          </w:p>
        </w:tc>
      </w:tr>
      <w:tr w:rsidR="006F0136" w:rsidRPr="00D77020" w14:paraId="3CAB7264" w14:textId="77777777">
        <w:tc>
          <w:tcPr>
            <w:tcW w:w="1234" w:type="dxa"/>
          </w:tcPr>
          <w:p w14:paraId="67722E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25EDD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RQ-1124-л</w:t>
            </w:r>
          </w:p>
        </w:tc>
        <w:tc>
          <w:tcPr>
            <w:tcW w:w="1234" w:type="dxa"/>
          </w:tcPr>
          <w:p w14:paraId="2C5249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1124</w:t>
            </w:r>
          </w:p>
        </w:tc>
        <w:tc>
          <w:tcPr>
            <w:tcW w:w="1234" w:type="dxa"/>
          </w:tcPr>
          <w:p w14:paraId="6BED06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7F19F2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2165F0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5EC813C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10,6</w:t>
            </w:r>
          </w:p>
        </w:tc>
      </w:tr>
      <w:tr w:rsidR="006F0136" w:rsidRPr="00D77020" w14:paraId="0854B73C" w14:textId="77777777">
        <w:tc>
          <w:tcPr>
            <w:tcW w:w="1234" w:type="dxa"/>
          </w:tcPr>
          <w:p w14:paraId="185029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6566A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RQ-1124-н</w:t>
            </w:r>
          </w:p>
        </w:tc>
        <w:tc>
          <w:tcPr>
            <w:tcW w:w="1234" w:type="dxa"/>
          </w:tcPr>
          <w:p w14:paraId="4C3AC2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1124</w:t>
            </w:r>
          </w:p>
        </w:tc>
        <w:tc>
          <w:tcPr>
            <w:tcW w:w="1234" w:type="dxa"/>
          </w:tcPr>
          <w:p w14:paraId="054A77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14CBED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6E5E03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7A88DC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0,8</w:t>
            </w:r>
          </w:p>
        </w:tc>
      </w:tr>
      <w:tr w:rsidR="006F0136" w:rsidRPr="00D77020" w14:paraId="14798FEC" w14:textId="77777777">
        <w:tc>
          <w:tcPr>
            <w:tcW w:w="1234" w:type="dxa"/>
          </w:tcPr>
          <w:p w14:paraId="350630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97B63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RQ-1125-а</w:t>
            </w:r>
          </w:p>
        </w:tc>
        <w:tc>
          <w:tcPr>
            <w:tcW w:w="1234" w:type="dxa"/>
          </w:tcPr>
          <w:p w14:paraId="1DB7BD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1125</w:t>
            </w:r>
          </w:p>
        </w:tc>
        <w:tc>
          <w:tcPr>
            <w:tcW w:w="1234" w:type="dxa"/>
          </w:tcPr>
          <w:p w14:paraId="2CFA04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0E7CE3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6822B9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739839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2E1D5B88" w14:textId="77777777">
        <w:tc>
          <w:tcPr>
            <w:tcW w:w="1234" w:type="dxa"/>
          </w:tcPr>
          <w:p w14:paraId="16930B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22671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RQ-1125-м</w:t>
            </w:r>
          </w:p>
        </w:tc>
        <w:tc>
          <w:tcPr>
            <w:tcW w:w="1234" w:type="dxa"/>
          </w:tcPr>
          <w:p w14:paraId="37CA04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1125</w:t>
            </w:r>
          </w:p>
        </w:tc>
        <w:tc>
          <w:tcPr>
            <w:tcW w:w="1234" w:type="dxa"/>
          </w:tcPr>
          <w:p w14:paraId="5C2A43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5C7C64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2B3557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85BA03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0,1</w:t>
            </w:r>
          </w:p>
        </w:tc>
      </w:tr>
      <w:tr w:rsidR="006F0136" w:rsidRPr="00D77020" w14:paraId="7947F9E0" w14:textId="77777777">
        <w:tc>
          <w:tcPr>
            <w:tcW w:w="1234" w:type="dxa"/>
          </w:tcPr>
          <w:p w14:paraId="374D41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9CA54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RQ-1125-о</w:t>
            </w:r>
          </w:p>
        </w:tc>
        <w:tc>
          <w:tcPr>
            <w:tcW w:w="1234" w:type="dxa"/>
          </w:tcPr>
          <w:p w14:paraId="520D4E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1125</w:t>
            </w:r>
          </w:p>
        </w:tc>
        <w:tc>
          <w:tcPr>
            <w:tcW w:w="1234" w:type="dxa"/>
          </w:tcPr>
          <w:p w14:paraId="638BFE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0CA779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0FEC55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89EA5B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6,7</w:t>
            </w:r>
          </w:p>
        </w:tc>
      </w:tr>
      <w:tr w:rsidR="006F0136" w:rsidRPr="00D77020" w14:paraId="0C856A0F" w14:textId="77777777">
        <w:tc>
          <w:tcPr>
            <w:tcW w:w="1234" w:type="dxa"/>
          </w:tcPr>
          <w:p w14:paraId="594A00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2019</w:t>
            </w:r>
          </w:p>
        </w:tc>
        <w:tc>
          <w:tcPr>
            <w:tcW w:w="1234" w:type="dxa"/>
          </w:tcPr>
          <w:p w14:paraId="070537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RQ-1126-в</w:t>
            </w:r>
          </w:p>
        </w:tc>
        <w:tc>
          <w:tcPr>
            <w:tcW w:w="1234" w:type="dxa"/>
          </w:tcPr>
          <w:p w14:paraId="6E3CC3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1126</w:t>
            </w:r>
          </w:p>
        </w:tc>
        <w:tc>
          <w:tcPr>
            <w:tcW w:w="1234" w:type="dxa"/>
          </w:tcPr>
          <w:p w14:paraId="2C2C56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3BF23C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56FF8A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47A8D2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75BA66B1" w14:textId="77777777">
        <w:tc>
          <w:tcPr>
            <w:tcW w:w="1234" w:type="dxa"/>
          </w:tcPr>
          <w:p w14:paraId="75427B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29AAD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RQ-1126-к</w:t>
            </w:r>
          </w:p>
        </w:tc>
        <w:tc>
          <w:tcPr>
            <w:tcW w:w="1234" w:type="dxa"/>
          </w:tcPr>
          <w:p w14:paraId="530335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1126</w:t>
            </w:r>
          </w:p>
        </w:tc>
        <w:tc>
          <w:tcPr>
            <w:tcW w:w="1234" w:type="dxa"/>
          </w:tcPr>
          <w:p w14:paraId="3D2F1F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53D033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7562D1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6B1091E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7,2</w:t>
            </w:r>
          </w:p>
        </w:tc>
      </w:tr>
      <w:tr w:rsidR="006F0136" w:rsidRPr="00D77020" w14:paraId="5F4D9C56" w14:textId="77777777">
        <w:tc>
          <w:tcPr>
            <w:tcW w:w="1234" w:type="dxa"/>
          </w:tcPr>
          <w:p w14:paraId="0B0286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AEB82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RQ-1127-д</w:t>
            </w:r>
          </w:p>
        </w:tc>
        <w:tc>
          <w:tcPr>
            <w:tcW w:w="1234" w:type="dxa"/>
          </w:tcPr>
          <w:p w14:paraId="380A7F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1127</w:t>
            </w:r>
          </w:p>
        </w:tc>
        <w:tc>
          <w:tcPr>
            <w:tcW w:w="1234" w:type="dxa"/>
          </w:tcPr>
          <w:p w14:paraId="05CD6E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350359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5C90B5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6831F1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006A3075" w14:textId="77777777">
        <w:tc>
          <w:tcPr>
            <w:tcW w:w="1234" w:type="dxa"/>
          </w:tcPr>
          <w:p w14:paraId="3F7372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AF4AC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RQ-1130-и1</w:t>
            </w:r>
          </w:p>
        </w:tc>
        <w:tc>
          <w:tcPr>
            <w:tcW w:w="1234" w:type="dxa"/>
          </w:tcPr>
          <w:p w14:paraId="27866F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1130</w:t>
            </w:r>
          </w:p>
        </w:tc>
        <w:tc>
          <w:tcPr>
            <w:tcW w:w="1234" w:type="dxa"/>
          </w:tcPr>
          <w:p w14:paraId="6B8039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и1</w:t>
            </w:r>
          </w:p>
        </w:tc>
        <w:tc>
          <w:tcPr>
            <w:tcW w:w="1234" w:type="dxa"/>
          </w:tcPr>
          <w:p w14:paraId="313C06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66C7CF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9180</w:t>
            </w:r>
          </w:p>
        </w:tc>
        <w:tc>
          <w:tcPr>
            <w:tcW w:w="1234" w:type="dxa"/>
          </w:tcPr>
          <w:p w14:paraId="1A606E0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1,5</w:t>
            </w:r>
          </w:p>
        </w:tc>
      </w:tr>
      <w:tr w:rsidR="006F0136" w:rsidRPr="00D77020" w14:paraId="4CA7347B" w14:textId="77777777">
        <w:tc>
          <w:tcPr>
            <w:tcW w:w="1234" w:type="dxa"/>
          </w:tcPr>
          <w:p w14:paraId="04D19C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86109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RQ-1130-н</w:t>
            </w:r>
          </w:p>
        </w:tc>
        <w:tc>
          <w:tcPr>
            <w:tcW w:w="1234" w:type="dxa"/>
          </w:tcPr>
          <w:p w14:paraId="3DA8A8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1130</w:t>
            </w:r>
          </w:p>
        </w:tc>
        <w:tc>
          <w:tcPr>
            <w:tcW w:w="1234" w:type="dxa"/>
          </w:tcPr>
          <w:p w14:paraId="0A55A2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12572E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3598AE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D6451E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1,9</w:t>
            </w:r>
          </w:p>
        </w:tc>
      </w:tr>
      <w:tr w:rsidR="006F0136" w:rsidRPr="00D77020" w14:paraId="3B916B53" w14:textId="77777777">
        <w:tc>
          <w:tcPr>
            <w:tcW w:w="1234" w:type="dxa"/>
          </w:tcPr>
          <w:p w14:paraId="45952E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7277E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RQ-1132-и</w:t>
            </w:r>
          </w:p>
        </w:tc>
        <w:tc>
          <w:tcPr>
            <w:tcW w:w="1234" w:type="dxa"/>
          </w:tcPr>
          <w:p w14:paraId="113A9B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1132</w:t>
            </w:r>
          </w:p>
        </w:tc>
        <w:tc>
          <w:tcPr>
            <w:tcW w:w="1234" w:type="dxa"/>
          </w:tcPr>
          <w:p w14:paraId="105E3F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0ABE49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4105A3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105F858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4,0</w:t>
            </w:r>
          </w:p>
        </w:tc>
      </w:tr>
      <w:tr w:rsidR="006F0136" w:rsidRPr="00D77020" w14:paraId="53BB7F45" w14:textId="77777777">
        <w:tc>
          <w:tcPr>
            <w:tcW w:w="1234" w:type="dxa"/>
          </w:tcPr>
          <w:p w14:paraId="54CF11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6D532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RQ-1132-о</w:t>
            </w:r>
          </w:p>
        </w:tc>
        <w:tc>
          <w:tcPr>
            <w:tcW w:w="1234" w:type="dxa"/>
          </w:tcPr>
          <w:p w14:paraId="5C1022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1132</w:t>
            </w:r>
          </w:p>
        </w:tc>
        <w:tc>
          <w:tcPr>
            <w:tcW w:w="1234" w:type="dxa"/>
          </w:tcPr>
          <w:p w14:paraId="721A28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708848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374296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10A637E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12,0</w:t>
            </w:r>
          </w:p>
        </w:tc>
      </w:tr>
      <w:tr w:rsidR="006F0136" w:rsidRPr="00D77020" w14:paraId="07CD88AC" w14:textId="77777777">
        <w:tc>
          <w:tcPr>
            <w:tcW w:w="1234" w:type="dxa"/>
          </w:tcPr>
          <w:p w14:paraId="5B0E58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067F4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RQ-1134-з</w:t>
            </w:r>
          </w:p>
        </w:tc>
        <w:tc>
          <w:tcPr>
            <w:tcW w:w="1234" w:type="dxa"/>
          </w:tcPr>
          <w:p w14:paraId="3F2C5B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1134</w:t>
            </w:r>
          </w:p>
        </w:tc>
        <w:tc>
          <w:tcPr>
            <w:tcW w:w="1234" w:type="dxa"/>
          </w:tcPr>
          <w:p w14:paraId="23B58B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06BD4F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27B236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7AF4437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5,7</w:t>
            </w:r>
          </w:p>
        </w:tc>
      </w:tr>
      <w:tr w:rsidR="006F0136" w:rsidRPr="00D77020" w14:paraId="24C93F05" w14:textId="77777777">
        <w:tc>
          <w:tcPr>
            <w:tcW w:w="1234" w:type="dxa"/>
          </w:tcPr>
          <w:p w14:paraId="7300F0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62852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RQ-1137-щ</w:t>
            </w:r>
          </w:p>
        </w:tc>
        <w:tc>
          <w:tcPr>
            <w:tcW w:w="1234" w:type="dxa"/>
          </w:tcPr>
          <w:p w14:paraId="53E54F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1137</w:t>
            </w:r>
          </w:p>
        </w:tc>
        <w:tc>
          <w:tcPr>
            <w:tcW w:w="1234" w:type="dxa"/>
          </w:tcPr>
          <w:p w14:paraId="1F203D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щ</w:t>
            </w:r>
          </w:p>
        </w:tc>
        <w:tc>
          <w:tcPr>
            <w:tcW w:w="1234" w:type="dxa"/>
          </w:tcPr>
          <w:p w14:paraId="32EBD8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</w:t>
            </w:r>
          </w:p>
        </w:tc>
        <w:tc>
          <w:tcPr>
            <w:tcW w:w="1234" w:type="dxa"/>
          </w:tcPr>
          <w:p w14:paraId="1CCEB3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0C6C6E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2,0</w:t>
            </w:r>
          </w:p>
        </w:tc>
      </w:tr>
      <w:tr w:rsidR="006F0136" w:rsidRPr="00D77020" w14:paraId="29655DF5" w14:textId="77777777">
        <w:tc>
          <w:tcPr>
            <w:tcW w:w="1234" w:type="dxa"/>
          </w:tcPr>
          <w:p w14:paraId="578378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99FD2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RQ-1138-а</w:t>
            </w:r>
          </w:p>
        </w:tc>
        <w:tc>
          <w:tcPr>
            <w:tcW w:w="1234" w:type="dxa"/>
          </w:tcPr>
          <w:p w14:paraId="3363CF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1138</w:t>
            </w:r>
          </w:p>
        </w:tc>
        <w:tc>
          <w:tcPr>
            <w:tcW w:w="1234" w:type="dxa"/>
          </w:tcPr>
          <w:p w14:paraId="171E7E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07E082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4B0D88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61342B1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3,1</w:t>
            </w:r>
          </w:p>
        </w:tc>
      </w:tr>
      <w:tr w:rsidR="006F0136" w:rsidRPr="00D77020" w14:paraId="63EFCDF6" w14:textId="77777777">
        <w:tc>
          <w:tcPr>
            <w:tcW w:w="1234" w:type="dxa"/>
          </w:tcPr>
          <w:p w14:paraId="30D242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D526D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RQ-1138-в</w:t>
            </w:r>
          </w:p>
        </w:tc>
        <w:tc>
          <w:tcPr>
            <w:tcW w:w="1234" w:type="dxa"/>
          </w:tcPr>
          <w:p w14:paraId="2E3555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1138</w:t>
            </w:r>
          </w:p>
        </w:tc>
        <w:tc>
          <w:tcPr>
            <w:tcW w:w="1234" w:type="dxa"/>
          </w:tcPr>
          <w:p w14:paraId="4F189D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7E70C3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470EBC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B749E7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7D939CE2" w14:textId="77777777">
        <w:tc>
          <w:tcPr>
            <w:tcW w:w="1234" w:type="dxa"/>
          </w:tcPr>
          <w:p w14:paraId="01BD3F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44AD7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RQ-1138-ц1</w:t>
            </w:r>
          </w:p>
        </w:tc>
        <w:tc>
          <w:tcPr>
            <w:tcW w:w="1234" w:type="dxa"/>
          </w:tcPr>
          <w:p w14:paraId="564464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1138</w:t>
            </w:r>
          </w:p>
        </w:tc>
        <w:tc>
          <w:tcPr>
            <w:tcW w:w="1234" w:type="dxa"/>
          </w:tcPr>
          <w:p w14:paraId="18D176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ц1</w:t>
            </w:r>
          </w:p>
        </w:tc>
        <w:tc>
          <w:tcPr>
            <w:tcW w:w="1234" w:type="dxa"/>
          </w:tcPr>
          <w:p w14:paraId="36B120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444260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18A9C1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0,1</w:t>
            </w:r>
          </w:p>
        </w:tc>
      </w:tr>
      <w:tr w:rsidR="006F0136" w:rsidRPr="00D77020" w14:paraId="6DE2137F" w14:textId="77777777">
        <w:tc>
          <w:tcPr>
            <w:tcW w:w="1234" w:type="dxa"/>
          </w:tcPr>
          <w:p w14:paraId="22F68B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75581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RQ-1139-г1</w:t>
            </w:r>
          </w:p>
        </w:tc>
        <w:tc>
          <w:tcPr>
            <w:tcW w:w="1234" w:type="dxa"/>
          </w:tcPr>
          <w:p w14:paraId="5661C2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1139</w:t>
            </w:r>
          </w:p>
        </w:tc>
        <w:tc>
          <w:tcPr>
            <w:tcW w:w="1234" w:type="dxa"/>
          </w:tcPr>
          <w:p w14:paraId="7F6632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г1</w:t>
            </w:r>
          </w:p>
        </w:tc>
        <w:tc>
          <w:tcPr>
            <w:tcW w:w="1234" w:type="dxa"/>
          </w:tcPr>
          <w:p w14:paraId="0EAEE7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66F9B8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52CAC7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61E88BC2" w14:textId="77777777">
        <w:tc>
          <w:tcPr>
            <w:tcW w:w="1234" w:type="dxa"/>
          </w:tcPr>
          <w:p w14:paraId="1512D2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E10C0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RQ-1139-е1</w:t>
            </w:r>
          </w:p>
        </w:tc>
        <w:tc>
          <w:tcPr>
            <w:tcW w:w="1234" w:type="dxa"/>
          </w:tcPr>
          <w:p w14:paraId="33C2F7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1139</w:t>
            </w:r>
          </w:p>
        </w:tc>
        <w:tc>
          <w:tcPr>
            <w:tcW w:w="1234" w:type="dxa"/>
          </w:tcPr>
          <w:p w14:paraId="59AE61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е1</w:t>
            </w:r>
          </w:p>
        </w:tc>
        <w:tc>
          <w:tcPr>
            <w:tcW w:w="1234" w:type="dxa"/>
          </w:tcPr>
          <w:p w14:paraId="11CCC4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77993C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CA49B5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1,4</w:t>
            </w:r>
          </w:p>
        </w:tc>
      </w:tr>
      <w:tr w:rsidR="006F0136" w:rsidRPr="00D77020" w14:paraId="371EFD56" w14:textId="77777777">
        <w:tc>
          <w:tcPr>
            <w:tcW w:w="1234" w:type="dxa"/>
          </w:tcPr>
          <w:p w14:paraId="314676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74D60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RQ-1180-а</w:t>
            </w:r>
          </w:p>
        </w:tc>
        <w:tc>
          <w:tcPr>
            <w:tcW w:w="1234" w:type="dxa"/>
          </w:tcPr>
          <w:p w14:paraId="6E6AB9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1180</w:t>
            </w:r>
          </w:p>
        </w:tc>
        <w:tc>
          <w:tcPr>
            <w:tcW w:w="1234" w:type="dxa"/>
          </w:tcPr>
          <w:p w14:paraId="0F5C2B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5E01E9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0A582D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4070</w:t>
            </w:r>
          </w:p>
        </w:tc>
        <w:tc>
          <w:tcPr>
            <w:tcW w:w="1234" w:type="dxa"/>
          </w:tcPr>
          <w:p w14:paraId="73D114F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2,1</w:t>
            </w:r>
          </w:p>
        </w:tc>
      </w:tr>
      <w:tr w:rsidR="006F0136" w:rsidRPr="00D77020" w14:paraId="7E67DE59" w14:textId="77777777">
        <w:tc>
          <w:tcPr>
            <w:tcW w:w="1234" w:type="dxa"/>
          </w:tcPr>
          <w:p w14:paraId="3AE994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DEEE3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RQ-1777-а</w:t>
            </w:r>
          </w:p>
        </w:tc>
        <w:tc>
          <w:tcPr>
            <w:tcW w:w="1234" w:type="dxa"/>
          </w:tcPr>
          <w:p w14:paraId="40A6D6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1777</w:t>
            </w:r>
          </w:p>
        </w:tc>
        <w:tc>
          <w:tcPr>
            <w:tcW w:w="1234" w:type="dxa"/>
          </w:tcPr>
          <w:p w14:paraId="5B72F2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63C0CD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76A274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15D2BD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3B10C8AD" w14:textId="77777777">
        <w:tc>
          <w:tcPr>
            <w:tcW w:w="1234" w:type="dxa"/>
          </w:tcPr>
          <w:p w14:paraId="71C9F7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C1DCE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RQ-1777-м1</w:t>
            </w:r>
          </w:p>
        </w:tc>
        <w:tc>
          <w:tcPr>
            <w:tcW w:w="1234" w:type="dxa"/>
          </w:tcPr>
          <w:p w14:paraId="4E8C9B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1777</w:t>
            </w:r>
          </w:p>
        </w:tc>
        <w:tc>
          <w:tcPr>
            <w:tcW w:w="1234" w:type="dxa"/>
          </w:tcPr>
          <w:p w14:paraId="032DD3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м1</w:t>
            </w:r>
          </w:p>
        </w:tc>
        <w:tc>
          <w:tcPr>
            <w:tcW w:w="1234" w:type="dxa"/>
          </w:tcPr>
          <w:p w14:paraId="102428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562387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C14F53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1A9B1399" w14:textId="77777777">
        <w:tc>
          <w:tcPr>
            <w:tcW w:w="7404" w:type="dxa"/>
            <w:gridSpan w:val="6"/>
          </w:tcPr>
          <w:p w14:paraId="0DEF72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3605E12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635,9</w:t>
            </w:r>
          </w:p>
        </w:tc>
      </w:tr>
    </w:tbl>
    <w:p w14:paraId="4A4B8F2D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 xml:space="preserve">Зона Натура 2000: BG0000165 - </w:t>
      </w:r>
      <w:proofErr w:type="spellStart"/>
      <w:r w:rsidRPr="00D77020">
        <w:rPr>
          <w:lang w:val="bg-BG"/>
        </w:rPr>
        <w:t>Лозенска</w:t>
      </w:r>
      <w:proofErr w:type="spellEnd"/>
      <w:r w:rsidRPr="00D77020">
        <w:rPr>
          <w:lang w:val="bg-BG"/>
        </w:rPr>
        <w:t xml:space="preserve"> планина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0B0844A8" w14:textId="77777777">
        <w:tc>
          <w:tcPr>
            <w:tcW w:w="1587" w:type="dxa"/>
          </w:tcPr>
          <w:p w14:paraId="4FC08C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28E7BF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5DA15F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12CC58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4458C3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1C3DD063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0A7023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28E6479C" w14:textId="77777777">
        <w:tc>
          <w:tcPr>
            <w:tcW w:w="1234" w:type="dxa"/>
          </w:tcPr>
          <w:p w14:paraId="573E8D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5BA5D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RQ-521-л</w:t>
            </w:r>
          </w:p>
        </w:tc>
        <w:tc>
          <w:tcPr>
            <w:tcW w:w="1234" w:type="dxa"/>
          </w:tcPr>
          <w:p w14:paraId="29A497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521</w:t>
            </w:r>
          </w:p>
        </w:tc>
        <w:tc>
          <w:tcPr>
            <w:tcW w:w="1234" w:type="dxa"/>
          </w:tcPr>
          <w:p w14:paraId="2A5AFE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7FD968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52914C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B3199C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7,8</w:t>
            </w:r>
          </w:p>
        </w:tc>
      </w:tr>
      <w:tr w:rsidR="006F0136" w:rsidRPr="00D77020" w14:paraId="3DCCB7F8" w14:textId="77777777">
        <w:tc>
          <w:tcPr>
            <w:tcW w:w="1234" w:type="dxa"/>
          </w:tcPr>
          <w:p w14:paraId="2555E1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ACBC1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RQ-521-м</w:t>
            </w:r>
          </w:p>
        </w:tc>
        <w:tc>
          <w:tcPr>
            <w:tcW w:w="1234" w:type="dxa"/>
          </w:tcPr>
          <w:p w14:paraId="25CD87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521</w:t>
            </w:r>
          </w:p>
        </w:tc>
        <w:tc>
          <w:tcPr>
            <w:tcW w:w="1234" w:type="dxa"/>
          </w:tcPr>
          <w:p w14:paraId="58D62F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2BDA9E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7D03CB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5A3890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27,5</w:t>
            </w:r>
          </w:p>
        </w:tc>
      </w:tr>
      <w:tr w:rsidR="006F0136" w:rsidRPr="00D77020" w14:paraId="34CC4E13" w14:textId="77777777">
        <w:tc>
          <w:tcPr>
            <w:tcW w:w="1234" w:type="dxa"/>
          </w:tcPr>
          <w:p w14:paraId="71BA8A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C61F4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RQ-523-о</w:t>
            </w:r>
          </w:p>
        </w:tc>
        <w:tc>
          <w:tcPr>
            <w:tcW w:w="1234" w:type="dxa"/>
          </w:tcPr>
          <w:p w14:paraId="74EBC6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523</w:t>
            </w:r>
          </w:p>
        </w:tc>
        <w:tc>
          <w:tcPr>
            <w:tcW w:w="1234" w:type="dxa"/>
          </w:tcPr>
          <w:p w14:paraId="1430DD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31B0E8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6AE3CE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087CCE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12,1</w:t>
            </w:r>
          </w:p>
        </w:tc>
      </w:tr>
      <w:tr w:rsidR="006F0136" w:rsidRPr="00D77020" w14:paraId="1A569174" w14:textId="77777777">
        <w:tc>
          <w:tcPr>
            <w:tcW w:w="1234" w:type="dxa"/>
          </w:tcPr>
          <w:p w14:paraId="1CDC03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F7C1B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RQ-524-л</w:t>
            </w:r>
          </w:p>
        </w:tc>
        <w:tc>
          <w:tcPr>
            <w:tcW w:w="1234" w:type="dxa"/>
          </w:tcPr>
          <w:p w14:paraId="174651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524</w:t>
            </w:r>
          </w:p>
        </w:tc>
        <w:tc>
          <w:tcPr>
            <w:tcW w:w="1234" w:type="dxa"/>
          </w:tcPr>
          <w:p w14:paraId="7FBD98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27A028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464306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45EF7D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16,7</w:t>
            </w:r>
          </w:p>
        </w:tc>
      </w:tr>
      <w:tr w:rsidR="006F0136" w:rsidRPr="00D77020" w14:paraId="398F1D25" w14:textId="77777777">
        <w:tc>
          <w:tcPr>
            <w:tcW w:w="1234" w:type="dxa"/>
          </w:tcPr>
          <w:p w14:paraId="0616D8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573B3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RQ-529-и</w:t>
            </w:r>
          </w:p>
        </w:tc>
        <w:tc>
          <w:tcPr>
            <w:tcW w:w="1234" w:type="dxa"/>
          </w:tcPr>
          <w:p w14:paraId="32C18B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529</w:t>
            </w:r>
          </w:p>
        </w:tc>
        <w:tc>
          <w:tcPr>
            <w:tcW w:w="1234" w:type="dxa"/>
          </w:tcPr>
          <w:p w14:paraId="460B03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2F89E5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65</w:t>
            </w:r>
          </w:p>
        </w:tc>
        <w:tc>
          <w:tcPr>
            <w:tcW w:w="1234" w:type="dxa"/>
          </w:tcPr>
          <w:p w14:paraId="582FB1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8AF565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21,7</w:t>
            </w:r>
          </w:p>
        </w:tc>
      </w:tr>
      <w:tr w:rsidR="006F0136" w:rsidRPr="00D77020" w14:paraId="0FE38F77" w14:textId="77777777">
        <w:tc>
          <w:tcPr>
            <w:tcW w:w="1234" w:type="dxa"/>
          </w:tcPr>
          <w:p w14:paraId="425DE5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73501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RQ-537-в</w:t>
            </w:r>
          </w:p>
        </w:tc>
        <w:tc>
          <w:tcPr>
            <w:tcW w:w="1234" w:type="dxa"/>
          </w:tcPr>
          <w:p w14:paraId="377C92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537</w:t>
            </w:r>
          </w:p>
        </w:tc>
        <w:tc>
          <w:tcPr>
            <w:tcW w:w="1234" w:type="dxa"/>
          </w:tcPr>
          <w:p w14:paraId="4109DA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321EB2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5EB553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D5C7AE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10,3</w:t>
            </w:r>
          </w:p>
        </w:tc>
      </w:tr>
      <w:tr w:rsidR="006F0136" w:rsidRPr="00D77020" w14:paraId="01B7A5B9" w14:textId="77777777">
        <w:tc>
          <w:tcPr>
            <w:tcW w:w="1234" w:type="dxa"/>
          </w:tcPr>
          <w:p w14:paraId="28038D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B6541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RQ-537-г</w:t>
            </w:r>
          </w:p>
        </w:tc>
        <w:tc>
          <w:tcPr>
            <w:tcW w:w="1234" w:type="dxa"/>
          </w:tcPr>
          <w:p w14:paraId="668068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537</w:t>
            </w:r>
          </w:p>
        </w:tc>
        <w:tc>
          <w:tcPr>
            <w:tcW w:w="1234" w:type="dxa"/>
          </w:tcPr>
          <w:p w14:paraId="6736DF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3F1DB7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721FA6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353D24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1DC85CCE" w14:textId="77777777">
        <w:tc>
          <w:tcPr>
            <w:tcW w:w="1234" w:type="dxa"/>
          </w:tcPr>
          <w:p w14:paraId="7D5D64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2D9E9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RQ-537-д</w:t>
            </w:r>
          </w:p>
        </w:tc>
        <w:tc>
          <w:tcPr>
            <w:tcW w:w="1234" w:type="dxa"/>
          </w:tcPr>
          <w:p w14:paraId="7CCC61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537</w:t>
            </w:r>
          </w:p>
        </w:tc>
        <w:tc>
          <w:tcPr>
            <w:tcW w:w="1234" w:type="dxa"/>
          </w:tcPr>
          <w:p w14:paraId="47CF81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7EB978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2C4477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9A1586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2,4</w:t>
            </w:r>
          </w:p>
        </w:tc>
      </w:tr>
      <w:tr w:rsidR="006F0136" w:rsidRPr="00D77020" w14:paraId="6A77FB3E" w14:textId="77777777">
        <w:tc>
          <w:tcPr>
            <w:tcW w:w="1234" w:type="dxa"/>
          </w:tcPr>
          <w:p w14:paraId="2A9CFC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3A157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RQ-542-с</w:t>
            </w:r>
          </w:p>
        </w:tc>
        <w:tc>
          <w:tcPr>
            <w:tcW w:w="1234" w:type="dxa"/>
          </w:tcPr>
          <w:p w14:paraId="3F95D7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542</w:t>
            </w:r>
          </w:p>
        </w:tc>
        <w:tc>
          <w:tcPr>
            <w:tcW w:w="1234" w:type="dxa"/>
          </w:tcPr>
          <w:p w14:paraId="727F0F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0F82F9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85</w:t>
            </w:r>
          </w:p>
        </w:tc>
        <w:tc>
          <w:tcPr>
            <w:tcW w:w="1234" w:type="dxa"/>
          </w:tcPr>
          <w:p w14:paraId="2EA570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BE63B2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23,2</w:t>
            </w:r>
          </w:p>
        </w:tc>
      </w:tr>
      <w:tr w:rsidR="006F0136" w:rsidRPr="00D77020" w14:paraId="003ECC95" w14:textId="77777777">
        <w:tc>
          <w:tcPr>
            <w:tcW w:w="1234" w:type="dxa"/>
          </w:tcPr>
          <w:p w14:paraId="17EE5C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E6278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RQ-550-м</w:t>
            </w:r>
          </w:p>
        </w:tc>
        <w:tc>
          <w:tcPr>
            <w:tcW w:w="1234" w:type="dxa"/>
          </w:tcPr>
          <w:p w14:paraId="12B78A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550</w:t>
            </w:r>
          </w:p>
        </w:tc>
        <w:tc>
          <w:tcPr>
            <w:tcW w:w="1234" w:type="dxa"/>
          </w:tcPr>
          <w:p w14:paraId="26470D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0ED843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85</w:t>
            </w:r>
          </w:p>
        </w:tc>
        <w:tc>
          <w:tcPr>
            <w:tcW w:w="1234" w:type="dxa"/>
          </w:tcPr>
          <w:p w14:paraId="198F93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41E0F5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68C405D4" w14:textId="77777777">
        <w:tc>
          <w:tcPr>
            <w:tcW w:w="1234" w:type="dxa"/>
          </w:tcPr>
          <w:p w14:paraId="043B13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9567F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RQ-550-н</w:t>
            </w:r>
          </w:p>
        </w:tc>
        <w:tc>
          <w:tcPr>
            <w:tcW w:w="1234" w:type="dxa"/>
          </w:tcPr>
          <w:p w14:paraId="366895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550</w:t>
            </w:r>
          </w:p>
        </w:tc>
        <w:tc>
          <w:tcPr>
            <w:tcW w:w="1234" w:type="dxa"/>
          </w:tcPr>
          <w:p w14:paraId="652D26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101949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85</w:t>
            </w:r>
          </w:p>
        </w:tc>
        <w:tc>
          <w:tcPr>
            <w:tcW w:w="1234" w:type="dxa"/>
          </w:tcPr>
          <w:p w14:paraId="3530A3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5F951C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0,1</w:t>
            </w:r>
          </w:p>
        </w:tc>
      </w:tr>
      <w:tr w:rsidR="006F0136" w:rsidRPr="00D77020" w14:paraId="6B1BEE25" w14:textId="77777777">
        <w:tc>
          <w:tcPr>
            <w:tcW w:w="1234" w:type="dxa"/>
          </w:tcPr>
          <w:p w14:paraId="432086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1D40F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RQ-550-о</w:t>
            </w:r>
          </w:p>
        </w:tc>
        <w:tc>
          <w:tcPr>
            <w:tcW w:w="1234" w:type="dxa"/>
          </w:tcPr>
          <w:p w14:paraId="4F56F9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550</w:t>
            </w:r>
          </w:p>
        </w:tc>
        <w:tc>
          <w:tcPr>
            <w:tcW w:w="1234" w:type="dxa"/>
          </w:tcPr>
          <w:p w14:paraId="56BA20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3D6ECE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85</w:t>
            </w:r>
          </w:p>
        </w:tc>
        <w:tc>
          <w:tcPr>
            <w:tcW w:w="1234" w:type="dxa"/>
          </w:tcPr>
          <w:p w14:paraId="5F0544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6821934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3,7</w:t>
            </w:r>
          </w:p>
        </w:tc>
      </w:tr>
      <w:tr w:rsidR="006F0136" w:rsidRPr="00D77020" w14:paraId="7EFDDEA7" w14:textId="77777777">
        <w:tc>
          <w:tcPr>
            <w:tcW w:w="1234" w:type="dxa"/>
          </w:tcPr>
          <w:p w14:paraId="298BFC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A5332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RQ-559-д</w:t>
            </w:r>
          </w:p>
        </w:tc>
        <w:tc>
          <w:tcPr>
            <w:tcW w:w="1234" w:type="dxa"/>
          </w:tcPr>
          <w:p w14:paraId="64BBEC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559</w:t>
            </w:r>
          </w:p>
        </w:tc>
        <w:tc>
          <w:tcPr>
            <w:tcW w:w="1234" w:type="dxa"/>
          </w:tcPr>
          <w:p w14:paraId="186866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783918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416627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06F4F8E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1,8</w:t>
            </w:r>
          </w:p>
        </w:tc>
      </w:tr>
      <w:tr w:rsidR="006F0136" w:rsidRPr="00D77020" w14:paraId="2ED8199C" w14:textId="77777777">
        <w:tc>
          <w:tcPr>
            <w:tcW w:w="1234" w:type="dxa"/>
          </w:tcPr>
          <w:p w14:paraId="6C53AE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16C35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RQ-559-е</w:t>
            </w:r>
          </w:p>
        </w:tc>
        <w:tc>
          <w:tcPr>
            <w:tcW w:w="1234" w:type="dxa"/>
          </w:tcPr>
          <w:p w14:paraId="0F3F5F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559</w:t>
            </w:r>
          </w:p>
        </w:tc>
        <w:tc>
          <w:tcPr>
            <w:tcW w:w="1234" w:type="dxa"/>
          </w:tcPr>
          <w:p w14:paraId="0D4CE3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59BC72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2D753C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059B38A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4,5</w:t>
            </w:r>
          </w:p>
        </w:tc>
      </w:tr>
      <w:tr w:rsidR="006F0136" w:rsidRPr="00D77020" w14:paraId="2A0DE64C" w14:textId="77777777">
        <w:tc>
          <w:tcPr>
            <w:tcW w:w="1234" w:type="dxa"/>
          </w:tcPr>
          <w:p w14:paraId="335B34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CEA15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RQ-561-ж</w:t>
            </w:r>
          </w:p>
        </w:tc>
        <w:tc>
          <w:tcPr>
            <w:tcW w:w="1234" w:type="dxa"/>
          </w:tcPr>
          <w:p w14:paraId="4B4B4D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561</w:t>
            </w:r>
          </w:p>
        </w:tc>
        <w:tc>
          <w:tcPr>
            <w:tcW w:w="1234" w:type="dxa"/>
          </w:tcPr>
          <w:p w14:paraId="22F276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4ACA04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431F1D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1BBC838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1,3</w:t>
            </w:r>
          </w:p>
        </w:tc>
      </w:tr>
      <w:tr w:rsidR="006F0136" w:rsidRPr="00D77020" w14:paraId="73934C0D" w14:textId="77777777">
        <w:tc>
          <w:tcPr>
            <w:tcW w:w="1234" w:type="dxa"/>
          </w:tcPr>
          <w:p w14:paraId="7248C3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C8C99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RQ-561-к</w:t>
            </w:r>
          </w:p>
        </w:tc>
        <w:tc>
          <w:tcPr>
            <w:tcW w:w="1234" w:type="dxa"/>
          </w:tcPr>
          <w:p w14:paraId="68EF00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561</w:t>
            </w:r>
          </w:p>
        </w:tc>
        <w:tc>
          <w:tcPr>
            <w:tcW w:w="1234" w:type="dxa"/>
          </w:tcPr>
          <w:p w14:paraId="33EC18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036ABC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30DA83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4A0316E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12,9</w:t>
            </w:r>
          </w:p>
        </w:tc>
      </w:tr>
      <w:tr w:rsidR="006F0136" w:rsidRPr="00D77020" w14:paraId="0B5B97E8" w14:textId="77777777">
        <w:tc>
          <w:tcPr>
            <w:tcW w:w="1234" w:type="dxa"/>
          </w:tcPr>
          <w:p w14:paraId="74D973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5283B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RQ-573-а</w:t>
            </w:r>
          </w:p>
        </w:tc>
        <w:tc>
          <w:tcPr>
            <w:tcW w:w="1234" w:type="dxa"/>
          </w:tcPr>
          <w:p w14:paraId="0384DC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573</w:t>
            </w:r>
          </w:p>
        </w:tc>
        <w:tc>
          <w:tcPr>
            <w:tcW w:w="1234" w:type="dxa"/>
          </w:tcPr>
          <w:p w14:paraId="1AFD47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019BF4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56F8E0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4D7F19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11,8</w:t>
            </w:r>
          </w:p>
        </w:tc>
      </w:tr>
      <w:tr w:rsidR="006F0136" w:rsidRPr="00D77020" w14:paraId="6BEF038C" w14:textId="77777777">
        <w:tc>
          <w:tcPr>
            <w:tcW w:w="7404" w:type="dxa"/>
            <w:gridSpan w:val="6"/>
          </w:tcPr>
          <w:p w14:paraId="53DF4A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3831DCC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158,4</w:t>
            </w:r>
          </w:p>
        </w:tc>
      </w:tr>
    </w:tbl>
    <w:p w14:paraId="4B68027A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BG0001307 - Плана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364F45D4" w14:textId="77777777">
        <w:tc>
          <w:tcPr>
            <w:tcW w:w="1587" w:type="dxa"/>
          </w:tcPr>
          <w:p w14:paraId="7033DC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109D62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00C755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7A3290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00EFBC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081C9A9C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4C6413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48A97EC2" w14:textId="77777777">
        <w:tc>
          <w:tcPr>
            <w:tcW w:w="1234" w:type="dxa"/>
          </w:tcPr>
          <w:p w14:paraId="1A36B5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FD70C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RQ-556-в</w:t>
            </w:r>
          </w:p>
        </w:tc>
        <w:tc>
          <w:tcPr>
            <w:tcW w:w="1234" w:type="dxa"/>
          </w:tcPr>
          <w:p w14:paraId="381280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556</w:t>
            </w:r>
          </w:p>
        </w:tc>
        <w:tc>
          <w:tcPr>
            <w:tcW w:w="1234" w:type="dxa"/>
          </w:tcPr>
          <w:p w14:paraId="38E5A1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5C7867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1224AA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9180</w:t>
            </w:r>
          </w:p>
        </w:tc>
        <w:tc>
          <w:tcPr>
            <w:tcW w:w="1234" w:type="dxa"/>
          </w:tcPr>
          <w:p w14:paraId="23BDEFE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1,1</w:t>
            </w:r>
          </w:p>
        </w:tc>
      </w:tr>
      <w:tr w:rsidR="006F0136" w:rsidRPr="00D77020" w14:paraId="7EDF701F" w14:textId="77777777">
        <w:tc>
          <w:tcPr>
            <w:tcW w:w="1234" w:type="dxa"/>
          </w:tcPr>
          <w:p w14:paraId="2970AC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29289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RQ-596-л</w:t>
            </w:r>
          </w:p>
        </w:tc>
        <w:tc>
          <w:tcPr>
            <w:tcW w:w="1234" w:type="dxa"/>
          </w:tcPr>
          <w:p w14:paraId="2AAAAE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596</w:t>
            </w:r>
          </w:p>
        </w:tc>
        <w:tc>
          <w:tcPr>
            <w:tcW w:w="1234" w:type="dxa"/>
          </w:tcPr>
          <w:p w14:paraId="70E63F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4C1203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6A23E0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7D63F5F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3,8</w:t>
            </w:r>
          </w:p>
        </w:tc>
      </w:tr>
      <w:tr w:rsidR="006F0136" w:rsidRPr="00D77020" w14:paraId="2DF08987" w14:textId="77777777">
        <w:tc>
          <w:tcPr>
            <w:tcW w:w="1234" w:type="dxa"/>
          </w:tcPr>
          <w:p w14:paraId="5CDD57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26F44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RQ-597-ж</w:t>
            </w:r>
          </w:p>
        </w:tc>
        <w:tc>
          <w:tcPr>
            <w:tcW w:w="1234" w:type="dxa"/>
          </w:tcPr>
          <w:p w14:paraId="71A823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597</w:t>
            </w:r>
          </w:p>
        </w:tc>
        <w:tc>
          <w:tcPr>
            <w:tcW w:w="1234" w:type="dxa"/>
          </w:tcPr>
          <w:p w14:paraId="5A606E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406C25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0FEFFA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047C41A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452C6C3C" w14:textId="77777777">
        <w:tc>
          <w:tcPr>
            <w:tcW w:w="1234" w:type="dxa"/>
          </w:tcPr>
          <w:p w14:paraId="7FD8C7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A62A4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RQ-606-ю</w:t>
            </w:r>
          </w:p>
        </w:tc>
        <w:tc>
          <w:tcPr>
            <w:tcW w:w="1234" w:type="dxa"/>
          </w:tcPr>
          <w:p w14:paraId="755AE4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606</w:t>
            </w:r>
          </w:p>
        </w:tc>
        <w:tc>
          <w:tcPr>
            <w:tcW w:w="1234" w:type="dxa"/>
          </w:tcPr>
          <w:p w14:paraId="3B001A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ю</w:t>
            </w:r>
          </w:p>
        </w:tc>
        <w:tc>
          <w:tcPr>
            <w:tcW w:w="1234" w:type="dxa"/>
          </w:tcPr>
          <w:p w14:paraId="0E044E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85</w:t>
            </w:r>
          </w:p>
        </w:tc>
        <w:tc>
          <w:tcPr>
            <w:tcW w:w="1234" w:type="dxa"/>
          </w:tcPr>
          <w:p w14:paraId="564932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51264B8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2,3</w:t>
            </w:r>
          </w:p>
        </w:tc>
      </w:tr>
      <w:tr w:rsidR="006F0136" w:rsidRPr="00D77020" w14:paraId="397A5BBE" w14:textId="77777777">
        <w:tc>
          <w:tcPr>
            <w:tcW w:w="1234" w:type="dxa"/>
          </w:tcPr>
          <w:p w14:paraId="54410C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E92B1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RQ-607-а</w:t>
            </w:r>
          </w:p>
        </w:tc>
        <w:tc>
          <w:tcPr>
            <w:tcW w:w="1234" w:type="dxa"/>
          </w:tcPr>
          <w:p w14:paraId="3CBB40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607</w:t>
            </w:r>
          </w:p>
        </w:tc>
        <w:tc>
          <w:tcPr>
            <w:tcW w:w="1234" w:type="dxa"/>
          </w:tcPr>
          <w:p w14:paraId="76B623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446E85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5F10CB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25F34D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13,5</w:t>
            </w:r>
          </w:p>
        </w:tc>
      </w:tr>
      <w:tr w:rsidR="006F0136" w:rsidRPr="00D77020" w14:paraId="557AD44C" w14:textId="77777777">
        <w:tc>
          <w:tcPr>
            <w:tcW w:w="1234" w:type="dxa"/>
          </w:tcPr>
          <w:p w14:paraId="261E60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6720E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RQ-618-а</w:t>
            </w:r>
          </w:p>
        </w:tc>
        <w:tc>
          <w:tcPr>
            <w:tcW w:w="1234" w:type="dxa"/>
          </w:tcPr>
          <w:p w14:paraId="10B258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618</w:t>
            </w:r>
          </w:p>
        </w:tc>
        <w:tc>
          <w:tcPr>
            <w:tcW w:w="1234" w:type="dxa"/>
          </w:tcPr>
          <w:p w14:paraId="24E81A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773B40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371FC2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88084F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18,6</w:t>
            </w:r>
          </w:p>
        </w:tc>
      </w:tr>
      <w:tr w:rsidR="006F0136" w:rsidRPr="00D77020" w14:paraId="0D8ABF0B" w14:textId="77777777">
        <w:tc>
          <w:tcPr>
            <w:tcW w:w="1234" w:type="dxa"/>
          </w:tcPr>
          <w:p w14:paraId="642F41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3E32A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RQ-619-в</w:t>
            </w:r>
          </w:p>
        </w:tc>
        <w:tc>
          <w:tcPr>
            <w:tcW w:w="1234" w:type="dxa"/>
          </w:tcPr>
          <w:p w14:paraId="3CF42F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619</w:t>
            </w:r>
          </w:p>
        </w:tc>
        <w:tc>
          <w:tcPr>
            <w:tcW w:w="1234" w:type="dxa"/>
          </w:tcPr>
          <w:p w14:paraId="7ED31A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039AA5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5EBCF4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20CBBB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0,9</w:t>
            </w:r>
          </w:p>
        </w:tc>
      </w:tr>
      <w:tr w:rsidR="006F0136" w:rsidRPr="00D77020" w14:paraId="716F5D67" w14:textId="77777777">
        <w:tc>
          <w:tcPr>
            <w:tcW w:w="1234" w:type="dxa"/>
          </w:tcPr>
          <w:p w14:paraId="1ECFAE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2019</w:t>
            </w:r>
          </w:p>
        </w:tc>
        <w:tc>
          <w:tcPr>
            <w:tcW w:w="1234" w:type="dxa"/>
          </w:tcPr>
          <w:p w14:paraId="207037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RQ-619-к</w:t>
            </w:r>
          </w:p>
        </w:tc>
        <w:tc>
          <w:tcPr>
            <w:tcW w:w="1234" w:type="dxa"/>
          </w:tcPr>
          <w:p w14:paraId="0C062A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619</w:t>
            </w:r>
          </w:p>
        </w:tc>
        <w:tc>
          <w:tcPr>
            <w:tcW w:w="1234" w:type="dxa"/>
          </w:tcPr>
          <w:p w14:paraId="63A81C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4367E7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180</w:t>
            </w:r>
          </w:p>
        </w:tc>
        <w:tc>
          <w:tcPr>
            <w:tcW w:w="1234" w:type="dxa"/>
          </w:tcPr>
          <w:p w14:paraId="043A79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24663C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1,1</w:t>
            </w:r>
          </w:p>
        </w:tc>
      </w:tr>
      <w:tr w:rsidR="006F0136" w:rsidRPr="00D77020" w14:paraId="09359A36" w14:textId="77777777">
        <w:tc>
          <w:tcPr>
            <w:tcW w:w="1234" w:type="dxa"/>
          </w:tcPr>
          <w:p w14:paraId="585F1F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44908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RQ-623-е</w:t>
            </w:r>
          </w:p>
        </w:tc>
        <w:tc>
          <w:tcPr>
            <w:tcW w:w="1234" w:type="dxa"/>
          </w:tcPr>
          <w:p w14:paraId="10E1D3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623</w:t>
            </w:r>
          </w:p>
        </w:tc>
        <w:tc>
          <w:tcPr>
            <w:tcW w:w="1234" w:type="dxa"/>
          </w:tcPr>
          <w:p w14:paraId="42759A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34BFAC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385896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39944C0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10,1</w:t>
            </w:r>
          </w:p>
        </w:tc>
      </w:tr>
      <w:tr w:rsidR="006F0136" w:rsidRPr="00D77020" w14:paraId="577837F8" w14:textId="77777777">
        <w:tc>
          <w:tcPr>
            <w:tcW w:w="1234" w:type="dxa"/>
          </w:tcPr>
          <w:p w14:paraId="6869D2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EAFCF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RQ-623-н</w:t>
            </w:r>
          </w:p>
        </w:tc>
        <w:tc>
          <w:tcPr>
            <w:tcW w:w="1234" w:type="dxa"/>
          </w:tcPr>
          <w:p w14:paraId="79A6F7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623</w:t>
            </w:r>
          </w:p>
        </w:tc>
        <w:tc>
          <w:tcPr>
            <w:tcW w:w="1234" w:type="dxa"/>
          </w:tcPr>
          <w:p w14:paraId="1584B6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1F48BE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44AFF4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2D4F54E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21,9</w:t>
            </w:r>
          </w:p>
        </w:tc>
      </w:tr>
      <w:tr w:rsidR="006F0136" w:rsidRPr="00D77020" w14:paraId="6461DC1C" w14:textId="77777777">
        <w:tc>
          <w:tcPr>
            <w:tcW w:w="1234" w:type="dxa"/>
          </w:tcPr>
          <w:p w14:paraId="3A0805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0B79D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RQ-623-п</w:t>
            </w:r>
          </w:p>
        </w:tc>
        <w:tc>
          <w:tcPr>
            <w:tcW w:w="1234" w:type="dxa"/>
          </w:tcPr>
          <w:p w14:paraId="7F3114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623</w:t>
            </w:r>
          </w:p>
        </w:tc>
        <w:tc>
          <w:tcPr>
            <w:tcW w:w="1234" w:type="dxa"/>
          </w:tcPr>
          <w:p w14:paraId="18EE9E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155295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1C33AA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051A7E0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17,7</w:t>
            </w:r>
          </w:p>
        </w:tc>
      </w:tr>
      <w:tr w:rsidR="006F0136" w:rsidRPr="00D77020" w14:paraId="6424AB46" w14:textId="77777777">
        <w:tc>
          <w:tcPr>
            <w:tcW w:w="1234" w:type="dxa"/>
          </w:tcPr>
          <w:p w14:paraId="19460A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F1CBC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RQ-623-ф</w:t>
            </w:r>
          </w:p>
        </w:tc>
        <w:tc>
          <w:tcPr>
            <w:tcW w:w="1234" w:type="dxa"/>
          </w:tcPr>
          <w:p w14:paraId="7C6BBA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623</w:t>
            </w:r>
          </w:p>
        </w:tc>
        <w:tc>
          <w:tcPr>
            <w:tcW w:w="1234" w:type="dxa"/>
          </w:tcPr>
          <w:p w14:paraId="4BE55E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ф</w:t>
            </w:r>
          </w:p>
        </w:tc>
        <w:tc>
          <w:tcPr>
            <w:tcW w:w="1234" w:type="dxa"/>
          </w:tcPr>
          <w:p w14:paraId="3970FF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3EF8A0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6326D77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5,1</w:t>
            </w:r>
          </w:p>
        </w:tc>
      </w:tr>
      <w:tr w:rsidR="006F0136" w:rsidRPr="00D77020" w14:paraId="5596A0A6" w14:textId="77777777">
        <w:tc>
          <w:tcPr>
            <w:tcW w:w="1234" w:type="dxa"/>
          </w:tcPr>
          <w:p w14:paraId="6DCB7B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2487D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RQ-624-р</w:t>
            </w:r>
          </w:p>
        </w:tc>
        <w:tc>
          <w:tcPr>
            <w:tcW w:w="1234" w:type="dxa"/>
          </w:tcPr>
          <w:p w14:paraId="22147A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624</w:t>
            </w:r>
          </w:p>
        </w:tc>
        <w:tc>
          <w:tcPr>
            <w:tcW w:w="1234" w:type="dxa"/>
          </w:tcPr>
          <w:p w14:paraId="06B680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226BA8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173B84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61675E3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17,1</w:t>
            </w:r>
          </w:p>
        </w:tc>
      </w:tr>
      <w:tr w:rsidR="006F0136" w:rsidRPr="00D77020" w14:paraId="669D3EB8" w14:textId="77777777">
        <w:tc>
          <w:tcPr>
            <w:tcW w:w="1234" w:type="dxa"/>
          </w:tcPr>
          <w:p w14:paraId="0E9DE8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AE8B6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RQ-624-т</w:t>
            </w:r>
          </w:p>
        </w:tc>
        <w:tc>
          <w:tcPr>
            <w:tcW w:w="1234" w:type="dxa"/>
          </w:tcPr>
          <w:p w14:paraId="2CAFBC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624</w:t>
            </w:r>
          </w:p>
        </w:tc>
        <w:tc>
          <w:tcPr>
            <w:tcW w:w="1234" w:type="dxa"/>
          </w:tcPr>
          <w:p w14:paraId="6CD1EC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4C7822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37BDBD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051DE31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26,1</w:t>
            </w:r>
          </w:p>
        </w:tc>
      </w:tr>
      <w:tr w:rsidR="006F0136" w:rsidRPr="00D77020" w14:paraId="3CC3AC4F" w14:textId="77777777">
        <w:tc>
          <w:tcPr>
            <w:tcW w:w="1234" w:type="dxa"/>
          </w:tcPr>
          <w:p w14:paraId="397C0B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6D16A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RQ-626-з</w:t>
            </w:r>
          </w:p>
        </w:tc>
        <w:tc>
          <w:tcPr>
            <w:tcW w:w="1234" w:type="dxa"/>
          </w:tcPr>
          <w:p w14:paraId="0AED35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626</w:t>
            </w:r>
          </w:p>
        </w:tc>
        <w:tc>
          <w:tcPr>
            <w:tcW w:w="1234" w:type="dxa"/>
          </w:tcPr>
          <w:p w14:paraId="491A64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14804F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197EA7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ADB5E7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4,8</w:t>
            </w:r>
          </w:p>
        </w:tc>
      </w:tr>
      <w:tr w:rsidR="006F0136" w:rsidRPr="00D77020" w14:paraId="6026B2AB" w14:textId="77777777">
        <w:tc>
          <w:tcPr>
            <w:tcW w:w="1234" w:type="dxa"/>
          </w:tcPr>
          <w:p w14:paraId="39B62B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CB21D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RQ-631-з</w:t>
            </w:r>
          </w:p>
        </w:tc>
        <w:tc>
          <w:tcPr>
            <w:tcW w:w="1234" w:type="dxa"/>
          </w:tcPr>
          <w:p w14:paraId="782206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631</w:t>
            </w:r>
          </w:p>
        </w:tc>
        <w:tc>
          <w:tcPr>
            <w:tcW w:w="1234" w:type="dxa"/>
          </w:tcPr>
          <w:p w14:paraId="4C65D7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7A0F41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365602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CB829C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12,0</w:t>
            </w:r>
          </w:p>
        </w:tc>
      </w:tr>
      <w:tr w:rsidR="006F0136" w:rsidRPr="00D77020" w14:paraId="4ECE9D0E" w14:textId="77777777">
        <w:tc>
          <w:tcPr>
            <w:tcW w:w="1234" w:type="dxa"/>
          </w:tcPr>
          <w:p w14:paraId="47A136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EC785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RQ-633-м</w:t>
            </w:r>
          </w:p>
        </w:tc>
        <w:tc>
          <w:tcPr>
            <w:tcW w:w="1234" w:type="dxa"/>
          </w:tcPr>
          <w:p w14:paraId="174D77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633</w:t>
            </w:r>
          </w:p>
        </w:tc>
        <w:tc>
          <w:tcPr>
            <w:tcW w:w="1234" w:type="dxa"/>
          </w:tcPr>
          <w:p w14:paraId="11E4B2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0DB054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409D49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6D2C128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16,8</w:t>
            </w:r>
          </w:p>
        </w:tc>
      </w:tr>
      <w:tr w:rsidR="006F0136" w:rsidRPr="00D77020" w14:paraId="286CB014" w14:textId="77777777">
        <w:tc>
          <w:tcPr>
            <w:tcW w:w="7404" w:type="dxa"/>
            <w:gridSpan w:val="6"/>
          </w:tcPr>
          <w:p w14:paraId="676BF2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3353944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173,3</w:t>
            </w:r>
          </w:p>
        </w:tc>
      </w:tr>
    </w:tbl>
    <w:p w14:paraId="6CABB6E5" w14:textId="77777777" w:rsidR="006F0136" w:rsidRPr="00D77020" w:rsidRDefault="00D77020">
      <w:pPr>
        <w:rPr>
          <w:lang w:val="bg-BG"/>
        </w:rPr>
      </w:pPr>
      <w:r w:rsidRPr="00D77020">
        <w:rPr>
          <w:lang w:val="bg-BG"/>
        </w:rPr>
        <w:br w:type="page"/>
      </w:r>
    </w:p>
    <w:p w14:paraId="129461E9" w14:textId="77777777" w:rsidR="006F0136" w:rsidRPr="00D77020" w:rsidRDefault="00D77020">
      <w:pPr>
        <w:pStyle w:val="Heading1"/>
        <w:rPr>
          <w:lang w:val="bg-BG"/>
        </w:rPr>
      </w:pPr>
      <w:bookmarkStart w:id="28" w:name="_Toc222837694"/>
      <w:r w:rsidRPr="00D77020">
        <w:rPr>
          <w:lang w:val="bg-BG"/>
        </w:rPr>
        <w:lastRenderedPageBreak/>
        <w:t xml:space="preserve">ДГС Струмяни - Обща площ: 994,9 </w:t>
      </w:r>
      <w:proofErr w:type="spellStart"/>
      <w:r w:rsidRPr="00D77020">
        <w:rPr>
          <w:lang w:val="bg-BG"/>
        </w:rPr>
        <w:t>хa</w:t>
      </w:r>
      <w:bookmarkEnd w:id="28"/>
      <w:proofErr w:type="spellEnd"/>
    </w:p>
    <w:p w14:paraId="617CDEB7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 xml:space="preserve">Зона Натура 2000: BG0000224 - Огражден - </w:t>
      </w:r>
      <w:proofErr w:type="spellStart"/>
      <w:r w:rsidRPr="00D77020">
        <w:rPr>
          <w:lang w:val="bg-BG"/>
        </w:rPr>
        <w:t>Малешево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19F1216C" w14:textId="77777777">
        <w:tc>
          <w:tcPr>
            <w:tcW w:w="1587" w:type="dxa"/>
          </w:tcPr>
          <w:p w14:paraId="0E78FF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52F755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75A9C4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0CF50D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301C20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420F858F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68838E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175A73CE" w14:textId="77777777">
        <w:tc>
          <w:tcPr>
            <w:tcW w:w="1234" w:type="dxa"/>
          </w:tcPr>
          <w:p w14:paraId="529BE9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2468A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BT-140-б</w:t>
            </w:r>
          </w:p>
        </w:tc>
        <w:tc>
          <w:tcPr>
            <w:tcW w:w="1234" w:type="dxa"/>
          </w:tcPr>
          <w:p w14:paraId="2745DB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3DF7A3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60407E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253020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26AD42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6,1</w:t>
            </w:r>
          </w:p>
        </w:tc>
      </w:tr>
      <w:tr w:rsidR="006F0136" w:rsidRPr="00D77020" w14:paraId="62ED6952" w14:textId="77777777">
        <w:tc>
          <w:tcPr>
            <w:tcW w:w="1234" w:type="dxa"/>
          </w:tcPr>
          <w:p w14:paraId="041954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AD7AB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BT-142-в</w:t>
            </w:r>
          </w:p>
        </w:tc>
        <w:tc>
          <w:tcPr>
            <w:tcW w:w="1234" w:type="dxa"/>
          </w:tcPr>
          <w:p w14:paraId="1EDAEB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142</w:t>
            </w:r>
          </w:p>
        </w:tc>
        <w:tc>
          <w:tcPr>
            <w:tcW w:w="1234" w:type="dxa"/>
          </w:tcPr>
          <w:p w14:paraId="4F7FAD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7042EE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52D2B5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890B7F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13,3</w:t>
            </w:r>
          </w:p>
        </w:tc>
      </w:tr>
      <w:tr w:rsidR="006F0136" w:rsidRPr="00D77020" w14:paraId="777FA8FD" w14:textId="77777777">
        <w:tc>
          <w:tcPr>
            <w:tcW w:w="1234" w:type="dxa"/>
          </w:tcPr>
          <w:p w14:paraId="48EE67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D10E4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BT-145-в</w:t>
            </w:r>
          </w:p>
        </w:tc>
        <w:tc>
          <w:tcPr>
            <w:tcW w:w="1234" w:type="dxa"/>
          </w:tcPr>
          <w:p w14:paraId="0C1582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145</w:t>
            </w:r>
          </w:p>
        </w:tc>
        <w:tc>
          <w:tcPr>
            <w:tcW w:w="1234" w:type="dxa"/>
          </w:tcPr>
          <w:p w14:paraId="3047C3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4C173A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322C91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72C4806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4544EE9A" w14:textId="77777777">
        <w:tc>
          <w:tcPr>
            <w:tcW w:w="1234" w:type="dxa"/>
          </w:tcPr>
          <w:p w14:paraId="7782F8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68649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BT-145-д</w:t>
            </w:r>
          </w:p>
        </w:tc>
        <w:tc>
          <w:tcPr>
            <w:tcW w:w="1234" w:type="dxa"/>
          </w:tcPr>
          <w:p w14:paraId="18B181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145</w:t>
            </w:r>
          </w:p>
        </w:tc>
        <w:tc>
          <w:tcPr>
            <w:tcW w:w="1234" w:type="dxa"/>
          </w:tcPr>
          <w:p w14:paraId="6CB5D9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176397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62A771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4CB134D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6,2</w:t>
            </w:r>
          </w:p>
        </w:tc>
      </w:tr>
      <w:tr w:rsidR="006F0136" w:rsidRPr="00D77020" w14:paraId="6496F4AC" w14:textId="77777777">
        <w:tc>
          <w:tcPr>
            <w:tcW w:w="1234" w:type="dxa"/>
          </w:tcPr>
          <w:p w14:paraId="008263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526C8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BT-145-е</w:t>
            </w:r>
          </w:p>
        </w:tc>
        <w:tc>
          <w:tcPr>
            <w:tcW w:w="1234" w:type="dxa"/>
          </w:tcPr>
          <w:p w14:paraId="5BEA65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145</w:t>
            </w:r>
          </w:p>
        </w:tc>
        <w:tc>
          <w:tcPr>
            <w:tcW w:w="1234" w:type="dxa"/>
          </w:tcPr>
          <w:p w14:paraId="4A4310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09E0FD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17660B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40E321D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1,8</w:t>
            </w:r>
          </w:p>
        </w:tc>
      </w:tr>
      <w:tr w:rsidR="006F0136" w:rsidRPr="00D77020" w14:paraId="15C08AC4" w14:textId="77777777">
        <w:tc>
          <w:tcPr>
            <w:tcW w:w="1234" w:type="dxa"/>
          </w:tcPr>
          <w:p w14:paraId="0E355F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08D27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BT-145-н</w:t>
            </w:r>
          </w:p>
        </w:tc>
        <w:tc>
          <w:tcPr>
            <w:tcW w:w="1234" w:type="dxa"/>
          </w:tcPr>
          <w:p w14:paraId="323724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145</w:t>
            </w:r>
          </w:p>
        </w:tc>
        <w:tc>
          <w:tcPr>
            <w:tcW w:w="1234" w:type="dxa"/>
          </w:tcPr>
          <w:p w14:paraId="086D41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627AD2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1CDE77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1D991B7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4,2</w:t>
            </w:r>
          </w:p>
        </w:tc>
      </w:tr>
      <w:tr w:rsidR="006F0136" w:rsidRPr="00D77020" w14:paraId="756534C1" w14:textId="77777777">
        <w:tc>
          <w:tcPr>
            <w:tcW w:w="1234" w:type="dxa"/>
          </w:tcPr>
          <w:p w14:paraId="16983A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9071E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BT-146-а</w:t>
            </w:r>
          </w:p>
        </w:tc>
        <w:tc>
          <w:tcPr>
            <w:tcW w:w="1234" w:type="dxa"/>
          </w:tcPr>
          <w:p w14:paraId="513A39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146</w:t>
            </w:r>
          </w:p>
        </w:tc>
        <w:tc>
          <w:tcPr>
            <w:tcW w:w="1234" w:type="dxa"/>
          </w:tcPr>
          <w:p w14:paraId="41AC52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0AEA1A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51FAA1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1721592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0,1</w:t>
            </w:r>
          </w:p>
        </w:tc>
      </w:tr>
      <w:tr w:rsidR="006F0136" w:rsidRPr="00D77020" w14:paraId="7C920FF9" w14:textId="77777777">
        <w:tc>
          <w:tcPr>
            <w:tcW w:w="1234" w:type="dxa"/>
          </w:tcPr>
          <w:p w14:paraId="46A5D4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2CDDE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BT-146-б</w:t>
            </w:r>
          </w:p>
        </w:tc>
        <w:tc>
          <w:tcPr>
            <w:tcW w:w="1234" w:type="dxa"/>
          </w:tcPr>
          <w:p w14:paraId="0ED3D5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146</w:t>
            </w:r>
          </w:p>
        </w:tc>
        <w:tc>
          <w:tcPr>
            <w:tcW w:w="1234" w:type="dxa"/>
          </w:tcPr>
          <w:p w14:paraId="6FB92F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2E708E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2F1326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0CA6F85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13,6</w:t>
            </w:r>
          </w:p>
        </w:tc>
      </w:tr>
      <w:tr w:rsidR="006F0136" w:rsidRPr="00D77020" w14:paraId="2FA4C5D2" w14:textId="77777777">
        <w:tc>
          <w:tcPr>
            <w:tcW w:w="1234" w:type="dxa"/>
          </w:tcPr>
          <w:p w14:paraId="0A7BB2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68179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BT-146-г</w:t>
            </w:r>
          </w:p>
        </w:tc>
        <w:tc>
          <w:tcPr>
            <w:tcW w:w="1234" w:type="dxa"/>
          </w:tcPr>
          <w:p w14:paraId="701C0C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146</w:t>
            </w:r>
          </w:p>
        </w:tc>
        <w:tc>
          <w:tcPr>
            <w:tcW w:w="1234" w:type="dxa"/>
          </w:tcPr>
          <w:p w14:paraId="7F13F7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3C1911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28D3C0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5E925A7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2C54F384" w14:textId="77777777">
        <w:tc>
          <w:tcPr>
            <w:tcW w:w="1234" w:type="dxa"/>
          </w:tcPr>
          <w:p w14:paraId="5F45CD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3DD00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BT-146-л</w:t>
            </w:r>
          </w:p>
        </w:tc>
        <w:tc>
          <w:tcPr>
            <w:tcW w:w="1234" w:type="dxa"/>
          </w:tcPr>
          <w:p w14:paraId="206B0C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146</w:t>
            </w:r>
          </w:p>
        </w:tc>
        <w:tc>
          <w:tcPr>
            <w:tcW w:w="1234" w:type="dxa"/>
          </w:tcPr>
          <w:p w14:paraId="45D7A7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7D4E84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483EE2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2F96194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6,1</w:t>
            </w:r>
          </w:p>
        </w:tc>
      </w:tr>
      <w:tr w:rsidR="006F0136" w:rsidRPr="00D77020" w14:paraId="508014A4" w14:textId="77777777">
        <w:tc>
          <w:tcPr>
            <w:tcW w:w="1234" w:type="dxa"/>
          </w:tcPr>
          <w:p w14:paraId="520EDB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F001C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BT-146-о</w:t>
            </w:r>
          </w:p>
        </w:tc>
        <w:tc>
          <w:tcPr>
            <w:tcW w:w="1234" w:type="dxa"/>
          </w:tcPr>
          <w:p w14:paraId="6259BE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146</w:t>
            </w:r>
          </w:p>
        </w:tc>
        <w:tc>
          <w:tcPr>
            <w:tcW w:w="1234" w:type="dxa"/>
          </w:tcPr>
          <w:p w14:paraId="27FEFB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7BF29B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190</w:t>
            </w:r>
          </w:p>
        </w:tc>
        <w:tc>
          <w:tcPr>
            <w:tcW w:w="1234" w:type="dxa"/>
          </w:tcPr>
          <w:p w14:paraId="253181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774C986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4,5</w:t>
            </w:r>
          </w:p>
        </w:tc>
      </w:tr>
      <w:tr w:rsidR="006F0136" w:rsidRPr="00D77020" w14:paraId="592B84D9" w14:textId="77777777">
        <w:tc>
          <w:tcPr>
            <w:tcW w:w="1234" w:type="dxa"/>
          </w:tcPr>
          <w:p w14:paraId="5CA4B4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5AA22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BT-148-п2</w:t>
            </w:r>
          </w:p>
        </w:tc>
        <w:tc>
          <w:tcPr>
            <w:tcW w:w="1234" w:type="dxa"/>
          </w:tcPr>
          <w:p w14:paraId="5AF564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148</w:t>
            </w:r>
          </w:p>
        </w:tc>
        <w:tc>
          <w:tcPr>
            <w:tcW w:w="1234" w:type="dxa"/>
          </w:tcPr>
          <w:p w14:paraId="131DD2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п2</w:t>
            </w:r>
          </w:p>
        </w:tc>
        <w:tc>
          <w:tcPr>
            <w:tcW w:w="1234" w:type="dxa"/>
          </w:tcPr>
          <w:p w14:paraId="7A2CDA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25D33D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33E4520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2,4</w:t>
            </w:r>
          </w:p>
        </w:tc>
      </w:tr>
      <w:tr w:rsidR="006F0136" w:rsidRPr="00D77020" w14:paraId="4493D985" w14:textId="77777777">
        <w:tc>
          <w:tcPr>
            <w:tcW w:w="1234" w:type="dxa"/>
          </w:tcPr>
          <w:p w14:paraId="75945C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7AA11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BT-148-ш1</w:t>
            </w:r>
          </w:p>
        </w:tc>
        <w:tc>
          <w:tcPr>
            <w:tcW w:w="1234" w:type="dxa"/>
          </w:tcPr>
          <w:p w14:paraId="326837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148</w:t>
            </w:r>
          </w:p>
        </w:tc>
        <w:tc>
          <w:tcPr>
            <w:tcW w:w="1234" w:type="dxa"/>
          </w:tcPr>
          <w:p w14:paraId="632DF3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ш1</w:t>
            </w:r>
          </w:p>
        </w:tc>
        <w:tc>
          <w:tcPr>
            <w:tcW w:w="1234" w:type="dxa"/>
          </w:tcPr>
          <w:p w14:paraId="74DC5F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4538C8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2E606F2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653EB4D5" w14:textId="77777777">
        <w:tc>
          <w:tcPr>
            <w:tcW w:w="1234" w:type="dxa"/>
          </w:tcPr>
          <w:p w14:paraId="770C94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8A2A8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BT-148-щ</w:t>
            </w:r>
          </w:p>
        </w:tc>
        <w:tc>
          <w:tcPr>
            <w:tcW w:w="1234" w:type="dxa"/>
          </w:tcPr>
          <w:p w14:paraId="5325AA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148</w:t>
            </w:r>
          </w:p>
        </w:tc>
        <w:tc>
          <w:tcPr>
            <w:tcW w:w="1234" w:type="dxa"/>
          </w:tcPr>
          <w:p w14:paraId="66FE95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щ</w:t>
            </w:r>
          </w:p>
        </w:tc>
        <w:tc>
          <w:tcPr>
            <w:tcW w:w="1234" w:type="dxa"/>
          </w:tcPr>
          <w:p w14:paraId="4FB86E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717FFC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5F64EE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23,7</w:t>
            </w:r>
          </w:p>
        </w:tc>
      </w:tr>
      <w:tr w:rsidR="006F0136" w:rsidRPr="00D77020" w14:paraId="451733F0" w14:textId="77777777">
        <w:tc>
          <w:tcPr>
            <w:tcW w:w="1234" w:type="dxa"/>
          </w:tcPr>
          <w:p w14:paraId="31AC4E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A44FB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BT-149-а1</w:t>
            </w:r>
          </w:p>
        </w:tc>
        <w:tc>
          <w:tcPr>
            <w:tcW w:w="1234" w:type="dxa"/>
          </w:tcPr>
          <w:p w14:paraId="035E01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149</w:t>
            </w:r>
          </w:p>
        </w:tc>
        <w:tc>
          <w:tcPr>
            <w:tcW w:w="1234" w:type="dxa"/>
          </w:tcPr>
          <w:p w14:paraId="4874DE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а1</w:t>
            </w:r>
          </w:p>
        </w:tc>
        <w:tc>
          <w:tcPr>
            <w:tcW w:w="1234" w:type="dxa"/>
          </w:tcPr>
          <w:p w14:paraId="4677ED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01CE9C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6E581B2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12,3</w:t>
            </w:r>
          </w:p>
        </w:tc>
      </w:tr>
      <w:tr w:rsidR="006F0136" w:rsidRPr="00D77020" w14:paraId="3C198B4A" w14:textId="77777777">
        <w:tc>
          <w:tcPr>
            <w:tcW w:w="1234" w:type="dxa"/>
          </w:tcPr>
          <w:p w14:paraId="26305D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8828C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BT-150-г</w:t>
            </w:r>
          </w:p>
        </w:tc>
        <w:tc>
          <w:tcPr>
            <w:tcW w:w="1234" w:type="dxa"/>
          </w:tcPr>
          <w:p w14:paraId="335A71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2FB89A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58153E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4213EE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1B3DC5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13,9</w:t>
            </w:r>
          </w:p>
        </w:tc>
      </w:tr>
      <w:tr w:rsidR="006F0136" w:rsidRPr="00D77020" w14:paraId="19543C2B" w14:textId="77777777">
        <w:tc>
          <w:tcPr>
            <w:tcW w:w="1234" w:type="dxa"/>
          </w:tcPr>
          <w:p w14:paraId="3B0175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21393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BT-150-д</w:t>
            </w:r>
          </w:p>
        </w:tc>
        <w:tc>
          <w:tcPr>
            <w:tcW w:w="1234" w:type="dxa"/>
          </w:tcPr>
          <w:p w14:paraId="0405C5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6C69A2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2B98EF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253BAD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7D82ADD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4,9</w:t>
            </w:r>
          </w:p>
        </w:tc>
      </w:tr>
      <w:tr w:rsidR="006F0136" w:rsidRPr="00D77020" w14:paraId="1A9C7064" w14:textId="77777777">
        <w:tc>
          <w:tcPr>
            <w:tcW w:w="1234" w:type="dxa"/>
          </w:tcPr>
          <w:p w14:paraId="4F950B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3E5F0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BT-151-б</w:t>
            </w:r>
          </w:p>
        </w:tc>
        <w:tc>
          <w:tcPr>
            <w:tcW w:w="1234" w:type="dxa"/>
          </w:tcPr>
          <w:p w14:paraId="473DE8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151</w:t>
            </w:r>
          </w:p>
        </w:tc>
        <w:tc>
          <w:tcPr>
            <w:tcW w:w="1234" w:type="dxa"/>
          </w:tcPr>
          <w:p w14:paraId="2CFAC0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2AB654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2FE784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5FC81A0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7,6</w:t>
            </w:r>
          </w:p>
        </w:tc>
      </w:tr>
      <w:tr w:rsidR="006F0136" w:rsidRPr="00D77020" w14:paraId="0945125C" w14:textId="77777777">
        <w:tc>
          <w:tcPr>
            <w:tcW w:w="1234" w:type="dxa"/>
          </w:tcPr>
          <w:p w14:paraId="7E9075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70B0D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BT-154-к</w:t>
            </w:r>
          </w:p>
        </w:tc>
        <w:tc>
          <w:tcPr>
            <w:tcW w:w="1234" w:type="dxa"/>
          </w:tcPr>
          <w:p w14:paraId="4E074B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154</w:t>
            </w:r>
          </w:p>
        </w:tc>
        <w:tc>
          <w:tcPr>
            <w:tcW w:w="1234" w:type="dxa"/>
          </w:tcPr>
          <w:p w14:paraId="08E486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420440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3839EB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1099FD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4,6</w:t>
            </w:r>
          </w:p>
        </w:tc>
      </w:tr>
      <w:tr w:rsidR="006F0136" w:rsidRPr="00D77020" w14:paraId="64FB0FCE" w14:textId="77777777">
        <w:tc>
          <w:tcPr>
            <w:tcW w:w="1234" w:type="dxa"/>
          </w:tcPr>
          <w:p w14:paraId="39DE09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61D32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BT-155-б</w:t>
            </w:r>
          </w:p>
        </w:tc>
        <w:tc>
          <w:tcPr>
            <w:tcW w:w="1234" w:type="dxa"/>
          </w:tcPr>
          <w:p w14:paraId="7933D5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155</w:t>
            </w:r>
          </w:p>
        </w:tc>
        <w:tc>
          <w:tcPr>
            <w:tcW w:w="1234" w:type="dxa"/>
          </w:tcPr>
          <w:p w14:paraId="549BB4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747B15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30E7E2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4AE8EDE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0,6</w:t>
            </w:r>
          </w:p>
        </w:tc>
      </w:tr>
      <w:tr w:rsidR="006F0136" w:rsidRPr="00D77020" w14:paraId="3B51A45F" w14:textId="77777777">
        <w:tc>
          <w:tcPr>
            <w:tcW w:w="1234" w:type="dxa"/>
          </w:tcPr>
          <w:p w14:paraId="0E9A32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C9891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BT-155-д</w:t>
            </w:r>
          </w:p>
        </w:tc>
        <w:tc>
          <w:tcPr>
            <w:tcW w:w="1234" w:type="dxa"/>
          </w:tcPr>
          <w:p w14:paraId="140D72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155</w:t>
            </w:r>
          </w:p>
        </w:tc>
        <w:tc>
          <w:tcPr>
            <w:tcW w:w="1234" w:type="dxa"/>
          </w:tcPr>
          <w:p w14:paraId="62EBB1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06F3A6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4C4C01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1ADD6AA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0B82708D" w14:textId="77777777">
        <w:tc>
          <w:tcPr>
            <w:tcW w:w="1234" w:type="dxa"/>
          </w:tcPr>
          <w:p w14:paraId="461B95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B3874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BT-155-с</w:t>
            </w:r>
          </w:p>
        </w:tc>
        <w:tc>
          <w:tcPr>
            <w:tcW w:w="1234" w:type="dxa"/>
          </w:tcPr>
          <w:p w14:paraId="2FE71A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155</w:t>
            </w:r>
          </w:p>
        </w:tc>
        <w:tc>
          <w:tcPr>
            <w:tcW w:w="1234" w:type="dxa"/>
          </w:tcPr>
          <w:p w14:paraId="4FEB86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19875A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78990E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22D61F7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4,8</w:t>
            </w:r>
          </w:p>
        </w:tc>
      </w:tr>
      <w:tr w:rsidR="006F0136" w:rsidRPr="00D77020" w14:paraId="26602022" w14:textId="77777777">
        <w:tc>
          <w:tcPr>
            <w:tcW w:w="1234" w:type="dxa"/>
          </w:tcPr>
          <w:p w14:paraId="262493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44B1E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BT-156-б</w:t>
            </w:r>
          </w:p>
        </w:tc>
        <w:tc>
          <w:tcPr>
            <w:tcW w:w="1234" w:type="dxa"/>
          </w:tcPr>
          <w:p w14:paraId="30DBDC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156</w:t>
            </w:r>
          </w:p>
        </w:tc>
        <w:tc>
          <w:tcPr>
            <w:tcW w:w="1234" w:type="dxa"/>
          </w:tcPr>
          <w:p w14:paraId="7D9C44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6EF371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0C5F50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3FAE8CE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61B6A6BA" w14:textId="77777777">
        <w:tc>
          <w:tcPr>
            <w:tcW w:w="1234" w:type="dxa"/>
          </w:tcPr>
          <w:p w14:paraId="50BD84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1878B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BT-157-а</w:t>
            </w:r>
          </w:p>
        </w:tc>
        <w:tc>
          <w:tcPr>
            <w:tcW w:w="1234" w:type="dxa"/>
          </w:tcPr>
          <w:p w14:paraId="180092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157</w:t>
            </w:r>
          </w:p>
        </w:tc>
        <w:tc>
          <w:tcPr>
            <w:tcW w:w="1234" w:type="dxa"/>
          </w:tcPr>
          <w:p w14:paraId="690818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76ADE5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0839AB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277F824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2,6</w:t>
            </w:r>
          </w:p>
        </w:tc>
      </w:tr>
      <w:tr w:rsidR="006F0136" w:rsidRPr="00D77020" w14:paraId="5E2B2D8C" w14:textId="77777777">
        <w:tc>
          <w:tcPr>
            <w:tcW w:w="1234" w:type="dxa"/>
          </w:tcPr>
          <w:p w14:paraId="372716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1A43E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BT-157-г</w:t>
            </w:r>
          </w:p>
        </w:tc>
        <w:tc>
          <w:tcPr>
            <w:tcW w:w="1234" w:type="dxa"/>
          </w:tcPr>
          <w:p w14:paraId="44F218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157</w:t>
            </w:r>
          </w:p>
        </w:tc>
        <w:tc>
          <w:tcPr>
            <w:tcW w:w="1234" w:type="dxa"/>
          </w:tcPr>
          <w:p w14:paraId="16ADF2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2A3CC8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78DD2D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834018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3,8</w:t>
            </w:r>
          </w:p>
        </w:tc>
      </w:tr>
      <w:tr w:rsidR="006F0136" w:rsidRPr="00D77020" w14:paraId="7A136BEF" w14:textId="77777777">
        <w:tc>
          <w:tcPr>
            <w:tcW w:w="1234" w:type="dxa"/>
          </w:tcPr>
          <w:p w14:paraId="397F32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FC995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BT-158-е</w:t>
            </w:r>
          </w:p>
        </w:tc>
        <w:tc>
          <w:tcPr>
            <w:tcW w:w="1234" w:type="dxa"/>
          </w:tcPr>
          <w:p w14:paraId="53674C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158</w:t>
            </w:r>
          </w:p>
        </w:tc>
        <w:tc>
          <w:tcPr>
            <w:tcW w:w="1234" w:type="dxa"/>
          </w:tcPr>
          <w:p w14:paraId="3CDEF5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508400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73163A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36CD391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0,6</w:t>
            </w:r>
          </w:p>
        </w:tc>
      </w:tr>
      <w:tr w:rsidR="006F0136" w:rsidRPr="00D77020" w14:paraId="715117E7" w14:textId="77777777">
        <w:tc>
          <w:tcPr>
            <w:tcW w:w="1234" w:type="dxa"/>
          </w:tcPr>
          <w:p w14:paraId="5620AE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ED171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BT-159-в</w:t>
            </w:r>
          </w:p>
        </w:tc>
        <w:tc>
          <w:tcPr>
            <w:tcW w:w="1234" w:type="dxa"/>
          </w:tcPr>
          <w:p w14:paraId="03EBFD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159</w:t>
            </w:r>
          </w:p>
        </w:tc>
        <w:tc>
          <w:tcPr>
            <w:tcW w:w="1234" w:type="dxa"/>
          </w:tcPr>
          <w:p w14:paraId="0F6563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3F9DCB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238441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23C5AB8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4,3</w:t>
            </w:r>
          </w:p>
        </w:tc>
      </w:tr>
      <w:tr w:rsidR="006F0136" w:rsidRPr="00D77020" w14:paraId="46C6DFA8" w14:textId="77777777">
        <w:tc>
          <w:tcPr>
            <w:tcW w:w="1234" w:type="dxa"/>
          </w:tcPr>
          <w:p w14:paraId="4F0EE0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8D775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BT-162-ю</w:t>
            </w:r>
          </w:p>
        </w:tc>
        <w:tc>
          <w:tcPr>
            <w:tcW w:w="1234" w:type="dxa"/>
          </w:tcPr>
          <w:p w14:paraId="4CCB6E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162</w:t>
            </w:r>
          </w:p>
        </w:tc>
        <w:tc>
          <w:tcPr>
            <w:tcW w:w="1234" w:type="dxa"/>
          </w:tcPr>
          <w:p w14:paraId="335C1F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ю</w:t>
            </w:r>
          </w:p>
        </w:tc>
        <w:tc>
          <w:tcPr>
            <w:tcW w:w="1234" w:type="dxa"/>
          </w:tcPr>
          <w:p w14:paraId="70396D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6636EF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649F1A7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0DA41B3E" w14:textId="77777777">
        <w:tc>
          <w:tcPr>
            <w:tcW w:w="1234" w:type="dxa"/>
          </w:tcPr>
          <w:p w14:paraId="567F12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3E6B3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BT-163-л3</w:t>
            </w:r>
          </w:p>
        </w:tc>
        <w:tc>
          <w:tcPr>
            <w:tcW w:w="1234" w:type="dxa"/>
          </w:tcPr>
          <w:p w14:paraId="247F6F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163</w:t>
            </w:r>
          </w:p>
        </w:tc>
        <w:tc>
          <w:tcPr>
            <w:tcW w:w="1234" w:type="dxa"/>
          </w:tcPr>
          <w:p w14:paraId="47F61B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л3</w:t>
            </w:r>
          </w:p>
        </w:tc>
        <w:tc>
          <w:tcPr>
            <w:tcW w:w="1234" w:type="dxa"/>
          </w:tcPr>
          <w:p w14:paraId="4780A1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2CBA9C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0E05C00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4,8</w:t>
            </w:r>
          </w:p>
        </w:tc>
      </w:tr>
      <w:tr w:rsidR="006F0136" w:rsidRPr="00D77020" w14:paraId="6B2D2990" w14:textId="77777777">
        <w:tc>
          <w:tcPr>
            <w:tcW w:w="1234" w:type="dxa"/>
          </w:tcPr>
          <w:p w14:paraId="6BB5DF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B496A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BT-163-м3</w:t>
            </w:r>
          </w:p>
        </w:tc>
        <w:tc>
          <w:tcPr>
            <w:tcW w:w="1234" w:type="dxa"/>
          </w:tcPr>
          <w:p w14:paraId="0A9542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163</w:t>
            </w:r>
          </w:p>
        </w:tc>
        <w:tc>
          <w:tcPr>
            <w:tcW w:w="1234" w:type="dxa"/>
          </w:tcPr>
          <w:p w14:paraId="1B374E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м3</w:t>
            </w:r>
          </w:p>
        </w:tc>
        <w:tc>
          <w:tcPr>
            <w:tcW w:w="1234" w:type="dxa"/>
          </w:tcPr>
          <w:p w14:paraId="33CAA0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7F7B08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2E14B33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34437395" w14:textId="77777777">
        <w:tc>
          <w:tcPr>
            <w:tcW w:w="1234" w:type="dxa"/>
          </w:tcPr>
          <w:p w14:paraId="3EA063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A1854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BT-182-к</w:t>
            </w:r>
          </w:p>
        </w:tc>
        <w:tc>
          <w:tcPr>
            <w:tcW w:w="1234" w:type="dxa"/>
          </w:tcPr>
          <w:p w14:paraId="0274F7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182</w:t>
            </w:r>
          </w:p>
        </w:tc>
        <w:tc>
          <w:tcPr>
            <w:tcW w:w="1234" w:type="dxa"/>
          </w:tcPr>
          <w:p w14:paraId="5C3FC3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153DC0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7D1896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334D36F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14,6</w:t>
            </w:r>
          </w:p>
        </w:tc>
      </w:tr>
      <w:tr w:rsidR="006F0136" w:rsidRPr="00D77020" w14:paraId="0902E210" w14:textId="77777777">
        <w:tc>
          <w:tcPr>
            <w:tcW w:w="1234" w:type="dxa"/>
          </w:tcPr>
          <w:p w14:paraId="1AB5F5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19D7E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BT-184-ф</w:t>
            </w:r>
          </w:p>
        </w:tc>
        <w:tc>
          <w:tcPr>
            <w:tcW w:w="1234" w:type="dxa"/>
          </w:tcPr>
          <w:p w14:paraId="220EB4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184</w:t>
            </w:r>
          </w:p>
        </w:tc>
        <w:tc>
          <w:tcPr>
            <w:tcW w:w="1234" w:type="dxa"/>
          </w:tcPr>
          <w:p w14:paraId="293396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ф</w:t>
            </w:r>
          </w:p>
        </w:tc>
        <w:tc>
          <w:tcPr>
            <w:tcW w:w="1234" w:type="dxa"/>
          </w:tcPr>
          <w:p w14:paraId="3B18A7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3BDE38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573435D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5,3</w:t>
            </w:r>
          </w:p>
        </w:tc>
      </w:tr>
      <w:tr w:rsidR="006F0136" w:rsidRPr="00D77020" w14:paraId="04FB4F37" w14:textId="77777777">
        <w:tc>
          <w:tcPr>
            <w:tcW w:w="1234" w:type="dxa"/>
          </w:tcPr>
          <w:p w14:paraId="4EA728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DCC62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BT-185-д</w:t>
            </w:r>
          </w:p>
        </w:tc>
        <w:tc>
          <w:tcPr>
            <w:tcW w:w="1234" w:type="dxa"/>
          </w:tcPr>
          <w:p w14:paraId="24DA4D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185</w:t>
            </w:r>
          </w:p>
        </w:tc>
        <w:tc>
          <w:tcPr>
            <w:tcW w:w="1234" w:type="dxa"/>
          </w:tcPr>
          <w:p w14:paraId="65E03F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66E566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180</w:t>
            </w:r>
          </w:p>
        </w:tc>
        <w:tc>
          <w:tcPr>
            <w:tcW w:w="1234" w:type="dxa"/>
          </w:tcPr>
          <w:p w14:paraId="098A3C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174674C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1,3</w:t>
            </w:r>
          </w:p>
        </w:tc>
      </w:tr>
      <w:tr w:rsidR="006F0136" w:rsidRPr="00D77020" w14:paraId="10A8C2EE" w14:textId="77777777">
        <w:tc>
          <w:tcPr>
            <w:tcW w:w="1234" w:type="dxa"/>
          </w:tcPr>
          <w:p w14:paraId="381A9E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04698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BT-185-е</w:t>
            </w:r>
          </w:p>
        </w:tc>
        <w:tc>
          <w:tcPr>
            <w:tcW w:w="1234" w:type="dxa"/>
          </w:tcPr>
          <w:p w14:paraId="5F4734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185</w:t>
            </w:r>
          </w:p>
        </w:tc>
        <w:tc>
          <w:tcPr>
            <w:tcW w:w="1234" w:type="dxa"/>
          </w:tcPr>
          <w:p w14:paraId="49A8BA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68FEDD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149001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73975BC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1,5</w:t>
            </w:r>
          </w:p>
        </w:tc>
      </w:tr>
      <w:tr w:rsidR="006F0136" w:rsidRPr="00D77020" w14:paraId="11F5768B" w14:textId="77777777">
        <w:tc>
          <w:tcPr>
            <w:tcW w:w="1234" w:type="dxa"/>
          </w:tcPr>
          <w:p w14:paraId="354ACB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17379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BT-185-ж</w:t>
            </w:r>
          </w:p>
        </w:tc>
        <w:tc>
          <w:tcPr>
            <w:tcW w:w="1234" w:type="dxa"/>
          </w:tcPr>
          <w:p w14:paraId="15F872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185</w:t>
            </w:r>
          </w:p>
        </w:tc>
        <w:tc>
          <w:tcPr>
            <w:tcW w:w="1234" w:type="dxa"/>
          </w:tcPr>
          <w:p w14:paraId="774392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764631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7DD741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45FCE54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1,9</w:t>
            </w:r>
          </w:p>
        </w:tc>
      </w:tr>
      <w:tr w:rsidR="006F0136" w:rsidRPr="00D77020" w14:paraId="68C234E9" w14:textId="77777777">
        <w:tc>
          <w:tcPr>
            <w:tcW w:w="1234" w:type="dxa"/>
          </w:tcPr>
          <w:p w14:paraId="10D175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E94D8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BT-185-з</w:t>
            </w:r>
          </w:p>
        </w:tc>
        <w:tc>
          <w:tcPr>
            <w:tcW w:w="1234" w:type="dxa"/>
          </w:tcPr>
          <w:p w14:paraId="3F3D11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185</w:t>
            </w:r>
          </w:p>
        </w:tc>
        <w:tc>
          <w:tcPr>
            <w:tcW w:w="1234" w:type="dxa"/>
          </w:tcPr>
          <w:p w14:paraId="24DE9B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0AFDE3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490852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5F44AD8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2,8</w:t>
            </w:r>
          </w:p>
        </w:tc>
      </w:tr>
      <w:tr w:rsidR="006F0136" w:rsidRPr="00D77020" w14:paraId="02B34AE2" w14:textId="77777777">
        <w:tc>
          <w:tcPr>
            <w:tcW w:w="1234" w:type="dxa"/>
          </w:tcPr>
          <w:p w14:paraId="7D74CE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5164D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BT-185-и</w:t>
            </w:r>
          </w:p>
        </w:tc>
        <w:tc>
          <w:tcPr>
            <w:tcW w:w="1234" w:type="dxa"/>
          </w:tcPr>
          <w:p w14:paraId="43AE71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185</w:t>
            </w:r>
          </w:p>
        </w:tc>
        <w:tc>
          <w:tcPr>
            <w:tcW w:w="1234" w:type="dxa"/>
          </w:tcPr>
          <w:p w14:paraId="163DDB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5E2954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7298C5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69EEA16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1,8</w:t>
            </w:r>
          </w:p>
        </w:tc>
      </w:tr>
      <w:tr w:rsidR="006F0136" w:rsidRPr="00D77020" w14:paraId="27A7F61C" w14:textId="77777777">
        <w:tc>
          <w:tcPr>
            <w:tcW w:w="1234" w:type="dxa"/>
          </w:tcPr>
          <w:p w14:paraId="334C7E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8A713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BT-185-к</w:t>
            </w:r>
          </w:p>
        </w:tc>
        <w:tc>
          <w:tcPr>
            <w:tcW w:w="1234" w:type="dxa"/>
          </w:tcPr>
          <w:p w14:paraId="5C9748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185</w:t>
            </w:r>
          </w:p>
        </w:tc>
        <w:tc>
          <w:tcPr>
            <w:tcW w:w="1234" w:type="dxa"/>
          </w:tcPr>
          <w:p w14:paraId="32D044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7ACD8C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3AA4C4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5E0CAF2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2,7</w:t>
            </w:r>
          </w:p>
        </w:tc>
      </w:tr>
      <w:tr w:rsidR="006F0136" w:rsidRPr="00D77020" w14:paraId="6545420C" w14:textId="77777777">
        <w:tc>
          <w:tcPr>
            <w:tcW w:w="1234" w:type="dxa"/>
          </w:tcPr>
          <w:p w14:paraId="719957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2C1A6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BT-185-л</w:t>
            </w:r>
          </w:p>
        </w:tc>
        <w:tc>
          <w:tcPr>
            <w:tcW w:w="1234" w:type="dxa"/>
          </w:tcPr>
          <w:p w14:paraId="7A203F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185</w:t>
            </w:r>
          </w:p>
        </w:tc>
        <w:tc>
          <w:tcPr>
            <w:tcW w:w="1234" w:type="dxa"/>
          </w:tcPr>
          <w:p w14:paraId="422293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438C1B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7108C2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781C005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6,6</w:t>
            </w:r>
          </w:p>
        </w:tc>
      </w:tr>
      <w:tr w:rsidR="006F0136" w:rsidRPr="00D77020" w14:paraId="3CE9CA11" w14:textId="77777777">
        <w:tc>
          <w:tcPr>
            <w:tcW w:w="1234" w:type="dxa"/>
          </w:tcPr>
          <w:p w14:paraId="2D03B4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23932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BT-186-в</w:t>
            </w:r>
          </w:p>
        </w:tc>
        <w:tc>
          <w:tcPr>
            <w:tcW w:w="1234" w:type="dxa"/>
          </w:tcPr>
          <w:p w14:paraId="675D51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186</w:t>
            </w:r>
          </w:p>
        </w:tc>
        <w:tc>
          <w:tcPr>
            <w:tcW w:w="1234" w:type="dxa"/>
          </w:tcPr>
          <w:p w14:paraId="021E0C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55C537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09ECCC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5C7CDAF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5,0</w:t>
            </w:r>
          </w:p>
        </w:tc>
      </w:tr>
      <w:tr w:rsidR="006F0136" w:rsidRPr="00D77020" w14:paraId="57CBEDBE" w14:textId="77777777">
        <w:tc>
          <w:tcPr>
            <w:tcW w:w="1234" w:type="dxa"/>
          </w:tcPr>
          <w:p w14:paraId="6FF9C3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BDA1A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BT-186-д</w:t>
            </w:r>
          </w:p>
        </w:tc>
        <w:tc>
          <w:tcPr>
            <w:tcW w:w="1234" w:type="dxa"/>
          </w:tcPr>
          <w:p w14:paraId="593262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186</w:t>
            </w:r>
          </w:p>
        </w:tc>
        <w:tc>
          <w:tcPr>
            <w:tcW w:w="1234" w:type="dxa"/>
          </w:tcPr>
          <w:p w14:paraId="7CF178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5697ED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1D6F0E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4889569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6,8</w:t>
            </w:r>
          </w:p>
        </w:tc>
      </w:tr>
      <w:tr w:rsidR="006F0136" w:rsidRPr="00D77020" w14:paraId="2DCDA53C" w14:textId="77777777">
        <w:tc>
          <w:tcPr>
            <w:tcW w:w="1234" w:type="dxa"/>
          </w:tcPr>
          <w:p w14:paraId="456C7A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DAED5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BT-187-а</w:t>
            </w:r>
          </w:p>
        </w:tc>
        <w:tc>
          <w:tcPr>
            <w:tcW w:w="1234" w:type="dxa"/>
          </w:tcPr>
          <w:p w14:paraId="6736B6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187</w:t>
            </w:r>
          </w:p>
        </w:tc>
        <w:tc>
          <w:tcPr>
            <w:tcW w:w="1234" w:type="dxa"/>
          </w:tcPr>
          <w:p w14:paraId="390957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3665B3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76A61E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5DFF7F9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9,6</w:t>
            </w:r>
          </w:p>
        </w:tc>
      </w:tr>
      <w:tr w:rsidR="006F0136" w:rsidRPr="00D77020" w14:paraId="5F9B87C5" w14:textId="77777777">
        <w:tc>
          <w:tcPr>
            <w:tcW w:w="1234" w:type="dxa"/>
          </w:tcPr>
          <w:p w14:paraId="4548B4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1352A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BT-187-е</w:t>
            </w:r>
          </w:p>
        </w:tc>
        <w:tc>
          <w:tcPr>
            <w:tcW w:w="1234" w:type="dxa"/>
          </w:tcPr>
          <w:p w14:paraId="3FA07F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187</w:t>
            </w:r>
          </w:p>
        </w:tc>
        <w:tc>
          <w:tcPr>
            <w:tcW w:w="1234" w:type="dxa"/>
          </w:tcPr>
          <w:p w14:paraId="0B4FF7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15D405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01D20E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728125F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8,8</w:t>
            </w:r>
          </w:p>
        </w:tc>
      </w:tr>
      <w:tr w:rsidR="006F0136" w:rsidRPr="00D77020" w14:paraId="166088F8" w14:textId="77777777">
        <w:tc>
          <w:tcPr>
            <w:tcW w:w="1234" w:type="dxa"/>
          </w:tcPr>
          <w:p w14:paraId="6CB483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4177E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BT-187-ж</w:t>
            </w:r>
          </w:p>
        </w:tc>
        <w:tc>
          <w:tcPr>
            <w:tcW w:w="1234" w:type="dxa"/>
          </w:tcPr>
          <w:p w14:paraId="746760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187</w:t>
            </w:r>
          </w:p>
        </w:tc>
        <w:tc>
          <w:tcPr>
            <w:tcW w:w="1234" w:type="dxa"/>
          </w:tcPr>
          <w:p w14:paraId="3CEBF2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42C4A5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0D0ED6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0D3A732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5,8</w:t>
            </w:r>
          </w:p>
        </w:tc>
      </w:tr>
      <w:tr w:rsidR="006F0136" w:rsidRPr="00D77020" w14:paraId="7BD3815C" w14:textId="77777777">
        <w:tc>
          <w:tcPr>
            <w:tcW w:w="1234" w:type="dxa"/>
          </w:tcPr>
          <w:p w14:paraId="107357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3FE24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BT-187-з</w:t>
            </w:r>
          </w:p>
        </w:tc>
        <w:tc>
          <w:tcPr>
            <w:tcW w:w="1234" w:type="dxa"/>
          </w:tcPr>
          <w:p w14:paraId="37BDE3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187</w:t>
            </w:r>
          </w:p>
        </w:tc>
        <w:tc>
          <w:tcPr>
            <w:tcW w:w="1234" w:type="dxa"/>
          </w:tcPr>
          <w:p w14:paraId="0ADA18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6BFB1E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1BDE5A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3C3C995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1,3</w:t>
            </w:r>
          </w:p>
        </w:tc>
      </w:tr>
      <w:tr w:rsidR="006F0136" w:rsidRPr="00D77020" w14:paraId="7FF5891E" w14:textId="77777777">
        <w:tc>
          <w:tcPr>
            <w:tcW w:w="1234" w:type="dxa"/>
          </w:tcPr>
          <w:p w14:paraId="7C168F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2020</w:t>
            </w:r>
          </w:p>
        </w:tc>
        <w:tc>
          <w:tcPr>
            <w:tcW w:w="1234" w:type="dxa"/>
          </w:tcPr>
          <w:p w14:paraId="089381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BT-187-л</w:t>
            </w:r>
          </w:p>
        </w:tc>
        <w:tc>
          <w:tcPr>
            <w:tcW w:w="1234" w:type="dxa"/>
          </w:tcPr>
          <w:p w14:paraId="1DD9CD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187</w:t>
            </w:r>
          </w:p>
        </w:tc>
        <w:tc>
          <w:tcPr>
            <w:tcW w:w="1234" w:type="dxa"/>
          </w:tcPr>
          <w:p w14:paraId="47BCE8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352E02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190</w:t>
            </w:r>
          </w:p>
        </w:tc>
        <w:tc>
          <w:tcPr>
            <w:tcW w:w="1234" w:type="dxa"/>
          </w:tcPr>
          <w:p w14:paraId="4122E5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72C4B8E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2,3</w:t>
            </w:r>
          </w:p>
        </w:tc>
      </w:tr>
      <w:tr w:rsidR="006F0136" w:rsidRPr="00D77020" w14:paraId="3559723A" w14:textId="77777777">
        <w:tc>
          <w:tcPr>
            <w:tcW w:w="1234" w:type="dxa"/>
          </w:tcPr>
          <w:p w14:paraId="099A4D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FAEDA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BT-188-д</w:t>
            </w:r>
          </w:p>
        </w:tc>
        <w:tc>
          <w:tcPr>
            <w:tcW w:w="1234" w:type="dxa"/>
          </w:tcPr>
          <w:p w14:paraId="71F2B0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188</w:t>
            </w:r>
          </w:p>
        </w:tc>
        <w:tc>
          <w:tcPr>
            <w:tcW w:w="1234" w:type="dxa"/>
          </w:tcPr>
          <w:p w14:paraId="0672A4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772D7A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26C723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0B3308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4FF2ECCA" w14:textId="77777777">
        <w:tc>
          <w:tcPr>
            <w:tcW w:w="1234" w:type="dxa"/>
          </w:tcPr>
          <w:p w14:paraId="437FE3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C59BD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BT-189-г</w:t>
            </w:r>
          </w:p>
        </w:tc>
        <w:tc>
          <w:tcPr>
            <w:tcW w:w="1234" w:type="dxa"/>
          </w:tcPr>
          <w:p w14:paraId="39C961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189</w:t>
            </w:r>
          </w:p>
        </w:tc>
        <w:tc>
          <w:tcPr>
            <w:tcW w:w="1234" w:type="dxa"/>
          </w:tcPr>
          <w:p w14:paraId="7DAF3E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46F6DE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07C3BB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B0D7FF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5,2</w:t>
            </w:r>
          </w:p>
        </w:tc>
      </w:tr>
      <w:tr w:rsidR="006F0136" w:rsidRPr="00D77020" w14:paraId="4A5E028A" w14:textId="77777777">
        <w:tc>
          <w:tcPr>
            <w:tcW w:w="1234" w:type="dxa"/>
          </w:tcPr>
          <w:p w14:paraId="3572D4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15F76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BT-189-д</w:t>
            </w:r>
          </w:p>
        </w:tc>
        <w:tc>
          <w:tcPr>
            <w:tcW w:w="1234" w:type="dxa"/>
          </w:tcPr>
          <w:p w14:paraId="164802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189</w:t>
            </w:r>
          </w:p>
        </w:tc>
        <w:tc>
          <w:tcPr>
            <w:tcW w:w="1234" w:type="dxa"/>
          </w:tcPr>
          <w:p w14:paraId="63A0BA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28268C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69DED0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3F6B3D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5,5</w:t>
            </w:r>
          </w:p>
        </w:tc>
      </w:tr>
      <w:tr w:rsidR="006F0136" w:rsidRPr="00D77020" w14:paraId="1DE63F25" w14:textId="77777777">
        <w:tc>
          <w:tcPr>
            <w:tcW w:w="1234" w:type="dxa"/>
          </w:tcPr>
          <w:p w14:paraId="139454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C711F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BT-189-е</w:t>
            </w:r>
          </w:p>
        </w:tc>
        <w:tc>
          <w:tcPr>
            <w:tcW w:w="1234" w:type="dxa"/>
          </w:tcPr>
          <w:p w14:paraId="5AD51B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189</w:t>
            </w:r>
          </w:p>
        </w:tc>
        <w:tc>
          <w:tcPr>
            <w:tcW w:w="1234" w:type="dxa"/>
          </w:tcPr>
          <w:p w14:paraId="3C947E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27D6A0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6FC5A9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D0BEF4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6,4</w:t>
            </w:r>
          </w:p>
        </w:tc>
      </w:tr>
      <w:tr w:rsidR="006F0136" w:rsidRPr="00D77020" w14:paraId="325AC03C" w14:textId="77777777">
        <w:tc>
          <w:tcPr>
            <w:tcW w:w="1234" w:type="dxa"/>
          </w:tcPr>
          <w:p w14:paraId="251140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1E6B1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BT-189-з</w:t>
            </w:r>
          </w:p>
        </w:tc>
        <w:tc>
          <w:tcPr>
            <w:tcW w:w="1234" w:type="dxa"/>
          </w:tcPr>
          <w:p w14:paraId="2A26DA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189</w:t>
            </w:r>
          </w:p>
        </w:tc>
        <w:tc>
          <w:tcPr>
            <w:tcW w:w="1234" w:type="dxa"/>
          </w:tcPr>
          <w:p w14:paraId="2F9FA0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19CEA2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273BD4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D4C475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4,5</w:t>
            </w:r>
          </w:p>
        </w:tc>
      </w:tr>
      <w:tr w:rsidR="006F0136" w:rsidRPr="00D77020" w14:paraId="027D5A21" w14:textId="77777777">
        <w:tc>
          <w:tcPr>
            <w:tcW w:w="1234" w:type="dxa"/>
          </w:tcPr>
          <w:p w14:paraId="5E8D84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6221A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BT-189-и</w:t>
            </w:r>
          </w:p>
        </w:tc>
        <w:tc>
          <w:tcPr>
            <w:tcW w:w="1234" w:type="dxa"/>
          </w:tcPr>
          <w:p w14:paraId="156D78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189</w:t>
            </w:r>
          </w:p>
        </w:tc>
        <w:tc>
          <w:tcPr>
            <w:tcW w:w="1234" w:type="dxa"/>
          </w:tcPr>
          <w:p w14:paraId="23BDA6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3D9EE8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144739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B77803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8,0</w:t>
            </w:r>
          </w:p>
        </w:tc>
      </w:tr>
      <w:tr w:rsidR="006F0136" w:rsidRPr="00D77020" w14:paraId="55C7A4FA" w14:textId="77777777">
        <w:tc>
          <w:tcPr>
            <w:tcW w:w="1234" w:type="dxa"/>
          </w:tcPr>
          <w:p w14:paraId="1DF749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2C3FA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BT-189-к</w:t>
            </w:r>
          </w:p>
        </w:tc>
        <w:tc>
          <w:tcPr>
            <w:tcW w:w="1234" w:type="dxa"/>
          </w:tcPr>
          <w:p w14:paraId="2367FD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189</w:t>
            </w:r>
          </w:p>
        </w:tc>
        <w:tc>
          <w:tcPr>
            <w:tcW w:w="1234" w:type="dxa"/>
          </w:tcPr>
          <w:p w14:paraId="67872A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478593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6A7A1B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696EABF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23,0</w:t>
            </w:r>
          </w:p>
        </w:tc>
      </w:tr>
      <w:tr w:rsidR="006F0136" w:rsidRPr="00D77020" w14:paraId="5A787295" w14:textId="77777777">
        <w:tc>
          <w:tcPr>
            <w:tcW w:w="1234" w:type="dxa"/>
          </w:tcPr>
          <w:p w14:paraId="6710F5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0B61B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BT-203-ш1</w:t>
            </w:r>
          </w:p>
        </w:tc>
        <w:tc>
          <w:tcPr>
            <w:tcW w:w="1234" w:type="dxa"/>
          </w:tcPr>
          <w:p w14:paraId="3542FD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203</w:t>
            </w:r>
          </w:p>
        </w:tc>
        <w:tc>
          <w:tcPr>
            <w:tcW w:w="1234" w:type="dxa"/>
          </w:tcPr>
          <w:p w14:paraId="6600C9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ш1</w:t>
            </w:r>
          </w:p>
        </w:tc>
        <w:tc>
          <w:tcPr>
            <w:tcW w:w="1234" w:type="dxa"/>
          </w:tcPr>
          <w:p w14:paraId="47407A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0FA9DD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02B4504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4,3</w:t>
            </w:r>
          </w:p>
        </w:tc>
      </w:tr>
      <w:tr w:rsidR="006F0136" w:rsidRPr="00D77020" w14:paraId="28DD39EA" w14:textId="77777777">
        <w:tc>
          <w:tcPr>
            <w:tcW w:w="1234" w:type="dxa"/>
          </w:tcPr>
          <w:p w14:paraId="59D0A0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39F1F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BT-203-щ1</w:t>
            </w:r>
          </w:p>
        </w:tc>
        <w:tc>
          <w:tcPr>
            <w:tcW w:w="1234" w:type="dxa"/>
          </w:tcPr>
          <w:p w14:paraId="7A89EE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203</w:t>
            </w:r>
          </w:p>
        </w:tc>
        <w:tc>
          <w:tcPr>
            <w:tcW w:w="1234" w:type="dxa"/>
          </w:tcPr>
          <w:p w14:paraId="189D66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щ1</w:t>
            </w:r>
          </w:p>
        </w:tc>
        <w:tc>
          <w:tcPr>
            <w:tcW w:w="1234" w:type="dxa"/>
          </w:tcPr>
          <w:p w14:paraId="6965E1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0478AB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245696A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8,9</w:t>
            </w:r>
          </w:p>
        </w:tc>
      </w:tr>
      <w:tr w:rsidR="006F0136" w:rsidRPr="00D77020" w14:paraId="39C693A9" w14:textId="77777777">
        <w:tc>
          <w:tcPr>
            <w:tcW w:w="1234" w:type="dxa"/>
          </w:tcPr>
          <w:p w14:paraId="4A038B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51B7B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BT-204-е</w:t>
            </w:r>
          </w:p>
        </w:tc>
        <w:tc>
          <w:tcPr>
            <w:tcW w:w="1234" w:type="dxa"/>
          </w:tcPr>
          <w:p w14:paraId="0A6D3C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204</w:t>
            </w:r>
          </w:p>
        </w:tc>
        <w:tc>
          <w:tcPr>
            <w:tcW w:w="1234" w:type="dxa"/>
          </w:tcPr>
          <w:p w14:paraId="1BB08C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5F1A55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1056C7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C3B4B5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1,9</w:t>
            </w:r>
          </w:p>
        </w:tc>
      </w:tr>
      <w:tr w:rsidR="006F0136" w:rsidRPr="00D77020" w14:paraId="1AC8507D" w14:textId="77777777">
        <w:tc>
          <w:tcPr>
            <w:tcW w:w="1234" w:type="dxa"/>
          </w:tcPr>
          <w:p w14:paraId="121B9D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88282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BT-208-б</w:t>
            </w:r>
          </w:p>
        </w:tc>
        <w:tc>
          <w:tcPr>
            <w:tcW w:w="1234" w:type="dxa"/>
          </w:tcPr>
          <w:p w14:paraId="51E52D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208</w:t>
            </w:r>
          </w:p>
        </w:tc>
        <w:tc>
          <w:tcPr>
            <w:tcW w:w="1234" w:type="dxa"/>
          </w:tcPr>
          <w:p w14:paraId="60221A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176826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11A9B4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368155E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5B1F457D" w14:textId="77777777">
        <w:tc>
          <w:tcPr>
            <w:tcW w:w="1234" w:type="dxa"/>
          </w:tcPr>
          <w:p w14:paraId="11C484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B1392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BT-208-в</w:t>
            </w:r>
          </w:p>
        </w:tc>
        <w:tc>
          <w:tcPr>
            <w:tcW w:w="1234" w:type="dxa"/>
          </w:tcPr>
          <w:p w14:paraId="78F48C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208</w:t>
            </w:r>
          </w:p>
        </w:tc>
        <w:tc>
          <w:tcPr>
            <w:tcW w:w="1234" w:type="dxa"/>
          </w:tcPr>
          <w:p w14:paraId="58B49C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23E9CD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5B80F2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7CE0E78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1,4</w:t>
            </w:r>
          </w:p>
        </w:tc>
      </w:tr>
      <w:tr w:rsidR="006F0136" w:rsidRPr="00D77020" w14:paraId="21204BD1" w14:textId="77777777">
        <w:tc>
          <w:tcPr>
            <w:tcW w:w="1234" w:type="dxa"/>
          </w:tcPr>
          <w:p w14:paraId="59B9BA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53993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BT-208-д</w:t>
            </w:r>
          </w:p>
        </w:tc>
        <w:tc>
          <w:tcPr>
            <w:tcW w:w="1234" w:type="dxa"/>
          </w:tcPr>
          <w:p w14:paraId="4CE5D7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208</w:t>
            </w:r>
          </w:p>
        </w:tc>
        <w:tc>
          <w:tcPr>
            <w:tcW w:w="1234" w:type="dxa"/>
          </w:tcPr>
          <w:p w14:paraId="2884B2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05AD9D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7078F4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6B546E8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1,3</w:t>
            </w:r>
          </w:p>
        </w:tc>
      </w:tr>
      <w:tr w:rsidR="006F0136" w:rsidRPr="00D77020" w14:paraId="5E2BE32F" w14:textId="77777777">
        <w:tc>
          <w:tcPr>
            <w:tcW w:w="1234" w:type="dxa"/>
          </w:tcPr>
          <w:p w14:paraId="6F095B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50D0C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BT-211-н</w:t>
            </w:r>
          </w:p>
        </w:tc>
        <w:tc>
          <w:tcPr>
            <w:tcW w:w="1234" w:type="dxa"/>
          </w:tcPr>
          <w:p w14:paraId="70B886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211</w:t>
            </w:r>
          </w:p>
        </w:tc>
        <w:tc>
          <w:tcPr>
            <w:tcW w:w="1234" w:type="dxa"/>
          </w:tcPr>
          <w:p w14:paraId="721A28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708F64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4808B1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1081C9E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4,7</w:t>
            </w:r>
          </w:p>
        </w:tc>
      </w:tr>
      <w:tr w:rsidR="006F0136" w:rsidRPr="00D77020" w14:paraId="4E290010" w14:textId="77777777">
        <w:tc>
          <w:tcPr>
            <w:tcW w:w="1234" w:type="dxa"/>
          </w:tcPr>
          <w:p w14:paraId="54B75F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9D22B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BT-212-л</w:t>
            </w:r>
          </w:p>
        </w:tc>
        <w:tc>
          <w:tcPr>
            <w:tcW w:w="1234" w:type="dxa"/>
          </w:tcPr>
          <w:p w14:paraId="2EE480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212</w:t>
            </w:r>
          </w:p>
        </w:tc>
        <w:tc>
          <w:tcPr>
            <w:tcW w:w="1234" w:type="dxa"/>
          </w:tcPr>
          <w:p w14:paraId="0F2540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232831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5807EA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42B5A93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7642DF1B" w14:textId="77777777">
        <w:tc>
          <w:tcPr>
            <w:tcW w:w="1234" w:type="dxa"/>
          </w:tcPr>
          <w:p w14:paraId="15F44D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845E3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BT-213-р1</w:t>
            </w:r>
          </w:p>
        </w:tc>
        <w:tc>
          <w:tcPr>
            <w:tcW w:w="1234" w:type="dxa"/>
          </w:tcPr>
          <w:p w14:paraId="0C411A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213</w:t>
            </w:r>
          </w:p>
        </w:tc>
        <w:tc>
          <w:tcPr>
            <w:tcW w:w="1234" w:type="dxa"/>
          </w:tcPr>
          <w:p w14:paraId="3892F6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р1</w:t>
            </w:r>
          </w:p>
        </w:tc>
        <w:tc>
          <w:tcPr>
            <w:tcW w:w="1234" w:type="dxa"/>
          </w:tcPr>
          <w:p w14:paraId="791194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326F17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6AE88BA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5,6</w:t>
            </w:r>
          </w:p>
        </w:tc>
      </w:tr>
      <w:tr w:rsidR="006F0136" w:rsidRPr="00D77020" w14:paraId="2C2793CB" w14:textId="77777777">
        <w:tc>
          <w:tcPr>
            <w:tcW w:w="1234" w:type="dxa"/>
          </w:tcPr>
          <w:p w14:paraId="7E7613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2E2AF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BT-213-ю</w:t>
            </w:r>
          </w:p>
        </w:tc>
        <w:tc>
          <w:tcPr>
            <w:tcW w:w="1234" w:type="dxa"/>
          </w:tcPr>
          <w:p w14:paraId="1D75E6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213</w:t>
            </w:r>
          </w:p>
        </w:tc>
        <w:tc>
          <w:tcPr>
            <w:tcW w:w="1234" w:type="dxa"/>
          </w:tcPr>
          <w:p w14:paraId="4F0C35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ю</w:t>
            </w:r>
          </w:p>
        </w:tc>
        <w:tc>
          <w:tcPr>
            <w:tcW w:w="1234" w:type="dxa"/>
          </w:tcPr>
          <w:p w14:paraId="226956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3E35F0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365313B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7,7</w:t>
            </w:r>
          </w:p>
        </w:tc>
      </w:tr>
      <w:tr w:rsidR="006F0136" w:rsidRPr="00D77020" w14:paraId="5024049D" w14:textId="77777777">
        <w:tc>
          <w:tcPr>
            <w:tcW w:w="1234" w:type="dxa"/>
          </w:tcPr>
          <w:p w14:paraId="055D9D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36E22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BT-214-а</w:t>
            </w:r>
          </w:p>
        </w:tc>
        <w:tc>
          <w:tcPr>
            <w:tcW w:w="1234" w:type="dxa"/>
          </w:tcPr>
          <w:p w14:paraId="63263E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214</w:t>
            </w:r>
          </w:p>
        </w:tc>
        <w:tc>
          <w:tcPr>
            <w:tcW w:w="1234" w:type="dxa"/>
          </w:tcPr>
          <w:p w14:paraId="4D4181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65177E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515C82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50D73E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9,1</w:t>
            </w:r>
          </w:p>
        </w:tc>
      </w:tr>
      <w:tr w:rsidR="006F0136" w:rsidRPr="00D77020" w14:paraId="3C302D19" w14:textId="77777777">
        <w:tc>
          <w:tcPr>
            <w:tcW w:w="1234" w:type="dxa"/>
          </w:tcPr>
          <w:p w14:paraId="10D1CE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BEC12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BT-217-е</w:t>
            </w:r>
          </w:p>
        </w:tc>
        <w:tc>
          <w:tcPr>
            <w:tcW w:w="1234" w:type="dxa"/>
          </w:tcPr>
          <w:p w14:paraId="0A7CE8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217</w:t>
            </w:r>
          </w:p>
        </w:tc>
        <w:tc>
          <w:tcPr>
            <w:tcW w:w="1234" w:type="dxa"/>
          </w:tcPr>
          <w:p w14:paraId="74DEC2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20E1B7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0E3E51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7C8C4B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14,5</w:t>
            </w:r>
          </w:p>
        </w:tc>
      </w:tr>
      <w:tr w:rsidR="006F0136" w:rsidRPr="00D77020" w14:paraId="4588F4E3" w14:textId="77777777">
        <w:tc>
          <w:tcPr>
            <w:tcW w:w="1234" w:type="dxa"/>
          </w:tcPr>
          <w:p w14:paraId="1F3EF8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DDF10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BT-218-б</w:t>
            </w:r>
          </w:p>
        </w:tc>
        <w:tc>
          <w:tcPr>
            <w:tcW w:w="1234" w:type="dxa"/>
          </w:tcPr>
          <w:p w14:paraId="018433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218</w:t>
            </w:r>
          </w:p>
        </w:tc>
        <w:tc>
          <w:tcPr>
            <w:tcW w:w="1234" w:type="dxa"/>
          </w:tcPr>
          <w:p w14:paraId="47A578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31FC01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2BD996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56602D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5,3</w:t>
            </w:r>
          </w:p>
        </w:tc>
      </w:tr>
      <w:tr w:rsidR="006F0136" w:rsidRPr="00D77020" w14:paraId="17C1987E" w14:textId="77777777">
        <w:tc>
          <w:tcPr>
            <w:tcW w:w="1234" w:type="dxa"/>
          </w:tcPr>
          <w:p w14:paraId="322774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E9C94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BT-218-г</w:t>
            </w:r>
          </w:p>
        </w:tc>
        <w:tc>
          <w:tcPr>
            <w:tcW w:w="1234" w:type="dxa"/>
          </w:tcPr>
          <w:p w14:paraId="47FCDA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218</w:t>
            </w:r>
          </w:p>
        </w:tc>
        <w:tc>
          <w:tcPr>
            <w:tcW w:w="1234" w:type="dxa"/>
          </w:tcPr>
          <w:p w14:paraId="4A6630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4D633A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72BF36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2CAD848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6,9</w:t>
            </w:r>
          </w:p>
        </w:tc>
      </w:tr>
      <w:tr w:rsidR="006F0136" w:rsidRPr="00D77020" w14:paraId="01801E7C" w14:textId="77777777">
        <w:tc>
          <w:tcPr>
            <w:tcW w:w="1234" w:type="dxa"/>
          </w:tcPr>
          <w:p w14:paraId="7903D9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3C5EC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BT-218-ж</w:t>
            </w:r>
          </w:p>
        </w:tc>
        <w:tc>
          <w:tcPr>
            <w:tcW w:w="1234" w:type="dxa"/>
          </w:tcPr>
          <w:p w14:paraId="7B0807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218</w:t>
            </w:r>
          </w:p>
        </w:tc>
        <w:tc>
          <w:tcPr>
            <w:tcW w:w="1234" w:type="dxa"/>
          </w:tcPr>
          <w:p w14:paraId="7E256F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7D3688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301DEE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0763249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2,1</w:t>
            </w:r>
          </w:p>
        </w:tc>
      </w:tr>
      <w:tr w:rsidR="006F0136" w:rsidRPr="00D77020" w14:paraId="368BD23A" w14:textId="77777777">
        <w:tc>
          <w:tcPr>
            <w:tcW w:w="1234" w:type="dxa"/>
          </w:tcPr>
          <w:p w14:paraId="2B1E3C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1F6C4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BT-218-з</w:t>
            </w:r>
          </w:p>
        </w:tc>
        <w:tc>
          <w:tcPr>
            <w:tcW w:w="1234" w:type="dxa"/>
          </w:tcPr>
          <w:p w14:paraId="32E955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218</w:t>
            </w:r>
          </w:p>
        </w:tc>
        <w:tc>
          <w:tcPr>
            <w:tcW w:w="1234" w:type="dxa"/>
          </w:tcPr>
          <w:p w14:paraId="3C8915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72033F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01A44C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17085AB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1,4</w:t>
            </w:r>
          </w:p>
        </w:tc>
      </w:tr>
      <w:tr w:rsidR="006F0136" w:rsidRPr="00D77020" w14:paraId="67DB6B4A" w14:textId="77777777">
        <w:tc>
          <w:tcPr>
            <w:tcW w:w="1234" w:type="dxa"/>
          </w:tcPr>
          <w:p w14:paraId="2D0CDA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129C6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BT-218-к</w:t>
            </w:r>
          </w:p>
        </w:tc>
        <w:tc>
          <w:tcPr>
            <w:tcW w:w="1234" w:type="dxa"/>
          </w:tcPr>
          <w:p w14:paraId="1AB467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218</w:t>
            </w:r>
          </w:p>
        </w:tc>
        <w:tc>
          <w:tcPr>
            <w:tcW w:w="1234" w:type="dxa"/>
          </w:tcPr>
          <w:p w14:paraId="15F348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312D8C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3B6F53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8EFF01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8,6</w:t>
            </w:r>
          </w:p>
        </w:tc>
      </w:tr>
      <w:tr w:rsidR="006F0136" w:rsidRPr="00D77020" w14:paraId="009374BF" w14:textId="77777777">
        <w:tc>
          <w:tcPr>
            <w:tcW w:w="1234" w:type="dxa"/>
          </w:tcPr>
          <w:p w14:paraId="67AFDF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110E3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BT-218-л</w:t>
            </w:r>
          </w:p>
        </w:tc>
        <w:tc>
          <w:tcPr>
            <w:tcW w:w="1234" w:type="dxa"/>
          </w:tcPr>
          <w:p w14:paraId="5FEA6F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218</w:t>
            </w:r>
          </w:p>
        </w:tc>
        <w:tc>
          <w:tcPr>
            <w:tcW w:w="1234" w:type="dxa"/>
          </w:tcPr>
          <w:p w14:paraId="3FC85B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047DA1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62B2F6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0694412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5,2</w:t>
            </w:r>
          </w:p>
        </w:tc>
      </w:tr>
      <w:tr w:rsidR="006F0136" w:rsidRPr="00D77020" w14:paraId="3A688095" w14:textId="77777777">
        <w:tc>
          <w:tcPr>
            <w:tcW w:w="1234" w:type="dxa"/>
          </w:tcPr>
          <w:p w14:paraId="33F26A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5DE23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BT-219-в</w:t>
            </w:r>
          </w:p>
        </w:tc>
        <w:tc>
          <w:tcPr>
            <w:tcW w:w="1234" w:type="dxa"/>
          </w:tcPr>
          <w:p w14:paraId="6615C3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219</w:t>
            </w:r>
          </w:p>
        </w:tc>
        <w:tc>
          <w:tcPr>
            <w:tcW w:w="1234" w:type="dxa"/>
          </w:tcPr>
          <w:p w14:paraId="6BF92F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51A80D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371793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E86F4C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1,4</w:t>
            </w:r>
          </w:p>
        </w:tc>
      </w:tr>
      <w:tr w:rsidR="006F0136" w:rsidRPr="00D77020" w14:paraId="62893DB1" w14:textId="77777777">
        <w:tc>
          <w:tcPr>
            <w:tcW w:w="1234" w:type="dxa"/>
          </w:tcPr>
          <w:p w14:paraId="5619A0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025CC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BT-219-н</w:t>
            </w:r>
          </w:p>
        </w:tc>
        <w:tc>
          <w:tcPr>
            <w:tcW w:w="1234" w:type="dxa"/>
          </w:tcPr>
          <w:p w14:paraId="35208A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219</w:t>
            </w:r>
          </w:p>
        </w:tc>
        <w:tc>
          <w:tcPr>
            <w:tcW w:w="1234" w:type="dxa"/>
          </w:tcPr>
          <w:p w14:paraId="3C720C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7E5029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645A4F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77B1294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8,8</w:t>
            </w:r>
          </w:p>
        </w:tc>
      </w:tr>
      <w:tr w:rsidR="006F0136" w:rsidRPr="00D77020" w14:paraId="537BB5B7" w14:textId="77777777">
        <w:tc>
          <w:tcPr>
            <w:tcW w:w="1234" w:type="dxa"/>
          </w:tcPr>
          <w:p w14:paraId="461092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4CE6B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BT-219-п</w:t>
            </w:r>
          </w:p>
        </w:tc>
        <w:tc>
          <w:tcPr>
            <w:tcW w:w="1234" w:type="dxa"/>
          </w:tcPr>
          <w:p w14:paraId="7E0718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219</w:t>
            </w:r>
          </w:p>
        </w:tc>
        <w:tc>
          <w:tcPr>
            <w:tcW w:w="1234" w:type="dxa"/>
          </w:tcPr>
          <w:p w14:paraId="7146E2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476A12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4B61C3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0A19FC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0A7EC5FF" w14:textId="77777777">
        <w:tc>
          <w:tcPr>
            <w:tcW w:w="1234" w:type="dxa"/>
          </w:tcPr>
          <w:p w14:paraId="4BF703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E4299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BT-221-б</w:t>
            </w:r>
          </w:p>
        </w:tc>
        <w:tc>
          <w:tcPr>
            <w:tcW w:w="1234" w:type="dxa"/>
          </w:tcPr>
          <w:p w14:paraId="3BF5E2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221</w:t>
            </w:r>
          </w:p>
        </w:tc>
        <w:tc>
          <w:tcPr>
            <w:tcW w:w="1234" w:type="dxa"/>
          </w:tcPr>
          <w:p w14:paraId="62FE7E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5840F0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4E524B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628137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8,0</w:t>
            </w:r>
          </w:p>
        </w:tc>
      </w:tr>
      <w:tr w:rsidR="006F0136" w:rsidRPr="00D77020" w14:paraId="480EF152" w14:textId="77777777">
        <w:tc>
          <w:tcPr>
            <w:tcW w:w="1234" w:type="dxa"/>
          </w:tcPr>
          <w:p w14:paraId="3C7E89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D6800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BT-221-в</w:t>
            </w:r>
          </w:p>
        </w:tc>
        <w:tc>
          <w:tcPr>
            <w:tcW w:w="1234" w:type="dxa"/>
          </w:tcPr>
          <w:p w14:paraId="79ED36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221</w:t>
            </w:r>
          </w:p>
        </w:tc>
        <w:tc>
          <w:tcPr>
            <w:tcW w:w="1234" w:type="dxa"/>
          </w:tcPr>
          <w:p w14:paraId="1C5ED1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7C9F54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077EA2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0390F5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1,7</w:t>
            </w:r>
          </w:p>
        </w:tc>
      </w:tr>
      <w:tr w:rsidR="006F0136" w:rsidRPr="00D77020" w14:paraId="1E0DFB38" w14:textId="77777777">
        <w:tc>
          <w:tcPr>
            <w:tcW w:w="1234" w:type="dxa"/>
          </w:tcPr>
          <w:p w14:paraId="004CB9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A7F92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BT-221-д</w:t>
            </w:r>
          </w:p>
        </w:tc>
        <w:tc>
          <w:tcPr>
            <w:tcW w:w="1234" w:type="dxa"/>
          </w:tcPr>
          <w:p w14:paraId="2B1F8E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221</w:t>
            </w:r>
          </w:p>
        </w:tc>
        <w:tc>
          <w:tcPr>
            <w:tcW w:w="1234" w:type="dxa"/>
          </w:tcPr>
          <w:p w14:paraId="74BBBD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616F1B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7E7A21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E5C17E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4,9</w:t>
            </w:r>
          </w:p>
        </w:tc>
      </w:tr>
      <w:tr w:rsidR="006F0136" w:rsidRPr="00D77020" w14:paraId="29430B77" w14:textId="77777777">
        <w:tc>
          <w:tcPr>
            <w:tcW w:w="1234" w:type="dxa"/>
          </w:tcPr>
          <w:p w14:paraId="196B68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88D9E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BT-226-е1</w:t>
            </w:r>
          </w:p>
        </w:tc>
        <w:tc>
          <w:tcPr>
            <w:tcW w:w="1234" w:type="dxa"/>
          </w:tcPr>
          <w:p w14:paraId="7BF916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226</w:t>
            </w:r>
          </w:p>
        </w:tc>
        <w:tc>
          <w:tcPr>
            <w:tcW w:w="1234" w:type="dxa"/>
          </w:tcPr>
          <w:p w14:paraId="1DEFB8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е1</w:t>
            </w:r>
          </w:p>
        </w:tc>
        <w:tc>
          <w:tcPr>
            <w:tcW w:w="1234" w:type="dxa"/>
          </w:tcPr>
          <w:p w14:paraId="107FAC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0CFC70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4B7381B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8,2</w:t>
            </w:r>
          </w:p>
        </w:tc>
      </w:tr>
      <w:tr w:rsidR="006F0136" w:rsidRPr="00D77020" w14:paraId="21D7741B" w14:textId="77777777">
        <w:tc>
          <w:tcPr>
            <w:tcW w:w="1234" w:type="dxa"/>
          </w:tcPr>
          <w:p w14:paraId="0C1B95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942E4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BT-229-г</w:t>
            </w:r>
          </w:p>
        </w:tc>
        <w:tc>
          <w:tcPr>
            <w:tcW w:w="1234" w:type="dxa"/>
          </w:tcPr>
          <w:p w14:paraId="3649D6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229</w:t>
            </w:r>
          </w:p>
        </w:tc>
        <w:tc>
          <w:tcPr>
            <w:tcW w:w="1234" w:type="dxa"/>
          </w:tcPr>
          <w:p w14:paraId="49C4EF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2322B8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06079A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6CB9755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12,9</w:t>
            </w:r>
          </w:p>
        </w:tc>
      </w:tr>
      <w:tr w:rsidR="006F0136" w:rsidRPr="00D77020" w14:paraId="10BABBF2" w14:textId="77777777">
        <w:tc>
          <w:tcPr>
            <w:tcW w:w="1234" w:type="dxa"/>
          </w:tcPr>
          <w:p w14:paraId="618E00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FA507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BT-237-з</w:t>
            </w:r>
          </w:p>
        </w:tc>
        <w:tc>
          <w:tcPr>
            <w:tcW w:w="1234" w:type="dxa"/>
          </w:tcPr>
          <w:p w14:paraId="191EBC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237</w:t>
            </w:r>
          </w:p>
        </w:tc>
        <w:tc>
          <w:tcPr>
            <w:tcW w:w="1234" w:type="dxa"/>
          </w:tcPr>
          <w:p w14:paraId="4B2701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328049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7EA357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5B66C5A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2,1</w:t>
            </w:r>
          </w:p>
        </w:tc>
      </w:tr>
      <w:tr w:rsidR="006F0136" w:rsidRPr="00D77020" w14:paraId="6E2B65C2" w14:textId="77777777">
        <w:tc>
          <w:tcPr>
            <w:tcW w:w="1234" w:type="dxa"/>
          </w:tcPr>
          <w:p w14:paraId="66C8DF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335C7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BT-237-и</w:t>
            </w:r>
          </w:p>
        </w:tc>
        <w:tc>
          <w:tcPr>
            <w:tcW w:w="1234" w:type="dxa"/>
          </w:tcPr>
          <w:p w14:paraId="013DA1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237</w:t>
            </w:r>
          </w:p>
        </w:tc>
        <w:tc>
          <w:tcPr>
            <w:tcW w:w="1234" w:type="dxa"/>
          </w:tcPr>
          <w:p w14:paraId="346359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625E13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4E28F2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13EFB62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23,9</w:t>
            </w:r>
          </w:p>
        </w:tc>
      </w:tr>
      <w:tr w:rsidR="006F0136" w:rsidRPr="00D77020" w14:paraId="4E87B8A3" w14:textId="77777777">
        <w:tc>
          <w:tcPr>
            <w:tcW w:w="1234" w:type="dxa"/>
          </w:tcPr>
          <w:p w14:paraId="11EBA5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843CF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BT-239-д</w:t>
            </w:r>
          </w:p>
        </w:tc>
        <w:tc>
          <w:tcPr>
            <w:tcW w:w="1234" w:type="dxa"/>
          </w:tcPr>
          <w:p w14:paraId="7C7B9C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239</w:t>
            </w:r>
          </w:p>
        </w:tc>
        <w:tc>
          <w:tcPr>
            <w:tcW w:w="1234" w:type="dxa"/>
          </w:tcPr>
          <w:p w14:paraId="2D20FD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659A65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6F387D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652B708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58EE0288" w14:textId="77777777">
        <w:tc>
          <w:tcPr>
            <w:tcW w:w="1234" w:type="dxa"/>
          </w:tcPr>
          <w:p w14:paraId="47C332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67F2B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BT-317-ч</w:t>
            </w:r>
          </w:p>
        </w:tc>
        <w:tc>
          <w:tcPr>
            <w:tcW w:w="1234" w:type="dxa"/>
          </w:tcPr>
          <w:p w14:paraId="77BE0E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317</w:t>
            </w:r>
          </w:p>
        </w:tc>
        <w:tc>
          <w:tcPr>
            <w:tcW w:w="1234" w:type="dxa"/>
          </w:tcPr>
          <w:p w14:paraId="51302C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ч</w:t>
            </w:r>
          </w:p>
        </w:tc>
        <w:tc>
          <w:tcPr>
            <w:tcW w:w="1234" w:type="dxa"/>
          </w:tcPr>
          <w:p w14:paraId="401C8D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226399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1FA432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13,4</w:t>
            </w:r>
          </w:p>
        </w:tc>
      </w:tr>
      <w:tr w:rsidR="006F0136" w:rsidRPr="00D77020" w14:paraId="131F8043" w14:textId="77777777">
        <w:tc>
          <w:tcPr>
            <w:tcW w:w="1234" w:type="dxa"/>
          </w:tcPr>
          <w:p w14:paraId="3DE408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02422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BT-322-ш</w:t>
            </w:r>
          </w:p>
        </w:tc>
        <w:tc>
          <w:tcPr>
            <w:tcW w:w="1234" w:type="dxa"/>
          </w:tcPr>
          <w:p w14:paraId="354A82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322</w:t>
            </w:r>
          </w:p>
        </w:tc>
        <w:tc>
          <w:tcPr>
            <w:tcW w:w="1234" w:type="dxa"/>
          </w:tcPr>
          <w:p w14:paraId="067771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ш</w:t>
            </w:r>
          </w:p>
        </w:tc>
        <w:tc>
          <w:tcPr>
            <w:tcW w:w="1234" w:type="dxa"/>
          </w:tcPr>
          <w:p w14:paraId="2F561E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234" w:type="dxa"/>
          </w:tcPr>
          <w:p w14:paraId="15DB96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2420A32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8,5</w:t>
            </w:r>
          </w:p>
        </w:tc>
      </w:tr>
      <w:tr w:rsidR="006F0136" w:rsidRPr="00D77020" w14:paraId="45BE5D2C" w14:textId="77777777">
        <w:tc>
          <w:tcPr>
            <w:tcW w:w="7404" w:type="dxa"/>
            <w:gridSpan w:val="6"/>
          </w:tcPr>
          <w:p w14:paraId="3A8838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16E0B64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468,3</w:t>
            </w:r>
          </w:p>
        </w:tc>
      </w:tr>
    </w:tbl>
    <w:p w14:paraId="3309397A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BG0000366 - Кресна - Илинденци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278F5181" w14:textId="77777777">
        <w:tc>
          <w:tcPr>
            <w:tcW w:w="1587" w:type="dxa"/>
          </w:tcPr>
          <w:p w14:paraId="03EEC4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79FB11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2FDB96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161915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5B5969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103B87DB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56D795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43264C36" w14:textId="77777777">
        <w:tc>
          <w:tcPr>
            <w:tcW w:w="1234" w:type="dxa"/>
          </w:tcPr>
          <w:p w14:paraId="40367A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517F2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BT-10-р</w:t>
            </w:r>
          </w:p>
        </w:tc>
        <w:tc>
          <w:tcPr>
            <w:tcW w:w="1234" w:type="dxa"/>
          </w:tcPr>
          <w:p w14:paraId="02C1EE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</w:t>
            </w:r>
          </w:p>
        </w:tc>
        <w:tc>
          <w:tcPr>
            <w:tcW w:w="1234" w:type="dxa"/>
          </w:tcPr>
          <w:p w14:paraId="64F9FD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657F34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5C0A2B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0D34F1A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0,1</w:t>
            </w:r>
          </w:p>
        </w:tc>
      </w:tr>
      <w:tr w:rsidR="006F0136" w:rsidRPr="00D77020" w14:paraId="3BA1CB9A" w14:textId="77777777">
        <w:tc>
          <w:tcPr>
            <w:tcW w:w="1234" w:type="dxa"/>
          </w:tcPr>
          <w:p w14:paraId="2F4679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DA576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BT-11-л</w:t>
            </w:r>
          </w:p>
        </w:tc>
        <w:tc>
          <w:tcPr>
            <w:tcW w:w="1234" w:type="dxa"/>
          </w:tcPr>
          <w:p w14:paraId="0FB050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</w:t>
            </w:r>
          </w:p>
        </w:tc>
        <w:tc>
          <w:tcPr>
            <w:tcW w:w="1234" w:type="dxa"/>
          </w:tcPr>
          <w:p w14:paraId="7A03D0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7F54B8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703A45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068F1EE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3,7</w:t>
            </w:r>
          </w:p>
        </w:tc>
      </w:tr>
      <w:tr w:rsidR="006F0136" w:rsidRPr="00D77020" w14:paraId="30105F0D" w14:textId="77777777">
        <w:tc>
          <w:tcPr>
            <w:tcW w:w="1234" w:type="dxa"/>
          </w:tcPr>
          <w:p w14:paraId="490CAF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6B7C7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BT-11-р</w:t>
            </w:r>
          </w:p>
        </w:tc>
        <w:tc>
          <w:tcPr>
            <w:tcW w:w="1234" w:type="dxa"/>
          </w:tcPr>
          <w:p w14:paraId="537CE9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</w:t>
            </w:r>
          </w:p>
        </w:tc>
        <w:tc>
          <w:tcPr>
            <w:tcW w:w="1234" w:type="dxa"/>
          </w:tcPr>
          <w:p w14:paraId="7A1C3B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28115E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3D6132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54DFFD9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3,9</w:t>
            </w:r>
          </w:p>
        </w:tc>
      </w:tr>
      <w:tr w:rsidR="006F0136" w:rsidRPr="00D77020" w14:paraId="154042D0" w14:textId="77777777">
        <w:tc>
          <w:tcPr>
            <w:tcW w:w="1234" w:type="dxa"/>
          </w:tcPr>
          <w:p w14:paraId="7F1B3D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30D98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BT-12-д</w:t>
            </w:r>
          </w:p>
        </w:tc>
        <w:tc>
          <w:tcPr>
            <w:tcW w:w="1234" w:type="dxa"/>
          </w:tcPr>
          <w:p w14:paraId="4B9CD1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</w:t>
            </w:r>
          </w:p>
        </w:tc>
        <w:tc>
          <w:tcPr>
            <w:tcW w:w="1234" w:type="dxa"/>
          </w:tcPr>
          <w:p w14:paraId="5A2108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403D2E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062D2B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0DE13F2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759829DF" w14:textId="77777777">
        <w:tc>
          <w:tcPr>
            <w:tcW w:w="1234" w:type="dxa"/>
          </w:tcPr>
          <w:p w14:paraId="5D4FED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E4E43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BT-12-ж</w:t>
            </w:r>
          </w:p>
        </w:tc>
        <w:tc>
          <w:tcPr>
            <w:tcW w:w="1234" w:type="dxa"/>
          </w:tcPr>
          <w:p w14:paraId="7B7C06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</w:t>
            </w:r>
          </w:p>
        </w:tc>
        <w:tc>
          <w:tcPr>
            <w:tcW w:w="1234" w:type="dxa"/>
          </w:tcPr>
          <w:p w14:paraId="6006DF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02BAAB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4E578B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0F98D7B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15,6</w:t>
            </w:r>
          </w:p>
        </w:tc>
      </w:tr>
      <w:tr w:rsidR="006F0136" w:rsidRPr="00D77020" w14:paraId="422066E9" w14:textId="77777777">
        <w:tc>
          <w:tcPr>
            <w:tcW w:w="1234" w:type="dxa"/>
          </w:tcPr>
          <w:p w14:paraId="698B38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CF669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BT-12-з</w:t>
            </w:r>
          </w:p>
        </w:tc>
        <w:tc>
          <w:tcPr>
            <w:tcW w:w="1234" w:type="dxa"/>
          </w:tcPr>
          <w:p w14:paraId="34331B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</w:t>
            </w:r>
          </w:p>
        </w:tc>
        <w:tc>
          <w:tcPr>
            <w:tcW w:w="1234" w:type="dxa"/>
          </w:tcPr>
          <w:p w14:paraId="27C207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59A17F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23A765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67F521D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2,0</w:t>
            </w:r>
          </w:p>
        </w:tc>
      </w:tr>
      <w:tr w:rsidR="006F0136" w:rsidRPr="00D77020" w14:paraId="083D7E7A" w14:textId="77777777">
        <w:tc>
          <w:tcPr>
            <w:tcW w:w="1234" w:type="dxa"/>
          </w:tcPr>
          <w:p w14:paraId="7018D3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2020</w:t>
            </w:r>
          </w:p>
        </w:tc>
        <w:tc>
          <w:tcPr>
            <w:tcW w:w="1234" w:type="dxa"/>
          </w:tcPr>
          <w:p w14:paraId="03808E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BT-122-а</w:t>
            </w:r>
          </w:p>
        </w:tc>
        <w:tc>
          <w:tcPr>
            <w:tcW w:w="1234" w:type="dxa"/>
          </w:tcPr>
          <w:p w14:paraId="75E864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122</w:t>
            </w:r>
          </w:p>
        </w:tc>
        <w:tc>
          <w:tcPr>
            <w:tcW w:w="1234" w:type="dxa"/>
          </w:tcPr>
          <w:p w14:paraId="6F626B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2DBCC1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3D4E63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341A40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1,6</w:t>
            </w:r>
          </w:p>
        </w:tc>
      </w:tr>
      <w:tr w:rsidR="006F0136" w:rsidRPr="00D77020" w14:paraId="23EF2DA4" w14:textId="77777777">
        <w:tc>
          <w:tcPr>
            <w:tcW w:w="1234" w:type="dxa"/>
          </w:tcPr>
          <w:p w14:paraId="3A29C6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FA070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BT-123-т</w:t>
            </w:r>
          </w:p>
        </w:tc>
        <w:tc>
          <w:tcPr>
            <w:tcW w:w="1234" w:type="dxa"/>
          </w:tcPr>
          <w:p w14:paraId="790502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123</w:t>
            </w:r>
          </w:p>
        </w:tc>
        <w:tc>
          <w:tcPr>
            <w:tcW w:w="1234" w:type="dxa"/>
          </w:tcPr>
          <w:p w14:paraId="502E5B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1D77AA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12DDEB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6A35B3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9,1</w:t>
            </w:r>
          </w:p>
        </w:tc>
      </w:tr>
      <w:tr w:rsidR="006F0136" w:rsidRPr="00D77020" w14:paraId="548177FD" w14:textId="77777777">
        <w:tc>
          <w:tcPr>
            <w:tcW w:w="1234" w:type="dxa"/>
          </w:tcPr>
          <w:p w14:paraId="29B6AC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FF8B5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BT-124-п</w:t>
            </w:r>
          </w:p>
        </w:tc>
        <w:tc>
          <w:tcPr>
            <w:tcW w:w="1234" w:type="dxa"/>
          </w:tcPr>
          <w:p w14:paraId="636390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124</w:t>
            </w:r>
          </w:p>
        </w:tc>
        <w:tc>
          <w:tcPr>
            <w:tcW w:w="1234" w:type="dxa"/>
          </w:tcPr>
          <w:p w14:paraId="7D9E0C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335AE5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4132C0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31E828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6,1</w:t>
            </w:r>
          </w:p>
        </w:tc>
      </w:tr>
      <w:tr w:rsidR="006F0136" w:rsidRPr="00D77020" w14:paraId="63ACECA9" w14:textId="77777777">
        <w:tc>
          <w:tcPr>
            <w:tcW w:w="1234" w:type="dxa"/>
          </w:tcPr>
          <w:p w14:paraId="05E4F8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C2507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BT-125-у1</w:t>
            </w:r>
          </w:p>
        </w:tc>
        <w:tc>
          <w:tcPr>
            <w:tcW w:w="1234" w:type="dxa"/>
          </w:tcPr>
          <w:p w14:paraId="73ACD0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125</w:t>
            </w:r>
          </w:p>
        </w:tc>
        <w:tc>
          <w:tcPr>
            <w:tcW w:w="1234" w:type="dxa"/>
          </w:tcPr>
          <w:p w14:paraId="47C6D4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у1</w:t>
            </w:r>
          </w:p>
        </w:tc>
        <w:tc>
          <w:tcPr>
            <w:tcW w:w="1234" w:type="dxa"/>
          </w:tcPr>
          <w:p w14:paraId="31E364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7B9881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4A1866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3,0</w:t>
            </w:r>
          </w:p>
        </w:tc>
      </w:tr>
      <w:tr w:rsidR="006F0136" w:rsidRPr="00D77020" w14:paraId="0849632B" w14:textId="77777777">
        <w:tc>
          <w:tcPr>
            <w:tcW w:w="1234" w:type="dxa"/>
          </w:tcPr>
          <w:p w14:paraId="7BFFFC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691B2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BT-126-т</w:t>
            </w:r>
          </w:p>
        </w:tc>
        <w:tc>
          <w:tcPr>
            <w:tcW w:w="1234" w:type="dxa"/>
          </w:tcPr>
          <w:p w14:paraId="3E81EE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126</w:t>
            </w:r>
          </w:p>
        </w:tc>
        <w:tc>
          <w:tcPr>
            <w:tcW w:w="1234" w:type="dxa"/>
          </w:tcPr>
          <w:p w14:paraId="19A84E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68DAD9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2EE578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4464EC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2,7</w:t>
            </w:r>
          </w:p>
        </w:tc>
      </w:tr>
      <w:tr w:rsidR="006F0136" w:rsidRPr="00D77020" w14:paraId="4A676626" w14:textId="77777777">
        <w:tc>
          <w:tcPr>
            <w:tcW w:w="1234" w:type="dxa"/>
          </w:tcPr>
          <w:p w14:paraId="026E1C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549FB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BT-128-г</w:t>
            </w:r>
          </w:p>
        </w:tc>
        <w:tc>
          <w:tcPr>
            <w:tcW w:w="1234" w:type="dxa"/>
          </w:tcPr>
          <w:p w14:paraId="12548C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128</w:t>
            </w:r>
          </w:p>
        </w:tc>
        <w:tc>
          <w:tcPr>
            <w:tcW w:w="1234" w:type="dxa"/>
          </w:tcPr>
          <w:p w14:paraId="50AC48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7C5ED2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5CC2E2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B65C5F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1,6</w:t>
            </w:r>
          </w:p>
        </w:tc>
      </w:tr>
      <w:tr w:rsidR="006F0136" w:rsidRPr="00D77020" w14:paraId="1D29B1B6" w14:textId="77777777">
        <w:tc>
          <w:tcPr>
            <w:tcW w:w="1234" w:type="dxa"/>
          </w:tcPr>
          <w:p w14:paraId="7BC691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BB96F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BT-128-ф</w:t>
            </w:r>
          </w:p>
        </w:tc>
        <w:tc>
          <w:tcPr>
            <w:tcW w:w="1234" w:type="dxa"/>
          </w:tcPr>
          <w:p w14:paraId="63F1D8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128</w:t>
            </w:r>
          </w:p>
        </w:tc>
        <w:tc>
          <w:tcPr>
            <w:tcW w:w="1234" w:type="dxa"/>
          </w:tcPr>
          <w:p w14:paraId="501A6C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ф</w:t>
            </w:r>
          </w:p>
        </w:tc>
        <w:tc>
          <w:tcPr>
            <w:tcW w:w="1234" w:type="dxa"/>
          </w:tcPr>
          <w:p w14:paraId="20C939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62A993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E8987C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13,3</w:t>
            </w:r>
          </w:p>
        </w:tc>
      </w:tr>
      <w:tr w:rsidR="006F0136" w:rsidRPr="00D77020" w14:paraId="7D6D2612" w14:textId="77777777">
        <w:tc>
          <w:tcPr>
            <w:tcW w:w="1234" w:type="dxa"/>
          </w:tcPr>
          <w:p w14:paraId="639348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44744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BT-128-ч1</w:t>
            </w:r>
          </w:p>
        </w:tc>
        <w:tc>
          <w:tcPr>
            <w:tcW w:w="1234" w:type="dxa"/>
          </w:tcPr>
          <w:p w14:paraId="5D0A4B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128</w:t>
            </w:r>
          </w:p>
        </w:tc>
        <w:tc>
          <w:tcPr>
            <w:tcW w:w="1234" w:type="dxa"/>
          </w:tcPr>
          <w:p w14:paraId="6F0B41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ч1</w:t>
            </w:r>
          </w:p>
        </w:tc>
        <w:tc>
          <w:tcPr>
            <w:tcW w:w="1234" w:type="dxa"/>
          </w:tcPr>
          <w:p w14:paraId="1DCA9A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00A5AF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6F53D05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13445096" w14:textId="77777777">
        <w:tc>
          <w:tcPr>
            <w:tcW w:w="1234" w:type="dxa"/>
          </w:tcPr>
          <w:p w14:paraId="5F5A85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EBC02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BT-13-а</w:t>
            </w:r>
          </w:p>
        </w:tc>
        <w:tc>
          <w:tcPr>
            <w:tcW w:w="1234" w:type="dxa"/>
          </w:tcPr>
          <w:p w14:paraId="7DC26D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</w:t>
            </w:r>
          </w:p>
        </w:tc>
        <w:tc>
          <w:tcPr>
            <w:tcW w:w="1234" w:type="dxa"/>
          </w:tcPr>
          <w:p w14:paraId="26E205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480454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693C98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54AD312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10,2</w:t>
            </w:r>
          </w:p>
        </w:tc>
      </w:tr>
      <w:tr w:rsidR="006F0136" w:rsidRPr="00D77020" w14:paraId="19F4E495" w14:textId="77777777">
        <w:tc>
          <w:tcPr>
            <w:tcW w:w="1234" w:type="dxa"/>
          </w:tcPr>
          <w:p w14:paraId="3ED437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E68AF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BT-13-б</w:t>
            </w:r>
          </w:p>
        </w:tc>
        <w:tc>
          <w:tcPr>
            <w:tcW w:w="1234" w:type="dxa"/>
          </w:tcPr>
          <w:p w14:paraId="41268D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</w:t>
            </w:r>
          </w:p>
        </w:tc>
        <w:tc>
          <w:tcPr>
            <w:tcW w:w="1234" w:type="dxa"/>
          </w:tcPr>
          <w:p w14:paraId="7F19E0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1EC5E3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28A3E9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333BD8B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4,6</w:t>
            </w:r>
          </w:p>
        </w:tc>
      </w:tr>
      <w:tr w:rsidR="006F0136" w:rsidRPr="00D77020" w14:paraId="3167C43E" w14:textId="77777777">
        <w:tc>
          <w:tcPr>
            <w:tcW w:w="1234" w:type="dxa"/>
          </w:tcPr>
          <w:p w14:paraId="62F1D9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3297E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BT-13-м</w:t>
            </w:r>
          </w:p>
        </w:tc>
        <w:tc>
          <w:tcPr>
            <w:tcW w:w="1234" w:type="dxa"/>
          </w:tcPr>
          <w:p w14:paraId="19F995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</w:t>
            </w:r>
          </w:p>
        </w:tc>
        <w:tc>
          <w:tcPr>
            <w:tcW w:w="1234" w:type="dxa"/>
          </w:tcPr>
          <w:p w14:paraId="16FAE7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328FA0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4B0ED1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127BC60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23,7</w:t>
            </w:r>
          </w:p>
        </w:tc>
      </w:tr>
      <w:tr w:rsidR="006F0136" w:rsidRPr="00D77020" w14:paraId="4AA70740" w14:textId="77777777">
        <w:tc>
          <w:tcPr>
            <w:tcW w:w="1234" w:type="dxa"/>
          </w:tcPr>
          <w:p w14:paraId="74E05A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E0F54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BT-13-н</w:t>
            </w:r>
          </w:p>
        </w:tc>
        <w:tc>
          <w:tcPr>
            <w:tcW w:w="1234" w:type="dxa"/>
          </w:tcPr>
          <w:p w14:paraId="0D3A11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</w:t>
            </w:r>
          </w:p>
        </w:tc>
        <w:tc>
          <w:tcPr>
            <w:tcW w:w="1234" w:type="dxa"/>
          </w:tcPr>
          <w:p w14:paraId="07B074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176DB9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676F85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3C4F561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5B0AE1D0" w14:textId="77777777">
        <w:tc>
          <w:tcPr>
            <w:tcW w:w="1234" w:type="dxa"/>
          </w:tcPr>
          <w:p w14:paraId="04CDF9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CFC53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BT-130-б1</w:t>
            </w:r>
          </w:p>
        </w:tc>
        <w:tc>
          <w:tcPr>
            <w:tcW w:w="1234" w:type="dxa"/>
          </w:tcPr>
          <w:p w14:paraId="2721E0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59C15A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б1</w:t>
            </w:r>
          </w:p>
        </w:tc>
        <w:tc>
          <w:tcPr>
            <w:tcW w:w="1234" w:type="dxa"/>
          </w:tcPr>
          <w:p w14:paraId="69B7B0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46E852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59BDA25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4,0</w:t>
            </w:r>
          </w:p>
        </w:tc>
      </w:tr>
      <w:tr w:rsidR="006F0136" w:rsidRPr="00D77020" w14:paraId="5B2E7257" w14:textId="77777777">
        <w:tc>
          <w:tcPr>
            <w:tcW w:w="1234" w:type="dxa"/>
          </w:tcPr>
          <w:p w14:paraId="4B85D7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8A776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BT-130-л</w:t>
            </w:r>
          </w:p>
        </w:tc>
        <w:tc>
          <w:tcPr>
            <w:tcW w:w="1234" w:type="dxa"/>
          </w:tcPr>
          <w:p w14:paraId="7B8376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7D5388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08ABDC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4438E3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5569E97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4,3</w:t>
            </w:r>
          </w:p>
        </w:tc>
      </w:tr>
      <w:tr w:rsidR="006F0136" w:rsidRPr="00D77020" w14:paraId="37F97A11" w14:textId="77777777">
        <w:tc>
          <w:tcPr>
            <w:tcW w:w="1234" w:type="dxa"/>
          </w:tcPr>
          <w:p w14:paraId="1FE553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BD2F4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BT-130-т</w:t>
            </w:r>
          </w:p>
        </w:tc>
        <w:tc>
          <w:tcPr>
            <w:tcW w:w="1234" w:type="dxa"/>
          </w:tcPr>
          <w:p w14:paraId="270781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660E10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449A97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79C11C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006B85D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727EA869" w14:textId="77777777">
        <w:tc>
          <w:tcPr>
            <w:tcW w:w="1234" w:type="dxa"/>
          </w:tcPr>
          <w:p w14:paraId="78CCC1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2295E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BT-130-ф</w:t>
            </w:r>
          </w:p>
        </w:tc>
        <w:tc>
          <w:tcPr>
            <w:tcW w:w="1234" w:type="dxa"/>
          </w:tcPr>
          <w:p w14:paraId="680E50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0832C6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ф</w:t>
            </w:r>
          </w:p>
        </w:tc>
        <w:tc>
          <w:tcPr>
            <w:tcW w:w="1234" w:type="dxa"/>
          </w:tcPr>
          <w:p w14:paraId="1EF3C0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0831C9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79133FA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2,3</w:t>
            </w:r>
          </w:p>
        </w:tc>
      </w:tr>
      <w:tr w:rsidR="006F0136" w:rsidRPr="00D77020" w14:paraId="53B39F72" w14:textId="77777777">
        <w:tc>
          <w:tcPr>
            <w:tcW w:w="1234" w:type="dxa"/>
          </w:tcPr>
          <w:p w14:paraId="000FB8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6376F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BT-131-и</w:t>
            </w:r>
          </w:p>
        </w:tc>
        <w:tc>
          <w:tcPr>
            <w:tcW w:w="1234" w:type="dxa"/>
          </w:tcPr>
          <w:p w14:paraId="47C66C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131</w:t>
            </w:r>
          </w:p>
        </w:tc>
        <w:tc>
          <w:tcPr>
            <w:tcW w:w="1234" w:type="dxa"/>
          </w:tcPr>
          <w:p w14:paraId="223372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2AB0C2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5A2950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E1055A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8,0</w:t>
            </w:r>
          </w:p>
        </w:tc>
      </w:tr>
      <w:tr w:rsidR="006F0136" w:rsidRPr="00D77020" w14:paraId="16D8A947" w14:textId="77777777">
        <w:tc>
          <w:tcPr>
            <w:tcW w:w="1234" w:type="dxa"/>
          </w:tcPr>
          <w:p w14:paraId="2CF8AA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AC185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BT-131-о</w:t>
            </w:r>
          </w:p>
        </w:tc>
        <w:tc>
          <w:tcPr>
            <w:tcW w:w="1234" w:type="dxa"/>
          </w:tcPr>
          <w:p w14:paraId="4D3CF5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131</w:t>
            </w:r>
          </w:p>
        </w:tc>
        <w:tc>
          <w:tcPr>
            <w:tcW w:w="1234" w:type="dxa"/>
          </w:tcPr>
          <w:p w14:paraId="36A7CB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5E238A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14891A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6AC4B17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2,7</w:t>
            </w:r>
          </w:p>
        </w:tc>
      </w:tr>
      <w:tr w:rsidR="006F0136" w:rsidRPr="00D77020" w14:paraId="08769526" w14:textId="77777777">
        <w:tc>
          <w:tcPr>
            <w:tcW w:w="1234" w:type="dxa"/>
          </w:tcPr>
          <w:p w14:paraId="10E2BF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5CAAF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BT-132-к</w:t>
            </w:r>
          </w:p>
        </w:tc>
        <w:tc>
          <w:tcPr>
            <w:tcW w:w="1234" w:type="dxa"/>
          </w:tcPr>
          <w:p w14:paraId="2BC807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132</w:t>
            </w:r>
          </w:p>
        </w:tc>
        <w:tc>
          <w:tcPr>
            <w:tcW w:w="1234" w:type="dxa"/>
          </w:tcPr>
          <w:p w14:paraId="33E3B8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422FBE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3C9ADB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1BDD00D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5,8</w:t>
            </w:r>
          </w:p>
        </w:tc>
      </w:tr>
      <w:tr w:rsidR="006F0136" w:rsidRPr="00D77020" w14:paraId="1492A61A" w14:textId="77777777">
        <w:tc>
          <w:tcPr>
            <w:tcW w:w="1234" w:type="dxa"/>
          </w:tcPr>
          <w:p w14:paraId="484480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6F494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BT-133-ц</w:t>
            </w:r>
          </w:p>
        </w:tc>
        <w:tc>
          <w:tcPr>
            <w:tcW w:w="1234" w:type="dxa"/>
          </w:tcPr>
          <w:p w14:paraId="6FEF38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133</w:t>
            </w:r>
          </w:p>
        </w:tc>
        <w:tc>
          <w:tcPr>
            <w:tcW w:w="1234" w:type="dxa"/>
          </w:tcPr>
          <w:p w14:paraId="47526A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ц</w:t>
            </w:r>
          </w:p>
        </w:tc>
        <w:tc>
          <w:tcPr>
            <w:tcW w:w="1234" w:type="dxa"/>
          </w:tcPr>
          <w:p w14:paraId="3FC7EB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739D77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AEDEC6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8,2</w:t>
            </w:r>
          </w:p>
        </w:tc>
      </w:tr>
      <w:tr w:rsidR="006F0136" w:rsidRPr="00D77020" w14:paraId="2B166C9D" w14:textId="77777777">
        <w:tc>
          <w:tcPr>
            <w:tcW w:w="1234" w:type="dxa"/>
          </w:tcPr>
          <w:p w14:paraId="58FAEA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D14F6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BT-135-т</w:t>
            </w:r>
          </w:p>
        </w:tc>
        <w:tc>
          <w:tcPr>
            <w:tcW w:w="1234" w:type="dxa"/>
          </w:tcPr>
          <w:p w14:paraId="183E6E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135</w:t>
            </w:r>
          </w:p>
        </w:tc>
        <w:tc>
          <w:tcPr>
            <w:tcW w:w="1234" w:type="dxa"/>
          </w:tcPr>
          <w:p w14:paraId="2E1909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118137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25332A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6EFDDA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5,3</w:t>
            </w:r>
          </w:p>
        </w:tc>
      </w:tr>
      <w:tr w:rsidR="006F0136" w:rsidRPr="00D77020" w14:paraId="424700BF" w14:textId="77777777">
        <w:tc>
          <w:tcPr>
            <w:tcW w:w="1234" w:type="dxa"/>
          </w:tcPr>
          <w:p w14:paraId="165197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33E57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BT-14-и</w:t>
            </w:r>
          </w:p>
        </w:tc>
        <w:tc>
          <w:tcPr>
            <w:tcW w:w="1234" w:type="dxa"/>
          </w:tcPr>
          <w:p w14:paraId="19B2CB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</w:t>
            </w:r>
          </w:p>
        </w:tc>
        <w:tc>
          <w:tcPr>
            <w:tcW w:w="1234" w:type="dxa"/>
          </w:tcPr>
          <w:p w14:paraId="7B479E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059BFB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4C0170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6E4AAFC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7,4</w:t>
            </w:r>
          </w:p>
        </w:tc>
      </w:tr>
      <w:tr w:rsidR="006F0136" w:rsidRPr="00D77020" w14:paraId="270E5B52" w14:textId="77777777">
        <w:tc>
          <w:tcPr>
            <w:tcW w:w="1234" w:type="dxa"/>
          </w:tcPr>
          <w:p w14:paraId="38F47E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6B5ED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BT-16-в</w:t>
            </w:r>
          </w:p>
        </w:tc>
        <w:tc>
          <w:tcPr>
            <w:tcW w:w="1234" w:type="dxa"/>
          </w:tcPr>
          <w:p w14:paraId="5C74FD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</w:t>
            </w:r>
          </w:p>
        </w:tc>
        <w:tc>
          <w:tcPr>
            <w:tcW w:w="1234" w:type="dxa"/>
          </w:tcPr>
          <w:p w14:paraId="0F1EB9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28B18D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3E7EA4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1B7D0AA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5,9</w:t>
            </w:r>
          </w:p>
        </w:tc>
      </w:tr>
      <w:tr w:rsidR="006F0136" w:rsidRPr="00D77020" w14:paraId="247D95BC" w14:textId="77777777">
        <w:tc>
          <w:tcPr>
            <w:tcW w:w="1234" w:type="dxa"/>
          </w:tcPr>
          <w:p w14:paraId="6CD22A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5B6AA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BT-16-г</w:t>
            </w:r>
          </w:p>
        </w:tc>
        <w:tc>
          <w:tcPr>
            <w:tcW w:w="1234" w:type="dxa"/>
          </w:tcPr>
          <w:p w14:paraId="5BA97E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</w:t>
            </w:r>
          </w:p>
        </w:tc>
        <w:tc>
          <w:tcPr>
            <w:tcW w:w="1234" w:type="dxa"/>
          </w:tcPr>
          <w:p w14:paraId="105CEA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57A063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3F0576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4FA2680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10,1</w:t>
            </w:r>
          </w:p>
        </w:tc>
      </w:tr>
      <w:tr w:rsidR="006F0136" w:rsidRPr="00D77020" w14:paraId="52B1C7C3" w14:textId="77777777">
        <w:tc>
          <w:tcPr>
            <w:tcW w:w="1234" w:type="dxa"/>
          </w:tcPr>
          <w:p w14:paraId="00E601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2E0BB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BT-16-д</w:t>
            </w:r>
          </w:p>
        </w:tc>
        <w:tc>
          <w:tcPr>
            <w:tcW w:w="1234" w:type="dxa"/>
          </w:tcPr>
          <w:p w14:paraId="529120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</w:t>
            </w:r>
          </w:p>
        </w:tc>
        <w:tc>
          <w:tcPr>
            <w:tcW w:w="1234" w:type="dxa"/>
          </w:tcPr>
          <w:p w14:paraId="24A45D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50AF9D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7C3ECB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10095FE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1,6</w:t>
            </w:r>
          </w:p>
        </w:tc>
      </w:tr>
      <w:tr w:rsidR="006F0136" w:rsidRPr="00D77020" w14:paraId="4F361F4A" w14:textId="77777777">
        <w:tc>
          <w:tcPr>
            <w:tcW w:w="1234" w:type="dxa"/>
          </w:tcPr>
          <w:p w14:paraId="094954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D345E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BT-16-е</w:t>
            </w:r>
          </w:p>
        </w:tc>
        <w:tc>
          <w:tcPr>
            <w:tcW w:w="1234" w:type="dxa"/>
          </w:tcPr>
          <w:p w14:paraId="3D08DC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</w:t>
            </w:r>
          </w:p>
        </w:tc>
        <w:tc>
          <w:tcPr>
            <w:tcW w:w="1234" w:type="dxa"/>
          </w:tcPr>
          <w:p w14:paraId="17F2D6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5A21A2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5768CB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6A5EBAE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5,0</w:t>
            </w:r>
          </w:p>
        </w:tc>
      </w:tr>
      <w:tr w:rsidR="006F0136" w:rsidRPr="00D77020" w14:paraId="61307A96" w14:textId="77777777">
        <w:tc>
          <w:tcPr>
            <w:tcW w:w="1234" w:type="dxa"/>
          </w:tcPr>
          <w:p w14:paraId="6A5B4A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B378B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BT-16-ж</w:t>
            </w:r>
          </w:p>
        </w:tc>
        <w:tc>
          <w:tcPr>
            <w:tcW w:w="1234" w:type="dxa"/>
          </w:tcPr>
          <w:p w14:paraId="2CE46B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</w:t>
            </w:r>
          </w:p>
        </w:tc>
        <w:tc>
          <w:tcPr>
            <w:tcW w:w="1234" w:type="dxa"/>
          </w:tcPr>
          <w:p w14:paraId="51FA72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101483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7DF4D8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351AD37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4,0</w:t>
            </w:r>
          </w:p>
        </w:tc>
      </w:tr>
      <w:tr w:rsidR="006F0136" w:rsidRPr="00D77020" w14:paraId="20618078" w14:textId="77777777">
        <w:tc>
          <w:tcPr>
            <w:tcW w:w="1234" w:type="dxa"/>
          </w:tcPr>
          <w:p w14:paraId="1BDBC9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9C740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BT-201-ф</w:t>
            </w:r>
          </w:p>
        </w:tc>
        <w:tc>
          <w:tcPr>
            <w:tcW w:w="1234" w:type="dxa"/>
          </w:tcPr>
          <w:p w14:paraId="4BF511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</w:t>
            </w:r>
          </w:p>
        </w:tc>
        <w:tc>
          <w:tcPr>
            <w:tcW w:w="1234" w:type="dxa"/>
          </w:tcPr>
          <w:p w14:paraId="13AF31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ф</w:t>
            </w:r>
          </w:p>
        </w:tc>
        <w:tc>
          <w:tcPr>
            <w:tcW w:w="1234" w:type="dxa"/>
          </w:tcPr>
          <w:p w14:paraId="431C2E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2B2D6B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86EDEA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2,2</w:t>
            </w:r>
          </w:p>
        </w:tc>
      </w:tr>
      <w:tr w:rsidR="006F0136" w:rsidRPr="00D77020" w14:paraId="380199BD" w14:textId="77777777">
        <w:tc>
          <w:tcPr>
            <w:tcW w:w="1234" w:type="dxa"/>
          </w:tcPr>
          <w:p w14:paraId="578A4B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F7E06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BT-25-о</w:t>
            </w:r>
          </w:p>
        </w:tc>
        <w:tc>
          <w:tcPr>
            <w:tcW w:w="1234" w:type="dxa"/>
          </w:tcPr>
          <w:p w14:paraId="50C090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</w:t>
            </w:r>
          </w:p>
        </w:tc>
        <w:tc>
          <w:tcPr>
            <w:tcW w:w="1234" w:type="dxa"/>
          </w:tcPr>
          <w:p w14:paraId="0676F3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1C73D3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227BCE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02A2BB8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2,9</w:t>
            </w:r>
          </w:p>
        </w:tc>
      </w:tr>
      <w:tr w:rsidR="006F0136" w:rsidRPr="00D77020" w14:paraId="292CA0A2" w14:textId="77777777">
        <w:tc>
          <w:tcPr>
            <w:tcW w:w="1234" w:type="dxa"/>
          </w:tcPr>
          <w:p w14:paraId="3073C4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437CF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BT-25-х</w:t>
            </w:r>
          </w:p>
        </w:tc>
        <w:tc>
          <w:tcPr>
            <w:tcW w:w="1234" w:type="dxa"/>
          </w:tcPr>
          <w:p w14:paraId="4C25EC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</w:t>
            </w:r>
          </w:p>
        </w:tc>
        <w:tc>
          <w:tcPr>
            <w:tcW w:w="1234" w:type="dxa"/>
          </w:tcPr>
          <w:p w14:paraId="65FBF6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х</w:t>
            </w:r>
          </w:p>
        </w:tc>
        <w:tc>
          <w:tcPr>
            <w:tcW w:w="1234" w:type="dxa"/>
          </w:tcPr>
          <w:p w14:paraId="0E3168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187D84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22516F6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1,1</w:t>
            </w:r>
          </w:p>
        </w:tc>
      </w:tr>
      <w:tr w:rsidR="006F0136" w:rsidRPr="00D77020" w14:paraId="24450D64" w14:textId="77777777">
        <w:tc>
          <w:tcPr>
            <w:tcW w:w="1234" w:type="dxa"/>
          </w:tcPr>
          <w:p w14:paraId="301B40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07C58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BT-25-ц</w:t>
            </w:r>
          </w:p>
        </w:tc>
        <w:tc>
          <w:tcPr>
            <w:tcW w:w="1234" w:type="dxa"/>
          </w:tcPr>
          <w:p w14:paraId="5D6589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</w:t>
            </w:r>
          </w:p>
        </w:tc>
        <w:tc>
          <w:tcPr>
            <w:tcW w:w="1234" w:type="dxa"/>
          </w:tcPr>
          <w:p w14:paraId="1B58E5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ц</w:t>
            </w:r>
          </w:p>
        </w:tc>
        <w:tc>
          <w:tcPr>
            <w:tcW w:w="1234" w:type="dxa"/>
          </w:tcPr>
          <w:p w14:paraId="3C7649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210143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4884A89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0,6</w:t>
            </w:r>
          </w:p>
        </w:tc>
      </w:tr>
      <w:tr w:rsidR="006F0136" w:rsidRPr="00D77020" w14:paraId="3793528F" w14:textId="77777777">
        <w:tc>
          <w:tcPr>
            <w:tcW w:w="1234" w:type="dxa"/>
          </w:tcPr>
          <w:p w14:paraId="081F68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80A38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BT-25-ч</w:t>
            </w:r>
          </w:p>
        </w:tc>
        <w:tc>
          <w:tcPr>
            <w:tcW w:w="1234" w:type="dxa"/>
          </w:tcPr>
          <w:p w14:paraId="7B1CC0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</w:t>
            </w:r>
          </w:p>
        </w:tc>
        <w:tc>
          <w:tcPr>
            <w:tcW w:w="1234" w:type="dxa"/>
          </w:tcPr>
          <w:p w14:paraId="190DD8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ч</w:t>
            </w:r>
          </w:p>
        </w:tc>
        <w:tc>
          <w:tcPr>
            <w:tcW w:w="1234" w:type="dxa"/>
          </w:tcPr>
          <w:p w14:paraId="43256F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0E3D89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69C7F87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16,7</w:t>
            </w:r>
          </w:p>
        </w:tc>
      </w:tr>
      <w:tr w:rsidR="006F0136" w:rsidRPr="00D77020" w14:paraId="78F20EDC" w14:textId="77777777">
        <w:tc>
          <w:tcPr>
            <w:tcW w:w="1234" w:type="dxa"/>
          </w:tcPr>
          <w:p w14:paraId="29D2F8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D8CF0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BT-253-з</w:t>
            </w:r>
          </w:p>
        </w:tc>
        <w:tc>
          <w:tcPr>
            <w:tcW w:w="1234" w:type="dxa"/>
          </w:tcPr>
          <w:p w14:paraId="42E103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253</w:t>
            </w:r>
          </w:p>
        </w:tc>
        <w:tc>
          <w:tcPr>
            <w:tcW w:w="1234" w:type="dxa"/>
          </w:tcPr>
          <w:p w14:paraId="4D55DF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727011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504EE8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7E46B09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11,0</w:t>
            </w:r>
          </w:p>
        </w:tc>
      </w:tr>
      <w:tr w:rsidR="006F0136" w:rsidRPr="00D77020" w14:paraId="32742A52" w14:textId="77777777">
        <w:tc>
          <w:tcPr>
            <w:tcW w:w="1234" w:type="dxa"/>
          </w:tcPr>
          <w:p w14:paraId="793105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89EC2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BT-259-г</w:t>
            </w:r>
          </w:p>
        </w:tc>
        <w:tc>
          <w:tcPr>
            <w:tcW w:w="1234" w:type="dxa"/>
          </w:tcPr>
          <w:p w14:paraId="2DA781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259</w:t>
            </w:r>
          </w:p>
        </w:tc>
        <w:tc>
          <w:tcPr>
            <w:tcW w:w="1234" w:type="dxa"/>
          </w:tcPr>
          <w:p w14:paraId="0E0F33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783D7C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69E353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5104711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4,4</w:t>
            </w:r>
          </w:p>
        </w:tc>
      </w:tr>
      <w:tr w:rsidR="006F0136" w:rsidRPr="00D77020" w14:paraId="1750AC60" w14:textId="77777777">
        <w:tc>
          <w:tcPr>
            <w:tcW w:w="1234" w:type="dxa"/>
          </w:tcPr>
          <w:p w14:paraId="2D885B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339F3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BT-259-е</w:t>
            </w:r>
          </w:p>
        </w:tc>
        <w:tc>
          <w:tcPr>
            <w:tcW w:w="1234" w:type="dxa"/>
          </w:tcPr>
          <w:p w14:paraId="41516F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259</w:t>
            </w:r>
          </w:p>
        </w:tc>
        <w:tc>
          <w:tcPr>
            <w:tcW w:w="1234" w:type="dxa"/>
          </w:tcPr>
          <w:p w14:paraId="6C2F45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6C85B0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5FC44D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08D610D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4,7</w:t>
            </w:r>
          </w:p>
        </w:tc>
      </w:tr>
      <w:tr w:rsidR="006F0136" w:rsidRPr="00D77020" w14:paraId="26393C2D" w14:textId="77777777">
        <w:tc>
          <w:tcPr>
            <w:tcW w:w="1234" w:type="dxa"/>
          </w:tcPr>
          <w:p w14:paraId="0CF18F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A09DE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BT-259-ж</w:t>
            </w:r>
          </w:p>
        </w:tc>
        <w:tc>
          <w:tcPr>
            <w:tcW w:w="1234" w:type="dxa"/>
          </w:tcPr>
          <w:p w14:paraId="5798B4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259</w:t>
            </w:r>
          </w:p>
        </w:tc>
        <w:tc>
          <w:tcPr>
            <w:tcW w:w="1234" w:type="dxa"/>
          </w:tcPr>
          <w:p w14:paraId="184B9E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2809FB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22130A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4F846C3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15,4</w:t>
            </w:r>
          </w:p>
        </w:tc>
      </w:tr>
      <w:tr w:rsidR="006F0136" w:rsidRPr="00D77020" w14:paraId="44E36CC8" w14:textId="77777777">
        <w:tc>
          <w:tcPr>
            <w:tcW w:w="1234" w:type="dxa"/>
          </w:tcPr>
          <w:p w14:paraId="7CC63F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C8F15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BT-260-к</w:t>
            </w:r>
          </w:p>
        </w:tc>
        <w:tc>
          <w:tcPr>
            <w:tcW w:w="1234" w:type="dxa"/>
          </w:tcPr>
          <w:p w14:paraId="784073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260</w:t>
            </w:r>
          </w:p>
        </w:tc>
        <w:tc>
          <w:tcPr>
            <w:tcW w:w="1234" w:type="dxa"/>
          </w:tcPr>
          <w:p w14:paraId="5BA0CE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43110F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0081D6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101D08B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1,9</w:t>
            </w:r>
          </w:p>
        </w:tc>
      </w:tr>
      <w:tr w:rsidR="006F0136" w:rsidRPr="00D77020" w14:paraId="7F4105F9" w14:textId="77777777">
        <w:tc>
          <w:tcPr>
            <w:tcW w:w="1234" w:type="dxa"/>
          </w:tcPr>
          <w:p w14:paraId="63D10B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5A045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BT-270-д</w:t>
            </w:r>
          </w:p>
        </w:tc>
        <w:tc>
          <w:tcPr>
            <w:tcW w:w="1234" w:type="dxa"/>
          </w:tcPr>
          <w:p w14:paraId="50A4E5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270</w:t>
            </w:r>
          </w:p>
        </w:tc>
        <w:tc>
          <w:tcPr>
            <w:tcW w:w="1234" w:type="dxa"/>
          </w:tcPr>
          <w:p w14:paraId="61095F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3FA546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429AE9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4BEDDCE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8,3</w:t>
            </w:r>
          </w:p>
        </w:tc>
      </w:tr>
      <w:tr w:rsidR="006F0136" w:rsidRPr="00D77020" w14:paraId="318C06AF" w14:textId="77777777">
        <w:tc>
          <w:tcPr>
            <w:tcW w:w="1234" w:type="dxa"/>
          </w:tcPr>
          <w:p w14:paraId="7C8F23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A449F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BT-270-н</w:t>
            </w:r>
          </w:p>
        </w:tc>
        <w:tc>
          <w:tcPr>
            <w:tcW w:w="1234" w:type="dxa"/>
          </w:tcPr>
          <w:p w14:paraId="55A9E5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270</w:t>
            </w:r>
          </w:p>
        </w:tc>
        <w:tc>
          <w:tcPr>
            <w:tcW w:w="1234" w:type="dxa"/>
          </w:tcPr>
          <w:p w14:paraId="71CF79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3F7D56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465E9C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369C9EF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3,3</w:t>
            </w:r>
          </w:p>
        </w:tc>
      </w:tr>
      <w:tr w:rsidR="006F0136" w:rsidRPr="00D77020" w14:paraId="70E6A071" w14:textId="77777777">
        <w:tc>
          <w:tcPr>
            <w:tcW w:w="1234" w:type="dxa"/>
          </w:tcPr>
          <w:p w14:paraId="63E938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53A7F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BT-273-б</w:t>
            </w:r>
          </w:p>
        </w:tc>
        <w:tc>
          <w:tcPr>
            <w:tcW w:w="1234" w:type="dxa"/>
          </w:tcPr>
          <w:p w14:paraId="30456D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273</w:t>
            </w:r>
          </w:p>
        </w:tc>
        <w:tc>
          <w:tcPr>
            <w:tcW w:w="1234" w:type="dxa"/>
          </w:tcPr>
          <w:p w14:paraId="7284EB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70554B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133FD3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12AF79F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6,0</w:t>
            </w:r>
          </w:p>
        </w:tc>
      </w:tr>
      <w:tr w:rsidR="006F0136" w:rsidRPr="00D77020" w14:paraId="63F29BA6" w14:textId="77777777">
        <w:tc>
          <w:tcPr>
            <w:tcW w:w="1234" w:type="dxa"/>
          </w:tcPr>
          <w:p w14:paraId="5AA5F3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B70F2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BT-274-в</w:t>
            </w:r>
          </w:p>
        </w:tc>
        <w:tc>
          <w:tcPr>
            <w:tcW w:w="1234" w:type="dxa"/>
          </w:tcPr>
          <w:p w14:paraId="271CB0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274</w:t>
            </w:r>
          </w:p>
        </w:tc>
        <w:tc>
          <w:tcPr>
            <w:tcW w:w="1234" w:type="dxa"/>
          </w:tcPr>
          <w:p w14:paraId="12B28D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66FB95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5CB4E8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2349DEB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17,4</w:t>
            </w:r>
          </w:p>
        </w:tc>
      </w:tr>
      <w:tr w:rsidR="006F0136" w:rsidRPr="00D77020" w14:paraId="78A255D1" w14:textId="77777777">
        <w:tc>
          <w:tcPr>
            <w:tcW w:w="1234" w:type="dxa"/>
          </w:tcPr>
          <w:p w14:paraId="6D4A28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10D8B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BT-29-б2</w:t>
            </w:r>
          </w:p>
        </w:tc>
        <w:tc>
          <w:tcPr>
            <w:tcW w:w="1234" w:type="dxa"/>
          </w:tcPr>
          <w:p w14:paraId="0FAA03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</w:t>
            </w:r>
          </w:p>
        </w:tc>
        <w:tc>
          <w:tcPr>
            <w:tcW w:w="1234" w:type="dxa"/>
          </w:tcPr>
          <w:p w14:paraId="085EB6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б2</w:t>
            </w:r>
          </w:p>
        </w:tc>
        <w:tc>
          <w:tcPr>
            <w:tcW w:w="1234" w:type="dxa"/>
          </w:tcPr>
          <w:p w14:paraId="349DEF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2A0875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19F559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0,8</w:t>
            </w:r>
          </w:p>
        </w:tc>
      </w:tr>
      <w:tr w:rsidR="006F0136" w:rsidRPr="00D77020" w14:paraId="6FD7181C" w14:textId="77777777">
        <w:tc>
          <w:tcPr>
            <w:tcW w:w="1234" w:type="dxa"/>
          </w:tcPr>
          <w:p w14:paraId="06C331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9484D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BT-306-п</w:t>
            </w:r>
          </w:p>
        </w:tc>
        <w:tc>
          <w:tcPr>
            <w:tcW w:w="1234" w:type="dxa"/>
          </w:tcPr>
          <w:p w14:paraId="35DF01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306</w:t>
            </w:r>
          </w:p>
        </w:tc>
        <w:tc>
          <w:tcPr>
            <w:tcW w:w="1234" w:type="dxa"/>
          </w:tcPr>
          <w:p w14:paraId="4740E8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201B72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581718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090715A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25,2</w:t>
            </w:r>
          </w:p>
        </w:tc>
      </w:tr>
      <w:tr w:rsidR="006F0136" w:rsidRPr="00D77020" w14:paraId="43525B11" w14:textId="77777777">
        <w:tc>
          <w:tcPr>
            <w:tcW w:w="1234" w:type="dxa"/>
          </w:tcPr>
          <w:p w14:paraId="29C4E5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1B69E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BT-310-к</w:t>
            </w:r>
          </w:p>
        </w:tc>
        <w:tc>
          <w:tcPr>
            <w:tcW w:w="1234" w:type="dxa"/>
          </w:tcPr>
          <w:p w14:paraId="55DF0A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310</w:t>
            </w:r>
          </w:p>
        </w:tc>
        <w:tc>
          <w:tcPr>
            <w:tcW w:w="1234" w:type="dxa"/>
          </w:tcPr>
          <w:p w14:paraId="68AA53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6952BB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25E87C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63049EF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4,4</w:t>
            </w:r>
          </w:p>
        </w:tc>
      </w:tr>
      <w:tr w:rsidR="006F0136" w:rsidRPr="00D77020" w14:paraId="64280CA8" w14:textId="77777777">
        <w:tc>
          <w:tcPr>
            <w:tcW w:w="1234" w:type="dxa"/>
          </w:tcPr>
          <w:p w14:paraId="497C7B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787E1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BT-310-л</w:t>
            </w:r>
          </w:p>
        </w:tc>
        <w:tc>
          <w:tcPr>
            <w:tcW w:w="1234" w:type="dxa"/>
          </w:tcPr>
          <w:p w14:paraId="42ED78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310</w:t>
            </w:r>
          </w:p>
        </w:tc>
        <w:tc>
          <w:tcPr>
            <w:tcW w:w="1234" w:type="dxa"/>
          </w:tcPr>
          <w:p w14:paraId="2B2BB4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46C7C0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783022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699DC1F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2,5</w:t>
            </w:r>
          </w:p>
        </w:tc>
      </w:tr>
      <w:tr w:rsidR="006F0136" w:rsidRPr="00D77020" w14:paraId="008D659D" w14:textId="77777777">
        <w:tc>
          <w:tcPr>
            <w:tcW w:w="1234" w:type="dxa"/>
          </w:tcPr>
          <w:p w14:paraId="6F7A6B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68027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BT-310-н</w:t>
            </w:r>
          </w:p>
        </w:tc>
        <w:tc>
          <w:tcPr>
            <w:tcW w:w="1234" w:type="dxa"/>
          </w:tcPr>
          <w:p w14:paraId="3D7A36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310</w:t>
            </w:r>
          </w:p>
        </w:tc>
        <w:tc>
          <w:tcPr>
            <w:tcW w:w="1234" w:type="dxa"/>
          </w:tcPr>
          <w:p w14:paraId="147FE9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0A2F97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5EE025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5813897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6,0</w:t>
            </w:r>
          </w:p>
        </w:tc>
      </w:tr>
      <w:tr w:rsidR="006F0136" w:rsidRPr="00D77020" w14:paraId="1046B174" w14:textId="77777777">
        <w:tc>
          <w:tcPr>
            <w:tcW w:w="1234" w:type="dxa"/>
          </w:tcPr>
          <w:p w14:paraId="4B7FE1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3EE24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BT-312-е</w:t>
            </w:r>
          </w:p>
        </w:tc>
        <w:tc>
          <w:tcPr>
            <w:tcW w:w="1234" w:type="dxa"/>
          </w:tcPr>
          <w:p w14:paraId="61EC24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312</w:t>
            </w:r>
          </w:p>
        </w:tc>
        <w:tc>
          <w:tcPr>
            <w:tcW w:w="1234" w:type="dxa"/>
          </w:tcPr>
          <w:p w14:paraId="3B38BD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0AC67A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7B430F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56AB9A2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13,6</w:t>
            </w:r>
          </w:p>
        </w:tc>
      </w:tr>
      <w:tr w:rsidR="006F0136" w:rsidRPr="00D77020" w14:paraId="6159A853" w14:textId="77777777">
        <w:tc>
          <w:tcPr>
            <w:tcW w:w="1234" w:type="dxa"/>
          </w:tcPr>
          <w:p w14:paraId="031261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32D3B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BT-329-е</w:t>
            </w:r>
          </w:p>
        </w:tc>
        <w:tc>
          <w:tcPr>
            <w:tcW w:w="1234" w:type="dxa"/>
          </w:tcPr>
          <w:p w14:paraId="294798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329</w:t>
            </w:r>
          </w:p>
        </w:tc>
        <w:tc>
          <w:tcPr>
            <w:tcW w:w="1234" w:type="dxa"/>
          </w:tcPr>
          <w:p w14:paraId="3ABD5C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0D8B6E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391E3E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5844C58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1,1</w:t>
            </w:r>
          </w:p>
        </w:tc>
      </w:tr>
      <w:tr w:rsidR="006F0136" w:rsidRPr="00D77020" w14:paraId="219823B5" w14:textId="77777777">
        <w:tc>
          <w:tcPr>
            <w:tcW w:w="1234" w:type="dxa"/>
          </w:tcPr>
          <w:p w14:paraId="479B56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D4EE7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BT-331-и</w:t>
            </w:r>
          </w:p>
        </w:tc>
        <w:tc>
          <w:tcPr>
            <w:tcW w:w="1234" w:type="dxa"/>
          </w:tcPr>
          <w:p w14:paraId="470CDA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331</w:t>
            </w:r>
          </w:p>
        </w:tc>
        <w:tc>
          <w:tcPr>
            <w:tcW w:w="1234" w:type="dxa"/>
          </w:tcPr>
          <w:p w14:paraId="5334C1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29F113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2092D0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3B5AB32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4,3</w:t>
            </w:r>
          </w:p>
        </w:tc>
      </w:tr>
      <w:tr w:rsidR="006F0136" w:rsidRPr="00D77020" w14:paraId="2A4C5EFF" w14:textId="77777777">
        <w:tc>
          <w:tcPr>
            <w:tcW w:w="1234" w:type="dxa"/>
          </w:tcPr>
          <w:p w14:paraId="649E9B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2020</w:t>
            </w:r>
          </w:p>
        </w:tc>
        <w:tc>
          <w:tcPr>
            <w:tcW w:w="1234" w:type="dxa"/>
          </w:tcPr>
          <w:p w14:paraId="33B64D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BT-35-н1</w:t>
            </w:r>
          </w:p>
        </w:tc>
        <w:tc>
          <w:tcPr>
            <w:tcW w:w="1234" w:type="dxa"/>
          </w:tcPr>
          <w:p w14:paraId="73D189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</w:t>
            </w:r>
          </w:p>
        </w:tc>
        <w:tc>
          <w:tcPr>
            <w:tcW w:w="1234" w:type="dxa"/>
          </w:tcPr>
          <w:p w14:paraId="489024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н1</w:t>
            </w:r>
          </w:p>
        </w:tc>
        <w:tc>
          <w:tcPr>
            <w:tcW w:w="1234" w:type="dxa"/>
          </w:tcPr>
          <w:p w14:paraId="5CDFDE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136F75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5F244F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8,6</w:t>
            </w:r>
          </w:p>
        </w:tc>
      </w:tr>
      <w:tr w:rsidR="006F0136" w:rsidRPr="00D77020" w14:paraId="2FD597C9" w14:textId="77777777">
        <w:tc>
          <w:tcPr>
            <w:tcW w:w="1234" w:type="dxa"/>
          </w:tcPr>
          <w:p w14:paraId="4EE517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5B06E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BT-35-т</w:t>
            </w:r>
          </w:p>
        </w:tc>
        <w:tc>
          <w:tcPr>
            <w:tcW w:w="1234" w:type="dxa"/>
          </w:tcPr>
          <w:p w14:paraId="1C84AA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</w:t>
            </w:r>
          </w:p>
        </w:tc>
        <w:tc>
          <w:tcPr>
            <w:tcW w:w="1234" w:type="dxa"/>
          </w:tcPr>
          <w:p w14:paraId="289106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5EBF87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74B737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33CF394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2,7</w:t>
            </w:r>
          </w:p>
        </w:tc>
      </w:tr>
      <w:tr w:rsidR="006F0136" w:rsidRPr="00D77020" w14:paraId="180E1F61" w14:textId="77777777">
        <w:tc>
          <w:tcPr>
            <w:tcW w:w="1234" w:type="dxa"/>
          </w:tcPr>
          <w:p w14:paraId="302CD3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2CB50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BT-38-м</w:t>
            </w:r>
          </w:p>
        </w:tc>
        <w:tc>
          <w:tcPr>
            <w:tcW w:w="1234" w:type="dxa"/>
          </w:tcPr>
          <w:p w14:paraId="0CDABA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</w:t>
            </w:r>
          </w:p>
        </w:tc>
        <w:tc>
          <w:tcPr>
            <w:tcW w:w="1234" w:type="dxa"/>
          </w:tcPr>
          <w:p w14:paraId="3E318F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0E4BA0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065FEA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28B738E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2,5</w:t>
            </w:r>
          </w:p>
        </w:tc>
      </w:tr>
      <w:tr w:rsidR="006F0136" w:rsidRPr="00D77020" w14:paraId="0FE7279F" w14:textId="77777777">
        <w:tc>
          <w:tcPr>
            <w:tcW w:w="1234" w:type="dxa"/>
          </w:tcPr>
          <w:p w14:paraId="70D687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11C33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BT-39-и</w:t>
            </w:r>
          </w:p>
        </w:tc>
        <w:tc>
          <w:tcPr>
            <w:tcW w:w="1234" w:type="dxa"/>
          </w:tcPr>
          <w:p w14:paraId="61F35D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39</w:t>
            </w:r>
          </w:p>
        </w:tc>
        <w:tc>
          <w:tcPr>
            <w:tcW w:w="1234" w:type="dxa"/>
          </w:tcPr>
          <w:p w14:paraId="504977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2D76D3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42A0C0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2C0D28E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28,5</w:t>
            </w:r>
          </w:p>
        </w:tc>
      </w:tr>
      <w:tr w:rsidR="006F0136" w:rsidRPr="00D77020" w14:paraId="5F9CD9E0" w14:textId="77777777">
        <w:tc>
          <w:tcPr>
            <w:tcW w:w="1234" w:type="dxa"/>
          </w:tcPr>
          <w:p w14:paraId="31E7C2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317A4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BT-39-к</w:t>
            </w:r>
          </w:p>
        </w:tc>
        <w:tc>
          <w:tcPr>
            <w:tcW w:w="1234" w:type="dxa"/>
          </w:tcPr>
          <w:p w14:paraId="5CFC76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39</w:t>
            </w:r>
          </w:p>
        </w:tc>
        <w:tc>
          <w:tcPr>
            <w:tcW w:w="1234" w:type="dxa"/>
          </w:tcPr>
          <w:p w14:paraId="5C51BA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46683D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2818F4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6063616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7,9</w:t>
            </w:r>
          </w:p>
        </w:tc>
      </w:tr>
      <w:tr w:rsidR="006F0136" w:rsidRPr="00D77020" w14:paraId="00B18A2F" w14:textId="77777777">
        <w:tc>
          <w:tcPr>
            <w:tcW w:w="1234" w:type="dxa"/>
          </w:tcPr>
          <w:p w14:paraId="1F5F53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70C4E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BT-51-а</w:t>
            </w:r>
          </w:p>
        </w:tc>
        <w:tc>
          <w:tcPr>
            <w:tcW w:w="1234" w:type="dxa"/>
          </w:tcPr>
          <w:p w14:paraId="1E330D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51</w:t>
            </w:r>
          </w:p>
        </w:tc>
        <w:tc>
          <w:tcPr>
            <w:tcW w:w="1234" w:type="dxa"/>
          </w:tcPr>
          <w:p w14:paraId="278D58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748463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15F171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6A8B651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1,5</w:t>
            </w:r>
          </w:p>
        </w:tc>
      </w:tr>
      <w:tr w:rsidR="006F0136" w:rsidRPr="00D77020" w14:paraId="5F10C4D6" w14:textId="77777777">
        <w:tc>
          <w:tcPr>
            <w:tcW w:w="1234" w:type="dxa"/>
          </w:tcPr>
          <w:p w14:paraId="360EDF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39B54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BT-52-д</w:t>
            </w:r>
          </w:p>
        </w:tc>
        <w:tc>
          <w:tcPr>
            <w:tcW w:w="1234" w:type="dxa"/>
          </w:tcPr>
          <w:p w14:paraId="291761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</w:t>
            </w:r>
          </w:p>
        </w:tc>
        <w:tc>
          <w:tcPr>
            <w:tcW w:w="1234" w:type="dxa"/>
          </w:tcPr>
          <w:p w14:paraId="010F8F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4CFFEF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11A3F7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5A67E6D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4,9</w:t>
            </w:r>
          </w:p>
        </w:tc>
      </w:tr>
      <w:tr w:rsidR="006F0136" w:rsidRPr="00D77020" w14:paraId="5B62B1E8" w14:textId="77777777">
        <w:tc>
          <w:tcPr>
            <w:tcW w:w="1234" w:type="dxa"/>
          </w:tcPr>
          <w:p w14:paraId="215C3F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AEBB2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BT-52-з</w:t>
            </w:r>
          </w:p>
        </w:tc>
        <w:tc>
          <w:tcPr>
            <w:tcW w:w="1234" w:type="dxa"/>
          </w:tcPr>
          <w:p w14:paraId="6F2B13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</w:t>
            </w:r>
          </w:p>
        </w:tc>
        <w:tc>
          <w:tcPr>
            <w:tcW w:w="1234" w:type="dxa"/>
          </w:tcPr>
          <w:p w14:paraId="62A8D6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024341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692BAC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4B8228C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3,3</w:t>
            </w:r>
          </w:p>
        </w:tc>
      </w:tr>
      <w:tr w:rsidR="006F0136" w:rsidRPr="00D77020" w14:paraId="2939CDFB" w14:textId="77777777">
        <w:tc>
          <w:tcPr>
            <w:tcW w:w="1234" w:type="dxa"/>
          </w:tcPr>
          <w:p w14:paraId="744FEE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988AF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BT-67-с1</w:t>
            </w:r>
          </w:p>
        </w:tc>
        <w:tc>
          <w:tcPr>
            <w:tcW w:w="1234" w:type="dxa"/>
          </w:tcPr>
          <w:p w14:paraId="4BC54F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67</w:t>
            </w:r>
          </w:p>
        </w:tc>
        <w:tc>
          <w:tcPr>
            <w:tcW w:w="1234" w:type="dxa"/>
          </w:tcPr>
          <w:p w14:paraId="6B9845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с1</w:t>
            </w:r>
          </w:p>
        </w:tc>
        <w:tc>
          <w:tcPr>
            <w:tcW w:w="1234" w:type="dxa"/>
          </w:tcPr>
          <w:p w14:paraId="4B9C5E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48F483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6761AD1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16,1</w:t>
            </w:r>
          </w:p>
        </w:tc>
      </w:tr>
      <w:tr w:rsidR="006F0136" w:rsidRPr="00D77020" w14:paraId="7D885020" w14:textId="77777777">
        <w:tc>
          <w:tcPr>
            <w:tcW w:w="1234" w:type="dxa"/>
          </w:tcPr>
          <w:p w14:paraId="299FD7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41632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BT-67-ю</w:t>
            </w:r>
          </w:p>
        </w:tc>
        <w:tc>
          <w:tcPr>
            <w:tcW w:w="1234" w:type="dxa"/>
          </w:tcPr>
          <w:p w14:paraId="129859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67</w:t>
            </w:r>
          </w:p>
        </w:tc>
        <w:tc>
          <w:tcPr>
            <w:tcW w:w="1234" w:type="dxa"/>
          </w:tcPr>
          <w:p w14:paraId="79B089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ю</w:t>
            </w:r>
          </w:p>
        </w:tc>
        <w:tc>
          <w:tcPr>
            <w:tcW w:w="1234" w:type="dxa"/>
          </w:tcPr>
          <w:p w14:paraId="0484E5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795996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7CEF25C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17,2</w:t>
            </w:r>
          </w:p>
        </w:tc>
      </w:tr>
      <w:tr w:rsidR="006F0136" w:rsidRPr="00D77020" w14:paraId="0500574E" w14:textId="77777777">
        <w:tc>
          <w:tcPr>
            <w:tcW w:w="1234" w:type="dxa"/>
          </w:tcPr>
          <w:p w14:paraId="7176D4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6D3B1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BT-69-е1</w:t>
            </w:r>
          </w:p>
        </w:tc>
        <w:tc>
          <w:tcPr>
            <w:tcW w:w="1234" w:type="dxa"/>
          </w:tcPr>
          <w:p w14:paraId="32537C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69</w:t>
            </w:r>
          </w:p>
        </w:tc>
        <w:tc>
          <w:tcPr>
            <w:tcW w:w="1234" w:type="dxa"/>
          </w:tcPr>
          <w:p w14:paraId="47D59D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е1</w:t>
            </w:r>
          </w:p>
        </w:tc>
        <w:tc>
          <w:tcPr>
            <w:tcW w:w="1234" w:type="dxa"/>
          </w:tcPr>
          <w:p w14:paraId="691846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6360AE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F0D1C3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12,0</w:t>
            </w:r>
          </w:p>
        </w:tc>
      </w:tr>
      <w:tr w:rsidR="006F0136" w:rsidRPr="00D77020" w14:paraId="553041E9" w14:textId="77777777">
        <w:tc>
          <w:tcPr>
            <w:tcW w:w="1234" w:type="dxa"/>
          </w:tcPr>
          <w:p w14:paraId="7921FF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84D62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BT-69-м1</w:t>
            </w:r>
          </w:p>
        </w:tc>
        <w:tc>
          <w:tcPr>
            <w:tcW w:w="1234" w:type="dxa"/>
          </w:tcPr>
          <w:p w14:paraId="3BC213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69</w:t>
            </w:r>
          </w:p>
        </w:tc>
        <w:tc>
          <w:tcPr>
            <w:tcW w:w="1234" w:type="dxa"/>
          </w:tcPr>
          <w:p w14:paraId="1F72C6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м1</w:t>
            </w:r>
          </w:p>
        </w:tc>
        <w:tc>
          <w:tcPr>
            <w:tcW w:w="1234" w:type="dxa"/>
          </w:tcPr>
          <w:p w14:paraId="114753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786DC0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570030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6,4</w:t>
            </w:r>
          </w:p>
        </w:tc>
      </w:tr>
      <w:tr w:rsidR="006F0136" w:rsidRPr="00D77020" w14:paraId="34153518" w14:textId="77777777">
        <w:tc>
          <w:tcPr>
            <w:tcW w:w="1234" w:type="dxa"/>
          </w:tcPr>
          <w:p w14:paraId="375D6D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64BEE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BT-69-ф</w:t>
            </w:r>
          </w:p>
        </w:tc>
        <w:tc>
          <w:tcPr>
            <w:tcW w:w="1234" w:type="dxa"/>
          </w:tcPr>
          <w:p w14:paraId="7A04E3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69</w:t>
            </w:r>
          </w:p>
        </w:tc>
        <w:tc>
          <w:tcPr>
            <w:tcW w:w="1234" w:type="dxa"/>
          </w:tcPr>
          <w:p w14:paraId="288CB4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ф</w:t>
            </w:r>
          </w:p>
        </w:tc>
        <w:tc>
          <w:tcPr>
            <w:tcW w:w="1234" w:type="dxa"/>
          </w:tcPr>
          <w:p w14:paraId="38F498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1A9A44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B3890B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17,7</w:t>
            </w:r>
          </w:p>
        </w:tc>
      </w:tr>
      <w:tr w:rsidR="006F0136" w:rsidRPr="00D77020" w14:paraId="5F7D0CED" w14:textId="77777777">
        <w:tc>
          <w:tcPr>
            <w:tcW w:w="1234" w:type="dxa"/>
          </w:tcPr>
          <w:p w14:paraId="2CA2A7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6FD9B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BT-69-ц</w:t>
            </w:r>
          </w:p>
        </w:tc>
        <w:tc>
          <w:tcPr>
            <w:tcW w:w="1234" w:type="dxa"/>
          </w:tcPr>
          <w:p w14:paraId="7A4618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69</w:t>
            </w:r>
          </w:p>
        </w:tc>
        <w:tc>
          <w:tcPr>
            <w:tcW w:w="1234" w:type="dxa"/>
          </w:tcPr>
          <w:p w14:paraId="6E34B4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ц</w:t>
            </w:r>
          </w:p>
        </w:tc>
        <w:tc>
          <w:tcPr>
            <w:tcW w:w="1234" w:type="dxa"/>
          </w:tcPr>
          <w:p w14:paraId="770205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239E27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559C23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4,4</w:t>
            </w:r>
          </w:p>
        </w:tc>
      </w:tr>
      <w:tr w:rsidR="006F0136" w:rsidRPr="00D77020" w14:paraId="12A47F55" w14:textId="77777777">
        <w:tc>
          <w:tcPr>
            <w:tcW w:w="1234" w:type="dxa"/>
          </w:tcPr>
          <w:p w14:paraId="5B65C2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69E2AF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BT-72-р1</w:t>
            </w:r>
          </w:p>
        </w:tc>
        <w:tc>
          <w:tcPr>
            <w:tcW w:w="1234" w:type="dxa"/>
          </w:tcPr>
          <w:p w14:paraId="3864E1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72</w:t>
            </w:r>
          </w:p>
        </w:tc>
        <w:tc>
          <w:tcPr>
            <w:tcW w:w="1234" w:type="dxa"/>
          </w:tcPr>
          <w:p w14:paraId="113914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р1</w:t>
            </w:r>
          </w:p>
        </w:tc>
        <w:tc>
          <w:tcPr>
            <w:tcW w:w="1234" w:type="dxa"/>
          </w:tcPr>
          <w:p w14:paraId="55D093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3DBF23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8C2C24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2,1</w:t>
            </w:r>
          </w:p>
        </w:tc>
      </w:tr>
      <w:tr w:rsidR="006F0136" w:rsidRPr="00D77020" w14:paraId="0E99D52E" w14:textId="77777777">
        <w:tc>
          <w:tcPr>
            <w:tcW w:w="1234" w:type="dxa"/>
          </w:tcPr>
          <w:p w14:paraId="4BB589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E61AD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BT-74-е1</w:t>
            </w:r>
          </w:p>
        </w:tc>
        <w:tc>
          <w:tcPr>
            <w:tcW w:w="1234" w:type="dxa"/>
          </w:tcPr>
          <w:p w14:paraId="543900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74</w:t>
            </w:r>
          </w:p>
        </w:tc>
        <w:tc>
          <w:tcPr>
            <w:tcW w:w="1234" w:type="dxa"/>
          </w:tcPr>
          <w:p w14:paraId="29E739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е1</w:t>
            </w:r>
          </w:p>
        </w:tc>
        <w:tc>
          <w:tcPr>
            <w:tcW w:w="1234" w:type="dxa"/>
          </w:tcPr>
          <w:p w14:paraId="268A7D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29FF2E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DB2C76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0,1</w:t>
            </w:r>
          </w:p>
        </w:tc>
      </w:tr>
      <w:tr w:rsidR="006F0136" w:rsidRPr="00D77020" w14:paraId="7C425207" w14:textId="77777777">
        <w:tc>
          <w:tcPr>
            <w:tcW w:w="1234" w:type="dxa"/>
          </w:tcPr>
          <w:p w14:paraId="3E93EF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C6148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BT-74-и1</w:t>
            </w:r>
          </w:p>
        </w:tc>
        <w:tc>
          <w:tcPr>
            <w:tcW w:w="1234" w:type="dxa"/>
          </w:tcPr>
          <w:p w14:paraId="4B2385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74</w:t>
            </w:r>
          </w:p>
        </w:tc>
        <w:tc>
          <w:tcPr>
            <w:tcW w:w="1234" w:type="dxa"/>
          </w:tcPr>
          <w:p w14:paraId="2CBF1F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и1</w:t>
            </w:r>
          </w:p>
        </w:tc>
        <w:tc>
          <w:tcPr>
            <w:tcW w:w="1234" w:type="dxa"/>
          </w:tcPr>
          <w:p w14:paraId="3B3B0E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63A3F8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476CA7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12,6</w:t>
            </w:r>
          </w:p>
        </w:tc>
      </w:tr>
      <w:tr w:rsidR="006F0136" w:rsidRPr="00D77020" w14:paraId="704003D1" w14:textId="77777777">
        <w:tc>
          <w:tcPr>
            <w:tcW w:w="1234" w:type="dxa"/>
          </w:tcPr>
          <w:p w14:paraId="1751E1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3B34DD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BT-74-щ</w:t>
            </w:r>
          </w:p>
        </w:tc>
        <w:tc>
          <w:tcPr>
            <w:tcW w:w="1234" w:type="dxa"/>
          </w:tcPr>
          <w:p w14:paraId="761A20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74</w:t>
            </w:r>
          </w:p>
        </w:tc>
        <w:tc>
          <w:tcPr>
            <w:tcW w:w="1234" w:type="dxa"/>
          </w:tcPr>
          <w:p w14:paraId="63624B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щ</w:t>
            </w:r>
          </w:p>
        </w:tc>
        <w:tc>
          <w:tcPr>
            <w:tcW w:w="1234" w:type="dxa"/>
          </w:tcPr>
          <w:p w14:paraId="4CEBE2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1069D0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663730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5,7</w:t>
            </w:r>
          </w:p>
        </w:tc>
      </w:tr>
      <w:tr w:rsidR="006F0136" w:rsidRPr="00D77020" w14:paraId="5BF5DEB9" w14:textId="77777777">
        <w:tc>
          <w:tcPr>
            <w:tcW w:w="1234" w:type="dxa"/>
          </w:tcPr>
          <w:p w14:paraId="62DF5E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E49FA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BT-74-я</w:t>
            </w:r>
          </w:p>
        </w:tc>
        <w:tc>
          <w:tcPr>
            <w:tcW w:w="1234" w:type="dxa"/>
          </w:tcPr>
          <w:p w14:paraId="671513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74</w:t>
            </w:r>
          </w:p>
        </w:tc>
        <w:tc>
          <w:tcPr>
            <w:tcW w:w="1234" w:type="dxa"/>
          </w:tcPr>
          <w:p w14:paraId="2E9ADF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я</w:t>
            </w:r>
          </w:p>
        </w:tc>
        <w:tc>
          <w:tcPr>
            <w:tcW w:w="1234" w:type="dxa"/>
          </w:tcPr>
          <w:p w14:paraId="067F4F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5D1FD0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8944A5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6,3</w:t>
            </w:r>
          </w:p>
        </w:tc>
      </w:tr>
      <w:tr w:rsidR="006F0136" w:rsidRPr="00D77020" w14:paraId="5F9F9657" w14:textId="77777777">
        <w:tc>
          <w:tcPr>
            <w:tcW w:w="1234" w:type="dxa"/>
          </w:tcPr>
          <w:p w14:paraId="026E52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D6386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BT-80-з</w:t>
            </w:r>
          </w:p>
        </w:tc>
        <w:tc>
          <w:tcPr>
            <w:tcW w:w="1234" w:type="dxa"/>
          </w:tcPr>
          <w:p w14:paraId="4E3C40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7870A4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14760E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101BB0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11575D3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5,7</w:t>
            </w:r>
          </w:p>
        </w:tc>
      </w:tr>
      <w:tr w:rsidR="006F0136" w:rsidRPr="00D77020" w14:paraId="6728CF8B" w14:textId="77777777">
        <w:tc>
          <w:tcPr>
            <w:tcW w:w="1234" w:type="dxa"/>
          </w:tcPr>
          <w:p w14:paraId="08576A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C9DF4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BT-84-в</w:t>
            </w:r>
          </w:p>
        </w:tc>
        <w:tc>
          <w:tcPr>
            <w:tcW w:w="1234" w:type="dxa"/>
          </w:tcPr>
          <w:p w14:paraId="72B746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84</w:t>
            </w:r>
          </w:p>
        </w:tc>
        <w:tc>
          <w:tcPr>
            <w:tcW w:w="1234" w:type="dxa"/>
          </w:tcPr>
          <w:p w14:paraId="7C0B1B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512586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27A563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EDA48D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4,1</w:t>
            </w:r>
          </w:p>
        </w:tc>
      </w:tr>
      <w:tr w:rsidR="006F0136" w:rsidRPr="00D77020" w14:paraId="67B3BCB3" w14:textId="77777777">
        <w:tc>
          <w:tcPr>
            <w:tcW w:w="1234" w:type="dxa"/>
          </w:tcPr>
          <w:p w14:paraId="23AF02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0BF559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BT-89-ж1</w:t>
            </w:r>
          </w:p>
        </w:tc>
        <w:tc>
          <w:tcPr>
            <w:tcW w:w="1234" w:type="dxa"/>
          </w:tcPr>
          <w:p w14:paraId="5E698D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89</w:t>
            </w:r>
          </w:p>
        </w:tc>
        <w:tc>
          <w:tcPr>
            <w:tcW w:w="1234" w:type="dxa"/>
          </w:tcPr>
          <w:p w14:paraId="12625B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ж1</w:t>
            </w:r>
          </w:p>
        </w:tc>
        <w:tc>
          <w:tcPr>
            <w:tcW w:w="1234" w:type="dxa"/>
          </w:tcPr>
          <w:p w14:paraId="625532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798E75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9406D7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4,7</w:t>
            </w:r>
          </w:p>
        </w:tc>
      </w:tr>
      <w:tr w:rsidR="006F0136" w:rsidRPr="00D77020" w14:paraId="44EDEAB1" w14:textId="77777777">
        <w:tc>
          <w:tcPr>
            <w:tcW w:w="1234" w:type="dxa"/>
          </w:tcPr>
          <w:p w14:paraId="755B1C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436B10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BT-89-я</w:t>
            </w:r>
          </w:p>
        </w:tc>
        <w:tc>
          <w:tcPr>
            <w:tcW w:w="1234" w:type="dxa"/>
          </w:tcPr>
          <w:p w14:paraId="7D5FFA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89</w:t>
            </w:r>
          </w:p>
        </w:tc>
        <w:tc>
          <w:tcPr>
            <w:tcW w:w="1234" w:type="dxa"/>
          </w:tcPr>
          <w:p w14:paraId="662878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я</w:t>
            </w:r>
          </w:p>
        </w:tc>
        <w:tc>
          <w:tcPr>
            <w:tcW w:w="1234" w:type="dxa"/>
          </w:tcPr>
          <w:p w14:paraId="39B431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50DEE2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1B4174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10,8</w:t>
            </w:r>
          </w:p>
        </w:tc>
      </w:tr>
      <w:tr w:rsidR="006F0136" w:rsidRPr="00D77020" w14:paraId="5341F749" w14:textId="77777777">
        <w:tc>
          <w:tcPr>
            <w:tcW w:w="1234" w:type="dxa"/>
          </w:tcPr>
          <w:p w14:paraId="765151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28AAED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BT-90-д</w:t>
            </w:r>
          </w:p>
        </w:tc>
        <w:tc>
          <w:tcPr>
            <w:tcW w:w="1234" w:type="dxa"/>
          </w:tcPr>
          <w:p w14:paraId="406E87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6B5BD8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3D924B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305C55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15349C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2,3</w:t>
            </w:r>
          </w:p>
        </w:tc>
      </w:tr>
      <w:tr w:rsidR="006F0136" w:rsidRPr="00D77020" w14:paraId="5ECD5EE2" w14:textId="77777777">
        <w:tc>
          <w:tcPr>
            <w:tcW w:w="1234" w:type="dxa"/>
          </w:tcPr>
          <w:p w14:paraId="24B89A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5919E6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BT-90-е</w:t>
            </w:r>
          </w:p>
        </w:tc>
        <w:tc>
          <w:tcPr>
            <w:tcW w:w="1234" w:type="dxa"/>
          </w:tcPr>
          <w:p w14:paraId="51BEE4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2359A0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4072A5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094BFD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3423A8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686F50AD" w14:textId="77777777">
        <w:tc>
          <w:tcPr>
            <w:tcW w:w="1234" w:type="dxa"/>
          </w:tcPr>
          <w:p w14:paraId="07BDE3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AC44F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BT-90-ж1</w:t>
            </w:r>
          </w:p>
        </w:tc>
        <w:tc>
          <w:tcPr>
            <w:tcW w:w="1234" w:type="dxa"/>
          </w:tcPr>
          <w:p w14:paraId="78191A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761417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ж1</w:t>
            </w:r>
          </w:p>
        </w:tc>
        <w:tc>
          <w:tcPr>
            <w:tcW w:w="1234" w:type="dxa"/>
          </w:tcPr>
          <w:p w14:paraId="7BDE32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164CD7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CF1199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1,6</w:t>
            </w:r>
          </w:p>
        </w:tc>
      </w:tr>
      <w:tr w:rsidR="006F0136" w:rsidRPr="00D77020" w14:paraId="2C075190" w14:textId="77777777">
        <w:tc>
          <w:tcPr>
            <w:tcW w:w="1234" w:type="dxa"/>
          </w:tcPr>
          <w:p w14:paraId="1176FE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1CFEEB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BT-91-е</w:t>
            </w:r>
          </w:p>
        </w:tc>
        <w:tc>
          <w:tcPr>
            <w:tcW w:w="1234" w:type="dxa"/>
          </w:tcPr>
          <w:p w14:paraId="7AA09F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</w:t>
            </w:r>
          </w:p>
        </w:tc>
        <w:tc>
          <w:tcPr>
            <w:tcW w:w="1234" w:type="dxa"/>
          </w:tcPr>
          <w:p w14:paraId="7F15B7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7F34E8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2BCD2E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97F846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1,6</w:t>
            </w:r>
          </w:p>
        </w:tc>
      </w:tr>
      <w:tr w:rsidR="006F0136" w:rsidRPr="00D77020" w14:paraId="6B516F5B" w14:textId="77777777">
        <w:tc>
          <w:tcPr>
            <w:tcW w:w="1234" w:type="dxa"/>
          </w:tcPr>
          <w:p w14:paraId="2FD0DB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2020</w:t>
            </w:r>
          </w:p>
        </w:tc>
        <w:tc>
          <w:tcPr>
            <w:tcW w:w="1234" w:type="dxa"/>
          </w:tcPr>
          <w:p w14:paraId="7A8B37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BT-91-о</w:t>
            </w:r>
          </w:p>
        </w:tc>
        <w:tc>
          <w:tcPr>
            <w:tcW w:w="1234" w:type="dxa"/>
          </w:tcPr>
          <w:p w14:paraId="49E8B8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</w:t>
            </w:r>
          </w:p>
        </w:tc>
        <w:tc>
          <w:tcPr>
            <w:tcW w:w="1234" w:type="dxa"/>
          </w:tcPr>
          <w:p w14:paraId="7FFF7D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076D85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0FA1FD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47D707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2,4</w:t>
            </w:r>
          </w:p>
        </w:tc>
      </w:tr>
      <w:tr w:rsidR="006F0136" w:rsidRPr="00D77020" w14:paraId="3E25A7CE" w14:textId="77777777">
        <w:tc>
          <w:tcPr>
            <w:tcW w:w="7404" w:type="dxa"/>
            <w:gridSpan w:val="6"/>
          </w:tcPr>
          <w:p w14:paraId="2E29F1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1A18A2A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526,6</w:t>
            </w:r>
          </w:p>
        </w:tc>
      </w:tr>
    </w:tbl>
    <w:p w14:paraId="45A36553" w14:textId="77777777" w:rsidR="006F0136" w:rsidRPr="00D77020" w:rsidRDefault="00D77020">
      <w:pPr>
        <w:rPr>
          <w:lang w:val="bg-BG"/>
        </w:rPr>
      </w:pPr>
      <w:r w:rsidRPr="00D77020">
        <w:rPr>
          <w:lang w:val="bg-BG"/>
        </w:rPr>
        <w:br w:type="page"/>
      </w:r>
    </w:p>
    <w:p w14:paraId="2872F2AD" w14:textId="77777777" w:rsidR="006F0136" w:rsidRPr="00D77020" w:rsidRDefault="00D77020">
      <w:pPr>
        <w:pStyle w:val="Heading1"/>
        <w:rPr>
          <w:lang w:val="bg-BG"/>
        </w:rPr>
      </w:pPr>
      <w:bookmarkStart w:id="29" w:name="_Toc222837695"/>
      <w:r w:rsidRPr="00D77020">
        <w:rPr>
          <w:lang w:val="bg-BG"/>
        </w:rPr>
        <w:lastRenderedPageBreak/>
        <w:t xml:space="preserve">ДГС Тетевен - Обща площ: 64,0 </w:t>
      </w:r>
      <w:proofErr w:type="spellStart"/>
      <w:r w:rsidRPr="00D77020">
        <w:rPr>
          <w:lang w:val="bg-BG"/>
        </w:rPr>
        <w:t>хa</w:t>
      </w:r>
      <w:bookmarkEnd w:id="29"/>
      <w:proofErr w:type="spellEnd"/>
    </w:p>
    <w:p w14:paraId="5CD4A24D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BG0001014 - Карлуково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18F5BD95" w14:textId="77777777">
        <w:tc>
          <w:tcPr>
            <w:tcW w:w="1587" w:type="dxa"/>
          </w:tcPr>
          <w:p w14:paraId="64633A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4DC5CC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383208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726DD7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7AF299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48072BED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562D0A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1F668555" w14:textId="77777777">
        <w:tc>
          <w:tcPr>
            <w:tcW w:w="1234" w:type="dxa"/>
          </w:tcPr>
          <w:p w14:paraId="2676C9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362210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KL-2114-и</w:t>
            </w:r>
          </w:p>
        </w:tc>
        <w:tc>
          <w:tcPr>
            <w:tcW w:w="1234" w:type="dxa"/>
          </w:tcPr>
          <w:p w14:paraId="53EACD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2114</w:t>
            </w:r>
          </w:p>
        </w:tc>
        <w:tc>
          <w:tcPr>
            <w:tcW w:w="1234" w:type="dxa"/>
          </w:tcPr>
          <w:p w14:paraId="71C96A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5701D7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7CB493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91Е0</w:t>
            </w:r>
          </w:p>
        </w:tc>
        <w:tc>
          <w:tcPr>
            <w:tcW w:w="1234" w:type="dxa"/>
          </w:tcPr>
          <w:p w14:paraId="3684CAD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50A020B7" w14:textId="77777777">
        <w:tc>
          <w:tcPr>
            <w:tcW w:w="1234" w:type="dxa"/>
          </w:tcPr>
          <w:p w14:paraId="3B15BE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4C3D36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KL-2114-х</w:t>
            </w:r>
          </w:p>
        </w:tc>
        <w:tc>
          <w:tcPr>
            <w:tcW w:w="1234" w:type="dxa"/>
          </w:tcPr>
          <w:p w14:paraId="63613E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2114</w:t>
            </w:r>
          </w:p>
        </w:tc>
        <w:tc>
          <w:tcPr>
            <w:tcW w:w="1234" w:type="dxa"/>
          </w:tcPr>
          <w:p w14:paraId="24A282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х</w:t>
            </w:r>
          </w:p>
        </w:tc>
        <w:tc>
          <w:tcPr>
            <w:tcW w:w="1234" w:type="dxa"/>
          </w:tcPr>
          <w:p w14:paraId="0983A6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</w:t>
            </w:r>
          </w:p>
        </w:tc>
        <w:tc>
          <w:tcPr>
            <w:tcW w:w="1234" w:type="dxa"/>
          </w:tcPr>
          <w:p w14:paraId="1A911E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4C54146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5,2</w:t>
            </w:r>
          </w:p>
        </w:tc>
      </w:tr>
      <w:tr w:rsidR="006F0136" w:rsidRPr="00D77020" w14:paraId="6FB51CEE" w14:textId="77777777">
        <w:tc>
          <w:tcPr>
            <w:tcW w:w="7404" w:type="dxa"/>
            <w:gridSpan w:val="6"/>
          </w:tcPr>
          <w:p w14:paraId="2A13F0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59F0388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5,4</w:t>
            </w:r>
          </w:p>
        </w:tc>
      </w:tr>
    </w:tbl>
    <w:p w14:paraId="1223D5C4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BG0001036 - Български извор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71831CAF" w14:textId="77777777">
        <w:tc>
          <w:tcPr>
            <w:tcW w:w="1587" w:type="dxa"/>
          </w:tcPr>
          <w:p w14:paraId="03CC8B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58FF83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5D65E4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28F72D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2D903C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117C5FE7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6B77E4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2BA5AFE3" w14:textId="77777777">
        <w:tc>
          <w:tcPr>
            <w:tcW w:w="1234" w:type="dxa"/>
          </w:tcPr>
          <w:p w14:paraId="4DF065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1A7D55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KL-297-к</w:t>
            </w:r>
          </w:p>
        </w:tc>
        <w:tc>
          <w:tcPr>
            <w:tcW w:w="1234" w:type="dxa"/>
          </w:tcPr>
          <w:p w14:paraId="553440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297</w:t>
            </w:r>
          </w:p>
        </w:tc>
        <w:tc>
          <w:tcPr>
            <w:tcW w:w="1234" w:type="dxa"/>
          </w:tcPr>
          <w:p w14:paraId="50AE1A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4236C7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</w:t>
            </w:r>
          </w:p>
        </w:tc>
        <w:tc>
          <w:tcPr>
            <w:tcW w:w="1234" w:type="dxa"/>
          </w:tcPr>
          <w:p w14:paraId="4A8B29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91G0</w:t>
            </w:r>
          </w:p>
        </w:tc>
        <w:tc>
          <w:tcPr>
            <w:tcW w:w="1234" w:type="dxa"/>
          </w:tcPr>
          <w:p w14:paraId="57C7EB9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0,6</w:t>
            </w:r>
          </w:p>
        </w:tc>
      </w:tr>
      <w:tr w:rsidR="006F0136" w:rsidRPr="00D77020" w14:paraId="736EDA0D" w14:textId="77777777">
        <w:tc>
          <w:tcPr>
            <w:tcW w:w="1234" w:type="dxa"/>
          </w:tcPr>
          <w:p w14:paraId="0E595B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151814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KL-299-ш</w:t>
            </w:r>
          </w:p>
        </w:tc>
        <w:tc>
          <w:tcPr>
            <w:tcW w:w="1234" w:type="dxa"/>
          </w:tcPr>
          <w:p w14:paraId="57DCBA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299</w:t>
            </w:r>
          </w:p>
        </w:tc>
        <w:tc>
          <w:tcPr>
            <w:tcW w:w="1234" w:type="dxa"/>
          </w:tcPr>
          <w:p w14:paraId="49FC37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ш</w:t>
            </w:r>
          </w:p>
        </w:tc>
        <w:tc>
          <w:tcPr>
            <w:tcW w:w="1234" w:type="dxa"/>
          </w:tcPr>
          <w:p w14:paraId="6BDB60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</w:t>
            </w:r>
          </w:p>
        </w:tc>
        <w:tc>
          <w:tcPr>
            <w:tcW w:w="1234" w:type="dxa"/>
          </w:tcPr>
          <w:p w14:paraId="5A2514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5B8E0BF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2575585C" w14:textId="77777777">
        <w:tc>
          <w:tcPr>
            <w:tcW w:w="7404" w:type="dxa"/>
            <w:gridSpan w:val="6"/>
          </w:tcPr>
          <w:p w14:paraId="7EB009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425DD9B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1,1</w:t>
            </w:r>
          </w:p>
        </w:tc>
      </w:tr>
    </w:tbl>
    <w:p w14:paraId="21CB7AF8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BG0001493 - Централен Балкан - буфер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0CFC0EB3" w14:textId="77777777">
        <w:tc>
          <w:tcPr>
            <w:tcW w:w="1587" w:type="dxa"/>
          </w:tcPr>
          <w:p w14:paraId="163942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2DC2A4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1F3194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4C1B6D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533F41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3CBB1F38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71A975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770A557F" w14:textId="77777777">
        <w:tc>
          <w:tcPr>
            <w:tcW w:w="1234" w:type="dxa"/>
          </w:tcPr>
          <w:p w14:paraId="3CCCAB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12DBB8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KL-224-б</w:t>
            </w:r>
          </w:p>
        </w:tc>
        <w:tc>
          <w:tcPr>
            <w:tcW w:w="1234" w:type="dxa"/>
          </w:tcPr>
          <w:p w14:paraId="124865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224</w:t>
            </w:r>
          </w:p>
        </w:tc>
        <w:tc>
          <w:tcPr>
            <w:tcW w:w="1234" w:type="dxa"/>
          </w:tcPr>
          <w:p w14:paraId="7E62BA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2CA03C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234" w:type="dxa"/>
          </w:tcPr>
          <w:p w14:paraId="1A49D9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1E351F9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534DE3C5" w14:textId="77777777">
        <w:tc>
          <w:tcPr>
            <w:tcW w:w="1234" w:type="dxa"/>
          </w:tcPr>
          <w:p w14:paraId="627EE1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3896EE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KL-226-м</w:t>
            </w:r>
          </w:p>
        </w:tc>
        <w:tc>
          <w:tcPr>
            <w:tcW w:w="1234" w:type="dxa"/>
          </w:tcPr>
          <w:p w14:paraId="1139BA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226</w:t>
            </w:r>
          </w:p>
        </w:tc>
        <w:tc>
          <w:tcPr>
            <w:tcW w:w="1234" w:type="dxa"/>
          </w:tcPr>
          <w:p w14:paraId="6EC33C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52F8CB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2D99E7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0455313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5,6</w:t>
            </w:r>
          </w:p>
        </w:tc>
      </w:tr>
      <w:tr w:rsidR="006F0136" w:rsidRPr="00D77020" w14:paraId="796CA53B" w14:textId="77777777">
        <w:tc>
          <w:tcPr>
            <w:tcW w:w="1234" w:type="dxa"/>
          </w:tcPr>
          <w:p w14:paraId="6E27DF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0AC075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KL-3004-р1</w:t>
            </w:r>
          </w:p>
        </w:tc>
        <w:tc>
          <w:tcPr>
            <w:tcW w:w="1234" w:type="dxa"/>
          </w:tcPr>
          <w:p w14:paraId="146060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3004</w:t>
            </w:r>
          </w:p>
        </w:tc>
        <w:tc>
          <w:tcPr>
            <w:tcW w:w="1234" w:type="dxa"/>
          </w:tcPr>
          <w:p w14:paraId="5073B4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р1</w:t>
            </w:r>
          </w:p>
        </w:tc>
        <w:tc>
          <w:tcPr>
            <w:tcW w:w="1234" w:type="dxa"/>
          </w:tcPr>
          <w:p w14:paraId="01EDC4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199CCE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2FB6231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2,9</w:t>
            </w:r>
          </w:p>
        </w:tc>
      </w:tr>
      <w:tr w:rsidR="006F0136" w:rsidRPr="00D77020" w14:paraId="19A05065" w14:textId="77777777">
        <w:tc>
          <w:tcPr>
            <w:tcW w:w="1234" w:type="dxa"/>
          </w:tcPr>
          <w:p w14:paraId="580BC9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572B46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KL-3007-и2</w:t>
            </w:r>
          </w:p>
        </w:tc>
        <w:tc>
          <w:tcPr>
            <w:tcW w:w="1234" w:type="dxa"/>
          </w:tcPr>
          <w:p w14:paraId="32327D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3007</w:t>
            </w:r>
          </w:p>
        </w:tc>
        <w:tc>
          <w:tcPr>
            <w:tcW w:w="1234" w:type="dxa"/>
          </w:tcPr>
          <w:p w14:paraId="55FE0F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и2</w:t>
            </w:r>
          </w:p>
        </w:tc>
        <w:tc>
          <w:tcPr>
            <w:tcW w:w="1234" w:type="dxa"/>
          </w:tcPr>
          <w:p w14:paraId="0EB0E5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3365B6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6014D0E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2,9</w:t>
            </w:r>
          </w:p>
        </w:tc>
      </w:tr>
      <w:tr w:rsidR="006F0136" w:rsidRPr="00D77020" w14:paraId="51A56AB5" w14:textId="77777777">
        <w:tc>
          <w:tcPr>
            <w:tcW w:w="1234" w:type="dxa"/>
          </w:tcPr>
          <w:p w14:paraId="3638F7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428C12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KL-3007-ц1</w:t>
            </w:r>
          </w:p>
        </w:tc>
        <w:tc>
          <w:tcPr>
            <w:tcW w:w="1234" w:type="dxa"/>
          </w:tcPr>
          <w:p w14:paraId="12B40B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3007</w:t>
            </w:r>
          </w:p>
        </w:tc>
        <w:tc>
          <w:tcPr>
            <w:tcW w:w="1234" w:type="dxa"/>
          </w:tcPr>
          <w:p w14:paraId="203292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ц1</w:t>
            </w:r>
          </w:p>
        </w:tc>
        <w:tc>
          <w:tcPr>
            <w:tcW w:w="1234" w:type="dxa"/>
          </w:tcPr>
          <w:p w14:paraId="4F2AE7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3BF68F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7CF1570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2,3</w:t>
            </w:r>
          </w:p>
        </w:tc>
      </w:tr>
      <w:tr w:rsidR="006F0136" w:rsidRPr="00D77020" w14:paraId="11CFC66C" w14:textId="77777777">
        <w:tc>
          <w:tcPr>
            <w:tcW w:w="1234" w:type="dxa"/>
          </w:tcPr>
          <w:p w14:paraId="51FB8B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3A286C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KL-3009-е</w:t>
            </w:r>
          </w:p>
        </w:tc>
        <w:tc>
          <w:tcPr>
            <w:tcW w:w="1234" w:type="dxa"/>
          </w:tcPr>
          <w:p w14:paraId="3BCC53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3009</w:t>
            </w:r>
          </w:p>
        </w:tc>
        <w:tc>
          <w:tcPr>
            <w:tcW w:w="1234" w:type="dxa"/>
          </w:tcPr>
          <w:p w14:paraId="28B870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46D266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10BCEE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3B1E3B2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3,4</w:t>
            </w:r>
          </w:p>
        </w:tc>
      </w:tr>
      <w:tr w:rsidR="006F0136" w:rsidRPr="00D77020" w14:paraId="2532F1B1" w14:textId="77777777">
        <w:tc>
          <w:tcPr>
            <w:tcW w:w="1234" w:type="dxa"/>
          </w:tcPr>
          <w:p w14:paraId="6AFBD7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5A90DB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KL-3009-з</w:t>
            </w:r>
          </w:p>
        </w:tc>
        <w:tc>
          <w:tcPr>
            <w:tcW w:w="1234" w:type="dxa"/>
          </w:tcPr>
          <w:p w14:paraId="0246AB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3009</w:t>
            </w:r>
          </w:p>
        </w:tc>
        <w:tc>
          <w:tcPr>
            <w:tcW w:w="1234" w:type="dxa"/>
          </w:tcPr>
          <w:p w14:paraId="6C2DF2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39B201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7D027D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639D50D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4,8</w:t>
            </w:r>
          </w:p>
        </w:tc>
      </w:tr>
      <w:tr w:rsidR="006F0136" w:rsidRPr="00D77020" w14:paraId="494737D1" w14:textId="77777777">
        <w:tc>
          <w:tcPr>
            <w:tcW w:w="1234" w:type="dxa"/>
          </w:tcPr>
          <w:p w14:paraId="2E6EE5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6F757C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KL-3010-с</w:t>
            </w:r>
          </w:p>
        </w:tc>
        <w:tc>
          <w:tcPr>
            <w:tcW w:w="1234" w:type="dxa"/>
          </w:tcPr>
          <w:p w14:paraId="092E32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3010</w:t>
            </w:r>
          </w:p>
        </w:tc>
        <w:tc>
          <w:tcPr>
            <w:tcW w:w="1234" w:type="dxa"/>
          </w:tcPr>
          <w:p w14:paraId="4C5D99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3DDBCA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33EC95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62CA1C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5,9</w:t>
            </w:r>
          </w:p>
        </w:tc>
      </w:tr>
      <w:tr w:rsidR="006F0136" w:rsidRPr="00D77020" w14:paraId="2075230E" w14:textId="77777777">
        <w:tc>
          <w:tcPr>
            <w:tcW w:w="1234" w:type="dxa"/>
          </w:tcPr>
          <w:p w14:paraId="4C3535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305905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KL-3018-н</w:t>
            </w:r>
          </w:p>
        </w:tc>
        <w:tc>
          <w:tcPr>
            <w:tcW w:w="1234" w:type="dxa"/>
          </w:tcPr>
          <w:p w14:paraId="622701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3018</w:t>
            </w:r>
          </w:p>
        </w:tc>
        <w:tc>
          <w:tcPr>
            <w:tcW w:w="1234" w:type="dxa"/>
          </w:tcPr>
          <w:p w14:paraId="0D5E75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7BD93B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57BECA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4D78703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8,6</w:t>
            </w:r>
          </w:p>
        </w:tc>
      </w:tr>
      <w:tr w:rsidR="006F0136" w:rsidRPr="00D77020" w14:paraId="58BEB225" w14:textId="77777777">
        <w:tc>
          <w:tcPr>
            <w:tcW w:w="1234" w:type="dxa"/>
          </w:tcPr>
          <w:p w14:paraId="48CE91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37AAE5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KL-3018-х</w:t>
            </w:r>
          </w:p>
        </w:tc>
        <w:tc>
          <w:tcPr>
            <w:tcW w:w="1234" w:type="dxa"/>
          </w:tcPr>
          <w:p w14:paraId="322744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3018</w:t>
            </w:r>
          </w:p>
        </w:tc>
        <w:tc>
          <w:tcPr>
            <w:tcW w:w="1234" w:type="dxa"/>
          </w:tcPr>
          <w:p w14:paraId="2787F2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х</w:t>
            </w:r>
          </w:p>
        </w:tc>
        <w:tc>
          <w:tcPr>
            <w:tcW w:w="1234" w:type="dxa"/>
          </w:tcPr>
          <w:p w14:paraId="257773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728998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91G0</w:t>
            </w:r>
          </w:p>
        </w:tc>
        <w:tc>
          <w:tcPr>
            <w:tcW w:w="1234" w:type="dxa"/>
          </w:tcPr>
          <w:p w14:paraId="239CFDB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5,7</w:t>
            </w:r>
          </w:p>
        </w:tc>
      </w:tr>
      <w:tr w:rsidR="006F0136" w:rsidRPr="00D77020" w14:paraId="5140C0AF" w14:textId="77777777">
        <w:tc>
          <w:tcPr>
            <w:tcW w:w="1234" w:type="dxa"/>
          </w:tcPr>
          <w:p w14:paraId="26C50C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708373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KL-3124-е</w:t>
            </w:r>
          </w:p>
        </w:tc>
        <w:tc>
          <w:tcPr>
            <w:tcW w:w="1234" w:type="dxa"/>
          </w:tcPr>
          <w:p w14:paraId="7DED3A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3124</w:t>
            </w:r>
          </w:p>
        </w:tc>
        <w:tc>
          <w:tcPr>
            <w:tcW w:w="1234" w:type="dxa"/>
          </w:tcPr>
          <w:p w14:paraId="10DFD1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75640E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200</w:t>
            </w:r>
          </w:p>
        </w:tc>
        <w:tc>
          <w:tcPr>
            <w:tcW w:w="1234" w:type="dxa"/>
          </w:tcPr>
          <w:p w14:paraId="1A8888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2ECCB5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3,4</w:t>
            </w:r>
          </w:p>
        </w:tc>
      </w:tr>
      <w:tr w:rsidR="006F0136" w:rsidRPr="00D77020" w14:paraId="0D8CD08E" w14:textId="77777777">
        <w:tc>
          <w:tcPr>
            <w:tcW w:w="1234" w:type="dxa"/>
          </w:tcPr>
          <w:p w14:paraId="3C2CE6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219D10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KK-1150-а</w:t>
            </w:r>
          </w:p>
        </w:tc>
        <w:tc>
          <w:tcPr>
            <w:tcW w:w="1234" w:type="dxa"/>
          </w:tcPr>
          <w:p w14:paraId="219AFD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5150</w:t>
            </w:r>
          </w:p>
        </w:tc>
        <w:tc>
          <w:tcPr>
            <w:tcW w:w="1234" w:type="dxa"/>
          </w:tcPr>
          <w:p w14:paraId="51EFFD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7ED9C9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041B3A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  <w:r w:rsidRPr="00D77020">
              <w:rPr>
                <w:lang w:val="bg-BG"/>
              </w:rPr>
              <w:br/>
            </w:r>
          </w:p>
        </w:tc>
        <w:tc>
          <w:tcPr>
            <w:tcW w:w="1234" w:type="dxa"/>
          </w:tcPr>
          <w:p w14:paraId="2397B1C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3,9</w:t>
            </w:r>
          </w:p>
        </w:tc>
      </w:tr>
      <w:tr w:rsidR="006F0136" w:rsidRPr="00D77020" w14:paraId="69FA7FF8" w14:textId="77777777">
        <w:tc>
          <w:tcPr>
            <w:tcW w:w="1234" w:type="dxa"/>
          </w:tcPr>
          <w:p w14:paraId="6E298B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4ACE76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KL-70-е</w:t>
            </w:r>
          </w:p>
        </w:tc>
        <w:tc>
          <w:tcPr>
            <w:tcW w:w="1234" w:type="dxa"/>
          </w:tcPr>
          <w:p w14:paraId="6D9A60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566A13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3E73F5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01A3B8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00E4F0E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6,9</w:t>
            </w:r>
          </w:p>
        </w:tc>
      </w:tr>
      <w:tr w:rsidR="006F0136" w:rsidRPr="00D77020" w14:paraId="5C852C93" w14:textId="77777777">
        <w:tc>
          <w:tcPr>
            <w:tcW w:w="7404" w:type="dxa"/>
            <w:gridSpan w:val="6"/>
          </w:tcPr>
          <w:p w14:paraId="4A0C3F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52E5FF6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57,5</w:t>
            </w:r>
          </w:p>
        </w:tc>
      </w:tr>
    </w:tbl>
    <w:p w14:paraId="7C0BE8C7" w14:textId="77777777" w:rsidR="006F0136" w:rsidRPr="00D77020" w:rsidRDefault="00D77020">
      <w:pPr>
        <w:rPr>
          <w:lang w:val="bg-BG"/>
        </w:rPr>
      </w:pPr>
      <w:r w:rsidRPr="00D77020">
        <w:rPr>
          <w:lang w:val="bg-BG"/>
        </w:rPr>
        <w:br w:type="page"/>
      </w:r>
    </w:p>
    <w:p w14:paraId="6FEE1147" w14:textId="77777777" w:rsidR="006F0136" w:rsidRPr="00D77020" w:rsidRDefault="00D77020">
      <w:pPr>
        <w:pStyle w:val="Heading1"/>
        <w:rPr>
          <w:lang w:val="bg-BG"/>
        </w:rPr>
      </w:pPr>
      <w:bookmarkStart w:id="30" w:name="_Toc222837696"/>
      <w:r w:rsidRPr="00D77020">
        <w:rPr>
          <w:lang w:val="bg-BG"/>
        </w:rPr>
        <w:lastRenderedPageBreak/>
        <w:t xml:space="preserve">ДГС Трън - Обща площ: 172,7 </w:t>
      </w:r>
      <w:proofErr w:type="spellStart"/>
      <w:r w:rsidRPr="00D77020">
        <w:rPr>
          <w:lang w:val="bg-BG"/>
        </w:rPr>
        <w:t>хa</w:t>
      </w:r>
      <w:bookmarkEnd w:id="30"/>
      <w:proofErr w:type="spellEnd"/>
    </w:p>
    <w:p w14:paraId="1B19BBB8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BG0000313 - Руй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0F4BDAE1" w14:textId="77777777">
        <w:tc>
          <w:tcPr>
            <w:tcW w:w="1587" w:type="dxa"/>
          </w:tcPr>
          <w:p w14:paraId="45433D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3F8C4F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04BFF8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53BBEB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6B3E53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5103B830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16BDED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1CDA1701" w14:textId="77777777">
        <w:tc>
          <w:tcPr>
            <w:tcW w:w="1234" w:type="dxa"/>
          </w:tcPr>
          <w:p w14:paraId="6C18AB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0981BF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HK-301-е</w:t>
            </w:r>
          </w:p>
        </w:tc>
        <w:tc>
          <w:tcPr>
            <w:tcW w:w="1234" w:type="dxa"/>
          </w:tcPr>
          <w:p w14:paraId="519ED6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301</w:t>
            </w:r>
          </w:p>
        </w:tc>
        <w:tc>
          <w:tcPr>
            <w:tcW w:w="1234" w:type="dxa"/>
          </w:tcPr>
          <w:p w14:paraId="55A50D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37F0FF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337A98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0143B09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4,2</w:t>
            </w:r>
          </w:p>
        </w:tc>
      </w:tr>
      <w:tr w:rsidR="006F0136" w:rsidRPr="00D77020" w14:paraId="7041AAC5" w14:textId="77777777">
        <w:tc>
          <w:tcPr>
            <w:tcW w:w="7404" w:type="dxa"/>
            <w:gridSpan w:val="6"/>
          </w:tcPr>
          <w:p w14:paraId="75B130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29A9C04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4,2</w:t>
            </w:r>
          </w:p>
        </w:tc>
      </w:tr>
    </w:tbl>
    <w:p w14:paraId="22413F01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BG0001017 - Кървав камък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566F4A30" w14:textId="77777777">
        <w:tc>
          <w:tcPr>
            <w:tcW w:w="1587" w:type="dxa"/>
          </w:tcPr>
          <w:p w14:paraId="3C1AD1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6BE4B2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3F90B6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2DB65B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47EE0C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1273381E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693CA4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2878BC7D" w14:textId="77777777">
        <w:tc>
          <w:tcPr>
            <w:tcW w:w="1234" w:type="dxa"/>
          </w:tcPr>
          <w:p w14:paraId="067DF2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28D665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HK-136-м</w:t>
            </w:r>
          </w:p>
        </w:tc>
        <w:tc>
          <w:tcPr>
            <w:tcW w:w="1234" w:type="dxa"/>
          </w:tcPr>
          <w:p w14:paraId="43EE76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136</w:t>
            </w:r>
          </w:p>
        </w:tc>
        <w:tc>
          <w:tcPr>
            <w:tcW w:w="1234" w:type="dxa"/>
          </w:tcPr>
          <w:p w14:paraId="2E4A34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6FD800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4C9BD7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1B6AF8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0,9</w:t>
            </w:r>
          </w:p>
        </w:tc>
      </w:tr>
      <w:tr w:rsidR="006F0136" w:rsidRPr="00D77020" w14:paraId="05364DDB" w14:textId="77777777">
        <w:tc>
          <w:tcPr>
            <w:tcW w:w="1234" w:type="dxa"/>
          </w:tcPr>
          <w:p w14:paraId="3AE3D7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51C3F7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HK-136-н</w:t>
            </w:r>
          </w:p>
        </w:tc>
        <w:tc>
          <w:tcPr>
            <w:tcW w:w="1234" w:type="dxa"/>
          </w:tcPr>
          <w:p w14:paraId="65F13A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136</w:t>
            </w:r>
          </w:p>
        </w:tc>
        <w:tc>
          <w:tcPr>
            <w:tcW w:w="1234" w:type="dxa"/>
          </w:tcPr>
          <w:p w14:paraId="7268A6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33CF38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2FB777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C7E52A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7,8</w:t>
            </w:r>
          </w:p>
        </w:tc>
      </w:tr>
      <w:tr w:rsidR="006F0136" w:rsidRPr="00D77020" w14:paraId="78EF8F72" w14:textId="77777777">
        <w:tc>
          <w:tcPr>
            <w:tcW w:w="1234" w:type="dxa"/>
          </w:tcPr>
          <w:p w14:paraId="0F5574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5C7520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HK-139-ф</w:t>
            </w:r>
          </w:p>
        </w:tc>
        <w:tc>
          <w:tcPr>
            <w:tcW w:w="1234" w:type="dxa"/>
          </w:tcPr>
          <w:p w14:paraId="14701A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139</w:t>
            </w:r>
          </w:p>
        </w:tc>
        <w:tc>
          <w:tcPr>
            <w:tcW w:w="1234" w:type="dxa"/>
          </w:tcPr>
          <w:p w14:paraId="2BA8D1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ф</w:t>
            </w:r>
          </w:p>
        </w:tc>
        <w:tc>
          <w:tcPr>
            <w:tcW w:w="1234" w:type="dxa"/>
          </w:tcPr>
          <w:p w14:paraId="067007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12D89F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B71D47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17,4</w:t>
            </w:r>
          </w:p>
        </w:tc>
      </w:tr>
      <w:tr w:rsidR="006F0136" w:rsidRPr="00D77020" w14:paraId="22DA1CA5" w14:textId="77777777">
        <w:tc>
          <w:tcPr>
            <w:tcW w:w="1234" w:type="dxa"/>
          </w:tcPr>
          <w:p w14:paraId="195F02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6CF191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HK-180-б1</w:t>
            </w:r>
          </w:p>
        </w:tc>
        <w:tc>
          <w:tcPr>
            <w:tcW w:w="1234" w:type="dxa"/>
          </w:tcPr>
          <w:p w14:paraId="0A6F35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180</w:t>
            </w:r>
          </w:p>
        </w:tc>
        <w:tc>
          <w:tcPr>
            <w:tcW w:w="1234" w:type="dxa"/>
          </w:tcPr>
          <w:p w14:paraId="67654A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б1</w:t>
            </w:r>
          </w:p>
        </w:tc>
        <w:tc>
          <w:tcPr>
            <w:tcW w:w="1234" w:type="dxa"/>
          </w:tcPr>
          <w:p w14:paraId="33DC24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1F824E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505996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9,3</w:t>
            </w:r>
          </w:p>
        </w:tc>
      </w:tr>
      <w:tr w:rsidR="006F0136" w:rsidRPr="00D77020" w14:paraId="134A215A" w14:textId="77777777">
        <w:tc>
          <w:tcPr>
            <w:tcW w:w="1234" w:type="dxa"/>
          </w:tcPr>
          <w:p w14:paraId="2489A9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5044F3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HK-180-в1</w:t>
            </w:r>
          </w:p>
        </w:tc>
        <w:tc>
          <w:tcPr>
            <w:tcW w:w="1234" w:type="dxa"/>
          </w:tcPr>
          <w:p w14:paraId="003396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180</w:t>
            </w:r>
          </w:p>
        </w:tc>
        <w:tc>
          <w:tcPr>
            <w:tcW w:w="1234" w:type="dxa"/>
          </w:tcPr>
          <w:p w14:paraId="56326F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в1</w:t>
            </w:r>
          </w:p>
        </w:tc>
        <w:tc>
          <w:tcPr>
            <w:tcW w:w="1234" w:type="dxa"/>
          </w:tcPr>
          <w:p w14:paraId="67DCD9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1E9EDB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F693CB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0,9</w:t>
            </w:r>
          </w:p>
        </w:tc>
      </w:tr>
      <w:tr w:rsidR="006F0136" w:rsidRPr="00D77020" w14:paraId="01BE77F7" w14:textId="77777777">
        <w:tc>
          <w:tcPr>
            <w:tcW w:w="1234" w:type="dxa"/>
          </w:tcPr>
          <w:p w14:paraId="1DEE45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58E838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HK-180-д</w:t>
            </w:r>
          </w:p>
        </w:tc>
        <w:tc>
          <w:tcPr>
            <w:tcW w:w="1234" w:type="dxa"/>
          </w:tcPr>
          <w:p w14:paraId="5FDB1B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180</w:t>
            </w:r>
          </w:p>
        </w:tc>
        <w:tc>
          <w:tcPr>
            <w:tcW w:w="1234" w:type="dxa"/>
          </w:tcPr>
          <w:p w14:paraId="73ABAE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1C639F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34F681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6FD9632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5,2</w:t>
            </w:r>
          </w:p>
        </w:tc>
      </w:tr>
      <w:tr w:rsidR="006F0136" w:rsidRPr="00D77020" w14:paraId="221EC4A0" w14:textId="77777777">
        <w:tc>
          <w:tcPr>
            <w:tcW w:w="1234" w:type="dxa"/>
          </w:tcPr>
          <w:p w14:paraId="030CDE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1FB80F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HK-180-д1</w:t>
            </w:r>
          </w:p>
        </w:tc>
        <w:tc>
          <w:tcPr>
            <w:tcW w:w="1234" w:type="dxa"/>
          </w:tcPr>
          <w:p w14:paraId="7330E9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180</w:t>
            </w:r>
          </w:p>
        </w:tc>
        <w:tc>
          <w:tcPr>
            <w:tcW w:w="1234" w:type="dxa"/>
          </w:tcPr>
          <w:p w14:paraId="367D52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д1</w:t>
            </w:r>
          </w:p>
        </w:tc>
        <w:tc>
          <w:tcPr>
            <w:tcW w:w="1234" w:type="dxa"/>
          </w:tcPr>
          <w:p w14:paraId="00E5A2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04A0AC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2FB6A0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3,1</w:t>
            </w:r>
          </w:p>
        </w:tc>
      </w:tr>
      <w:tr w:rsidR="006F0136" w:rsidRPr="00D77020" w14:paraId="459D642A" w14:textId="77777777">
        <w:tc>
          <w:tcPr>
            <w:tcW w:w="1234" w:type="dxa"/>
          </w:tcPr>
          <w:p w14:paraId="1169E5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26A5EB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HK-181-д</w:t>
            </w:r>
          </w:p>
        </w:tc>
        <w:tc>
          <w:tcPr>
            <w:tcW w:w="1234" w:type="dxa"/>
          </w:tcPr>
          <w:p w14:paraId="463C29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181</w:t>
            </w:r>
          </w:p>
        </w:tc>
        <w:tc>
          <w:tcPr>
            <w:tcW w:w="1234" w:type="dxa"/>
          </w:tcPr>
          <w:p w14:paraId="0D10F7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5EEAD3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71B17F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417F243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0,9</w:t>
            </w:r>
          </w:p>
        </w:tc>
      </w:tr>
      <w:tr w:rsidR="006F0136" w:rsidRPr="00D77020" w14:paraId="0DC1A278" w14:textId="77777777">
        <w:tc>
          <w:tcPr>
            <w:tcW w:w="1234" w:type="dxa"/>
          </w:tcPr>
          <w:p w14:paraId="421887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421B0C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HK-182-о1</w:t>
            </w:r>
          </w:p>
        </w:tc>
        <w:tc>
          <w:tcPr>
            <w:tcW w:w="1234" w:type="dxa"/>
          </w:tcPr>
          <w:p w14:paraId="22BCBF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182</w:t>
            </w:r>
          </w:p>
        </w:tc>
        <w:tc>
          <w:tcPr>
            <w:tcW w:w="1234" w:type="dxa"/>
          </w:tcPr>
          <w:p w14:paraId="3DFF38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о1</w:t>
            </w:r>
          </w:p>
        </w:tc>
        <w:tc>
          <w:tcPr>
            <w:tcW w:w="1234" w:type="dxa"/>
          </w:tcPr>
          <w:p w14:paraId="032C48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54D563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196689D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3,9</w:t>
            </w:r>
          </w:p>
        </w:tc>
      </w:tr>
      <w:tr w:rsidR="006F0136" w:rsidRPr="00D77020" w14:paraId="35168509" w14:textId="77777777">
        <w:tc>
          <w:tcPr>
            <w:tcW w:w="1234" w:type="dxa"/>
          </w:tcPr>
          <w:p w14:paraId="588288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22A90B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HK-182-р1</w:t>
            </w:r>
          </w:p>
        </w:tc>
        <w:tc>
          <w:tcPr>
            <w:tcW w:w="1234" w:type="dxa"/>
          </w:tcPr>
          <w:p w14:paraId="4A18AB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182</w:t>
            </w:r>
          </w:p>
        </w:tc>
        <w:tc>
          <w:tcPr>
            <w:tcW w:w="1234" w:type="dxa"/>
          </w:tcPr>
          <w:p w14:paraId="2F7996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р1</w:t>
            </w:r>
          </w:p>
        </w:tc>
        <w:tc>
          <w:tcPr>
            <w:tcW w:w="1234" w:type="dxa"/>
          </w:tcPr>
          <w:p w14:paraId="6680AD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718269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332888D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1,9</w:t>
            </w:r>
          </w:p>
        </w:tc>
      </w:tr>
      <w:tr w:rsidR="006F0136" w:rsidRPr="00D77020" w14:paraId="10E87FB4" w14:textId="77777777">
        <w:tc>
          <w:tcPr>
            <w:tcW w:w="1234" w:type="dxa"/>
          </w:tcPr>
          <w:p w14:paraId="3BFA77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12C52D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HK-182-ч1</w:t>
            </w:r>
          </w:p>
        </w:tc>
        <w:tc>
          <w:tcPr>
            <w:tcW w:w="1234" w:type="dxa"/>
          </w:tcPr>
          <w:p w14:paraId="31770B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182</w:t>
            </w:r>
          </w:p>
        </w:tc>
        <w:tc>
          <w:tcPr>
            <w:tcW w:w="1234" w:type="dxa"/>
          </w:tcPr>
          <w:p w14:paraId="3EFABD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ч1</w:t>
            </w:r>
          </w:p>
        </w:tc>
        <w:tc>
          <w:tcPr>
            <w:tcW w:w="1234" w:type="dxa"/>
          </w:tcPr>
          <w:p w14:paraId="345340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78D2A7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4479D4E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1,6</w:t>
            </w:r>
          </w:p>
        </w:tc>
      </w:tr>
      <w:tr w:rsidR="006F0136" w:rsidRPr="00D77020" w14:paraId="71067968" w14:textId="77777777">
        <w:tc>
          <w:tcPr>
            <w:tcW w:w="1234" w:type="dxa"/>
          </w:tcPr>
          <w:p w14:paraId="4277C6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07FB7A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HK-369-м</w:t>
            </w:r>
          </w:p>
        </w:tc>
        <w:tc>
          <w:tcPr>
            <w:tcW w:w="1234" w:type="dxa"/>
          </w:tcPr>
          <w:p w14:paraId="55844C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369</w:t>
            </w:r>
          </w:p>
        </w:tc>
        <w:tc>
          <w:tcPr>
            <w:tcW w:w="1234" w:type="dxa"/>
          </w:tcPr>
          <w:p w14:paraId="4F6F50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7C7ACE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0E4AB6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34BE11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1B9395BB" w14:textId="77777777">
        <w:tc>
          <w:tcPr>
            <w:tcW w:w="1234" w:type="dxa"/>
          </w:tcPr>
          <w:p w14:paraId="206C6D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7A9EEB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HK-374-и</w:t>
            </w:r>
          </w:p>
        </w:tc>
        <w:tc>
          <w:tcPr>
            <w:tcW w:w="1234" w:type="dxa"/>
          </w:tcPr>
          <w:p w14:paraId="3DAB24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374</w:t>
            </w:r>
          </w:p>
        </w:tc>
        <w:tc>
          <w:tcPr>
            <w:tcW w:w="1234" w:type="dxa"/>
          </w:tcPr>
          <w:p w14:paraId="699DEB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6A5EB6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234" w:type="dxa"/>
          </w:tcPr>
          <w:p w14:paraId="4E96D0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AD8006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0,8</w:t>
            </w:r>
          </w:p>
        </w:tc>
      </w:tr>
      <w:tr w:rsidR="006F0136" w:rsidRPr="00D77020" w14:paraId="5497C355" w14:textId="77777777">
        <w:tc>
          <w:tcPr>
            <w:tcW w:w="1234" w:type="dxa"/>
          </w:tcPr>
          <w:p w14:paraId="07E3F0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4E8EB9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HK-378-а</w:t>
            </w:r>
          </w:p>
        </w:tc>
        <w:tc>
          <w:tcPr>
            <w:tcW w:w="1234" w:type="dxa"/>
          </w:tcPr>
          <w:p w14:paraId="547594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378</w:t>
            </w:r>
          </w:p>
        </w:tc>
        <w:tc>
          <w:tcPr>
            <w:tcW w:w="1234" w:type="dxa"/>
          </w:tcPr>
          <w:p w14:paraId="3DBDF3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3B320B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09E75D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BFF1A1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4,2</w:t>
            </w:r>
          </w:p>
        </w:tc>
      </w:tr>
      <w:tr w:rsidR="006F0136" w:rsidRPr="00D77020" w14:paraId="110C1E9D" w14:textId="77777777">
        <w:tc>
          <w:tcPr>
            <w:tcW w:w="1234" w:type="dxa"/>
          </w:tcPr>
          <w:p w14:paraId="5D2D86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3699F2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HK-378-б</w:t>
            </w:r>
          </w:p>
        </w:tc>
        <w:tc>
          <w:tcPr>
            <w:tcW w:w="1234" w:type="dxa"/>
          </w:tcPr>
          <w:p w14:paraId="4AED1B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378</w:t>
            </w:r>
          </w:p>
        </w:tc>
        <w:tc>
          <w:tcPr>
            <w:tcW w:w="1234" w:type="dxa"/>
          </w:tcPr>
          <w:p w14:paraId="054D14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7909BE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05DF36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F27B30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22573FF9" w14:textId="77777777">
        <w:tc>
          <w:tcPr>
            <w:tcW w:w="1234" w:type="dxa"/>
          </w:tcPr>
          <w:p w14:paraId="18FF25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0F470A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HK-378-и</w:t>
            </w:r>
          </w:p>
        </w:tc>
        <w:tc>
          <w:tcPr>
            <w:tcW w:w="1234" w:type="dxa"/>
          </w:tcPr>
          <w:p w14:paraId="337D43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378</w:t>
            </w:r>
          </w:p>
        </w:tc>
        <w:tc>
          <w:tcPr>
            <w:tcW w:w="1234" w:type="dxa"/>
          </w:tcPr>
          <w:p w14:paraId="679C43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70C866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5307FC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466AF1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0,6</w:t>
            </w:r>
          </w:p>
        </w:tc>
      </w:tr>
      <w:tr w:rsidR="006F0136" w:rsidRPr="00D77020" w14:paraId="2D022C55" w14:textId="77777777">
        <w:tc>
          <w:tcPr>
            <w:tcW w:w="1234" w:type="dxa"/>
          </w:tcPr>
          <w:p w14:paraId="083E05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4E717B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HK-378-н</w:t>
            </w:r>
          </w:p>
        </w:tc>
        <w:tc>
          <w:tcPr>
            <w:tcW w:w="1234" w:type="dxa"/>
          </w:tcPr>
          <w:p w14:paraId="7290BC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378</w:t>
            </w:r>
          </w:p>
        </w:tc>
        <w:tc>
          <w:tcPr>
            <w:tcW w:w="1234" w:type="dxa"/>
          </w:tcPr>
          <w:p w14:paraId="359B89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2B029C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1E47F1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911053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6B2A5696" w14:textId="77777777">
        <w:tc>
          <w:tcPr>
            <w:tcW w:w="1234" w:type="dxa"/>
          </w:tcPr>
          <w:p w14:paraId="476B7D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01B813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HK-378-п</w:t>
            </w:r>
          </w:p>
        </w:tc>
        <w:tc>
          <w:tcPr>
            <w:tcW w:w="1234" w:type="dxa"/>
          </w:tcPr>
          <w:p w14:paraId="0DC71E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378</w:t>
            </w:r>
          </w:p>
        </w:tc>
        <w:tc>
          <w:tcPr>
            <w:tcW w:w="1234" w:type="dxa"/>
          </w:tcPr>
          <w:p w14:paraId="2AE5DF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4FC049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1EC228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98DACC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3,2</w:t>
            </w:r>
          </w:p>
        </w:tc>
      </w:tr>
      <w:tr w:rsidR="006F0136" w:rsidRPr="00D77020" w14:paraId="6E62BCEB" w14:textId="77777777">
        <w:tc>
          <w:tcPr>
            <w:tcW w:w="1234" w:type="dxa"/>
          </w:tcPr>
          <w:p w14:paraId="5248A1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47759D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HK-379-г</w:t>
            </w:r>
          </w:p>
        </w:tc>
        <w:tc>
          <w:tcPr>
            <w:tcW w:w="1234" w:type="dxa"/>
          </w:tcPr>
          <w:p w14:paraId="063891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379</w:t>
            </w:r>
          </w:p>
        </w:tc>
        <w:tc>
          <w:tcPr>
            <w:tcW w:w="1234" w:type="dxa"/>
          </w:tcPr>
          <w:p w14:paraId="433B2D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503ABE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78B9A2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48B485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0,9</w:t>
            </w:r>
          </w:p>
        </w:tc>
      </w:tr>
      <w:tr w:rsidR="006F0136" w:rsidRPr="00D77020" w14:paraId="7BBD9A0A" w14:textId="77777777">
        <w:tc>
          <w:tcPr>
            <w:tcW w:w="1234" w:type="dxa"/>
          </w:tcPr>
          <w:p w14:paraId="5CF66D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74D836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HK-380-д</w:t>
            </w:r>
          </w:p>
        </w:tc>
        <w:tc>
          <w:tcPr>
            <w:tcW w:w="1234" w:type="dxa"/>
          </w:tcPr>
          <w:p w14:paraId="25A0F0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380</w:t>
            </w:r>
          </w:p>
        </w:tc>
        <w:tc>
          <w:tcPr>
            <w:tcW w:w="1234" w:type="dxa"/>
          </w:tcPr>
          <w:p w14:paraId="2A26AD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28EDBF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43E1A7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2D18A9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0E825294" w14:textId="77777777">
        <w:tc>
          <w:tcPr>
            <w:tcW w:w="1234" w:type="dxa"/>
          </w:tcPr>
          <w:p w14:paraId="33CB68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1D7F20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HK-380-ж</w:t>
            </w:r>
          </w:p>
        </w:tc>
        <w:tc>
          <w:tcPr>
            <w:tcW w:w="1234" w:type="dxa"/>
          </w:tcPr>
          <w:p w14:paraId="31039E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380</w:t>
            </w:r>
          </w:p>
        </w:tc>
        <w:tc>
          <w:tcPr>
            <w:tcW w:w="1234" w:type="dxa"/>
          </w:tcPr>
          <w:p w14:paraId="72F290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5E8C2D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42AD8F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75AB94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1952B23B" w14:textId="77777777">
        <w:tc>
          <w:tcPr>
            <w:tcW w:w="1234" w:type="dxa"/>
          </w:tcPr>
          <w:p w14:paraId="38A6A8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6C9420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HK-380-с</w:t>
            </w:r>
          </w:p>
        </w:tc>
        <w:tc>
          <w:tcPr>
            <w:tcW w:w="1234" w:type="dxa"/>
          </w:tcPr>
          <w:p w14:paraId="09A5A4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380</w:t>
            </w:r>
          </w:p>
        </w:tc>
        <w:tc>
          <w:tcPr>
            <w:tcW w:w="1234" w:type="dxa"/>
          </w:tcPr>
          <w:p w14:paraId="32B0CC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4390FE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234" w:type="dxa"/>
          </w:tcPr>
          <w:p w14:paraId="2C86A7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44E17BA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6A25688A" w14:textId="77777777">
        <w:tc>
          <w:tcPr>
            <w:tcW w:w="1234" w:type="dxa"/>
          </w:tcPr>
          <w:p w14:paraId="148C4A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65041B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HK-380-т</w:t>
            </w:r>
          </w:p>
        </w:tc>
        <w:tc>
          <w:tcPr>
            <w:tcW w:w="1234" w:type="dxa"/>
          </w:tcPr>
          <w:p w14:paraId="69A82B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380</w:t>
            </w:r>
          </w:p>
        </w:tc>
        <w:tc>
          <w:tcPr>
            <w:tcW w:w="1234" w:type="dxa"/>
          </w:tcPr>
          <w:p w14:paraId="73A7F5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0D8355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026E03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184AE7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1,3</w:t>
            </w:r>
          </w:p>
        </w:tc>
      </w:tr>
      <w:tr w:rsidR="006F0136" w:rsidRPr="00D77020" w14:paraId="4F01BF72" w14:textId="77777777">
        <w:tc>
          <w:tcPr>
            <w:tcW w:w="1234" w:type="dxa"/>
          </w:tcPr>
          <w:p w14:paraId="382863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0070B4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HK-381-а</w:t>
            </w:r>
          </w:p>
        </w:tc>
        <w:tc>
          <w:tcPr>
            <w:tcW w:w="1234" w:type="dxa"/>
          </w:tcPr>
          <w:p w14:paraId="7EB710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381</w:t>
            </w:r>
          </w:p>
        </w:tc>
        <w:tc>
          <w:tcPr>
            <w:tcW w:w="1234" w:type="dxa"/>
          </w:tcPr>
          <w:p w14:paraId="4FFC87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25E231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71A46E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C36024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5,8</w:t>
            </w:r>
          </w:p>
        </w:tc>
      </w:tr>
      <w:tr w:rsidR="006F0136" w:rsidRPr="00D77020" w14:paraId="2932513F" w14:textId="77777777">
        <w:tc>
          <w:tcPr>
            <w:tcW w:w="1234" w:type="dxa"/>
          </w:tcPr>
          <w:p w14:paraId="111A62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3C535C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HK-381-а1</w:t>
            </w:r>
          </w:p>
        </w:tc>
        <w:tc>
          <w:tcPr>
            <w:tcW w:w="1234" w:type="dxa"/>
          </w:tcPr>
          <w:p w14:paraId="650E5C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381</w:t>
            </w:r>
          </w:p>
        </w:tc>
        <w:tc>
          <w:tcPr>
            <w:tcW w:w="1234" w:type="dxa"/>
          </w:tcPr>
          <w:p w14:paraId="73007C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а1</w:t>
            </w:r>
          </w:p>
        </w:tc>
        <w:tc>
          <w:tcPr>
            <w:tcW w:w="1234" w:type="dxa"/>
          </w:tcPr>
          <w:p w14:paraId="74A538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01641F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91802D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5,3</w:t>
            </w:r>
          </w:p>
        </w:tc>
      </w:tr>
      <w:tr w:rsidR="006F0136" w:rsidRPr="00D77020" w14:paraId="72D79201" w14:textId="77777777">
        <w:tc>
          <w:tcPr>
            <w:tcW w:w="1234" w:type="dxa"/>
          </w:tcPr>
          <w:p w14:paraId="0A639A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2A19DF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HK-381-б1</w:t>
            </w:r>
          </w:p>
        </w:tc>
        <w:tc>
          <w:tcPr>
            <w:tcW w:w="1234" w:type="dxa"/>
          </w:tcPr>
          <w:p w14:paraId="3D9E53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381</w:t>
            </w:r>
          </w:p>
        </w:tc>
        <w:tc>
          <w:tcPr>
            <w:tcW w:w="1234" w:type="dxa"/>
          </w:tcPr>
          <w:p w14:paraId="7DEB11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б1</w:t>
            </w:r>
          </w:p>
        </w:tc>
        <w:tc>
          <w:tcPr>
            <w:tcW w:w="1234" w:type="dxa"/>
          </w:tcPr>
          <w:p w14:paraId="3E1BFD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52D625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C62BC1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3EC9DAE9" w14:textId="77777777">
        <w:tc>
          <w:tcPr>
            <w:tcW w:w="1234" w:type="dxa"/>
          </w:tcPr>
          <w:p w14:paraId="530918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1F06E5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HK-381-в</w:t>
            </w:r>
          </w:p>
        </w:tc>
        <w:tc>
          <w:tcPr>
            <w:tcW w:w="1234" w:type="dxa"/>
          </w:tcPr>
          <w:p w14:paraId="66A112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381</w:t>
            </w:r>
          </w:p>
        </w:tc>
        <w:tc>
          <w:tcPr>
            <w:tcW w:w="1234" w:type="dxa"/>
          </w:tcPr>
          <w:p w14:paraId="4C4A3F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578014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67B022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B23283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502E1C28" w14:textId="77777777">
        <w:tc>
          <w:tcPr>
            <w:tcW w:w="1234" w:type="dxa"/>
          </w:tcPr>
          <w:p w14:paraId="60DFE0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07C3E9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HK-381-т</w:t>
            </w:r>
          </w:p>
        </w:tc>
        <w:tc>
          <w:tcPr>
            <w:tcW w:w="1234" w:type="dxa"/>
          </w:tcPr>
          <w:p w14:paraId="01F37F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381</w:t>
            </w:r>
          </w:p>
        </w:tc>
        <w:tc>
          <w:tcPr>
            <w:tcW w:w="1234" w:type="dxa"/>
          </w:tcPr>
          <w:p w14:paraId="7577B1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0BE623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16F307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47D262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0,1</w:t>
            </w:r>
          </w:p>
        </w:tc>
      </w:tr>
      <w:tr w:rsidR="006F0136" w:rsidRPr="00D77020" w14:paraId="519AA85B" w14:textId="77777777">
        <w:tc>
          <w:tcPr>
            <w:tcW w:w="1234" w:type="dxa"/>
          </w:tcPr>
          <w:p w14:paraId="13FB10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21C38C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HK-381-ч</w:t>
            </w:r>
          </w:p>
        </w:tc>
        <w:tc>
          <w:tcPr>
            <w:tcW w:w="1234" w:type="dxa"/>
          </w:tcPr>
          <w:p w14:paraId="65F532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381</w:t>
            </w:r>
          </w:p>
        </w:tc>
        <w:tc>
          <w:tcPr>
            <w:tcW w:w="1234" w:type="dxa"/>
          </w:tcPr>
          <w:p w14:paraId="0A93DB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ч</w:t>
            </w:r>
          </w:p>
        </w:tc>
        <w:tc>
          <w:tcPr>
            <w:tcW w:w="1234" w:type="dxa"/>
          </w:tcPr>
          <w:p w14:paraId="655197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063C6A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6C7FF5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7257E15A" w14:textId="77777777">
        <w:tc>
          <w:tcPr>
            <w:tcW w:w="1234" w:type="dxa"/>
          </w:tcPr>
          <w:p w14:paraId="353994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7CFF42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HK-382-е</w:t>
            </w:r>
          </w:p>
        </w:tc>
        <w:tc>
          <w:tcPr>
            <w:tcW w:w="1234" w:type="dxa"/>
          </w:tcPr>
          <w:p w14:paraId="67A552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382</w:t>
            </w:r>
          </w:p>
        </w:tc>
        <w:tc>
          <w:tcPr>
            <w:tcW w:w="1234" w:type="dxa"/>
          </w:tcPr>
          <w:p w14:paraId="4C675E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34907D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2638FF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3B142A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0,1</w:t>
            </w:r>
          </w:p>
        </w:tc>
      </w:tr>
      <w:tr w:rsidR="006F0136" w:rsidRPr="00D77020" w14:paraId="735B4031" w14:textId="77777777">
        <w:tc>
          <w:tcPr>
            <w:tcW w:w="1234" w:type="dxa"/>
          </w:tcPr>
          <w:p w14:paraId="306D39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693BFF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HK-386-б</w:t>
            </w:r>
          </w:p>
        </w:tc>
        <w:tc>
          <w:tcPr>
            <w:tcW w:w="1234" w:type="dxa"/>
          </w:tcPr>
          <w:p w14:paraId="3DBF61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386</w:t>
            </w:r>
          </w:p>
        </w:tc>
        <w:tc>
          <w:tcPr>
            <w:tcW w:w="1234" w:type="dxa"/>
          </w:tcPr>
          <w:p w14:paraId="7200F5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29D1B2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6CC237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1C6D16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3,0</w:t>
            </w:r>
          </w:p>
        </w:tc>
      </w:tr>
      <w:tr w:rsidR="006F0136" w:rsidRPr="00D77020" w14:paraId="623320F0" w14:textId="77777777">
        <w:tc>
          <w:tcPr>
            <w:tcW w:w="1234" w:type="dxa"/>
          </w:tcPr>
          <w:p w14:paraId="0EBA7C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23445F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HK-386-ц</w:t>
            </w:r>
          </w:p>
        </w:tc>
        <w:tc>
          <w:tcPr>
            <w:tcW w:w="1234" w:type="dxa"/>
          </w:tcPr>
          <w:p w14:paraId="11184A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386</w:t>
            </w:r>
          </w:p>
        </w:tc>
        <w:tc>
          <w:tcPr>
            <w:tcW w:w="1234" w:type="dxa"/>
          </w:tcPr>
          <w:p w14:paraId="6BF91A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ц</w:t>
            </w:r>
          </w:p>
        </w:tc>
        <w:tc>
          <w:tcPr>
            <w:tcW w:w="1234" w:type="dxa"/>
          </w:tcPr>
          <w:p w14:paraId="4E8986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0D0A13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6A3BA6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1,1</w:t>
            </w:r>
          </w:p>
        </w:tc>
      </w:tr>
      <w:tr w:rsidR="006F0136" w:rsidRPr="00D77020" w14:paraId="5FB7B785" w14:textId="77777777">
        <w:tc>
          <w:tcPr>
            <w:tcW w:w="1234" w:type="dxa"/>
          </w:tcPr>
          <w:p w14:paraId="5E838C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77AD1C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HK-387-б</w:t>
            </w:r>
          </w:p>
        </w:tc>
        <w:tc>
          <w:tcPr>
            <w:tcW w:w="1234" w:type="dxa"/>
          </w:tcPr>
          <w:p w14:paraId="471870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387</w:t>
            </w:r>
          </w:p>
        </w:tc>
        <w:tc>
          <w:tcPr>
            <w:tcW w:w="1234" w:type="dxa"/>
          </w:tcPr>
          <w:p w14:paraId="0F9F42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6BD637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1428F5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2505AC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7,5</w:t>
            </w:r>
          </w:p>
        </w:tc>
      </w:tr>
      <w:tr w:rsidR="006F0136" w:rsidRPr="00D77020" w14:paraId="5268FC09" w14:textId="77777777">
        <w:tc>
          <w:tcPr>
            <w:tcW w:w="1234" w:type="dxa"/>
          </w:tcPr>
          <w:p w14:paraId="260855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28CE1E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HK-387-г</w:t>
            </w:r>
          </w:p>
        </w:tc>
        <w:tc>
          <w:tcPr>
            <w:tcW w:w="1234" w:type="dxa"/>
          </w:tcPr>
          <w:p w14:paraId="0666DC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387</w:t>
            </w:r>
          </w:p>
        </w:tc>
        <w:tc>
          <w:tcPr>
            <w:tcW w:w="1234" w:type="dxa"/>
          </w:tcPr>
          <w:p w14:paraId="33247A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196D0C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077698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BB679B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518BB002" w14:textId="77777777">
        <w:tc>
          <w:tcPr>
            <w:tcW w:w="1234" w:type="dxa"/>
          </w:tcPr>
          <w:p w14:paraId="2099BD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451768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HK-388-а</w:t>
            </w:r>
          </w:p>
        </w:tc>
        <w:tc>
          <w:tcPr>
            <w:tcW w:w="1234" w:type="dxa"/>
          </w:tcPr>
          <w:p w14:paraId="2E20A7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388</w:t>
            </w:r>
          </w:p>
        </w:tc>
        <w:tc>
          <w:tcPr>
            <w:tcW w:w="1234" w:type="dxa"/>
          </w:tcPr>
          <w:p w14:paraId="35CAD3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413022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6EAE43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E5D6F8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7,3</w:t>
            </w:r>
          </w:p>
        </w:tc>
      </w:tr>
      <w:tr w:rsidR="006F0136" w:rsidRPr="00D77020" w14:paraId="687438AA" w14:textId="77777777">
        <w:tc>
          <w:tcPr>
            <w:tcW w:w="1234" w:type="dxa"/>
          </w:tcPr>
          <w:p w14:paraId="76EC18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5A66E7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HK-388-д</w:t>
            </w:r>
          </w:p>
        </w:tc>
        <w:tc>
          <w:tcPr>
            <w:tcW w:w="1234" w:type="dxa"/>
          </w:tcPr>
          <w:p w14:paraId="38D101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388</w:t>
            </w:r>
          </w:p>
        </w:tc>
        <w:tc>
          <w:tcPr>
            <w:tcW w:w="1234" w:type="dxa"/>
          </w:tcPr>
          <w:p w14:paraId="453368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603F26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71BD22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FE0A70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007FBF5B" w14:textId="77777777">
        <w:tc>
          <w:tcPr>
            <w:tcW w:w="1234" w:type="dxa"/>
          </w:tcPr>
          <w:p w14:paraId="4DAEC7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45272E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HK-388-е</w:t>
            </w:r>
          </w:p>
        </w:tc>
        <w:tc>
          <w:tcPr>
            <w:tcW w:w="1234" w:type="dxa"/>
          </w:tcPr>
          <w:p w14:paraId="0B221C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388</w:t>
            </w:r>
          </w:p>
        </w:tc>
        <w:tc>
          <w:tcPr>
            <w:tcW w:w="1234" w:type="dxa"/>
          </w:tcPr>
          <w:p w14:paraId="36A5A9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0C51EA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3DAC66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9F253A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8,4</w:t>
            </w:r>
          </w:p>
        </w:tc>
      </w:tr>
      <w:tr w:rsidR="006F0136" w:rsidRPr="00D77020" w14:paraId="3EC0BA8F" w14:textId="77777777">
        <w:tc>
          <w:tcPr>
            <w:tcW w:w="1234" w:type="dxa"/>
          </w:tcPr>
          <w:p w14:paraId="3FDCB4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110317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HK-388-з</w:t>
            </w:r>
          </w:p>
        </w:tc>
        <w:tc>
          <w:tcPr>
            <w:tcW w:w="1234" w:type="dxa"/>
          </w:tcPr>
          <w:p w14:paraId="3E9F49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388</w:t>
            </w:r>
          </w:p>
        </w:tc>
        <w:tc>
          <w:tcPr>
            <w:tcW w:w="1234" w:type="dxa"/>
          </w:tcPr>
          <w:p w14:paraId="7FCD61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0529FA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36847E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3EB239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2,8</w:t>
            </w:r>
          </w:p>
        </w:tc>
      </w:tr>
      <w:tr w:rsidR="006F0136" w:rsidRPr="00D77020" w14:paraId="5E42391A" w14:textId="77777777">
        <w:tc>
          <w:tcPr>
            <w:tcW w:w="1234" w:type="dxa"/>
          </w:tcPr>
          <w:p w14:paraId="02C1D8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61AD4D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HK-389-а1</w:t>
            </w:r>
          </w:p>
        </w:tc>
        <w:tc>
          <w:tcPr>
            <w:tcW w:w="1234" w:type="dxa"/>
          </w:tcPr>
          <w:p w14:paraId="508221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389</w:t>
            </w:r>
          </w:p>
        </w:tc>
        <w:tc>
          <w:tcPr>
            <w:tcW w:w="1234" w:type="dxa"/>
          </w:tcPr>
          <w:p w14:paraId="2B52F1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а1</w:t>
            </w:r>
          </w:p>
        </w:tc>
        <w:tc>
          <w:tcPr>
            <w:tcW w:w="1234" w:type="dxa"/>
          </w:tcPr>
          <w:p w14:paraId="280099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3A1B09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A47598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0,1</w:t>
            </w:r>
          </w:p>
        </w:tc>
      </w:tr>
      <w:tr w:rsidR="006F0136" w:rsidRPr="00D77020" w14:paraId="787BAD3E" w14:textId="77777777">
        <w:tc>
          <w:tcPr>
            <w:tcW w:w="1234" w:type="dxa"/>
          </w:tcPr>
          <w:p w14:paraId="2D9588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5CB442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HK-389-б</w:t>
            </w:r>
          </w:p>
        </w:tc>
        <w:tc>
          <w:tcPr>
            <w:tcW w:w="1234" w:type="dxa"/>
          </w:tcPr>
          <w:p w14:paraId="0A67E9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389</w:t>
            </w:r>
          </w:p>
        </w:tc>
        <w:tc>
          <w:tcPr>
            <w:tcW w:w="1234" w:type="dxa"/>
          </w:tcPr>
          <w:p w14:paraId="4F6300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2429CF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72FC5A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632DE0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7FD02615" w14:textId="77777777">
        <w:tc>
          <w:tcPr>
            <w:tcW w:w="1234" w:type="dxa"/>
          </w:tcPr>
          <w:p w14:paraId="3BB21E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2022</w:t>
            </w:r>
          </w:p>
        </w:tc>
        <w:tc>
          <w:tcPr>
            <w:tcW w:w="1234" w:type="dxa"/>
          </w:tcPr>
          <w:p w14:paraId="3B4551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HK-389-д</w:t>
            </w:r>
          </w:p>
        </w:tc>
        <w:tc>
          <w:tcPr>
            <w:tcW w:w="1234" w:type="dxa"/>
          </w:tcPr>
          <w:p w14:paraId="6D518D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389</w:t>
            </w:r>
          </w:p>
        </w:tc>
        <w:tc>
          <w:tcPr>
            <w:tcW w:w="1234" w:type="dxa"/>
          </w:tcPr>
          <w:p w14:paraId="6CB4FF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76C794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6195F1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069A44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0,8</w:t>
            </w:r>
          </w:p>
        </w:tc>
      </w:tr>
      <w:tr w:rsidR="006F0136" w:rsidRPr="00D77020" w14:paraId="5CA49D2C" w14:textId="77777777">
        <w:tc>
          <w:tcPr>
            <w:tcW w:w="1234" w:type="dxa"/>
          </w:tcPr>
          <w:p w14:paraId="6F5202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382BEB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HK-389-и</w:t>
            </w:r>
          </w:p>
        </w:tc>
        <w:tc>
          <w:tcPr>
            <w:tcW w:w="1234" w:type="dxa"/>
          </w:tcPr>
          <w:p w14:paraId="07EE8B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389</w:t>
            </w:r>
          </w:p>
        </w:tc>
        <w:tc>
          <w:tcPr>
            <w:tcW w:w="1234" w:type="dxa"/>
          </w:tcPr>
          <w:p w14:paraId="6559D7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42AB53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41B072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9311FF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7791DA70" w14:textId="77777777">
        <w:tc>
          <w:tcPr>
            <w:tcW w:w="1234" w:type="dxa"/>
          </w:tcPr>
          <w:p w14:paraId="322E9B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4115C9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HK-389-м</w:t>
            </w:r>
          </w:p>
        </w:tc>
        <w:tc>
          <w:tcPr>
            <w:tcW w:w="1234" w:type="dxa"/>
          </w:tcPr>
          <w:p w14:paraId="7BE6EF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389</w:t>
            </w:r>
          </w:p>
        </w:tc>
        <w:tc>
          <w:tcPr>
            <w:tcW w:w="1234" w:type="dxa"/>
          </w:tcPr>
          <w:p w14:paraId="6584B2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2EC1F5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61FCD7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BD50E4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1,7</w:t>
            </w:r>
          </w:p>
        </w:tc>
      </w:tr>
      <w:tr w:rsidR="006F0136" w:rsidRPr="00D77020" w14:paraId="507C5469" w14:textId="77777777">
        <w:tc>
          <w:tcPr>
            <w:tcW w:w="1234" w:type="dxa"/>
          </w:tcPr>
          <w:p w14:paraId="3175E5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12EAF3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HK-389-о1</w:t>
            </w:r>
          </w:p>
        </w:tc>
        <w:tc>
          <w:tcPr>
            <w:tcW w:w="1234" w:type="dxa"/>
          </w:tcPr>
          <w:p w14:paraId="5A989D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389</w:t>
            </w:r>
          </w:p>
        </w:tc>
        <w:tc>
          <w:tcPr>
            <w:tcW w:w="1234" w:type="dxa"/>
          </w:tcPr>
          <w:p w14:paraId="2BD571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о1</w:t>
            </w:r>
          </w:p>
        </w:tc>
        <w:tc>
          <w:tcPr>
            <w:tcW w:w="1234" w:type="dxa"/>
          </w:tcPr>
          <w:p w14:paraId="3671E4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4A623C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5B3DEE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5387D161" w14:textId="77777777">
        <w:tc>
          <w:tcPr>
            <w:tcW w:w="1234" w:type="dxa"/>
          </w:tcPr>
          <w:p w14:paraId="4CBF14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599412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HK-389-п1</w:t>
            </w:r>
          </w:p>
        </w:tc>
        <w:tc>
          <w:tcPr>
            <w:tcW w:w="1234" w:type="dxa"/>
          </w:tcPr>
          <w:p w14:paraId="20A549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389</w:t>
            </w:r>
          </w:p>
        </w:tc>
        <w:tc>
          <w:tcPr>
            <w:tcW w:w="1234" w:type="dxa"/>
          </w:tcPr>
          <w:p w14:paraId="7FF09F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п1</w:t>
            </w:r>
          </w:p>
        </w:tc>
        <w:tc>
          <w:tcPr>
            <w:tcW w:w="1234" w:type="dxa"/>
          </w:tcPr>
          <w:p w14:paraId="4D348B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73E090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917078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4,3</w:t>
            </w:r>
          </w:p>
        </w:tc>
      </w:tr>
      <w:tr w:rsidR="006F0136" w:rsidRPr="00D77020" w14:paraId="695616BD" w14:textId="77777777">
        <w:tc>
          <w:tcPr>
            <w:tcW w:w="1234" w:type="dxa"/>
          </w:tcPr>
          <w:p w14:paraId="1C7857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4FB5F4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HK-389-р1</w:t>
            </w:r>
          </w:p>
        </w:tc>
        <w:tc>
          <w:tcPr>
            <w:tcW w:w="1234" w:type="dxa"/>
          </w:tcPr>
          <w:p w14:paraId="12777C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389</w:t>
            </w:r>
          </w:p>
        </w:tc>
        <w:tc>
          <w:tcPr>
            <w:tcW w:w="1234" w:type="dxa"/>
          </w:tcPr>
          <w:p w14:paraId="0CE42F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р1</w:t>
            </w:r>
          </w:p>
        </w:tc>
        <w:tc>
          <w:tcPr>
            <w:tcW w:w="1234" w:type="dxa"/>
          </w:tcPr>
          <w:p w14:paraId="28F5A7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73179B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BBA68D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2,4</w:t>
            </w:r>
          </w:p>
        </w:tc>
      </w:tr>
      <w:tr w:rsidR="006F0136" w:rsidRPr="00D77020" w14:paraId="00C0F3C4" w14:textId="77777777">
        <w:tc>
          <w:tcPr>
            <w:tcW w:w="1234" w:type="dxa"/>
          </w:tcPr>
          <w:p w14:paraId="26B347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46D90F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HK-389-с1</w:t>
            </w:r>
          </w:p>
        </w:tc>
        <w:tc>
          <w:tcPr>
            <w:tcW w:w="1234" w:type="dxa"/>
          </w:tcPr>
          <w:p w14:paraId="103390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389</w:t>
            </w:r>
          </w:p>
        </w:tc>
        <w:tc>
          <w:tcPr>
            <w:tcW w:w="1234" w:type="dxa"/>
          </w:tcPr>
          <w:p w14:paraId="253BDF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с1</w:t>
            </w:r>
          </w:p>
        </w:tc>
        <w:tc>
          <w:tcPr>
            <w:tcW w:w="1234" w:type="dxa"/>
          </w:tcPr>
          <w:p w14:paraId="04FD49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0406C0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2206B4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1,0</w:t>
            </w:r>
          </w:p>
        </w:tc>
      </w:tr>
      <w:tr w:rsidR="006F0136" w:rsidRPr="00D77020" w14:paraId="4A7DF02E" w14:textId="77777777">
        <w:tc>
          <w:tcPr>
            <w:tcW w:w="1234" w:type="dxa"/>
          </w:tcPr>
          <w:p w14:paraId="05545F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10E72F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HK-389-т</w:t>
            </w:r>
          </w:p>
        </w:tc>
        <w:tc>
          <w:tcPr>
            <w:tcW w:w="1234" w:type="dxa"/>
          </w:tcPr>
          <w:p w14:paraId="10178F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389</w:t>
            </w:r>
          </w:p>
        </w:tc>
        <w:tc>
          <w:tcPr>
            <w:tcW w:w="1234" w:type="dxa"/>
          </w:tcPr>
          <w:p w14:paraId="72DF0A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719E1A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234" w:type="dxa"/>
          </w:tcPr>
          <w:p w14:paraId="597964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10EA93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210FFBDD" w14:textId="77777777">
        <w:tc>
          <w:tcPr>
            <w:tcW w:w="1234" w:type="dxa"/>
          </w:tcPr>
          <w:p w14:paraId="5C73E8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65B332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HK-389-у</w:t>
            </w:r>
          </w:p>
        </w:tc>
        <w:tc>
          <w:tcPr>
            <w:tcW w:w="1234" w:type="dxa"/>
          </w:tcPr>
          <w:p w14:paraId="26B7AF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389</w:t>
            </w:r>
          </w:p>
        </w:tc>
        <w:tc>
          <w:tcPr>
            <w:tcW w:w="1234" w:type="dxa"/>
          </w:tcPr>
          <w:p w14:paraId="6FC59C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у</w:t>
            </w:r>
          </w:p>
        </w:tc>
        <w:tc>
          <w:tcPr>
            <w:tcW w:w="1234" w:type="dxa"/>
          </w:tcPr>
          <w:p w14:paraId="0B132C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798CF6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FE937D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0,6</w:t>
            </w:r>
          </w:p>
        </w:tc>
      </w:tr>
      <w:tr w:rsidR="006F0136" w:rsidRPr="00D77020" w14:paraId="1623FB63" w14:textId="77777777">
        <w:tc>
          <w:tcPr>
            <w:tcW w:w="1234" w:type="dxa"/>
          </w:tcPr>
          <w:p w14:paraId="7D3E0F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50D511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HK-389-х</w:t>
            </w:r>
          </w:p>
        </w:tc>
        <w:tc>
          <w:tcPr>
            <w:tcW w:w="1234" w:type="dxa"/>
          </w:tcPr>
          <w:p w14:paraId="19191E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389</w:t>
            </w:r>
          </w:p>
        </w:tc>
        <w:tc>
          <w:tcPr>
            <w:tcW w:w="1234" w:type="dxa"/>
          </w:tcPr>
          <w:p w14:paraId="73A74E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х</w:t>
            </w:r>
          </w:p>
        </w:tc>
        <w:tc>
          <w:tcPr>
            <w:tcW w:w="1234" w:type="dxa"/>
          </w:tcPr>
          <w:p w14:paraId="74687C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234" w:type="dxa"/>
          </w:tcPr>
          <w:p w14:paraId="677418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BEDA01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73FFA753" w14:textId="77777777">
        <w:tc>
          <w:tcPr>
            <w:tcW w:w="1234" w:type="dxa"/>
          </w:tcPr>
          <w:p w14:paraId="7D6FB4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41799E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HK-389-ч</w:t>
            </w:r>
          </w:p>
        </w:tc>
        <w:tc>
          <w:tcPr>
            <w:tcW w:w="1234" w:type="dxa"/>
          </w:tcPr>
          <w:p w14:paraId="71D2EF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389</w:t>
            </w:r>
          </w:p>
        </w:tc>
        <w:tc>
          <w:tcPr>
            <w:tcW w:w="1234" w:type="dxa"/>
          </w:tcPr>
          <w:p w14:paraId="444DD3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ч</w:t>
            </w:r>
          </w:p>
        </w:tc>
        <w:tc>
          <w:tcPr>
            <w:tcW w:w="1234" w:type="dxa"/>
          </w:tcPr>
          <w:p w14:paraId="78C3CC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0A7C86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637568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6EFA65DF" w14:textId="77777777">
        <w:tc>
          <w:tcPr>
            <w:tcW w:w="1234" w:type="dxa"/>
          </w:tcPr>
          <w:p w14:paraId="31C308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2217A5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HK-389-щ</w:t>
            </w:r>
          </w:p>
        </w:tc>
        <w:tc>
          <w:tcPr>
            <w:tcW w:w="1234" w:type="dxa"/>
          </w:tcPr>
          <w:p w14:paraId="00285E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389</w:t>
            </w:r>
          </w:p>
        </w:tc>
        <w:tc>
          <w:tcPr>
            <w:tcW w:w="1234" w:type="dxa"/>
          </w:tcPr>
          <w:p w14:paraId="27BA71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щ</w:t>
            </w:r>
          </w:p>
        </w:tc>
        <w:tc>
          <w:tcPr>
            <w:tcW w:w="1234" w:type="dxa"/>
          </w:tcPr>
          <w:p w14:paraId="36B283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234" w:type="dxa"/>
          </w:tcPr>
          <w:p w14:paraId="797E94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806265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0568969B" w14:textId="77777777">
        <w:tc>
          <w:tcPr>
            <w:tcW w:w="1234" w:type="dxa"/>
          </w:tcPr>
          <w:p w14:paraId="1722FC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344412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HK-389-ю</w:t>
            </w:r>
          </w:p>
        </w:tc>
        <w:tc>
          <w:tcPr>
            <w:tcW w:w="1234" w:type="dxa"/>
          </w:tcPr>
          <w:p w14:paraId="327CEA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389</w:t>
            </w:r>
          </w:p>
        </w:tc>
        <w:tc>
          <w:tcPr>
            <w:tcW w:w="1234" w:type="dxa"/>
          </w:tcPr>
          <w:p w14:paraId="7D49AF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ю</w:t>
            </w:r>
          </w:p>
        </w:tc>
        <w:tc>
          <w:tcPr>
            <w:tcW w:w="1234" w:type="dxa"/>
          </w:tcPr>
          <w:p w14:paraId="0ECEEA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330D1F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96CFE6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2D2E9382" w14:textId="77777777">
        <w:tc>
          <w:tcPr>
            <w:tcW w:w="1234" w:type="dxa"/>
          </w:tcPr>
          <w:p w14:paraId="18665B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29E34A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HK-390-в1</w:t>
            </w:r>
          </w:p>
        </w:tc>
        <w:tc>
          <w:tcPr>
            <w:tcW w:w="1234" w:type="dxa"/>
          </w:tcPr>
          <w:p w14:paraId="0FC04B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390</w:t>
            </w:r>
          </w:p>
        </w:tc>
        <w:tc>
          <w:tcPr>
            <w:tcW w:w="1234" w:type="dxa"/>
          </w:tcPr>
          <w:p w14:paraId="5F2743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в1</w:t>
            </w:r>
          </w:p>
        </w:tc>
        <w:tc>
          <w:tcPr>
            <w:tcW w:w="1234" w:type="dxa"/>
          </w:tcPr>
          <w:p w14:paraId="005EA9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234" w:type="dxa"/>
          </w:tcPr>
          <w:p w14:paraId="4AAA34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EB97E4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2,3</w:t>
            </w:r>
          </w:p>
        </w:tc>
      </w:tr>
      <w:tr w:rsidR="006F0136" w:rsidRPr="00D77020" w14:paraId="406A8EB7" w14:textId="77777777">
        <w:tc>
          <w:tcPr>
            <w:tcW w:w="1234" w:type="dxa"/>
          </w:tcPr>
          <w:p w14:paraId="6EDDA5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482C10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HK-395-ф</w:t>
            </w:r>
          </w:p>
        </w:tc>
        <w:tc>
          <w:tcPr>
            <w:tcW w:w="1234" w:type="dxa"/>
          </w:tcPr>
          <w:p w14:paraId="5D7D7F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395</w:t>
            </w:r>
          </w:p>
        </w:tc>
        <w:tc>
          <w:tcPr>
            <w:tcW w:w="1234" w:type="dxa"/>
          </w:tcPr>
          <w:p w14:paraId="329CD3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ф</w:t>
            </w:r>
          </w:p>
        </w:tc>
        <w:tc>
          <w:tcPr>
            <w:tcW w:w="1234" w:type="dxa"/>
          </w:tcPr>
          <w:p w14:paraId="456AFB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</w:t>
            </w:r>
          </w:p>
        </w:tc>
        <w:tc>
          <w:tcPr>
            <w:tcW w:w="1234" w:type="dxa"/>
          </w:tcPr>
          <w:p w14:paraId="3443AA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2F587E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1,7</w:t>
            </w:r>
          </w:p>
        </w:tc>
      </w:tr>
      <w:tr w:rsidR="006F0136" w:rsidRPr="00D77020" w14:paraId="2C246D21" w14:textId="77777777">
        <w:tc>
          <w:tcPr>
            <w:tcW w:w="1234" w:type="dxa"/>
          </w:tcPr>
          <w:p w14:paraId="52F1E3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24AC3B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HK-395-х</w:t>
            </w:r>
          </w:p>
        </w:tc>
        <w:tc>
          <w:tcPr>
            <w:tcW w:w="1234" w:type="dxa"/>
          </w:tcPr>
          <w:p w14:paraId="7E6BF4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395</w:t>
            </w:r>
          </w:p>
        </w:tc>
        <w:tc>
          <w:tcPr>
            <w:tcW w:w="1234" w:type="dxa"/>
          </w:tcPr>
          <w:p w14:paraId="0EA20C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х</w:t>
            </w:r>
          </w:p>
        </w:tc>
        <w:tc>
          <w:tcPr>
            <w:tcW w:w="1234" w:type="dxa"/>
          </w:tcPr>
          <w:p w14:paraId="79BD40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6C5F75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5398EB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1,7</w:t>
            </w:r>
          </w:p>
        </w:tc>
      </w:tr>
      <w:tr w:rsidR="006F0136" w:rsidRPr="00D77020" w14:paraId="73A93BCC" w14:textId="77777777">
        <w:tc>
          <w:tcPr>
            <w:tcW w:w="1234" w:type="dxa"/>
          </w:tcPr>
          <w:p w14:paraId="0C7B47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706E3D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HK-396-л1</w:t>
            </w:r>
          </w:p>
        </w:tc>
        <w:tc>
          <w:tcPr>
            <w:tcW w:w="1234" w:type="dxa"/>
          </w:tcPr>
          <w:p w14:paraId="503AAC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396</w:t>
            </w:r>
          </w:p>
        </w:tc>
        <w:tc>
          <w:tcPr>
            <w:tcW w:w="1234" w:type="dxa"/>
          </w:tcPr>
          <w:p w14:paraId="75F0B4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л1</w:t>
            </w:r>
          </w:p>
        </w:tc>
        <w:tc>
          <w:tcPr>
            <w:tcW w:w="1234" w:type="dxa"/>
          </w:tcPr>
          <w:p w14:paraId="2E384B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40BF47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51AE3F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1,9</w:t>
            </w:r>
          </w:p>
        </w:tc>
      </w:tr>
      <w:tr w:rsidR="006F0136" w:rsidRPr="00D77020" w14:paraId="76DF4857" w14:textId="77777777">
        <w:tc>
          <w:tcPr>
            <w:tcW w:w="1234" w:type="dxa"/>
          </w:tcPr>
          <w:p w14:paraId="3E67E7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332D38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HK-397-р1</w:t>
            </w:r>
          </w:p>
        </w:tc>
        <w:tc>
          <w:tcPr>
            <w:tcW w:w="1234" w:type="dxa"/>
          </w:tcPr>
          <w:p w14:paraId="68CDC4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397</w:t>
            </w:r>
          </w:p>
        </w:tc>
        <w:tc>
          <w:tcPr>
            <w:tcW w:w="1234" w:type="dxa"/>
          </w:tcPr>
          <w:p w14:paraId="38EC4C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р1</w:t>
            </w:r>
          </w:p>
        </w:tc>
        <w:tc>
          <w:tcPr>
            <w:tcW w:w="1234" w:type="dxa"/>
          </w:tcPr>
          <w:p w14:paraId="5C4401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55</w:t>
            </w:r>
          </w:p>
        </w:tc>
        <w:tc>
          <w:tcPr>
            <w:tcW w:w="1234" w:type="dxa"/>
          </w:tcPr>
          <w:p w14:paraId="37F847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ACEB41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1E36E2FD" w14:textId="77777777">
        <w:tc>
          <w:tcPr>
            <w:tcW w:w="1234" w:type="dxa"/>
          </w:tcPr>
          <w:p w14:paraId="6EE733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369F81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HK-397-у1</w:t>
            </w:r>
          </w:p>
        </w:tc>
        <w:tc>
          <w:tcPr>
            <w:tcW w:w="1234" w:type="dxa"/>
          </w:tcPr>
          <w:p w14:paraId="203E83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397</w:t>
            </w:r>
          </w:p>
        </w:tc>
        <w:tc>
          <w:tcPr>
            <w:tcW w:w="1234" w:type="dxa"/>
          </w:tcPr>
          <w:p w14:paraId="194C1F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у1</w:t>
            </w:r>
          </w:p>
        </w:tc>
        <w:tc>
          <w:tcPr>
            <w:tcW w:w="1234" w:type="dxa"/>
          </w:tcPr>
          <w:p w14:paraId="1872F8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</w:t>
            </w:r>
          </w:p>
        </w:tc>
        <w:tc>
          <w:tcPr>
            <w:tcW w:w="1234" w:type="dxa"/>
          </w:tcPr>
          <w:p w14:paraId="0DC1D7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606BAF7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2,3</w:t>
            </w:r>
          </w:p>
        </w:tc>
      </w:tr>
      <w:tr w:rsidR="006F0136" w:rsidRPr="00D77020" w14:paraId="704D7B4D" w14:textId="77777777">
        <w:tc>
          <w:tcPr>
            <w:tcW w:w="1234" w:type="dxa"/>
          </w:tcPr>
          <w:p w14:paraId="3AAEC2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5D61CF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HK-398-а</w:t>
            </w:r>
          </w:p>
        </w:tc>
        <w:tc>
          <w:tcPr>
            <w:tcW w:w="1234" w:type="dxa"/>
          </w:tcPr>
          <w:p w14:paraId="0C6C04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398</w:t>
            </w:r>
          </w:p>
        </w:tc>
        <w:tc>
          <w:tcPr>
            <w:tcW w:w="1234" w:type="dxa"/>
          </w:tcPr>
          <w:p w14:paraId="26FAE6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025BAF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126498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827F77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0,6</w:t>
            </w:r>
          </w:p>
        </w:tc>
      </w:tr>
      <w:tr w:rsidR="006F0136" w:rsidRPr="00D77020" w14:paraId="51F21F3F" w14:textId="77777777">
        <w:tc>
          <w:tcPr>
            <w:tcW w:w="1234" w:type="dxa"/>
          </w:tcPr>
          <w:p w14:paraId="678028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3A9D41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HK-398-с</w:t>
            </w:r>
          </w:p>
        </w:tc>
        <w:tc>
          <w:tcPr>
            <w:tcW w:w="1234" w:type="dxa"/>
          </w:tcPr>
          <w:p w14:paraId="3DF46C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398</w:t>
            </w:r>
          </w:p>
        </w:tc>
        <w:tc>
          <w:tcPr>
            <w:tcW w:w="1234" w:type="dxa"/>
          </w:tcPr>
          <w:p w14:paraId="64F6A4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65087C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234" w:type="dxa"/>
          </w:tcPr>
          <w:p w14:paraId="118FA7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F1ACB3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6185E7C2" w14:textId="77777777">
        <w:tc>
          <w:tcPr>
            <w:tcW w:w="1234" w:type="dxa"/>
          </w:tcPr>
          <w:p w14:paraId="50A584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78E4D9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HK-398-ю</w:t>
            </w:r>
          </w:p>
        </w:tc>
        <w:tc>
          <w:tcPr>
            <w:tcW w:w="1234" w:type="dxa"/>
          </w:tcPr>
          <w:p w14:paraId="7E7DEC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398</w:t>
            </w:r>
          </w:p>
        </w:tc>
        <w:tc>
          <w:tcPr>
            <w:tcW w:w="1234" w:type="dxa"/>
          </w:tcPr>
          <w:p w14:paraId="3FF708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ю</w:t>
            </w:r>
          </w:p>
        </w:tc>
        <w:tc>
          <w:tcPr>
            <w:tcW w:w="1234" w:type="dxa"/>
          </w:tcPr>
          <w:p w14:paraId="03047C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5E275B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700B75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0,9</w:t>
            </w:r>
          </w:p>
        </w:tc>
      </w:tr>
      <w:tr w:rsidR="006F0136" w:rsidRPr="00D77020" w14:paraId="0ED222BC" w14:textId="77777777">
        <w:tc>
          <w:tcPr>
            <w:tcW w:w="1234" w:type="dxa"/>
          </w:tcPr>
          <w:p w14:paraId="6918D9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796DAB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HK-399-г</w:t>
            </w:r>
          </w:p>
        </w:tc>
        <w:tc>
          <w:tcPr>
            <w:tcW w:w="1234" w:type="dxa"/>
          </w:tcPr>
          <w:p w14:paraId="7F5BE2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399</w:t>
            </w:r>
          </w:p>
        </w:tc>
        <w:tc>
          <w:tcPr>
            <w:tcW w:w="1234" w:type="dxa"/>
          </w:tcPr>
          <w:p w14:paraId="0312AF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7EDB20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3786CC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963A58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025EBFBA" w14:textId="77777777">
        <w:tc>
          <w:tcPr>
            <w:tcW w:w="1234" w:type="dxa"/>
          </w:tcPr>
          <w:p w14:paraId="2E8B2E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2C9645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HK-399-у1</w:t>
            </w:r>
          </w:p>
        </w:tc>
        <w:tc>
          <w:tcPr>
            <w:tcW w:w="1234" w:type="dxa"/>
          </w:tcPr>
          <w:p w14:paraId="1BEA87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399</w:t>
            </w:r>
          </w:p>
        </w:tc>
        <w:tc>
          <w:tcPr>
            <w:tcW w:w="1234" w:type="dxa"/>
          </w:tcPr>
          <w:p w14:paraId="0F4CEF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у1</w:t>
            </w:r>
          </w:p>
        </w:tc>
        <w:tc>
          <w:tcPr>
            <w:tcW w:w="1234" w:type="dxa"/>
          </w:tcPr>
          <w:p w14:paraId="1583FE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03BC36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68E765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0,1</w:t>
            </w:r>
          </w:p>
        </w:tc>
      </w:tr>
      <w:tr w:rsidR="006F0136" w:rsidRPr="00D77020" w14:paraId="443D1AEC" w14:textId="77777777">
        <w:tc>
          <w:tcPr>
            <w:tcW w:w="1234" w:type="dxa"/>
          </w:tcPr>
          <w:p w14:paraId="07EDE7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4CC615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HK-405-н1</w:t>
            </w:r>
          </w:p>
        </w:tc>
        <w:tc>
          <w:tcPr>
            <w:tcW w:w="1234" w:type="dxa"/>
          </w:tcPr>
          <w:p w14:paraId="6642F5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405</w:t>
            </w:r>
          </w:p>
        </w:tc>
        <w:tc>
          <w:tcPr>
            <w:tcW w:w="1234" w:type="dxa"/>
          </w:tcPr>
          <w:p w14:paraId="31C3DD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н1</w:t>
            </w:r>
          </w:p>
        </w:tc>
        <w:tc>
          <w:tcPr>
            <w:tcW w:w="1234" w:type="dxa"/>
          </w:tcPr>
          <w:p w14:paraId="4217DB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285D85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6D13DD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0,1</w:t>
            </w:r>
          </w:p>
        </w:tc>
      </w:tr>
      <w:tr w:rsidR="006F0136" w:rsidRPr="00D77020" w14:paraId="1C87BAAD" w14:textId="77777777">
        <w:tc>
          <w:tcPr>
            <w:tcW w:w="1234" w:type="dxa"/>
          </w:tcPr>
          <w:p w14:paraId="773E98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37757B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HK-405-щ</w:t>
            </w:r>
          </w:p>
        </w:tc>
        <w:tc>
          <w:tcPr>
            <w:tcW w:w="1234" w:type="dxa"/>
          </w:tcPr>
          <w:p w14:paraId="310326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405</w:t>
            </w:r>
          </w:p>
        </w:tc>
        <w:tc>
          <w:tcPr>
            <w:tcW w:w="1234" w:type="dxa"/>
          </w:tcPr>
          <w:p w14:paraId="60FAC5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щ</w:t>
            </w:r>
          </w:p>
        </w:tc>
        <w:tc>
          <w:tcPr>
            <w:tcW w:w="1234" w:type="dxa"/>
          </w:tcPr>
          <w:p w14:paraId="0F8004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3D3C68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17BFC3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0,1</w:t>
            </w:r>
          </w:p>
        </w:tc>
      </w:tr>
      <w:tr w:rsidR="006F0136" w:rsidRPr="00D77020" w14:paraId="28882DBA" w14:textId="77777777">
        <w:tc>
          <w:tcPr>
            <w:tcW w:w="1234" w:type="dxa"/>
          </w:tcPr>
          <w:p w14:paraId="1E1139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15D85F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HK-432-о</w:t>
            </w:r>
          </w:p>
        </w:tc>
        <w:tc>
          <w:tcPr>
            <w:tcW w:w="1234" w:type="dxa"/>
          </w:tcPr>
          <w:p w14:paraId="28D10C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432</w:t>
            </w:r>
          </w:p>
        </w:tc>
        <w:tc>
          <w:tcPr>
            <w:tcW w:w="1234" w:type="dxa"/>
          </w:tcPr>
          <w:p w14:paraId="76DB22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4FCE8C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41FF96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54E510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5347328A" w14:textId="77777777">
        <w:tc>
          <w:tcPr>
            <w:tcW w:w="1234" w:type="dxa"/>
          </w:tcPr>
          <w:p w14:paraId="0B4EEF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6E43B4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HK-433-а</w:t>
            </w:r>
          </w:p>
        </w:tc>
        <w:tc>
          <w:tcPr>
            <w:tcW w:w="1234" w:type="dxa"/>
          </w:tcPr>
          <w:p w14:paraId="36655B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433</w:t>
            </w:r>
          </w:p>
        </w:tc>
        <w:tc>
          <w:tcPr>
            <w:tcW w:w="1234" w:type="dxa"/>
          </w:tcPr>
          <w:p w14:paraId="696F51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6E8773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5D73E2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1CC3CD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2,3</w:t>
            </w:r>
          </w:p>
        </w:tc>
      </w:tr>
      <w:tr w:rsidR="006F0136" w:rsidRPr="00D77020" w14:paraId="1280812F" w14:textId="77777777">
        <w:tc>
          <w:tcPr>
            <w:tcW w:w="1234" w:type="dxa"/>
          </w:tcPr>
          <w:p w14:paraId="6D6AAC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306B78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HK-433-б</w:t>
            </w:r>
          </w:p>
        </w:tc>
        <w:tc>
          <w:tcPr>
            <w:tcW w:w="1234" w:type="dxa"/>
          </w:tcPr>
          <w:p w14:paraId="25F856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433</w:t>
            </w:r>
          </w:p>
        </w:tc>
        <w:tc>
          <w:tcPr>
            <w:tcW w:w="1234" w:type="dxa"/>
          </w:tcPr>
          <w:p w14:paraId="43176E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74FB0B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</w:t>
            </w:r>
          </w:p>
        </w:tc>
        <w:tc>
          <w:tcPr>
            <w:tcW w:w="1234" w:type="dxa"/>
          </w:tcPr>
          <w:p w14:paraId="5DE963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DA15D2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4,2</w:t>
            </w:r>
          </w:p>
        </w:tc>
      </w:tr>
      <w:tr w:rsidR="006F0136" w:rsidRPr="00D77020" w14:paraId="1F6BAF49" w14:textId="77777777">
        <w:tc>
          <w:tcPr>
            <w:tcW w:w="1234" w:type="dxa"/>
          </w:tcPr>
          <w:p w14:paraId="66E8A8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06A3EA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HK-441-б</w:t>
            </w:r>
          </w:p>
        </w:tc>
        <w:tc>
          <w:tcPr>
            <w:tcW w:w="1234" w:type="dxa"/>
          </w:tcPr>
          <w:p w14:paraId="597668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441</w:t>
            </w:r>
          </w:p>
        </w:tc>
        <w:tc>
          <w:tcPr>
            <w:tcW w:w="1234" w:type="dxa"/>
          </w:tcPr>
          <w:p w14:paraId="2E8531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46C6C7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</w:t>
            </w:r>
          </w:p>
        </w:tc>
        <w:tc>
          <w:tcPr>
            <w:tcW w:w="1234" w:type="dxa"/>
          </w:tcPr>
          <w:p w14:paraId="52E007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779B648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1,5</w:t>
            </w:r>
          </w:p>
        </w:tc>
      </w:tr>
      <w:tr w:rsidR="006F0136" w:rsidRPr="00D77020" w14:paraId="4FAE02CA" w14:textId="77777777">
        <w:tc>
          <w:tcPr>
            <w:tcW w:w="1234" w:type="dxa"/>
          </w:tcPr>
          <w:p w14:paraId="013058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36B6EC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HK-441-м</w:t>
            </w:r>
          </w:p>
        </w:tc>
        <w:tc>
          <w:tcPr>
            <w:tcW w:w="1234" w:type="dxa"/>
          </w:tcPr>
          <w:p w14:paraId="22AAA5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441</w:t>
            </w:r>
          </w:p>
        </w:tc>
        <w:tc>
          <w:tcPr>
            <w:tcW w:w="1234" w:type="dxa"/>
          </w:tcPr>
          <w:p w14:paraId="079DAC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46DF21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792576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D4BCAC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5,2</w:t>
            </w:r>
          </w:p>
        </w:tc>
      </w:tr>
      <w:tr w:rsidR="006F0136" w:rsidRPr="00D77020" w14:paraId="3B6AD95C" w14:textId="77777777">
        <w:tc>
          <w:tcPr>
            <w:tcW w:w="1234" w:type="dxa"/>
          </w:tcPr>
          <w:p w14:paraId="61ADCD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63AFE5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HK-441-н</w:t>
            </w:r>
          </w:p>
        </w:tc>
        <w:tc>
          <w:tcPr>
            <w:tcW w:w="1234" w:type="dxa"/>
          </w:tcPr>
          <w:p w14:paraId="6E0B3E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441</w:t>
            </w:r>
          </w:p>
        </w:tc>
        <w:tc>
          <w:tcPr>
            <w:tcW w:w="1234" w:type="dxa"/>
          </w:tcPr>
          <w:p w14:paraId="4074D1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5CA480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2DDDC2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F75207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6,6</w:t>
            </w:r>
          </w:p>
        </w:tc>
      </w:tr>
      <w:tr w:rsidR="006F0136" w:rsidRPr="00D77020" w14:paraId="006A7A5C" w14:textId="77777777">
        <w:tc>
          <w:tcPr>
            <w:tcW w:w="1234" w:type="dxa"/>
          </w:tcPr>
          <w:p w14:paraId="0D2162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54C819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HK-441-о</w:t>
            </w:r>
          </w:p>
        </w:tc>
        <w:tc>
          <w:tcPr>
            <w:tcW w:w="1234" w:type="dxa"/>
          </w:tcPr>
          <w:p w14:paraId="1B91A8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441</w:t>
            </w:r>
          </w:p>
        </w:tc>
        <w:tc>
          <w:tcPr>
            <w:tcW w:w="1234" w:type="dxa"/>
          </w:tcPr>
          <w:p w14:paraId="3DF671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3274CA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458F2E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0F209B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11,3</w:t>
            </w:r>
          </w:p>
        </w:tc>
      </w:tr>
      <w:tr w:rsidR="006F0136" w:rsidRPr="00D77020" w14:paraId="0763FB55" w14:textId="77777777">
        <w:tc>
          <w:tcPr>
            <w:tcW w:w="1234" w:type="dxa"/>
          </w:tcPr>
          <w:p w14:paraId="0FE4D1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2022</w:t>
            </w:r>
          </w:p>
        </w:tc>
        <w:tc>
          <w:tcPr>
            <w:tcW w:w="1234" w:type="dxa"/>
          </w:tcPr>
          <w:p w14:paraId="58499A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HK-441-ч</w:t>
            </w:r>
          </w:p>
        </w:tc>
        <w:tc>
          <w:tcPr>
            <w:tcW w:w="1234" w:type="dxa"/>
          </w:tcPr>
          <w:p w14:paraId="1ABBBD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441</w:t>
            </w:r>
          </w:p>
        </w:tc>
        <w:tc>
          <w:tcPr>
            <w:tcW w:w="1234" w:type="dxa"/>
          </w:tcPr>
          <w:p w14:paraId="2F4F79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ч</w:t>
            </w:r>
          </w:p>
        </w:tc>
        <w:tc>
          <w:tcPr>
            <w:tcW w:w="1234" w:type="dxa"/>
          </w:tcPr>
          <w:p w14:paraId="16F7F9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45</w:t>
            </w:r>
          </w:p>
        </w:tc>
        <w:tc>
          <w:tcPr>
            <w:tcW w:w="1234" w:type="dxa"/>
          </w:tcPr>
          <w:p w14:paraId="423B1C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70C66D8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58E49DD2" w14:textId="77777777">
        <w:tc>
          <w:tcPr>
            <w:tcW w:w="7404" w:type="dxa"/>
            <w:gridSpan w:val="6"/>
          </w:tcPr>
          <w:p w14:paraId="21AD9C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1C6B3BD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168,5</w:t>
            </w:r>
          </w:p>
        </w:tc>
      </w:tr>
    </w:tbl>
    <w:p w14:paraId="558769E3" w14:textId="77777777" w:rsidR="006F0136" w:rsidRPr="00D77020" w:rsidRDefault="00D77020">
      <w:pPr>
        <w:rPr>
          <w:lang w:val="bg-BG"/>
        </w:rPr>
      </w:pPr>
      <w:r w:rsidRPr="00D77020">
        <w:rPr>
          <w:lang w:val="bg-BG"/>
        </w:rPr>
        <w:br w:type="page"/>
      </w:r>
    </w:p>
    <w:p w14:paraId="46F6192F" w14:textId="77777777" w:rsidR="006F0136" w:rsidRPr="00D77020" w:rsidRDefault="00D77020">
      <w:pPr>
        <w:pStyle w:val="Heading1"/>
        <w:rPr>
          <w:lang w:val="bg-BG"/>
        </w:rPr>
      </w:pPr>
      <w:bookmarkStart w:id="31" w:name="_Toc222837697"/>
      <w:r w:rsidRPr="00D77020">
        <w:rPr>
          <w:lang w:val="bg-BG"/>
        </w:rPr>
        <w:lastRenderedPageBreak/>
        <w:t xml:space="preserve">ДГС Якоруда - Обща площ: 88,2 </w:t>
      </w:r>
      <w:proofErr w:type="spellStart"/>
      <w:r w:rsidRPr="00D77020">
        <w:rPr>
          <w:lang w:val="bg-BG"/>
        </w:rPr>
        <w:t>хa</w:t>
      </w:r>
      <w:bookmarkEnd w:id="31"/>
      <w:proofErr w:type="spellEnd"/>
    </w:p>
    <w:p w14:paraId="6A30F33E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BG0000636 - Ниска Рила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505C1CFD" w14:textId="77777777">
        <w:tc>
          <w:tcPr>
            <w:tcW w:w="1587" w:type="dxa"/>
          </w:tcPr>
          <w:p w14:paraId="72F083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0FE5B7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7AB70B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5B329C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3FB9E8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5A0A8217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602D99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16D008D2" w14:textId="77777777">
        <w:tc>
          <w:tcPr>
            <w:tcW w:w="1234" w:type="dxa"/>
          </w:tcPr>
          <w:p w14:paraId="78D0E4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0D57E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BV-34-б</w:t>
            </w:r>
          </w:p>
        </w:tc>
        <w:tc>
          <w:tcPr>
            <w:tcW w:w="1234" w:type="dxa"/>
          </w:tcPr>
          <w:p w14:paraId="1952AB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34</w:t>
            </w:r>
          </w:p>
        </w:tc>
        <w:tc>
          <w:tcPr>
            <w:tcW w:w="1234" w:type="dxa"/>
          </w:tcPr>
          <w:p w14:paraId="13860B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186B49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66F50C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91BA</w:t>
            </w:r>
          </w:p>
        </w:tc>
        <w:tc>
          <w:tcPr>
            <w:tcW w:w="1234" w:type="dxa"/>
          </w:tcPr>
          <w:p w14:paraId="61EE877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7,9</w:t>
            </w:r>
          </w:p>
        </w:tc>
      </w:tr>
      <w:tr w:rsidR="006F0136" w:rsidRPr="00D77020" w14:paraId="6F536756" w14:textId="77777777">
        <w:tc>
          <w:tcPr>
            <w:tcW w:w="1234" w:type="dxa"/>
          </w:tcPr>
          <w:p w14:paraId="45EF2E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3CFAA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BV-34-в</w:t>
            </w:r>
          </w:p>
        </w:tc>
        <w:tc>
          <w:tcPr>
            <w:tcW w:w="1234" w:type="dxa"/>
          </w:tcPr>
          <w:p w14:paraId="50BD33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34</w:t>
            </w:r>
          </w:p>
        </w:tc>
        <w:tc>
          <w:tcPr>
            <w:tcW w:w="1234" w:type="dxa"/>
          </w:tcPr>
          <w:p w14:paraId="055CA6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4E611E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7ED5B6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91BA</w:t>
            </w:r>
          </w:p>
        </w:tc>
        <w:tc>
          <w:tcPr>
            <w:tcW w:w="1234" w:type="dxa"/>
          </w:tcPr>
          <w:p w14:paraId="67C0ED1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14,1</w:t>
            </w:r>
          </w:p>
        </w:tc>
      </w:tr>
      <w:tr w:rsidR="006F0136" w:rsidRPr="00D77020" w14:paraId="3501210B" w14:textId="77777777">
        <w:tc>
          <w:tcPr>
            <w:tcW w:w="1234" w:type="dxa"/>
          </w:tcPr>
          <w:p w14:paraId="6DB036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1C3A85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BV-34-з</w:t>
            </w:r>
          </w:p>
        </w:tc>
        <w:tc>
          <w:tcPr>
            <w:tcW w:w="1234" w:type="dxa"/>
          </w:tcPr>
          <w:p w14:paraId="0C2896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34</w:t>
            </w:r>
          </w:p>
        </w:tc>
        <w:tc>
          <w:tcPr>
            <w:tcW w:w="1234" w:type="dxa"/>
          </w:tcPr>
          <w:p w14:paraId="0C1F78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2E4BEF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32327D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91BA</w:t>
            </w:r>
          </w:p>
        </w:tc>
        <w:tc>
          <w:tcPr>
            <w:tcW w:w="1234" w:type="dxa"/>
          </w:tcPr>
          <w:p w14:paraId="560FBE3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9,9</w:t>
            </w:r>
          </w:p>
        </w:tc>
      </w:tr>
      <w:tr w:rsidR="006F0136" w:rsidRPr="00D77020" w14:paraId="18845A45" w14:textId="77777777">
        <w:tc>
          <w:tcPr>
            <w:tcW w:w="1234" w:type="dxa"/>
          </w:tcPr>
          <w:p w14:paraId="075D6D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263ACA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BV-84-а</w:t>
            </w:r>
          </w:p>
        </w:tc>
        <w:tc>
          <w:tcPr>
            <w:tcW w:w="1234" w:type="dxa"/>
          </w:tcPr>
          <w:p w14:paraId="386659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84</w:t>
            </w:r>
          </w:p>
        </w:tc>
        <w:tc>
          <w:tcPr>
            <w:tcW w:w="1234" w:type="dxa"/>
          </w:tcPr>
          <w:p w14:paraId="498152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013405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43BFD8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31DD795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21,1</w:t>
            </w:r>
          </w:p>
        </w:tc>
      </w:tr>
      <w:tr w:rsidR="006F0136" w:rsidRPr="00D77020" w14:paraId="1751243B" w14:textId="77777777">
        <w:tc>
          <w:tcPr>
            <w:tcW w:w="1234" w:type="dxa"/>
          </w:tcPr>
          <w:p w14:paraId="2887B8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9CC18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BV-84-ж</w:t>
            </w:r>
          </w:p>
        </w:tc>
        <w:tc>
          <w:tcPr>
            <w:tcW w:w="1234" w:type="dxa"/>
          </w:tcPr>
          <w:p w14:paraId="25D4F0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84</w:t>
            </w:r>
          </w:p>
        </w:tc>
        <w:tc>
          <w:tcPr>
            <w:tcW w:w="1234" w:type="dxa"/>
          </w:tcPr>
          <w:p w14:paraId="751628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6E17F0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2762C7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13895A1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21,5</w:t>
            </w:r>
          </w:p>
        </w:tc>
      </w:tr>
      <w:tr w:rsidR="006F0136" w:rsidRPr="00D77020" w14:paraId="5CD88FFC" w14:textId="77777777">
        <w:tc>
          <w:tcPr>
            <w:tcW w:w="1234" w:type="dxa"/>
          </w:tcPr>
          <w:p w14:paraId="1EE7AE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90CC8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BV-84-к</w:t>
            </w:r>
          </w:p>
        </w:tc>
        <w:tc>
          <w:tcPr>
            <w:tcW w:w="1234" w:type="dxa"/>
          </w:tcPr>
          <w:p w14:paraId="3A68E4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84</w:t>
            </w:r>
          </w:p>
        </w:tc>
        <w:tc>
          <w:tcPr>
            <w:tcW w:w="1234" w:type="dxa"/>
          </w:tcPr>
          <w:p w14:paraId="651BA7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70E6BA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5E8BF9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91BA</w:t>
            </w:r>
          </w:p>
        </w:tc>
        <w:tc>
          <w:tcPr>
            <w:tcW w:w="1234" w:type="dxa"/>
          </w:tcPr>
          <w:p w14:paraId="3AFB7C3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0,9</w:t>
            </w:r>
          </w:p>
        </w:tc>
      </w:tr>
      <w:tr w:rsidR="006F0136" w:rsidRPr="00D77020" w14:paraId="2D8223B2" w14:textId="77777777">
        <w:tc>
          <w:tcPr>
            <w:tcW w:w="1234" w:type="dxa"/>
          </w:tcPr>
          <w:p w14:paraId="7B18A0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7AC39C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BV-84-л</w:t>
            </w:r>
          </w:p>
        </w:tc>
        <w:tc>
          <w:tcPr>
            <w:tcW w:w="1234" w:type="dxa"/>
          </w:tcPr>
          <w:p w14:paraId="3D56DE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84</w:t>
            </w:r>
          </w:p>
        </w:tc>
        <w:tc>
          <w:tcPr>
            <w:tcW w:w="1234" w:type="dxa"/>
          </w:tcPr>
          <w:p w14:paraId="48A830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774D8F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7595A0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91BA</w:t>
            </w:r>
          </w:p>
        </w:tc>
        <w:tc>
          <w:tcPr>
            <w:tcW w:w="1234" w:type="dxa"/>
          </w:tcPr>
          <w:p w14:paraId="084A82A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3,2</w:t>
            </w:r>
          </w:p>
        </w:tc>
      </w:tr>
      <w:tr w:rsidR="006F0136" w:rsidRPr="00D77020" w14:paraId="5C65F2EE" w14:textId="77777777">
        <w:tc>
          <w:tcPr>
            <w:tcW w:w="1234" w:type="dxa"/>
          </w:tcPr>
          <w:p w14:paraId="74A028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3F4DD3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BV-85-б</w:t>
            </w:r>
          </w:p>
        </w:tc>
        <w:tc>
          <w:tcPr>
            <w:tcW w:w="1234" w:type="dxa"/>
          </w:tcPr>
          <w:p w14:paraId="27A854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85</w:t>
            </w:r>
          </w:p>
        </w:tc>
        <w:tc>
          <w:tcPr>
            <w:tcW w:w="1234" w:type="dxa"/>
          </w:tcPr>
          <w:p w14:paraId="7FB6EF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28047B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4F0012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91BA</w:t>
            </w:r>
          </w:p>
        </w:tc>
        <w:tc>
          <w:tcPr>
            <w:tcW w:w="1234" w:type="dxa"/>
          </w:tcPr>
          <w:p w14:paraId="50D0269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4,1</w:t>
            </w:r>
          </w:p>
        </w:tc>
      </w:tr>
      <w:tr w:rsidR="006F0136" w:rsidRPr="00D77020" w14:paraId="0B7000FC" w14:textId="77777777">
        <w:tc>
          <w:tcPr>
            <w:tcW w:w="1234" w:type="dxa"/>
          </w:tcPr>
          <w:p w14:paraId="4E2580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2025</w:t>
            </w:r>
          </w:p>
        </w:tc>
        <w:tc>
          <w:tcPr>
            <w:tcW w:w="1234" w:type="dxa"/>
          </w:tcPr>
          <w:p w14:paraId="0FBFD2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BV-85-в</w:t>
            </w:r>
          </w:p>
        </w:tc>
        <w:tc>
          <w:tcPr>
            <w:tcW w:w="1234" w:type="dxa"/>
          </w:tcPr>
          <w:p w14:paraId="4CF083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85</w:t>
            </w:r>
          </w:p>
        </w:tc>
        <w:tc>
          <w:tcPr>
            <w:tcW w:w="1234" w:type="dxa"/>
          </w:tcPr>
          <w:p w14:paraId="41FBAC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6F10C5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716B20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35CCC36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5,5</w:t>
            </w:r>
          </w:p>
        </w:tc>
      </w:tr>
      <w:tr w:rsidR="006F0136" w:rsidRPr="00D77020" w14:paraId="3A13437C" w14:textId="77777777">
        <w:tc>
          <w:tcPr>
            <w:tcW w:w="7404" w:type="dxa"/>
            <w:gridSpan w:val="6"/>
          </w:tcPr>
          <w:p w14:paraId="62E285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2727B9E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88,2</w:t>
            </w:r>
          </w:p>
        </w:tc>
      </w:tr>
    </w:tbl>
    <w:p w14:paraId="1010B5DB" w14:textId="77777777" w:rsidR="006F0136" w:rsidRPr="00D77020" w:rsidRDefault="00D77020">
      <w:pPr>
        <w:rPr>
          <w:lang w:val="bg-BG"/>
        </w:rPr>
      </w:pPr>
      <w:r w:rsidRPr="00D77020">
        <w:rPr>
          <w:lang w:val="bg-BG"/>
        </w:rPr>
        <w:br w:type="page"/>
      </w:r>
    </w:p>
    <w:p w14:paraId="6C1D42CF" w14:textId="77777777" w:rsidR="006F0136" w:rsidRPr="00D77020" w:rsidRDefault="00D77020">
      <w:pPr>
        <w:pStyle w:val="Heading1"/>
        <w:rPr>
          <w:lang w:val="bg-BG"/>
        </w:rPr>
      </w:pPr>
      <w:bookmarkStart w:id="32" w:name="_Toc222837698"/>
      <w:r w:rsidRPr="00D77020">
        <w:rPr>
          <w:lang w:val="bg-BG"/>
        </w:rPr>
        <w:lastRenderedPageBreak/>
        <w:t xml:space="preserve">ДЛС </w:t>
      </w:r>
      <w:proofErr w:type="spellStart"/>
      <w:r w:rsidRPr="00D77020">
        <w:rPr>
          <w:lang w:val="bg-BG"/>
        </w:rPr>
        <w:t>Арамлиец</w:t>
      </w:r>
      <w:proofErr w:type="spellEnd"/>
      <w:r w:rsidRPr="00D77020">
        <w:rPr>
          <w:lang w:val="bg-BG"/>
        </w:rPr>
        <w:t xml:space="preserve"> - Обща площ: 407,6 </w:t>
      </w:r>
      <w:proofErr w:type="spellStart"/>
      <w:r w:rsidRPr="00D77020">
        <w:rPr>
          <w:lang w:val="bg-BG"/>
        </w:rPr>
        <w:t>хa</w:t>
      </w:r>
      <w:bookmarkEnd w:id="32"/>
      <w:proofErr w:type="spellEnd"/>
    </w:p>
    <w:p w14:paraId="3998FE81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BG0001043 - Етрополе - Байлово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294BF34B" w14:textId="77777777">
        <w:tc>
          <w:tcPr>
            <w:tcW w:w="1587" w:type="dxa"/>
          </w:tcPr>
          <w:p w14:paraId="3D6865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691308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1A4A58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31217A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6C67BF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6337EA5B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73268F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7360A2AF" w14:textId="77777777">
        <w:tc>
          <w:tcPr>
            <w:tcW w:w="1234" w:type="dxa"/>
          </w:tcPr>
          <w:p w14:paraId="61C155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510CD1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RS-284-р</w:t>
            </w:r>
          </w:p>
        </w:tc>
        <w:tc>
          <w:tcPr>
            <w:tcW w:w="1234" w:type="dxa"/>
          </w:tcPr>
          <w:p w14:paraId="73D2FD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284</w:t>
            </w:r>
          </w:p>
        </w:tc>
        <w:tc>
          <w:tcPr>
            <w:tcW w:w="1234" w:type="dxa"/>
          </w:tcPr>
          <w:p w14:paraId="00656C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4DF21C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5C47FD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50D4161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3,5</w:t>
            </w:r>
          </w:p>
        </w:tc>
      </w:tr>
      <w:tr w:rsidR="006F0136" w:rsidRPr="00D77020" w14:paraId="753A7D42" w14:textId="77777777">
        <w:tc>
          <w:tcPr>
            <w:tcW w:w="1234" w:type="dxa"/>
          </w:tcPr>
          <w:p w14:paraId="5D4DF9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135A39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RS-284-т</w:t>
            </w:r>
          </w:p>
        </w:tc>
        <w:tc>
          <w:tcPr>
            <w:tcW w:w="1234" w:type="dxa"/>
          </w:tcPr>
          <w:p w14:paraId="074C9D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284</w:t>
            </w:r>
          </w:p>
        </w:tc>
        <w:tc>
          <w:tcPr>
            <w:tcW w:w="1234" w:type="dxa"/>
          </w:tcPr>
          <w:p w14:paraId="2152F8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070856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65D834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272B29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10,1</w:t>
            </w:r>
          </w:p>
        </w:tc>
      </w:tr>
      <w:tr w:rsidR="006F0136" w:rsidRPr="00D77020" w14:paraId="03612469" w14:textId="77777777">
        <w:tc>
          <w:tcPr>
            <w:tcW w:w="1234" w:type="dxa"/>
          </w:tcPr>
          <w:p w14:paraId="5FE439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517DB1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RS-289-ч</w:t>
            </w:r>
          </w:p>
        </w:tc>
        <w:tc>
          <w:tcPr>
            <w:tcW w:w="1234" w:type="dxa"/>
          </w:tcPr>
          <w:p w14:paraId="5E0B52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289</w:t>
            </w:r>
          </w:p>
        </w:tc>
        <w:tc>
          <w:tcPr>
            <w:tcW w:w="1234" w:type="dxa"/>
          </w:tcPr>
          <w:p w14:paraId="737248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ч</w:t>
            </w:r>
          </w:p>
        </w:tc>
        <w:tc>
          <w:tcPr>
            <w:tcW w:w="1234" w:type="dxa"/>
          </w:tcPr>
          <w:p w14:paraId="024791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0E9A74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668891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6,6</w:t>
            </w:r>
          </w:p>
        </w:tc>
      </w:tr>
      <w:tr w:rsidR="006F0136" w:rsidRPr="00D77020" w14:paraId="3136D44C" w14:textId="77777777">
        <w:tc>
          <w:tcPr>
            <w:tcW w:w="1234" w:type="dxa"/>
          </w:tcPr>
          <w:p w14:paraId="40BE81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67873F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RS-290-и</w:t>
            </w:r>
          </w:p>
        </w:tc>
        <w:tc>
          <w:tcPr>
            <w:tcW w:w="1234" w:type="dxa"/>
          </w:tcPr>
          <w:p w14:paraId="4A9D5A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290</w:t>
            </w:r>
          </w:p>
        </w:tc>
        <w:tc>
          <w:tcPr>
            <w:tcW w:w="1234" w:type="dxa"/>
          </w:tcPr>
          <w:p w14:paraId="119F80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2F1E8B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41E04D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5080F1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8,4</w:t>
            </w:r>
          </w:p>
        </w:tc>
      </w:tr>
      <w:tr w:rsidR="006F0136" w:rsidRPr="00D77020" w14:paraId="182C12AE" w14:textId="77777777">
        <w:tc>
          <w:tcPr>
            <w:tcW w:w="1234" w:type="dxa"/>
          </w:tcPr>
          <w:p w14:paraId="1F7B28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52C4D5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RS-290-к</w:t>
            </w:r>
          </w:p>
        </w:tc>
        <w:tc>
          <w:tcPr>
            <w:tcW w:w="1234" w:type="dxa"/>
          </w:tcPr>
          <w:p w14:paraId="644EDB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290</w:t>
            </w:r>
          </w:p>
        </w:tc>
        <w:tc>
          <w:tcPr>
            <w:tcW w:w="1234" w:type="dxa"/>
          </w:tcPr>
          <w:p w14:paraId="405716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680F56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2F7A2F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D8CA89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8,2</w:t>
            </w:r>
          </w:p>
        </w:tc>
      </w:tr>
      <w:tr w:rsidR="006F0136" w:rsidRPr="00D77020" w14:paraId="66C21A51" w14:textId="77777777">
        <w:tc>
          <w:tcPr>
            <w:tcW w:w="1234" w:type="dxa"/>
          </w:tcPr>
          <w:p w14:paraId="6DD559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2CDE32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RS-294-в</w:t>
            </w:r>
          </w:p>
        </w:tc>
        <w:tc>
          <w:tcPr>
            <w:tcW w:w="1234" w:type="dxa"/>
          </w:tcPr>
          <w:p w14:paraId="63347A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294</w:t>
            </w:r>
          </w:p>
        </w:tc>
        <w:tc>
          <w:tcPr>
            <w:tcW w:w="1234" w:type="dxa"/>
          </w:tcPr>
          <w:p w14:paraId="6F3CA7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04E3C6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3140E5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1A58A9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11,4</w:t>
            </w:r>
          </w:p>
        </w:tc>
      </w:tr>
      <w:tr w:rsidR="006F0136" w:rsidRPr="00D77020" w14:paraId="3669E85A" w14:textId="77777777">
        <w:tc>
          <w:tcPr>
            <w:tcW w:w="1234" w:type="dxa"/>
          </w:tcPr>
          <w:p w14:paraId="3F788B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0E8744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RS-294-д</w:t>
            </w:r>
          </w:p>
        </w:tc>
        <w:tc>
          <w:tcPr>
            <w:tcW w:w="1234" w:type="dxa"/>
          </w:tcPr>
          <w:p w14:paraId="766A3A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294</w:t>
            </w:r>
          </w:p>
        </w:tc>
        <w:tc>
          <w:tcPr>
            <w:tcW w:w="1234" w:type="dxa"/>
          </w:tcPr>
          <w:p w14:paraId="644A03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0686FC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0397C8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0FD09B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26,6</w:t>
            </w:r>
          </w:p>
        </w:tc>
      </w:tr>
      <w:tr w:rsidR="006F0136" w:rsidRPr="00D77020" w14:paraId="6CD730B7" w14:textId="77777777">
        <w:tc>
          <w:tcPr>
            <w:tcW w:w="1234" w:type="dxa"/>
          </w:tcPr>
          <w:p w14:paraId="180393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5C47D2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RS-294-и</w:t>
            </w:r>
          </w:p>
        </w:tc>
        <w:tc>
          <w:tcPr>
            <w:tcW w:w="1234" w:type="dxa"/>
          </w:tcPr>
          <w:p w14:paraId="4A529B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294</w:t>
            </w:r>
          </w:p>
        </w:tc>
        <w:tc>
          <w:tcPr>
            <w:tcW w:w="1234" w:type="dxa"/>
          </w:tcPr>
          <w:p w14:paraId="5E183F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6338B6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85</w:t>
            </w:r>
          </w:p>
        </w:tc>
        <w:tc>
          <w:tcPr>
            <w:tcW w:w="1234" w:type="dxa"/>
          </w:tcPr>
          <w:p w14:paraId="11BAB3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27DBD6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6,6</w:t>
            </w:r>
          </w:p>
        </w:tc>
      </w:tr>
      <w:tr w:rsidR="006F0136" w:rsidRPr="00D77020" w14:paraId="76F5F04B" w14:textId="77777777">
        <w:tc>
          <w:tcPr>
            <w:tcW w:w="1234" w:type="dxa"/>
          </w:tcPr>
          <w:p w14:paraId="1674CD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1A0411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RS-294-к</w:t>
            </w:r>
          </w:p>
        </w:tc>
        <w:tc>
          <w:tcPr>
            <w:tcW w:w="1234" w:type="dxa"/>
          </w:tcPr>
          <w:p w14:paraId="29142B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294</w:t>
            </w:r>
          </w:p>
        </w:tc>
        <w:tc>
          <w:tcPr>
            <w:tcW w:w="1234" w:type="dxa"/>
          </w:tcPr>
          <w:p w14:paraId="05C304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258AF0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85</w:t>
            </w:r>
          </w:p>
        </w:tc>
        <w:tc>
          <w:tcPr>
            <w:tcW w:w="1234" w:type="dxa"/>
          </w:tcPr>
          <w:p w14:paraId="5E4B59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BA5E95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1,0</w:t>
            </w:r>
          </w:p>
        </w:tc>
      </w:tr>
      <w:tr w:rsidR="006F0136" w:rsidRPr="00D77020" w14:paraId="0E2EC7C9" w14:textId="77777777">
        <w:tc>
          <w:tcPr>
            <w:tcW w:w="1234" w:type="dxa"/>
          </w:tcPr>
          <w:p w14:paraId="54105B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12A024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RS-294-л</w:t>
            </w:r>
          </w:p>
        </w:tc>
        <w:tc>
          <w:tcPr>
            <w:tcW w:w="1234" w:type="dxa"/>
          </w:tcPr>
          <w:p w14:paraId="24B22E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294</w:t>
            </w:r>
          </w:p>
        </w:tc>
        <w:tc>
          <w:tcPr>
            <w:tcW w:w="1234" w:type="dxa"/>
          </w:tcPr>
          <w:p w14:paraId="62BC97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78013A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85</w:t>
            </w:r>
          </w:p>
        </w:tc>
        <w:tc>
          <w:tcPr>
            <w:tcW w:w="1234" w:type="dxa"/>
          </w:tcPr>
          <w:p w14:paraId="623C51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F0DC44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0,6</w:t>
            </w:r>
          </w:p>
        </w:tc>
      </w:tr>
      <w:tr w:rsidR="006F0136" w:rsidRPr="00D77020" w14:paraId="2B0A7AEF" w14:textId="77777777">
        <w:tc>
          <w:tcPr>
            <w:tcW w:w="7404" w:type="dxa"/>
            <w:gridSpan w:val="6"/>
          </w:tcPr>
          <w:p w14:paraId="33B319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78D8AA4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83,0</w:t>
            </w:r>
          </w:p>
        </w:tc>
      </w:tr>
    </w:tbl>
    <w:p w14:paraId="4C1ADB65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BG0001389 - Средна гора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18BE40C2" w14:textId="77777777">
        <w:tc>
          <w:tcPr>
            <w:tcW w:w="1587" w:type="dxa"/>
          </w:tcPr>
          <w:p w14:paraId="3D5F90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1644C8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67DBE0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794F73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7814AB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4C14906B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4BF533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36248B59" w14:textId="77777777">
        <w:tc>
          <w:tcPr>
            <w:tcW w:w="1234" w:type="dxa"/>
          </w:tcPr>
          <w:p w14:paraId="55C70A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4FF9EA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RS-1151-б</w:t>
            </w:r>
          </w:p>
        </w:tc>
        <w:tc>
          <w:tcPr>
            <w:tcW w:w="1234" w:type="dxa"/>
          </w:tcPr>
          <w:p w14:paraId="41B0AA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1151</w:t>
            </w:r>
          </w:p>
        </w:tc>
        <w:tc>
          <w:tcPr>
            <w:tcW w:w="1234" w:type="dxa"/>
          </w:tcPr>
          <w:p w14:paraId="317FA6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092CDD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1930E7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0436674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13,5</w:t>
            </w:r>
          </w:p>
        </w:tc>
      </w:tr>
      <w:tr w:rsidR="006F0136" w:rsidRPr="00D77020" w14:paraId="22123003" w14:textId="77777777">
        <w:tc>
          <w:tcPr>
            <w:tcW w:w="1234" w:type="dxa"/>
          </w:tcPr>
          <w:p w14:paraId="3302A1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06FBD4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RS-1151-г</w:t>
            </w:r>
          </w:p>
        </w:tc>
        <w:tc>
          <w:tcPr>
            <w:tcW w:w="1234" w:type="dxa"/>
          </w:tcPr>
          <w:p w14:paraId="06084A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1151</w:t>
            </w:r>
          </w:p>
        </w:tc>
        <w:tc>
          <w:tcPr>
            <w:tcW w:w="1234" w:type="dxa"/>
          </w:tcPr>
          <w:p w14:paraId="071802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3F26E8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52B0DF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6685476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3,3</w:t>
            </w:r>
          </w:p>
        </w:tc>
      </w:tr>
      <w:tr w:rsidR="006F0136" w:rsidRPr="00D77020" w14:paraId="39ABF675" w14:textId="77777777">
        <w:tc>
          <w:tcPr>
            <w:tcW w:w="1234" w:type="dxa"/>
          </w:tcPr>
          <w:p w14:paraId="2EC8AF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64109E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RS-1154-а</w:t>
            </w:r>
          </w:p>
        </w:tc>
        <w:tc>
          <w:tcPr>
            <w:tcW w:w="1234" w:type="dxa"/>
          </w:tcPr>
          <w:p w14:paraId="6CA2A0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1154</w:t>
            </w:r>
          </w:p>
        </w:tc>
        <w:tc>
          <w:tcPr>
            <w:tcW w:w="1234" w:type="dxa"/>
          </w:tcPr>
          <w:p w14:paraId="35FE58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79A7EC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3A39EB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5B07148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5,6</w:t>
            </w:r>
          </w:p>
        </w:tc>
      </w:tr>
      <w:tr w:rsidR="006F0136" w:rsidRPr="00D77020" w14:paraId="2D821B64" w14:textId="77777777">
        <w:tc>
          <w:tcPr>
            <w:tcW w:w="1234" w:type="dxa"/>
          </w:tcPr>
          <w:p w14:paraId="151AB7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3D0A10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RS-1154-б</w:t>
            </w:r>
          </w:p>
        </w:tc>
        <w:tc>
          <w:tcPr>
            <w:tcW w:w="1234" w:type="dxa"/>
          </w:tcPr>
          <w:p w14:paraId="462362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1154</w:t>
            </w:r>
          </w:p>
        </w:tc>
        <w:tc>
          <w:tcPr>
            <w:tcW w:w="1234" w:type="dxa"/>
          </w:tcPr>
          <w:p w14:paraId="568406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21EED6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62A6DB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3631BF3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5EC3DB3D" w14:textId="77777777">
        <w:tc>
          <w:tcPr>
            <w:tcW w:w="1234" w:type="dxa"/>
          </w:tcPr>
          <w:p w14:paraId="7361A6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044971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RS-1154-д</w:t>
            </w:r>
          </w:p>
        </w:tc>
        <w:tc>
          <w:tcPr>
            <w:tcW w:w="1234" w:type="dxa"/>
          </w:tcPr>
          <w:p w14:paraId="109214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1154</w:t>
            </w:r>
          </w:p>
        </w:tc>
        <w:tc>
          <w:tcPr>
            <w:tcW w:w="1234" w:type="dxa"/>
          </w:tcPr>
          <w:p w14:paraId="4F1EF1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7132F5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4B1131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6DAE9CD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15,8</w:t>
            </w:r>
          </w:p>
        </w:tc>
      </w:tr>
      <w:tr w:rsidR="006F0136" w:rsidRPr="00D77020" w14:paraId="528DBE6A" w14:textId="77777777">
        <w:tc>
          <w:tcPr>
            <w:tcW w:w="1234" w:type="dxa"/>
          </w:tcPr>
          <w:p w14:paraId="1ABEAC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1FDFD4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RS-1154-з</w:t>
            </w:r>
          </w:p>
        </w:tc>
        <w:tc>
          <w:tcPr>
            <w:tcW w:w="1234" w:type="dxa"/>
          </w:tcPr>
          <w:p w14:paraId="68F654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1154</w:t>
            </w:r>
          </w:p>
        </w:tc>
        <w:tc>
          <w:tcPr>
            <w:tcW w:w="1234" w:type="dxa"/>
          </w:tcPr>
          <w:p w14:paraId="4D1050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05FE65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0B7D37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5DB70D8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2,6</w:t>
            </w:r>
          </w:p>
        </w:tc>
      </w:tr>
      <w:tr w:rsidR="006F0136" w:rsidRPr="00D77020" w14:paraId="050B9966" w14:textId="77777777">
        <w:tc>
          <w:tcPr>
            <w:tcW w:w="1234" w:type="dxa"/>
          </w:tcPr>
          <w:p w14:paraId="22CEDD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750D73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RS-1154-и</w:t>
            </w:r>
          </w:p>
        </w:tc>
        <w:tc>
          <w:tcPr>
            <w:tcW w:w="1234" w:type="dxa"/>
          </w:tcPr>
          <w:p w14:paraId="2012C2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1154</w:t>
            </w:r>
          </w:p>
        </w:tc>
        <w:tc>
          <w:tcPr>
            <w:tcW w:w="1234" w:type="dxa"/>
          </w:tcPr>
          <w:p w14:paraId="0AB858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5D2485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5D11BD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0CA3DAB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7,1</w:t>
            </w:r>
          </w:p>
        </w:tc>
      </w:tr>
      <w:tr w:rsidR="006F0136" w:rsidRPr="00D77020" w14:paraId="59A6C004" w14:textId="77777777">
        <w:tc>
          <w:tcPr>
            <w:tcW w:w="1234" w:type="dxa"/>
          </w:tcPr>
          <w:p w14:paraId="290880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46375D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RS-1154-н</w:t>
            </w:r>
          </w:p>
        </w:tc>
        <w:tc>
          <w:tcPr>
            <w:tcW w:w="1234" w:type="dxa"/>
          </w:tcPr>
          <w:p w14:paraId="550853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1154</w:t>
            </w:r>
          </w:p>
        </w:tc>
        <w:tc>
          <w:tcPr>
            <w:tcW w:w="1234" w:type="dxa"/>
          </w:tcPr>
          <w:p w14:paraId="3B7735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6741DD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64ED3C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7C295B7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2,3</w:t>
            </w:r>
          </w:p>
        </w:tc>
      </w:tr>
      <w:tr w:rsidR="006F0136" w:rsidRPr="00D77020" w14:paraId="0708816A" w14:textId="77777777">
        <w:tc>
          <w:tcPr>
            <w:tcW w:w="1234" w:type="dxa"/>
          </w:tcPr>
          <w:p w14:paraId="6D2146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30AAB4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RS-1155-а</w:t>
            </w:r>
          </w:p>
        </w:tc>
        <w:tc>
          <w:tcPr>
            <w:tcW w:w="1234" w:type="dxa"/>
          </w:tcPr>
          <w:p w14:paraId="1FC991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1155</w:t>
            </w:r>
          </w:p>
        </w:tc>
        <w:tc>
          <w:tcPr>
            <w:tcW w:w="1234" w:type="dxa"/>
          </w:tcPr>
          <w:p w14:paraId="12D0E9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738EC6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4765FE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2EF1A30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19,9</w:t>
            </w:r>
          </w:p>
        </w:tc>
      </w:tr>
      <w:tr w:rsidR="006F0136" w:rsidRPr="00D77020" w14:paraId="54744B28" w14:textId="77777777">
        <w:tc>
          <w:tcPr>
            <w:tcW w:w="1234" w:type="dxa"/>
          </w:tcPr>
          <w:p w14:paraId="6C597D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40352C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RS-1156-в</w:t>
            </w:r>
          </w:p>
        </w:tc>
        <w:tc>
          <w:tcPr>
            <w:tcW w:w="1234" w:type="dxa"/>
          </w:tcPr>
          <w:p w14:paraId="53069D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1156</w:t>
            </w:r>
          </w:p>
        </w:tc>
        <w:tc>
          <w:tcPr>
            <w:tcW w:w="1234" w:type="dxa"/>
          </w:tcPr>
          <w:p w14:paraId="3FC9D7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3D5608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289D95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06A98C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9,0</w:t>
            </w:r>
          </w:p>
        </w:tc>
      </w:tr>
      <w:tr w:rsidR="006F0136" w:rsidRPr="00D77020" w14:paraId="1C3231D3" w14:textId="77777777">
        <w:tc>
          <w:tcPr>
            <w:tcW w:w="1234" w:type="dxa"/>
          </w:tcPr>
          <w:p w14:paraId="0C742C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5FD085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RS-1156-г</w:t>
            </w:r>
          </w:p>
        </w:tc>
        <w:tc>
          <w:tcPr>
            <w:tcW w:w="1234" w:type="dxa"/>
          </w:tcPr>
          <w:p w14:paraId="5D9407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1156</w:t>
            </w:r>
          </w:p>
        </w:tc>
        <w:tc>
          <w:tcPr>
            <w:tcW w:w="1234" w:type="dxa"/>
          </w:tcPr>
          <w:p w14:paraId="12E000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368C7C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469E03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70A2B7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5,8</w:t>
            </w:r>
          </w:p>
        </w:tc>
      </w:tr>
      <w:tr w:rsidR="006F0136" w:rsidRPr="00D77020" w14:paraId="0D00A40B" w14:textId="77777777">
        <w:tc>
          <w:tcPr>
            <w:tcW w:w="1234" w:type="dxa"/>
          </w:tcPr>
          <w:p w14:paraId="4CAE2A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50B332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RS-1156-д</w:t>
            </w:r>
          </w:p>
        </w:tc>
        <w:tc>
          <w:tcPr>
            <w:tcW w:w="1234" w:type="dxa"/>
          </w:tcPr>
          <w:p w14:paraId="059AB5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1156</w:t>
            </w:r>
          </w:p>
        </w:tc>
        <w:tc>
          <w:tcPr>
            <w:tcW w:w="1234" w:type="dxa"/>
          </w:tcPr>
          <w:p w14:paraId="1B321F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6CE6EB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71F64D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1127AE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14,9</w:t>
            </w:r>
          </w:p>
        </w:tc>
      </w:tr>
      <w:tr w:rsidR="006F0136" w:rsidRPr="00D77020" w14:paraId="7AC59297" w14:textId="77777777">
        <w:tc>
          <w:tcPr>
            <w:tcW w:w="1234" w:type="dxa"/>
          </w:tcPr>
          <w:p w14:paraId="6CA1E4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19B8BC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RS-1156-з</w:t>
            </w:r>
          </w:p>
        </w:tc>
        <w:tc>
          <w:tcPr>
            <w:tcW w:w="1234" w:type="dxa"/>
          </w:tcPr>
          <w:p w14:paraId="5F2FA1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1156</w:t>
            </w:r>
          </w:p>
        </w:tc>
        <w:tc>
          <w:tcPr>
            <w:tcW w:w="1234" w:type="dxa"/>
          </w:tcPr>
          <w:p w14:paraId="41581D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6C701E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24454E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1F18D4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9,4</w:t>
            </w:r>
          </w:p>
        </w:tc>
      </w:tr>
      <w:tr w:rsidR="006F0136" w:rsidRPr="00D77020" w14:paraId="47592B94" w14:textId="77777777">
        <w:tc>
          <w:tcPr>
            <w:tcW w:w="1234" w:type="dxa"/>
          </w:tcPr>
          <w:p w14:paraId="089594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6D7796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RS-1157-к</w:t>
            </w:r>
          </w:p>
        </w:tc>
        <w:tc>
          <w:tcPr>
            <w:tcW w:w="1234" w:type="dxa"/>
          </w:tcPr>
          <w:p w14:paraId="1FDE8B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1157</w:t>
            </w:r>
          </w:p>
        </w:tc>
        <w:tc>
          <w:tcPr>
            <w:tcW w:w="1234" w:type="dxa"/>
          </w:tcPr>
          <w:p w14:paraId="378B58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77C99B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0C534B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727681A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16,1</w:t>
            </w:r>
          </w:p>
        </w:tc>
      </w:tr>
      <w:tr w:rsidR="006F0136" w:rsidRPr="00D77020" w14:paraId="1A044832" w14:textId="77777777">
        <w:tc>
          <w:tcPr>
            <w:tcW w:w="1234" w:type="dxa"/>
          </w:tcPr>
          <w:p w14:paraId="42E997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1675F3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RS-1157-л</w:t>
            </w:r>
          </w:p>
        </w:tc>
        <w:tc>
          <w:tcPr>
            <w:tcW w:w="1234" w:type="dxa"/>
          </w:tcPr>
          <w:p w14:paraId="4604B9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1157</w:t>
            </w:r>
          </w:p>
        </w:tc>
        <w:tc>
          <w:tcPr>
            <w:tcW w:w="1234" w:type="dxa"/>
          </w:tcPr>
          <w:p w14:paraId="3E3A2C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58D8CB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1013CC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62A61F1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5,9</w:t>
            </w:r>
          </w:p>
        </w:tc>
      </w:tr>
      <w:tr w:rsidR="006F0136" w:rsidRPr="00D77020" w14:paraId="19704DB6" w14:textId="77777777">
        <w:tc>
          <w:tcPr>
            <w:tcW w:w="1234" w:type="dxa"/>
          </w:tcPr>
          <w:p w14:paraId="315263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40C129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RS-1267-з</w:t>
            </w:r>
          </w:p>
        </w:tc>
        <w:tc>
          <w:tcPr>
            <w:tcW w:w="1234" w:type="dxa"/>
          </w:tcPr>
          <w:p w14:paraId="4D559C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1267</w:t>
            </w:r>
          </w:p>
        </w:tc>
        <w:tc>
          <w:tcPr>
            <w:tcW w:w="1234" w:type="dxa"/>
          </w:tcPr>
          <w:p w14:paraId="685676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580F86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</w:t>
            </w:r>
          </w:p>
        </w:tc>
        <w:tc>
          <w:tcPr>
            <w:tcW w:w="1234" w:type="dxa"/>
          </w:tcPr>
          <w:p w14:paraId="669FE1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E9A1DA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4,0</w:t>
            </w:r>
          </w:p>
        </w:tc>
      </w:tr>
      <w:tr w:rsidR="006F0136" w:rsidRPr="00D77020" w14:paraId="6453C830" w14:textId="77777777">
        <w:tc>
          <w:tcPr>
            <w:tcW w:w="1234" w:type="dxa"/>
          </w:tcPr>
          <w:p w14:paraId="046201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3EEEE8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RS-15-д</w:t>
            </w:r>
          </w:p>
        </w:tc>
        <w:tc>
          <w:tcPr>
            <w:tcW w:w="1234" w:type="dxa"/>
          </w:tcPr>
          <w:p w14:paraId="6E5A9F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</w:t>
            </w:r>
          </w:p>
        </w:tc>
        <w:tc>
          <w:tcPr>
            <w:tcW w:w="1234" w:type="dxa"/>
          </w:tcPr>
          <w:p w14:paraId="25B5A1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441224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06FE7C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C00589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7,2</w:t>
            </w:r>
          </w:p>
        </w:tc>
      </w:tr>
      <w:tr w:rsidR="006F0136" w:rsidRPr="00D77020" w14:paraId="0406D382" w14:textId="77777777">
        <w:tc>
          <w:tcPr>
            <w:tcW w:w="1234" w:type="dxa"/>
          </w:tcPr>
          <w:p w14:paraId="7D33B4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43AAF9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RS-16-а</w:t>
            </w:r>
          </w:p>
        </w:tc>
        <w:tc>
          <w:tcPr>
            <w:tcW w:w="1234" w:type="dxa"/>
          </w:tcPr>
          <w:p w14:paraId="114100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</w:t>
            </w:r>
          </w:p>
        </w:tc>
        <w:tc>
          <w:tcPr>
            <w:tcW w:w="1234" w:type="dxa"/>
          </w:tcPr>
          <w:p w14:paraId="05C037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3A28E3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210</w:t>
            </w:r>
          </w:p>
        </w:tc>
        <w:tc>
          <w:tcPr>
            <w:tcW w:w="1234" w:type="dxa"/>
          </w:tcPr>
          <w:p w14:paraId="4DB8EC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A4CEC0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14,3</w:t>
            </w:r>
          </w:p>
        </w:tc>
      </w:tr>
      <w:tr w:rsidR="006F0136" w:rsidRPr="00D77020" w14:paraId="78022C40" w14:textId="77777777">
        <w:tc>
          <w:tcPr>
            <w:tcW w:w="1234" w:type="dxa"/>
          </w:tcPr>
          <w:p w14:paraId="14ECE0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5E6759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RS-225-м</w:t>
            </w:r>
          </w:p>
        </w:tc>
        <w:tc>
          <w:tcPr>
            <w:tcW w:w="1234" w:type="dxa"/>
          </w:tcPr>
          <w:p w14:paraId="3DE8F7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225</w:t>
            </w:r>
          </w:p>
        </w:tc>
        <w:tc>
          <w:tcPr>
            <w:tcW w:w="1234" w:type="dxa"/>
          </w:tcPr>
          <w:p w14:paraId="2D7284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1D61A9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469F19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609CBCC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0,9</w:t>
            </w:r>
          </w:p>
        </w:tc>
      </w:tr>
      <w:tr w:rsidR="006F0136" w:rsidRPr="00D77020" w14:paraId="52C8A1F1" w14:textId="77777777">
        <w:tc>
          <w:tcPr>
            <w:tcW w:w="1234" w:type="dxa"/>
          </w:tcPr>
          <w:p w14:paraId="066881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724CF9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RS-226-г</w:t>
            </w:r>
          </w:p>
        </w:tc>
        <w:tc>
          <w:tcPr>
            <w:tcW w:w="1234" w:type="dxa"/>
          </w:tcPr>
          <w:p w14:paraId="0DFF0C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226</w:t>
            </w:r>
          </w:p>
        </w:tc>
        <w:tc>
          <w:tcPr>
            <w:tcW w:w="1234" w:type="dxa"/>
          </w:tcPr>
          <w:p w14:paraId="0C8BD7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6BCFD0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1E7556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168A4D6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8,6</w:t>
            </w:r>
          </w:p>
        </w:tc>
      </w:tr>
      <w:tr w:rsidR="006F0136" w:rsidRPr="00D77020" w14:paraId="78369CB8" w14:textId="77777777">
        <w:tc>
          <w:tcPr>
            <w:tcW w:w="1234" w:type="dxa"/>
          </w:tcPr>
          <w:p w14:paraId="75F96A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7C7783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RS-227-в</w:t>
            </w:r>
          </w:p>
        </w:tc>
        <w:tc>
          <w:tcPr>
            <w:tcW w:w="1234" w:type="dxa"/>
          </w:tcPr>
          <w:p w14:paraId="0FEC29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227</w:t>
            </w:r>
          </w:p>
        </w:tc>
        <w:tc>
          <w:tcPr>
            <w:tcW w:w="1234" w:type="dxa"/>
          </w:tcPr>
          <w:p w14:paraId="721306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5EF137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66E2B0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2195504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5,3</w:t>
            </w:r>
          </w:p>
        </w:tc>
      </w:tr>
      <w:tr w:rsidR="006F0136" w:rsidRPr="00D77020" w14:paraId="66BF880D" w14:textId="77777777">
        <w:tc>
          <w:tcPr>
            <w:tcW w:w="1234" w:type="dxa"/>
          </w:tcPr>
          <w:p w14:paraId="62273D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1673E3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RS-227-и</w:t>
            </w:r>
          </w:p>
        </w:tc>
        <w:tc>
          <w:tcPr>
            <w:tcW w:w="1234" w:type="dxa"/>
          </w:tcPr>
          <w:p w14:paraId="76EB0D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227</w:t>
            </w:r>
          </w:p>
        </w:tc>
        <w:tc>
          <w:tcPr>
            <w:tcW w:w="1234" w:type="dxa"/>
          </w:tcPr>
          <w:p w14:paraId="326CE2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164C9F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14920B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41DA176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5,1</w:t>
            </w:r>
          </w:p>
        </w:tc>
      </w:tr>
      <w:tr w:rsidR="006F0136" w:rsidRPr="00D77020" w14:paraId="3EEB9B2D" w14:textId="77777777">
        <w:tc>
          <w:tcPr>
            <w:tcW w:w="1234" w:type="dxa"/>
          </w:tcPr>
          <w:p w14:paraId="5CD354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325153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RS-228-а</w:t>
            </w:r>
          </w:p>
        </w:tc>
        <w:tc>
          <w:tcPr>
            <w:tcW w:w="1234" w:type="dxa"/>
          </w:tcPr>
          <w:p w14:paraId="74F9AF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228</w:t>
            </w:r>
          </w:p>
        </w:tc>
        <w:tc>
          <w:tcPr>
            <w:tcW w:w="1234" w:type="dxa"/>
          </w:tcPr>
          <w:p w14:paraId="29D9F7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2A0B2E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09F568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26B9BF4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3,1</w:t>
            </w:r>
          </w:p>
        </w:tc>
      </w:tr>
      <w:tr w:rsidR="006F0136" w:rsidRPr="00D77020" w14:paraId="02EC8B6D" w14:textId="77777777">
        <w:tc>
          <w:tcPr>
            <w:tcW w:w="1234" w:type="dxa"/>
          </w:tcPr>
          <w:p w14:paraId="6FACD0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53C415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RS-229-а</w:t>
            </w:r>
          </w:p>
        </w:tc>
        <w:tc>
          <w:tcPr>
            <w:tcW w:w="1234" w:type="dxa"/>
          </w:tcPr>
          <w:p w14:paraId="2476C2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229</w:t>
            </w:r>
          </w:p>
        </w:tc>
        <w:tc>
          <w:tcPr>
            <w:tcW w:w="1234" w:type="dxa"/>
          </w:tcPr>
          <w:p w14:paraId="7B21C1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590E70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19FE69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501CFB9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0,9</w:t>
            </w:r>
          </w:p>
        </w:tc>
      </w:tr>
      <w:tr w:rsidR="006F0136" w:rsidRPr="00D77020" w14:paraId="60F94366" w14:textId="77777777">
        <w:tc>
          <w:tcPr>
            <w:tcW w:w="1234" w:type="dxa"/>
          </w:tcPr>
          <w:p w14:paraId="47AD97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699D17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RS-229-е</w:t>
            </w:r>
          </w:p>
        </w:tc>
        <w:tc>
          <w:tcPr>
            <w:tcW w:w="1234" w:type="dxa"/>
          </w:tcPr>
          <w:p w14:paraId="4AA721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229</w:t>
            </w:r>
          </w:p>
        </w:tc>
        <w:tc>
          <w:tcPr>
            <w:tcW w:w="1234" w:type="dxa"/>
          </w:tcPr>
          <w:p w14:paraId="08B00E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651F2D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780F2A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78DD685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9,0</w:t>
            </w:r>
          </w:p>
        </w:tc>
      </w:tr>
      <w:tr w:rsidR="006F0136" w:rsidRPr="00D77020" w14:paraId="6EB4E209" w14:textId="77777777">
        <w:tc>
          <w:tcPr>
            <w:tcW w:w="1234" w:type="dxa"/>
          </w:tcPr>
          <w:p w14:paraId="559B7F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49860D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RS-229-п</w:t>
            </w:r>
          </w:p>
        </w:tc>
        <w:tc>
          <w:tcPr>
            <w:tcW w:w="1234" w:type="dxa"/>
          </w:tcPr>
          <w:p w14:paraId="36C169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229</w:t>
            </w:r>
          </w:p>
        </w:tc>
        <w:tc>
          <w:tcPr>
            <w:tcW w:w="1234" w:type="dxa"/>
          </w:tcPr>
          <w:p w14:paraId="350995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4BB143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6A6AE2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1810BF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3,6</w:t>
            </w:r>
          </w:p>
        </w:tc>
      </w:tr>
      <w:tr w:rsidR="006F0136" w:rsidRPr="00D77020" w14:paraId="7238F3CA" w14:textId="77777777">
        <w:tc>
          <w:tcPr>
            <w:tcW w:w="1234" w:type="dxa"/>
          </w:tcPr>
          <w:p w14:paraId="2C5075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25AFB7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RS-229-р</w:t>
            </w:r>
          </w:p>
        </w:tc>
        <w:tc>
          <w:tcPr>
            <w:tcW w:w="1234" w:type="dxa"/>
          </w:tcPr>
          <w:p w14:paraId="612359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229</w:t>
            </w:r>
          </w:p>
        </w:tc>
        <w:tc>
          <w:tcPr>
            <w:tcW w:w="1234" w:type="dxa"/>
          </w:tcPr>
          <w:p w14:paraId="241EF3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5278C4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7E18D5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19B5E5A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0,6</w:t>
            </w:r>
          </w:p>
        </w:tc>
      </w:tr>
      <w:tr w:rsidR="006F0136" w:rsidRPr="00D77020" w14:paraId="4455DCEF" w14:textId="77777777">
        <w:tc>
          <w:tcPr>
            <w:tcW w:w="1234" w:type="dxa"/>
          </w:tcPr>
          <w:p w14:paraId="0DED73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696E73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RS-229-с</w:t>
            </w:r>
          </w:p>
        </w:tc>
        <w:tc>
          <w:tcPr>
            <w:tcW w:w="1234" w:type="dxa"/>
          </w:tcPr>
          <w:p w14:paraId="4D6107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229</w:t>
            </w:r>
          </w:p>
        </w:tc>
        <w:tc>
          <w:tcPr>
            <w:tcW w:w="1234" w:type="dxa"/>
          </w:tcPr>
          <w:p w14:paraId="1E5F69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4D718C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181CDF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6A934A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1,8</w:t>
            </w:r>
          </w:p>
        </w:tc>
      </w:tr>
      <w:tr w:rsidR="006F0136" w:rsidRPr="00D77020" w14:paraId="5E93FC8D" w14:textId="77777777">
        <w:tc>
          <w:tcPr>
            <w:tcW w:w="1234" w:type="dxa"/>
          </w:tcPr>
          <w:p w14:paraId="2D0996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63E8A9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RS-229-ф</w:t>
            </w:r>
          </w:p>
        </w:tc>
        <w:tc>
          <w:tcPr>
            <w:tcW w:w="1234" w:type="dxa"/>
          </w:tcPr>
          <w:p w14:paraId="6FB3C4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229</w:t>
            </w:r>
          </w:p>
        </w:tc>
        <w:tc>
          <w:tcPr>
            <w:tcW w:w="1234" w:type="dxa"/>
          </w:tcPr>
          <w:p w14:paraId="5E7C4D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ф</w:t>
            </w:r>
          </w:p>
        </w:tc>
        <w:tc>
          <w:tcPr>
            <w:tcW w:w="1234" w:type="dxa"/>
          </w:tcPr>
          <w:p w14:paraId="61A78C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73D66B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03DA08E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2,4</w:t>
            </w:r>
          </w:p>
        </w:tc>
      </w:tr>
      <w:tr w:rsidR="006F0136" w:rsidRPr="00D77020" w14:paraId="2A8A7404" w14:textId="77777777">
        <w:tc>
          <w:tcPr>
            <w:tcW w:w="1234" w:type="dxa"/>
          </w:tcPr>
          <w:p w14:paraId="6E4C92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0A984E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RS-231-б</w:t>
            </w:r>
          </w:p>
        </w:tc>
        <w:tc>
          <w:tcPr>
            <w:tcW w:w="1234" w:type="dxa"/>
          </w:tcPr>
          <w:p w14:paraId="1019DE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231</w:t>
            </w:r>
          </w:p>
        </w:tc>
        <w:tc>
          <w:tcPr>
            <w:tcW w:w="1234" w:type="dxa"/>
          </w:tcPr>
          <w:p w14:paraId="4B668D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384B75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41E285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A37678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4,9</w:t>
            </w:r>
          </w:p>
        </w:tc>
      </w:tr>
      <w:tr w:rsidR="006F0136" w:rsidRPr="00D77020" w14:paraId="7DF78A0F" w14:textId="77777777">
        <w:tc>
          <w:tcPr>
            <w:tcW w:w="1234" w:type="dxa"/>
          </w:tcPr>
          <w:p w14:paraId="1C9181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151310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RS-231-д</w:t>
            </w:r>
          </w:p>
        </w:tc>
        <w:tc>
          <w:tcPr>
            <w:tcW w:w="1234" w:type="dxa"/>
          </w:tcPr>
          <w:p w14:paraId="176146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231</w:t>
            </w:r>
          </w:p>
        </w:tc>
        <w:tc>
          <w:tcPr>
            <w:tcW w:w="1234" w:type="dxa"/>
          </w:tcPr>
          <w:p w14:paraId="09CC0C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73F6FA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64FCBD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EF0910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5,6</w:t>
            </w:r>
          </w:p>
        </w:tc>
      </w:tr>
      <w:tr w:rsidR="006F0136" w:rsidRPr="00D77020" w14:paraId="0036A34F" w14:textId="77777777">
        <w:tc>
          <w:tcPr>
            <w:tcW w:w="1234" w:type="dxa"/>
          </w:tcPr>
          <w:p w14:paraId="1C7852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2023</w:t>
            </w:r>
          </w:p>
        </w:tc>
        <w:tc>
          <w:tcPr>
            <w:tcW w:w="1234" w:type="dxa"/>
          </w:tcPr>
          <w:p w14:paraId="4EF6F0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RS-231-е</w:t>
            </w:r>
          </w:p>
        </w:tc>
        <w:tc>
          <w:tcPr>
            <w:tcW w:w="1234" w:type="dxa"/>
          </w:tcPr>
          <w:p w14:paraId="72642E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231</w:t>
            </w:r>
          </w:p>
        </w:tc>
        <w:tc>
          <w:tcPr>
            <w:tcW w:w="1234" w:type="dxa"/>
          </w:tcPr>
          <w:p w14:paraId="08547B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2C253B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2B60E1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EA94E8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10,8</w:t>
            </w:r>
          </w:p>
        </w:tc>
      </w:tr>
      <w:tr w:rsidR="006F0136" w:rsidRPr="00D77020" w14:paraId="76F6C85B" w14:textId="77777777">
        <w:tc>
          <w:tcPr>
            <w:tcW w:w="1234" w:type="dxa"/>
          </w:tcPr>
          <w:p w14:paraId="4B23B0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3332C9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RS-242-д</w:t>
            </w:r>
          </w:p>
        </w:tc>
        <w:tc>
          <w:tcPr>
            <w:tcW w:w="1234" w:type="dxa"/>
          </w:tcPr>
          <w:p w14:paraId="3E7BD9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242</w:t>
            </w:r>
          </w:p>
        </w:tc>
        <w:tc>
          <w:tcPr>
            <w:tcW w:w="1234" w:type="dxa"/>
          </w:tcPr>
          <w:p w14:paraId="3043E3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377117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08AA73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0E1FD9E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2,1</w:t>
            </w:r>
          </w:p>
        </w:tc>
      </w:tr>
      <w:tr w:rsidR="006F0136" w:rsidRPr="00D77020" w14:paraId="36A53923" w14:textId="77777777">
        <w:tc>
          <w:tcPr>
            <w:tcW w:w="1234" w:type="dxa"/>
          </w:tcPr>
          <w:p w14:paraId="747144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386426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RS-242-е</w:t>
            </w:r>
          </w:p>
        </w:tc>
        <w:tc>
          <w:tcPr>
            <w:tcW w:w="1234" w:type="dxa"/>
          </w:tcPr>
          <w:p w14:paraId="752495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242</w:t>
            </w:r>
          </w:p>
        </w:tc>
        <w:tc>
          <w:tcPr>
            <w:tcW w:w="1234" w:type="dxa"/>
          </w:tcPr>
          <w:p w14:paraId="1776C3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424367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2ED9BD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724AB24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11,2</w:t>
            </w:r>
          </w:p>
        </w:tc>
      </w:tr>
      <w:tr w:rsidR="006F0136" w:rsidRPr="00D77020" w14:paraId="0FA4510A" w14:textId="77777777">
        <w:tc>
          <w:tcPr>
            <w:tcW w:w="1234" w:type="dxa"/>
          </w:tcPr>
          <w:p w14:paraId="7B8DBF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07EBAB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RS-242-з</w:t>
            </w:r>
          </w:p>
        </w:tc>
        <w:tc>
          <w:tcPr>
            <w:tcW w:w="1234" w:type="dxa"/>
          </w:tcPr>
          <w:p w14:paraId="770F5C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242</w:t>
            </w:r>
          </w:p>
        </w:tc>
        <w:tc>
          <w:tcPr>
            <w:tcW w:w="1234" w:type="dxa"/>
          </w:tcPr>
          <w:p w14:paraId="235CC8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39788E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6107BB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00B3DFF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2,7</w:t>
            </w:r>
          </w:p>
        </w:tc>
      </w:tr>
      <w:tr w:rsidR="006F0136" w:rsidRPr="00D77020" w14:paraId="319EEEAC" w14:textId="77777777">
        <w:tc>
          <w:tcPr>
            <w:tcW w:w="1234" w:type="dxa"/>
          </w:tcPr>
          <w:p w14:paraId="2DC5B0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141492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RS-242-к</w:t>
            </w:r>
          </w:p>
        </w:tc>
        <w:tc>
          <w:tcPr>
            <w:tcW w:w="1234" w:type="dxa"/>
          </w:tcPr>
          <w:p w14:paraId="74542A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242</w:t>
            </w:r>
          </w:p>
        </w:tc>
        <w:tc>
          <w:tcPr>
            <w:tcW w:w="1234" w:type="dxa"/>
          </w:tcPr>
          <w:p w14:paraId="5C00A6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201275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7F41D1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B0BE00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5,3</w:t>
            </w:r>
          </w:p>
        </w:tc>
      </w:tr>
      <w:tr w:rsidR="006F0136" w:rsidRPr="00D77020" w14:paraId="465E262F" w14:textId="77777777">
        <w:tc>
          <w:tcPr>
            <w:tcW w:w="1234" w:type="dxa"/>
          </w:tcPr>
          <w:p w14:paraId="39370C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0FF330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RS-242-р</w:t>
            </w:r>
          </w:p>
        </w:tc>
        <w:tc>
          <w:tcPr>
            <w:tcW w:w="1234" w:type="dxa"/>
          </w:tcPr>
          <w:p w14:paraId="7F8ED2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242</w:t>
            </w:r>
          </w:p>
        </w:tc>
        <w:tc>
          <w:tcPr>
            <w:tcW w:w="1234" w:type="dxa"/>
          </w:tcPr>
          <w:p w14:paraId="253EB9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725E15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1E7242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2071BCA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9,9</w:t>
            </w:r>
          </w:p>
        </w:tc>
      </w:tr>
      <w:tr w:rsidR="006F0136" w:rsidRPr="00D77020" w14:paraId="7ECEB701" w14:textId="77777777">
        <w:tc>
          <w:tcPr>
            <w:tcW w:w="1234" w:type="dxa"/>
          </w:tcPr>
          <w:p w14:paraId="24EBAD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007255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RS-242-т</w:t>
            </w:r>
          </w:p>
        </w:tc>
        <w:tc>
          <w:tcPr>
            <w:tcW w:w="1234" w:type="dxa"/>
          </w:tcPr>
          <w:p w14:paraId="3D4FD4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242</w:t>
            </w:r>
          </w:p>
        </w:tc>
        <w:tc>
          <w:tcPr>
            <w:tcW w:w="1234" w:type="dxa"/>
          </w:tcPr>
          <w:p w14:paraId="3A8E9B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0C02AD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5DC1F0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74305F8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1,0</w:t>
            </w:r>
          </w:p>
        </w:tc>
      </w:tr>
      <w:tr w:rsidR="006F0136" w:rsidRPr="00D77020" w14:paraId="04352C5A" w14:textId="77777777">
        <w:tc>
          <w:tcPr>
            <w:tcW w:w="1234" w:type="dxa"/>
          </w:tcPr>
          <w:p w14:paraId="5B4F9B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180494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RS-257-а</w:t>
            </w:r>
          </w:p>
        </w:tc>
        <w:tc>
          <w:tcPr>
            <w:tcW w:w="1234" w:type="dxa"/>
          </w:tcPr>
          <w:p w14:paraId="02B995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257</w:t>
            </w:r>
          </w:p>
        </w:tc>
        <w:tc>
          <w:tcPr>
            <w:tcW w:w="1234" w:type="dxa"/>
          </w:tcPr>
          <w:p w14:paraId="24B3C4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1F7E32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475BFE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F3E4DA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7,9</w:t>
            </w:r>
          </w:p>
        </w:tc>
      </w:tr>
      <w:tr w:rsidR="006F0136" w:rsidRPr="00D77020" w14:paraId="7101C866" w14:textId="77777777">
        <w:tc>
          <w:tcPr>
            <w:tcW w:w="1234" w:type="dxa"/>
          </w:tcPr>
          <w:p w14:paraId="06F32C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3A0964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RS-282-л</w:t>
            </w:r>
          </w:p>
        </w:tc>
        <w:tc>
          <w:tcPr>
            <w:tcW w:w="1234" w:type="dxa"/>
          </w:tcPr>
          <w:p w14:paraId="156606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282</w:t>
            </w:r>
          </w:p>
        </w:tc>
        <w:tc>
          <w:tcPr>
            <w:tcW w:w="1234" w:type="dxa"/>
          </w:tcPr>
          <w:p w14:paraId="0615FA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1427CD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</w:t>
            </w:r>
          </w:p>
        </w:tc>
        <w:tc>
          <w:tcPr>
            <w:tcW w:w="1234" w:type="dxa"/>
          </w:tcPr>
          <w:p w14:paraId="560640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48F819C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31790A8E" w14:textId="77777777">
        <w:tc>
          <w:tcPr>
            <w:tcW w:w="1234" w:type="dxa"/>
          </w:tcPr>
          <w:p w14:paraId="6C71DA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66D76A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RS-60-з</w:t>
            </w:r>
          </w:p>
        </w:tc>
        <w:tc>
          <w:tcPr>
            <w:tcW w:w="1234" w:type="dxa"/>
          </w:tcPr>
          <w:p w14:paraId="710BD4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6DF28E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0D3ECD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3D643A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935D6A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13,2</w:t>
            </w:r>
          </w:p>
        </w:tc>
      </w:tr>
      <w:tr w:rsidR="006F0136" w:rsidRPr="00D77020" w14:paraId="651C8CA6" w14:textId="77777777">
        <w:tc>
          <w:tcPr>
            <w:tcW w:w="1234" w:type="dxa"/>
          </w:tcPr>
          <w:p w14:paraId="0B96B8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302D71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RS-60-и</w:t>
            </w:r>
          </w:p>
        </w:tc>
        <w:tc>
          <w:tcPr>
            <w:tcW w:w="1234" w:type="dxa"/>
          </w:tcPr>
          <w:p w14:paraId="5A5FA8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22D126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4CCF0A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3DD081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30B573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5,7</w:t>
            </w:r>
          </w:p>
        </w:tc>
      </w:tr>
      <w:tr w:rsidR="006F0136" w:rsidRPr="00D77020" w14:paraId="2D728702" w14:textId="77777777">
        <w:tc>
          <w:tcPr>
            <w:tcW w:w="1234" w:type="dxa"/>
          </w:tcPr>
          <w:p w14:paraId="134CAF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7FFD26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RS-60-к</w:t>
            </w:r>
          </w:p>
        </w:tc>
        <w:tc>
          <w:tcPr>
            <w:tcW w:w="1234" w:type="dxa"/>
          </w:tcPr>
          <w:p w14:paraId="2DA845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2B8FE3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4A29B4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3D0BF0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0E17430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2,1</w:t>
            </w:r>
          </w:p>
        </w:tc>
      </w:tr>
      <w:tr w:rsidR="006F0136" w:rsidRPr="00D77020" w14:paraId="51202F4B" w14:textId="77777777">
        <w:tc>
          <w:tcPr>
            <w:tcW w:w="1234" w:type="dxa"/>
          </w:tcPr>
          <w:p w14:paraId="1DB225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56444E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RS-60-л</w:t>
            </w:r>
          </w:p>
        </w:tc>
        <w:tc>
          <w:tcPr>
            <w:tcW w:w="1234" w:type="dxa"/>
          </w:tcPr>
          <w:p w14:paraId="159570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211C29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50739E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7E92AE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5C4B559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6,4</w:t>
            </w:r>
          </w:p>
        </w:tc>
      </w:tr>
      <w:tr w:rsidR="006F0136" w:rsidRPr="00D77020" w14:paraId="17CA9471" w14:textId="77777777">
        <w:tc>
          <w:tcPr>
            <w:tcW w:w="1234" w:type="dxa"/>
          </w:tcPr>
          <w:p w14:paraId="5AC320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0AB410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RS-61-а</w:t>
            </w:r>
          </w:p>
        </w:tc>
        <w:tc>
          <w:tcPr>
            <w:tcW w:w="1234" w:type="dxa"/>
          </w:tcPr>
          <w:p w14:paraId="38F7D2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61</w:t>
            </w:r>
          </w:p>
        </w:tc>
        <w:tc>
          <w:tcPr>
            <w:tcW w:w="1234" w:type="dxa"/>
          </w:tcPr>
          <w:p w14:paraId="165A93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2BC8A0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4AC550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EBA2FD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3,5</w:t>
            </w:r>
          </w:p>
        </w:tc>
      </w:tr>
      <w:tr w:rsidR="006F0136" w:rsidRPr="00D77020" w14:paraId="3571E3CA" w14:textId="77777777">
        <w:tc>
          <w:tcPr>
            <w:tcW w:w="1234" w:type="dxa"/>
          </w:tcPr>
          <w:p w14:paraId="51AD69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04A7B6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RS-61-б</w:t>
            </w:r>
          </w:p>
        </w:tc>
        <w:tc>
          <w:tcPr>
            <w:tcW w:w="1234" w:type="dxa"/>
          </w:tcPr>
          <w:p w14:paraId="310532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61</w:t>
            </w:r>
          </w:p>
        </w:tc>
        <w:tc>
          <w:tcPr>
            <w:tcW w:w="1234" w:type="dxa"/>
          </w:tcPr>
          <w:p w14:paraId="2F5DAB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3782C5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190</w:t>
            </w:r>
          </w:p>
        </w:tc>
        <w:tc>
          <w:tcPr>
            <w:tcW w:w="1234" w:type="dxa"/>
          </w:tcPr>
          <w:p w14:paraId="2EEC29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350900D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6,9</w:t>
            </w:r>
          </w:p>
        </w:tc>
      </w:tr>
      <w:tr w:rsidR="006F0136" w:rsidRPr="00D77020" w14:paraId="7DF14CCD" w14:textId="77777777">
        <w:tc>
          <w:tcPr>
            <w:tcW w:w="1234" w:type="dxa"/>
          </w:tcPr>
          <w:p w14:paraId="6D3C92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47C381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RS-61-з</w:t>
            </w:r>
          </w:p>
        </w:tc>
        <w:tc>
          <w:tcPr>
            <w:tcW w:w="1234" w:type="dxa"/>
          </w:tcPr>
          <w:p w14:paraId="3241A8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61</w:t>
            </w:r>
          </w:p>
        </w:tc>
        <w:tc>
          <w:tcPr>
            <w:tcW w:w="1234" w:type="dxa"/>
          </w:tcPr>
          <w:p w14:paraId="1BE9F7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79D5B5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16A359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3BE132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21,4</w:t>
            </w:r>
          </w:p>
        </w:tc>
      </w:tr>
      <w:tr w:rsidR="006F0136" w:rsidRPr="00D77020" w14:paraId="1DCF8672" w14:textId="77777777">
        <w:tc>
          <w:tcPr>
            <w:tcW w:w="1234" w:type="dxa"/>
          </w:tcPr>
          <w:p w14:paraId="2D1C56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2023</w:t>
            </w:r>
          </w:p>
        </w:tc>
        <w:tc>
          <w:tcPr>
            <w:tcW w:w="1234" w:type="dxa"/>
          </w:tcPr>
          <w:p w14:paraId="333F7E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RS-62-а</w:t>
            </w:r>
          </w:p>
        </w:tc>
        <w:tc>
          <w:tcPr>
            <w:tcW w:w="1234" w:type="dxa"/>
          </w:tcPr>
          <w:p w14:paraId="25ED0A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62</w:t>
            </w:r>
          </w:p>
        </w:tc>
        <w:tc>
          <w:tcPr>
            <w:tcW w:w="1234" w:type="dxa"/>
          </w:tcPr>
          <w:p w14:paraId="11B0DA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48CC98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6BF813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719A4A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5,0</w:t>
            </w:r>
          </w:p>
        </w:tc>
      </w:tr>
      <w:tr w:rsidR="006F0136" w:rsidRPr="00D77020" w14:paraId="6F3A7773" w14:textId="77777777">
        <w:tc>
          <w:tcPr>
            <w:tcW w:w="7404" w:type="dxa"/>
            <w:gridSpan w:val="6"/>
          </w:tcPr>
          <w:p w14:paraId="3D6598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7D88413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324,6</w:t>
            </w:r>
          </w:p>
        </w:tc>
      </w:tr>
    </w:tbl>
    <w:p w14:paraId="310577E1" w14:textId="77777777" w:rsidR="006F0136" w:rsidRPr="00D77020" w:rsidRDefault="00D77020">
      <w:pPr>
        <w:rPr>
          <w:lang w:val="bg-BG"/>
        </w:rPr>
      </w:pPr>
      <w:r w:rsidRPr="00D77020">
        <w:rPr>
          <w:lang w:val="bg-BG"/>
        </w:rPr>
        <w:br w:type="page"/>
      </w:r>
    </w:p>
    <w:p w14:paraId="39D4CB61" w14:textId="77777777" w:rsidR="006F0136" w:rsidRPr="00D77020" w:rsidRDefault="00D77020">
      <w:pPr>
        <w:pStyle w:val="Heading1"/>
        <w:rPr>
          <w:lang w:val="bg-BG"/>
        </w:rPr>
      </w:pPr>
      <w:bookmarkStart w:id="33" w:name="_Toc222837699"/>
      <w:r w:rsidRPr="00D77020">
        <w:rPr>
          <w:lang w:val="bg-BG"/>
        </w:rPr>
        <w:lastRenderedPageBreak/>
        <w:t xml:space="preserve">ДЛС Витошко-Студена - Обща площ: 224,2 </w:t>
      </w:r>
      <w:proofErr w:type="spellStart"/>
      <w:r w:rsidRPr="00D77020">
        <w:rPr>
          <w:lang w:val="bg-BG"/>
        </w:rPr>
        <w:t>хa</w:t>
      </w:r>
      <w:bookmarkEnd w:id="33"/>
      <w:proofErr w:type="spellEnd"/>
    </w:p>
    <w:p w14:paraId="338B1D82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BG0000113 - Витоша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341D5156" w14:textId="77777777">
        <w:tc>
          <w:tcPr>
            <w:tcW w:w="1587" w:type="dxa"/>
          </w:tcPr>
          <w:p w14:paraId="7AF7D2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105FD7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47D169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47CDDB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3F6B40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108BD2C8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5F21F0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63429AF0" w14:textId="77777777">
        <w:tc>
          <w:tcPr>
            <w:tcW w:w="1234" w:type="dxa"/>
          </w:tcPr>
          <w:p w14:paraId="63C61F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42B10B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RR-10-а</w:t>
            </w:r>
          </w:p>
        </w:tc>
        <w:tc>
          <w:tcPr>
            <w:tcW w:w="1234" w:type="dxa"/>
          </w:tcPr>
          <w:p w14:paraId="1D195B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</w:t>
            </w:r>
          </w:p>
        </w:tc>
        <w:tc>
          <w:tcPr>
            <w:tcW w:w="1234" w:type="dxa"/>
          </w:tcPr>
          <w:p w14:paraId="70E6F9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67F3A6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094539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91Е0</w:t>
            </w:r>
          </w:p>
        </w:tc>
        <w:tc>
          <w:tcPr>
            <w:tcW w:w="1234" w:type="dxa"/>
          </w:tcPr>
          <w:p w14:paraId="3FC77E3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2,5</w:t>
            </w:r>
          </w:p>
        </w:tc>
      </w:tr>
      <w:tr w:rsidR="006F0136" w:rsidRPr="00D77020" w14:paraId="30D86F7E" w14:textId="77777777">
        <w:tc>
          <w:tcPr>
            <w:tcW w:w="1234" w:type="dxa"/>
          </w:tcPr>
          <w:p w14:paraId="0D3ECC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3D39C4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RR-109-б</w:t>
            </w:r>
          </w:p>
        </w:tc>
        <w:tc>
          <w:tcPr>
            <w:tcW w:w="1234" w:type="dxa"/>
          </w:tcPr>
          <w:p w14:paraId="6C3F60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109</w:t>
            </w:r>
          </w:p>
        </w:tc>
        <w:tc>
          <w:tcPr>
            <w:tcW w:w="1234" w:type="dxa"/>
          </w:tcPr>
          <w:p w14:paraId="56654C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073430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782FB7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99E816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12,4</w:t>
            </w:r>
          </w:p>
        </w:tc>
      </w:tr>
      <w:tr w:rsidR="006F0136" w:rsidRPr="00D77020" w14:paraId="59C35442" w14:textId="77777777">
        <w:tc>
          <w:tcPr>
            <w:tcW w:w="1234" w:type="dxa"/>
          </w:tcPr>
          <w:p w14:paraId="7A3A0B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1FD3D4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RR-109-в</w:t>
            </w:r>
          </w:p>
        </w:tc>
        <w:tc>
          <w:tcPr>
            <w:tcW w:w="1234" w:type="dxa"/>
          </w:tcPr>
          <w:p w14:paraId="1C8325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109</w:t>
            </w:r>
          </w:p>
        </w:tc>
        <w:tc>
          <w:tcPr>
            <w:tcW w:w="1234" w:type="dxa"/>
          </w:tcPr>
          <w:p w14:paraId="6E5293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70FDA4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4DABDB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516764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4,1</w:t>
            </w:r>
          </w:p>
        </w:tc>
      </w:tr>
      <w:tr w:rsidR="006F0136" w:rsidRPr="00D77020" w14:paraId="05A3E568" w14:textId="77777777">
        <w:tc>
          <w:tcPr>
            <w:tcW w:w="1234" w:type="dxa"/>
          </w:tcPr>
          <w:p w14:paraId="35844E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2FB52B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RR-110-а</w:t>
            </w:r>
          </w:p>
        </w:tc>
        <w:tc>
          <w:tcPr>
            <w:tcW w:w="1234" w:type="dxa"/>
          </w:tcPr>
          <w:p w14:paraId="544E5D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5D542D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017319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37B33C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72175EF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9,7</w:t>
            </w:r>
          </w:p>
        </w:tc>
      </w:tr>
      <w:tr w:rsidR="006F0136" w:rsidRPr="00D77020" w14:paraId="17BF3A32" w14:textId="77777777">
        <w:tc>
          <w:tcPr>
            <w:tcW w:w="1234" w:type="dxa"/>
          </w:tcPr>
          <w:p w14:paraId="7BA483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7168B6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RR-111-б</w:t>
            </w:r>
          </w:p>
        </w:tc>
        <w:tc>
          <w:tcPr>
            <w:tcW w:w="1234" w:type="dxa"/>
          </w:tcPr>
          <w:p w14:paraId="593B0A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111</w:t>
            </w:r>
          </w:p>
        </w:tc>
        <w:tc>
          <w:tcPr>
            <w:tcW w:w="1234" w:type="dxa"/>
          </w:tcPr>
          <w:p w14:paraId="490DE9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35BCEA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2B79FF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2587CF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54492720" w14:textId="77777777">
        <w:tc>
          <w:tcPr>
            <w:tcW w:w="1234" w:type="dxa"/>
          </w:tcPr>
          <w:p w14:paraId="1E284C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0B0DE3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RR-112-а</w:t>
            </w:r>
          </w:p>
        </w:tc>
        <w:tc>
          <w:tcPr>
            <w:tcW w:w="1234" w:type="dxa"/>
          </w:tcPr>
          <w:p w14:paraId="2EEB6D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112</w:t>
            </w:r>
          </w:p>
        </w:tc>
        <w:tc>
          <w:tcPr>
            <w:tcW w:w="1234" w:type="dxa"/>
          </w:tcPr>
          <w:p w14:paraId="18E4F2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2232CE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123263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23271E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20,8</w:t>
            </w:r>
          </w:p>
        </w:tc>
      </w:tr>
      <w:tr w:rsidR="006F0136" w:rsidRPr="00D77020" w14:paraId="7F792653" w14:textId="77777777">
        <w:tc>
          <w:tcPr>
            <w:tcW w:w="1234" w:type="dxa"/>
          </w:tcPr>
          <w:p w14:paraId="156EDF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59905C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RR-116-ю</w:t>
            </w:r>
          </w:p>
        </w:tc>
        <w:tc>
          <w:tcPr>
            <w:tcW w:w="1234" w:type="dxa"/>
          </w:tcPr>
          <w:p w14:paraId="12304A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116</w:t>
            </w:r>
          </w:p>
        </w:tc>
        <w:tc>
          <w:tcPr>
            <w:tcW w:w="1234" w:type="dxa"/>
          </w:tcPr>
          <w:p w14:paraId="61B1CF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ю</w:t>
            </w:r>
          </w:p>
        </w:tc>
        <w:tc>
          <w:tcPr>
            <w:tcW w:w="1234" w:type="dxa"/>
          </w:tcPr>
          <w:p w14:paraId="7D79AE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40362D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98BB3A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7,5</w:t>
            </w:r>
          </w:p>
        </w:tc>
      </w:tr>
      <w:tr w:rsidR="006F0136" w:rsidRPr="00D77020" w14:paraId="7F3EA4F1" w14:textId="77777777">
        <w:tc>
          <w:tcPr>
            <w:tcW w:w="1234" w:type="dxa"/>
          </w:tcPr>
          <w:p w14:paraId="65C031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194210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RR-118-е</w:t>
            </w:r>
          </w:p>
        </w:tc>
        <w:tc>
          <w:tcPr>
            <w:tcW w:w="1234" w:type="dxa"/>
          </w:tcPr>
          <w:p w14:paraId="168113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118</w:t>
            </w:r>
          </w:p>
        </w:tc>
        <w:tc>
          <w:tcPr>
            <w:tcW w:w="1234" w:type="dxa"/>
          </w:tcPr>
          <w:p w14:paraId="70D853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35FCCE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3E7F72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A52381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11,9</w:t>
            </w:r>
          </w:p>
        </w:tc>
      </w:tr>
      <w:tr w:rsidR="006F0136" w:rsidRPr="00D77020" w14:paraId="65FD31FF" w14:textId="77777777">
        <w:tc>
          <w:tcPr>
            <w:tcW w:w="1234" w:type="dxa"/>
          </w:tcPr>
          <w:p w14:paraId="214AA2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474A85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RR-12-д</w:t>
            </w:r>
          </w:p>
        </w:tc>
        <w:tc>
          <w:tcPr>
            <w:tcW w:w="1234" w:type="dxa"/>
          </w:tcPr>
          <w:p w14:paraId="10DEA2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</w:t>
            </w:r>
          </w:p>
        </w:tc>
        <w:tc>
          <w:tcPr>
            <w:tcW w:w="1234" w:type="dxa"/>
          </w:tcPr>
          <w:p w14:paraId="4810E3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4AE94C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732332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85BD4B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15,4</w:t>
            </w:r>
          </w:p>
        </w:tc>
      </w:tr>
      <w:tr w:rsidR="006F0136" w:rsidRPr="00D77020" w14:paraId="76F438E1" w14:textId="77777777">
        <w:tc>
          <w:tcPr>
            <w:tcW w:w="1234" w:type="dxa"/>
          </w:tcPr>
          <w:p w14:paraId="3D73ED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236E67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RR-12-з</w:t>
            </w:r>
          </w:p>
        </w:tc>
        <w:tc>
          <w:tcPr>
            <w:tcW w:w="1234" w:type="dxa"/>
          </w:tcPr>
          <w:p w14:paraId="5D7972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</w:t>
            </w:r>
          </w:p>
        </w:tc>
        <w:tc>
          <w:tcPr>
            <w:tcW w:w="1234" w:type="dxa"/>
          </w:tcPr>
          <w:p w14:paraId="171D3A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575D15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2913C7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76E62A5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2,0</w:t>
            </w:r>
          </w:p>
        </w:tc>
      </w:tr>
      <w:tr w:rsidR="006F0136" w:rsidRPr="00D77020" w14:paraId="5347AF04" w14:textId="77777777">
        <w:tc>
          <w:tcPr>
            <w:tcW w:w="1234" w:type="dxa"/>
          </w:tcPr>
          <w:p w14:paraId="1236FC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628B83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RR-126-г</w:t>
            </w:r>
          </w:p>
        </w:tc>
        <w:tc>
          <w:tcPr>
            <w:tcW w:w="1234" w:type="dxa"/>
          </w:tcPr>
          <w:p w14:paraId="1D3CF9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126</w:t>
            </w:r>
          </w:p>
        </w:tc>
        <w:tc>
          <w:tcPr>
            <w:tcW w:w="1234" w:type="dxa"/>
          </w:tcPr>
          <w:p w14:paraId="474E09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17C73B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5136A2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802822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1,1</w:t>
            </w:r>
          </w:p>
        </w:tc>
      </w:tr>
      <w:tr w:rsidR="006F0136" w:rsidRPr="00D77020" w14:paraId="07105AF3" w14:textId="77777777">
        <w:tc>
          <w:tcPr>
            <w:tcW w:w="1234" w:type="dxa"/>
          </w:tcPr>
          <w:p w14:paraId="001203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4E23A1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RR-129-и</w:t>
            </w:r>
          </w:p>
        </w:tc>
        <w:tc>
          <w:tcPr>
            <w:tcW w:w="1234" w:type="dxa"/>
          </w:tcPr>
          <w:p w14:paraId="47F562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129</w:t>
            </w:r>
          </w:p>
        </w:tc>
        <w:tc>
          <w:tcPr>
            <w:tcW w:w="1234" w:type="dxa"/>
          </w:tcPr>
          <w:p w14:paraId="2BD409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008155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7CB8FE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014551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11,0</w:t>
            </w:r>
          </w:p>
        </w:tc>
      </w:tr>
      <w:tr w:rsidR="006F0136" w:rsidRPr="00D77020" w14:paraId="181D942A" w14:textId="77777777">
        <w:tc>
          <w:tcPr>
            <w:tcW w:w="1234" w:type="dxa"/>
          </w:tcPr>
          <w:p w14:paraId="197DD3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0B3049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RR-129-к</w:t>
            </w:r>
          </w:p>
        </w:tc>
        <w:tc>
          <w:tcPr>
            <w:tcW w:w="1234" w:type="dxa"/>
          </w:tcPr>
          <w:p w14:paraId="569114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129</w:t>
            </w:r>
          </w:p>
        </w:tc>
        <w:tc>
          <w:tcPr>
            <w:tcW w:w="1234" w:type="dxa"/>
          </w:tcPr>
          <w:p w14:paraId="16D0AD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5E8E28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0EC0E0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879EA4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10,1</w:t>
            </w:r>
          </w:p>
        </w:tc>
      </w:tr>
      <w:tr w:rsidR="006F0136" w:rsidRPr="00D77020" w14:paraId="1A4A5CA7" w14:textId="77777777">
        <w:tc>
          <w:tcPr>
            <w:tcW w:w="1234" w:type="dxa"/>
          </w:tcPr>
          <w:p w14:paraId="41C9D8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7773B3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RR-130-в1</w:t>
            </w:r>
          </w:p>
        </w:tc>
        <w:tc>
          <w:tcPr>
            <w:tcW w:w="1234" w:type="dxa"/>
          </w:tcPr>
          <w:p w14:paraId="2CAB21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3C2A33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в1</w:t>
            </w:r>
          </w:p>
        </w:tc>
        <w:tc>
          <w:tcPr>
            <w:tcW w:w="1234" w:type="dxa"/>
          </w:tcPr>
          <w:p w14:paraId="39FB72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7E549D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0F1E590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5D055B4B" w14:textId="77777777">
        <w:tc>
          <w:tcPr>
            <w:tcW w:w="1234" w:type="dxa"/>
          </w:tcPr>
          <w:p w14:paraId="31D136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42322E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RR-130-н1</w:t>
            </w:r>
          </w:p>
        </w:tc>
        <w:tc>
          <w:tcPr>
            <w:tcW w:w="1234" w:type="dxa"/>
          </w:tcPr>
          <w:p w14:paraId="1A260E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4108BF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н1</w:t>
            </w:r>
          </w:p>
        </w:tc>
        <w:tc>
          <w:tcPr>
            <w:tcW w:w="1234" w:type="dxa"/>
          </w:tcPr>
          <w:p w14:paraId="07A8F1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7739B9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C8A344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1,9</w:t>
            </w:r>
          </w:p>
        </w:tc>
      </w:tr>
      <w:tr w:rsidR="006F0136" w:rsidRPr="00D77020" w14:paraId="13AD7E99" w14:textId="77777777">
        <w:tc>
          <w:tcPr>
            <w:tcW w:w="1234" w:type="dxa"/>
          </w:tcPr>
          <w:p w14:paraId="318C26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68B4EA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RR-130-п1</w:t>
            </w:r>
          </w:p>
        </w:tc>
        <w:tc>
          <w:tcPr>
            <w:tcW w:w="1234" w:type="dxa"/>
          </w:tcPr>
          <w:p w14:paraId="7F9A01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522FAB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п1</w:t>
            </w:r>
          </w:p>
        </w:tc>
        <w:tc>
          <w:tcPr>
            <w:tcW w:w="1234" w:type="dxa"/>
          </w:tcPr>
          <w:p w14:paraId="09D8FB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643976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B88A1A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7,1</w:t>
            </w:r>
          </w:p>
        </w:tc>
      </w:tr>
      <w:tr w:rsidR="006F0136" w:rsidRPr="00D77020" w14:paraId="5DA7DCB4" w14:textId="77777777">
        <w:tc>
          <w:tcPr>
            <w:tcW w:w="1234" w:type="dxa"/>
          </w:tcPr>
          <w:p w14:paraId="01DE76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4E7A61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RR-130-с1</w:t>
            </w:r>
          </w:p>
        </w:tc>
        <w:tc>
          <w:tcPr>
            <w:tcW w:w="1234" w:type="dxa"/>
          </w:tcPr>
          <w:p w14:paraId="47F093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736738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с1</w:t>
            </w:r>
          </w:p>
        </w:tc>
        <w:tc>
          <w:tcPr>
            <w:tcW w:w="1234" w:type="dxa"/>
          </w:tcPr>
          <w:p w14:paraId="59DEEF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58A9BB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27856D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1,7</w:t>
            </w:r>
          </w:p>
        </w:tc>
      </w:tr>
      <w:tr w:rsidR="006F0136" w:rsidRPr="00D77020" w14:paraId="33E4CD38" w14:textId="77777777">
        <w:tc>
          <w:tcPr>
            <w:tcW w:w="1234" w:type="dxa"/>
          </w:tcPr>
          <w:p w14:paraId="0BCACF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7E86E7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RR-131-д</w:t>
            </w:r>
          </w:p>
        </w:tc>
        <w:tc>
          <w:tcPr>
            <w:tcW w:w="1234" w:type="dxa"/>
          </w:tcPr>
          <w:p w14:paraId="185A7B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131</w:t>
            </w:r>
          </w:p>
        </w:tc>
        <w:tc>
          <w:tcPr>
            <w:tcW w:w="1234" w:type="dxa"/>
          </w:tcPr>
          <w:p w14:paraId="624B08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7388C8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616FB9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62C131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0,9</w:t>
            </w:r>
          </w:p>
        </w:tc>
      </w:tr>
      <w:tr w:rsidR="006F0136" w:rsidRPr="00D77020" w14:paraId="4F7B146E" w14:textId="77777777">
        <w:tc>
          <w:tcPr>
            <w:tcW w:w="1234" w:type="dxa"/>
          </w:tcPr>
          <w:p w14:paraId="6BA1A6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338AB3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RR-131-ц</w:t>
            </w:r>
          </w:p>
        </w:tc>
        <w:tc>
          <w:tcPr>
            <w:tcW w:w="1234" w:type="dxa"/>
          </w:tcPr>
          <w:p w14:paraId="6B25E7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131</w:t>
            </w:r>
          </w:p>
        </w:tc>
        <w:tc>
          <w:tcPr>
            <w:tcW w:w="1234" w:type="dxa"/>
          </w:tcPr>
          <w:p w14:paraId="28333B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ц</w:t>
            </w:r>
          </w:p>
        </w:tc>
        <w:tc>
          <w:tcPr>
            <w:tcW w:w="1234" w:type="dxa"/>
          </w:tcPr>
          <w:p w14:paraId="50775E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0E7BD5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FC04DF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0,1</w:t>
            </w:r>
          </w:p>
        </w:tc>
      </w:tr>
      <w:tr w:rsidR="006F0136" w:rsidRPr="00D77020" w14:paraId="12509687" w14:textId="77777777">
        <w:tc>
          <w:tcPr>
            <w:tcW w:w="1234" w:type="dxa"/>
          </w:tcPr>
          <w:p w14:paraId="3FCB9F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01BE14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RR-142-в1</w:t>
            </w:r>
          </w:p>
        </w:tc>
        <w:tc>
          <w:tcPr>
            <w:tcW w:w="1234" w:type="dxa"/>
          </w:tcPr>
          <w:p w14:paraId="7430BF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142</w:t>
            </w:r>
          </w:p>
        </w:tc>
        <w:tc>
          <w:tcPr>
            <w:tcW w:w="1234" w:type="dxa"/>
          </w:tcPr>
          <w:p w14:paraId="0D1F74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в1</w:t>
            </w:r>
          </w:p>
        </w:tc>
        <w:tc>
          <w:tcPr>
            <w:tcW w:w="1234" w:type="dxa"/>
          </w:tcPr>
          <w:p w14:paraId="0AD1BE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2B8C24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A600FF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3,0</w:t>
            </w:r>
          </w:p>
        </w:tc>
      </w:tr>
      <w:tr w:rsidR="006F0136" w:rsidRPr="00D77020" w14:paraId="72E2C44F" w14:textId="77777777">
        <w:tc>
          <w:tcPr>
            <w:tcW w:w="1234" w:type="dxa"/>
          </w:tcPr>
          <w:p w14:paraId="38AB63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22218A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RR-143-р</w:t>
            </w:r>
          </w:p>
        </w:tc>
        <w:tc>
          <w:tcPr>
            <w:tcW w:w="1234" w:type="dxa"/>
          </w:tcPr>
          <w:p w14:paraId="7BDDF6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143</w:t>
            </w:r>
          </w:p>
        </w:tc>
        <w:tc>
          <w:tcPr>
            <w:tcW w:w="1234" w:type="dxa"/>
          </w:tcPr>
          <w:p w14:paraId="0D58EA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272FD3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70D0C6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46E9F5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0,9</w:t>
            </w:r>
          </w:p>
        </w:tc>
      </w:tr>
      <w:tr w:rsidR="006F0136" w:rsidRPr="00D77020" w14:paraId="34DFF6F9" w14:textId="77777777">
        <w:tc>
          <w:tcPr>
            <w:tcW w:w="1234" w:type="dxa"/>
          </w:tcPr>
          <w:p w14:paraId="0091FB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7B660C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RR-143-щ</w:t>
            </w:r>
          </w:p>
        </w:tc>
        <w:tc>
          <w:tcPr>
            <w:tcW w:w="1234" w:type="dxa"/>
          </w:tcPr>
          <w:p w14:paraId="14F507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143</w:t>
            </w:r>
          </w:p>
        </w:tc>
        <w:tc>
          <w:tcPr>
            <w:tcW w:w="1234" w:type="dxa"/>
          </w:tcPr>
          <w:p w14:paraId="173C1B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щ</w:t>
            </w:r>
          </w:p>
        </w:tc>
        <w:tc>
          <w:tcPr>
            <w:tcW w:w="1234" w:type="dxa"/>
          </w:tcPr>
          <w:p w14:paraId="77FEAC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003F4A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715A82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3,2</w:t>
            </w:r>
          </w:p>
        </w:tc>
      </w:tr>
      <w:tr w:rsidR="006F0136" w:rsidRPr="00D77020" w14:paraId="7434B1D8" w14:textId="77777777">
        <w:tc>
          <w:tcPr>
            <w:tcW w:w="1234" w:type="dxa"/>
          </w:tcPr>
          <w:p w14:paraId="0F126F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514890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RR-28-п</w:t>
            </w:r>
          </w:p>
        </w:tc>
        <w:tc>
          <w:tcPr>
            <w:tcW w:w="1234" w:type="dxa"/>
          </w:tcPr>
          <w:p w14:paraId="67D376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28</w:t>
            </w:r>
          </w:p>
        </w:tc>
        <w:tc>
          <w:tcPr>
            <w:tcW w:w="1234" w:type="dxa"/>
          </w:tcPr>
          <w:p w14:paraId="366FC8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795FB8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</w:t>
            </w:r>
          </w:p>
        </w:tc>
        <w:tc>
          <w:tcPr>
            <w:tcW w:w="1234" w:type="dxa"/>
          </w:tcPr>
          <w:p w14:paraId="6833D3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747452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4,2</w:t>
            </w:r>
          </w:p>
        </w:tc>
      </w:tr>
      <w:tr w:rsidR="006F0136" w:rsidRPr="00D77020" w14:paraId="41732901" w14:textId="77777777">
        <w:tc>
          <w:tcPr>
            <w:tcW w:w="1234" w:type="dxa"/>
          </w:tcPr>
          <w:p w14:paraId="2497B3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6ABB6A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RR-33-и</w:t>
            </w:r>
          </w:p>
        </w:tc>
        <w:tc>
          <w:tcPr>
            <w:tcW w:w="1234" w:type="dxa"/>
          </w:tcPr>
          <w:p w14:paraId="32F3BC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</w:t>
            </w:r>
          </w:p>
        </w:tc>
        <w:tc>
          <w:tcPr>
            <w:tcW w:w="1234" w:type="dxa"/>
          </w:tcPr>
          <w:p w14:paraId="4B8313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7E986C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</w:t>
            </w:r>
          </w:p>
        </w:tc>
        <w:tc>
          <w:tcPr>
            <w:tcW w:w="1234" w:type="dxa"/>
          </w:tcPr>
          <w:p w14:paraId="3886A7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0D25E2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11,3</w:t>
            </w:r>
          </w:p>
        </w:tc>
      </w:tr>
      <w:tr w:rsidR="006F0136" w:rsidRPr="00D77020" w14:paraId="339198D7" w14:textId="77777777">
        <w:tc>
          <w:tcPr>
            <w:tcW w:w="1234" w:type="dxa"/>
          </w:tcPr>
          <w:p w14:paraId="79F8EA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5D4CC4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RR-33-к</w:t>
            </w:r>
          </w:p>
        </w:tc>
        <w:tc>
          <w:tcPr>
            <w:tcW w:w="1234" w:type="dxa"/>
          </w:tcPr>
          <w:p w14:paraId="6511AE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</w:t>
            </w:r>
          </w:p>
        </w:tc>
        <w:tc>
          <w:tcPr>
            <w:tcW w:w="1234" w:type="dxa"/>
          </w:tcPr>
          <w:p w14:paraId="7272A3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3308C0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</w:t>
            </w:r>
          </w:p>
        </w:tc>
        <w:tc>
          <w:tcPr>
            <w:tcW w:w="1234" w:type="dxa"/>
          </w:tcPr>
          <w:p w14:paraId="71CDC7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E7A440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2,8</w:t>
            </w:r>
          </w:p>
        </w:tc>
      </w:tr>
      <w:tr w:rsidR="006F0136" w:rsidRPr="00D77020" w14:paraId="74852837" w14:textId="77777777">
        <w:tc>
          <w:tcPr>
            <w:tcW w:w="1234" w:type="dxa"/>
          </w:tcPr>
          <w:p w14:paraId="73A13C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0B8DB2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RR-33-л</w:t>
            </w:r>
          </w:p>
        </w:tc>
        <w:tc>
          <w:tcPr>
            <w:tcW w:w="1234" w:type="dxa"/>
          </w:tcPr>
          <w:p w14:paraId="56012A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</w:t>
            </w:r>
          </w:p>
        </w:tc>
        <w:tc>
          <w:tcPr>
            <w:tcW w:w="1234" w:type="dxa"/>
          </w:tcPr>
          <w:p w14:paraId="05BAD7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6BF413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</w:t>
            </w:r>
          </w:p>
        </w:tc>
        <w:tc>
          <w:tcPr>
            <w:tcW w:w="1234" w:type="dxa"/>
          </w:tcPr>
          <w:p w14:paraId="0D8FAB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BB9733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0,1</w:t>
            </w:r>
          </w:p>
        </w:tc>
      </w:tr>
      <w:tr w:rsidR="006F0136" w:rsidRPr="00D77020" w14:paraId="1DFC4558" w14:textId="77777777">
        <w:tc>
          <w:tcPr>
            <w:tcW w:w="1234" w:type="dxa"/>
          </w:tcPr>
          <w:p w14:paraId="3364CB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3CD182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RR-33-м</w:t>
            </w:r>
          </w:p>
        </w:tc>
        <w:tc>
          <w:tcPr>
            <w:tcW w:w="1234" w:type="dxa"/>
          </w:tcPr>
          <w:p w14:paraId="4C8007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</w:t>
            </w:r>
          </w:p>
        </w:tc>
        <w:tc>
          <w:tcPr>
            <w:tcW w:w="1234" w:type="dxa"/>
          </w:tcPr>
          <w:p w14:paraId="66A9E9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1F7ADA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</w:t>
            </w:r>
          </w:p>
        </w:tc>
        <w:tc>
          <w:tcPr>
            <w:tcW w:w="1234" w:type="dxa"/>
          </w:tcPr>
          <w:p w14:paraId="472209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FDB5FE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74CCC743" w14:textId="77777777">
        <w:tc>
          <w:tcPr>
            <w:tcW w:w="1234" w:type="dxa"/>
          </w:tcPr>
          <w:p w14:paraId="71FCFB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114E7E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RR-33-о</w:t>
            </w:r>
          </w:p>
        </w:tc>
        <w:tc>
          <w:tcPr>
            <w:tcW w:w="1234" w:type="dxa"/>
          </w:tcPr>
          <w:p w14:paraId="0B5E5A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</w:t>
            </w:r>
          </w:p>
        </w:tc>
        <w:tc>
          <w:tcPr>
            <w:tcW w:w="1234" w:type="dxa"/>
          </w:tcPr>
          <w:p w14:paraId="3DB0E5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464F54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</w:t>
            </w:r>
          </w:p>
        </w:tc>
        <w:tc>
          <w:tcPr>
            <w:tcW w:w="1234" w:type="dxa"/>
          </w:tcPr>
          <w:p w14:paraId="6C7BB1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06744F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0,1</w:t>
            </w:r>
          </w:p>
        </w:tc>
      </w:tr>
      <w:tr w:rsidR="006F0136" w:rsidRPr="00D77020" w14:paraId="6AB09E52" w14:textId="77777777">
        <w:tc>
          <w:tcPr>
            <w:tcW w:w="1234" w:type="dxa"/>
          </w:tcPr>
          <w:p w14:paraId="6F053C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36FDD1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RR-33-у</w:t>
            </w:r>
          </w:p>
        </w:tc>
        <w:tc>
          <w:tcPr>
            <w:tcW w:w="1234" w:type="dxa"/>
          </w:tcPr>
          <w:p w14:paraId="4268FF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</w:t>
            </w:r>
          </w:p>
        </w:tc>
        <w:tc>
          <w:tcPr>
            <w:tcW w:w="1234" w:type="dxa"/>
          </w:tcPr>
          <w:p w14:paraId="512A20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у</w:t>
            </w:r>
          </w:p>
        </w:tc>
        <w:tc>
          <w:tcPr>
            <w:tcW w:w="1234" w:type="dxa"/>
          </w:tcPr>
          <w:p w14:paraId="582454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</w:t>
            </w:r>
          </w:p>
        </w:tc>
        <w:tc>
          <w:tcPr>
            <w:tcW w:w="1234" w:type="dxa"/>
          </w:tcPr>
          <w:p w14:paraId="04BA3D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7D2BD2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18C36429" w14:textId="77777777">
        <w:tc>
          <w:tcPr>
            <w:tcW w:w="1234" w:type="dxa"/>
          </w:tcPr>
          <w:p w14:paraId="14B69F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3D1211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RR-33-х</w:t>
            </w:r>
          </w:p>
        </w:tc>
        <w:tc>
          <w:tcPr>
            <w:tcW w:w="1234" w:type="dxa"/>
          </w:tcPr>
          <w:p w14:paraId="793241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</w:t>
            </w:r>
          </w:p>
        </w:tc>
        <w:tc>
          <w:tcPr>
            <w:tcW w:w="1234" w:type="dxa"/>
          </w:tcPr>
          <w:p w14:paraId="18022E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х</w:t>
            </w:r>
          </w:p>
        </w:tc>
        <w:tc>
          <w:tcPr>
            <w:tcW w:w="1234" w:type="dxa"/>
          </w:tcPr>
          <w:p w14:paraId="26D019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</w:t>
            </w:r>
          </w:p>
        </w:tc>
        <w:tc>
          <w:tcPr>
            <w:tcW w:w="1234" w:type="dxa"/>
          </w:tcPr>
          <w:p w14:paraId="187DEB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1C9761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3,6</w:t>
            </w:r>
          </w:p>
        </w:tc>
      </w:tr>
      <w:tr w:rsidR="006F0136" w:rsidRPr="00D77020" w14:paraId="374D0236" w14:textId="77777777">
        <w:tc>
          <w:tcPr>
            <w:tcW w:w="1234" w:type="dxa"/>
          </w:tcPr>
          <w:p w14:paraId="1AE647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0F575B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RR-34-у</w:t>
            </w:r>
          </w:p>
        </w:tc>
        <w:tc>
          <w:tcPr>
            <w:tcW w:w="1234" w:type="dxa"/>
          </w:tcPr>
          <w:p w14:paraId="254F16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34</w:t>
            </w:r>
          </w:p>
        </w:tc>
        <w:tc>
          <w:tcPr>
            <w:tcW w:w="1234" w:type="dxa"/>
          </w:tcPr>
          <w:p w14:paraId="66255B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у</w:t>
            </w:r>
          </w:p>
        </w:tc>
        <w:tc>
          <w:tcPr>
            <w:tcW w:w="1234" w:type="dxa"/>
          </w:tcPr>
          <w:p w14:paraId="422AFB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0601EE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336C5C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2,0</w:t>
            </w:r>
          </w:p>
        </w:tc>
      </w:tr>
      <w:tr w:rsidR="006F0136" w:rsidRPr="00D77020" w14:paraId="1B751689" w14:textId="77777777">
        <w:tc>
          <w:tcPr>
            <w:tcW w:w="1234" w:type="dxa"/>
          </w:tcPr>
          <w:p w14:paraId="205A92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4DB624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RR-34-ч</w:t>
            </w:r>
          </w:p>
        </w:tc>
        <w:tc>
          <w:tcPr>
            <w:tcW w:w="1234" w:type="dxa"/>
          </w:tcPr>
          <w:p w14:paraId="5F9439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34</w:t>
            </w:r>
          </w:p>
        </w:tc>
        <w:tc>
          <w:tcPr>
            <w:tcW w:w="1234" w:type="dxa"/>
          </w:tcPr>
          <w:p w14:paraId="545CF9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ч</w:t>
            </w:r>
          </w:p>
        </w:tc>
        <w:tc>
          <w:tcPr>
            <w:tcW w:w="1234" w:type="dxa"/>
          </w:tcPr>
          <w:p w14:paraId="0DDF0D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411DD7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0DCA36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34E00F02" w14:textId="77777777">
        <w:tc>
          <w:tcPr>
            <w:tcW w:w="1234" w:type="dxa"/>
          </w:tcPr>
          <w:p w14:paraId="75EE4C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51EB56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RR-36-е</w:t>
            </w:r>
          </w:p>
        </w:tc>
        <w:tc>
          <w:tcPr>
            <w:tcW w:w="1234" w:type="dxa"/>
          </w:tcPr>
          <w:p w14:paraId="4C743E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36</w:t>
            </w:r>
          </w:p>
        </w:tc>
        <w:tc>
          <w:tcPr>
            <w:tcW w:w="1234" w:type="dxa"/>
          </w:tcPr>
          <w:p w14:paraId="229F44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531A38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3005B5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603A50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2E7F8410" w14:textId="77777777">
        <w:tc>
          <w:tcPr>
            <w:tcW w:w="1234" w:type="dxa"/>
          </w:tcPr>
          <w:p w14:paraId="12ACA2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03DF52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RR-72-ж</w:t>
            </w:r>
          </w:p>
        </w:tc>
        <w:tc>
          <w:tcPr>
            <w:tcW w:w="1234" w:type="dxa"/>
          </w:tcPr>
          <w:p w14:paraId="295CFB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72</w:t>
            </w:r>
          </w:p>
        </w:tc>
        <w:tc>
          <w:tcPr>
            <w:tcW w:w="1234" w:type="dxa"/>
          </w:tcPr>
          <w:p w14:paraId="6F357B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71CA4A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105</w:t>
            </w:r>
          </w:p>
        </w:tc>
        <w:tc>
          <w:tcPr>
            <w:tcW w:w="1234" w:type="dxa"/>
          </w:tcPr>
          <w:p w14:paraId="789D73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B5C499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8,5</w:t>
            </w:r>
          </w:p>
        </w:tc>
      </w:tr>
      <w:tr w:rsidR="006F0136" w:rsidRPr="00D77020" w14:paraId="60CFE7DB" w14:textId="77777777">
        <w:tc>
          <w:tcPr>
            <w:tcW w:w="1234" w:type="dxa"/>
          </w:tcPr>
          <w:p w14:paraId="6CFA36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56123A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RR-73-б</w:t>
            </w:r>
          </w:p>
        </w:tc>
        <w:tc>
          <w:tcPr>
            <w:tcW w:w="1234" w:type="dxa"/>
          </w:tcPr>
          <w:p w14:paraId="14495B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73</w:t>
            </w:r>
          </w:p>
        </w:tc>
        <w:tc>
          <w:tcPr>
            <w:tcW w:w="1234" w:type="dxa"/>
          </w:tcPr>
          <w:p w14:paraId="5D4B6E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31C993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105</w:t>
            </w:r>
          </w:p>
        </w:tc>
        <w:tc>
          <w:tcPr>
            <w:tcW w:w="1234" w:type="dxa"/>
          </w:tcPr>
          <w:p w14:paraId="1D1B71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0F0614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8,0</w:t>
            </w:r>
          </w:p>
        </w:tc>
      </w:tr>
      <w:tr w:rsidR="006F0136" w:rsidRPr="00D77020" w14:paraId="40EA5F6C" w14:textId="77777777">
        <w:tc>
          <w:tcPr>
            <w:tcW w:w="1234" w:type="dxa"/>
          </w:tcPr>
          <w:p w14:paraId="22FEB6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20A521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RR-73-в</w:t>
            </w:r>
          </w:p>
        </w:tc>
        <w:tc>
          <w:tcPr>
            <w:tcW w:w="1234" w:type="dxa"/>
          </w:tcPr>
          <w:p w14:paraId="7A0826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73</w:t>
            </w:r>
          </w:p>
        </w:tc>
        <w:tc>
          <w:tcPr>
            <w:tcW w:w="1234" w:type="dxa"/>
          </w:tcPr>
          <w:p w14:paraId="25B551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381685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105</w:t>
            </w:r>
          </w:p>
        </w:tc>
        <w:tc>
          <w:tcPr>
            <w:tcW w:w="1234" w:type="dxa"/>
          </w:tcPr>
          <w:p w14:paraId="53052F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8F52DC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1,6</w:t>
            </w:r>
          </w:p>
        </w:tc>
      </w:tr>
      <w:tr w:rsidR="006F0136" w:rsidRPr="00D77020" w14:paraId="5A70DF01" w14:textId="77777777">
        <w:tc>
          <w:tcPr>
            <w:tcW w:w="1234" w:type="dxa"/>
          </w:tcPr>
          <w:p w14:paraId="7A5B7F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232B1C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RR-73-г</w:t>
            </w:r>
          </w:p>
        </w:tc>
        <w:tc>
          <w:tcPr>
            <w:tcW w:w="1234" w:type="dxa"/>
          </w:tcPr>
          <w:p w14:paraId="47FD69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73</w:t>
            </w:r>
          </w:p>
        </w:tc>
        <w:tc>
          <w:tcPr>
            <w:tcW w:w="1234" w:type="dxa"/>
          </w:tcPr>
          <w:p w14:paraId="5FCEAC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16C96F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105</w:t>
            </w:r>
          </w:p>
        </w:tc>
        <w:tc>
          <w:tcPr>
            <w:tcW w:w="1234" w:type="dxa"/>
          </w:tcPr>
          <w:p w14:paraId="48C843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5C2BA4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2,5</w:t>
            </w:r>
          </w:p>
        </w:tc>
      </w:tr>
      <w:tr w:rsidR="006F0136" w:rsidRPr="00D77020" w14:paraId="7E25B683" w14:textId="77777777">
        <w:tc>
          <w:tcPr>
            <w:tcW w:w="1234" w:type="dxa"/>
          </w:tcPr>
          <w:p w14:paraId="3727FF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147FFA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RR-73-и</w:t>
            </w:r>
          </w:p>
        </w:tc>
        <w:tc>
          <w:tcPr>
            <w:tcW w:w="1234" w:type="dxa"/>
          </w:tcPr>
          <w:p w14:paraId="0CA7C6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73</w:t>
            </w:r>
          </w:p>
        </w:tc>
        <w:tc>
          <w:tcPr>
            <w:tcW w:w="1234" w:type="dxa"/>
          </w:tcPr>
          <w:p w14:paraId="1B6A41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565EC7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85</w:t>
            </w:r>
          </w:p>
        </w:tc>
        <w:tc>
          <w:tcPr>
            <w:tcW w:w="1234" w:type="dxa"/>
          </w:tcPr>
          <w:p w14:paraId="0D200A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214C109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5,7</w:t>
            </w:r>
          </w:p>
        </w:tc>
      </w:tr>
      <w:tr w:rsidR="006F0136" w:rsidRPr="00D77020" w14:paraId="2DAE4579" w14:textId="77777777">
        <w:tc>
          <w:tcPr>
            <w:tcW w:w="1234" w:type="dxa"/>
          </w:tcPr>
          <w:p w14:paraId="07D7C6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7BDCD5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RR-77-б</w:t>
            </w:r>
          </w:p>
        </w:tc>
        <w:tc>
          <w:tcPr>
            <w:tcW w:w="1234" w:type="dxa"/>
          </w:tcPr>
          <w:p w14:paraId="61F274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77</w:t>
            </w:r>
          </w:p>
        </w:tc>
        <w:tc>
          <w:tcPr>
            <w:tcW w:w="1234" w:type="dxa"/>
          </w:tcPr>
          <w:p w14:paraId="2D74ED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79D73A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</w:t>
            </w:r>
          </w:p>
        </w:tc>
        <w:tc>
          <w:tcPr>
            <w:tcW w:w="1234" w:type="dxa"/>
          </w:tcPr>
          <w:p w14:paraId="50E6E9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458F835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12,7</w:t>
            </w:r>
          </w:p>
        </w:tc>
      </w:tr>
      <w:tr w:rsidR="006F0136" w:rsidRPr="00D77020" w14:paraId="77296A0E" w14:textId="77777777">
        <w:tc>
          <w:tcPr>
            <w:tcW w:w="1234" w:type="dxa"/>
          </w:tcPr>
          <w:p w14:paraId="11ABF4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0CD069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RR-77-в</w:t>
            </w:r>
          </w:p>
        </w:tc>
        <w:tc>
          <w:tcPr>
            <w:tcW w:w="1234" w:type="dxa"/>
          </w:tcPr>
          <w:p w14:paraId="327330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77</w:t>
            </w:r>
          </w:p>
        </w:tc>
        <w:tc>
          <w:tcPr>
            <w:tcW w:w="1234" w:type="dxa"/>
          </w:tcPr>
          <w:p w14:paraId="081759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02E041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</w:t>
            </w:r>
          </w:p>
        </w:tc>
        <w:tc>
          <w:tcPr>
            <w:tcW w:w="1234" w:type="dxa"/>
          </w:tcPr>
          <w:p w14:paraId="7044F0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1FBED62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1E7638C9" w14:textId="77777777">
        <w:tc>
          <w:tcPr>
            <w:tcW w:w="1234" w:type="dxa"/>
          </w:tcPr>
          <w:p w14:paraId="0AD692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64BFE6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RR-77-г</w:t>
            </w:r>
          </w:p>
        </w:tc>
        <w:tc>
          <w:tcPr>
            <w:tcW w:w="1234" w:type="dxa"/>
          </w:tcPr>
          <w:p w14:paraId="310776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77</w:t>
            </w:r>
          </w:p>
        </w:tc>
        <w:tc>
          <w:tcPr>
            <w:tcW w:w="1234" w:type="dxa"/>
          </w:tcPr>
          <w:p w14:paraId="065A40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4F5A0E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</w:t>
            </w:r>
          </w:p>
        </w:tc>
        <w:tc>
          <w:tcPr>
            <w:tcW w:w="1234" w:type="dxa"/>
          </w:tcPr>
          <w:p w14:paraId="4CE52B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0EB7063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1,7</w:t>
            </w:r>
          </w:p>
        </w:tc>
      </w:tr>
      <w:tr w:rsidR="006F0136" w:rsidRPr="00D77020" w14:paraId="097FFCE1" w14:textId="77777777">
        <w:tc>
          <w:tcPr>
            <w:tcW w:w="1234" w:type="dxa"/>
          </w:tcPr>
          <w:p w14:paraId="386D31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500F6F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RR-77-е</w:t>
            </w:r>
          </w:p>
        </w:tc>
        <w:tc>
          <w:tcPr>
            <w:tcW w:w="1234" w:type="dxa"/>
          </w:tcPr>
          <w:p w14:paraId="7B4025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77</w:t>
            </w:r>
          </w:p>
        </w:tc>
        <w:tc>
          <w:tcPr>
            <w:tcW w:w="1234" w:type="dxa"/>
          </w:tcPr>
          <w:p w14:paraId="66E86A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7D5B56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</w:t>
            </w:r>
          </w:p>
        </w:tc>
        <w:tc>
          <w:tcPr>
            <w:tcW w:w="1234" w:type="dxa"/>
          </w:tcPr>
          <w:p w14:paraId="341CBE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4DCE96E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2,3</w:t>
            </w:r>
          </w:p>
        </w:tc>
      </w:tr>
      <w:tr w:rsidR="006F0136" w:rsidRPr="00D77020" w14:paraId="57CB4A3A" w14:textId="77777777">
        <w:tc>
          <w:tcPr>
            <w:tcW w:w="1234" w:type="dxa"/>
          </w:tcPr>
          <w:p w14:paraId="0E14F8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559C07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RR-77-ж</w:t>
            </w:r>
          </w:p>
        </w:tc>
        <w:tc>
          <w:tcPr>
            <w:tcW w:w="1234" w:type="dxa"/>
          </w:tcPr>
          <w:p w14:paraId="5DE45B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77</w:t>
            </w:r>
          </w:p>
        </w:tc>
        <w:tc>
          <w:tcPr>
            <w:tcW w:w="1234" w:type="dxa"/>
          </w:tcPr>
          <w:p w14:paraId="1C9CEC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4B1BC5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</w:t>
            </w:r>
          </w:p>
        </w:tc>
        <w:tc>
          <w:tcPr>
            <w:tcW w:w="1234" w:type="dxa"/>
          </w:tcPr>
          <w:p w14:paraId="037CF6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6C17600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1,0</w:t>
            </w:r>
          </w:p>
        </w:tc>
      </w:tr>
      <w:tr w:rsidR="006F0136" w:rsidRPr="00D77020" w14:paraId="4F80EAA4" w14:textId="77777777">
        <w:tc>
          <w:tcPr>
            <w:tcW w:w="1234" w:type="dxa"/>
          </w:tcPr>
          <w:p w14:paraId="2CEB65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5DAA04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RR-78-а</w:t>
            </w:r>
          </w:p>
        </w:tc>
        <w:tc>
          <w:tcPr>
            <w:tcW w:w="1234" w:type="dxa"/>
          </w:tcPr>
          <w:p w14:paraId="5E845F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78</w:t>
            </w:r>
          </w:p>
        </w:tc>
        <w:tc>
          <w:tcPr>
            <w:tcW w:w="1234" w:type="dxa"/>
          </w:tcPr>
          <w:p w14:paraId="174950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72A934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85</w:t>
            </w:r>
          </w:p>
        </w:tc>
        <w:tc>
          <w:tcPr>
            <w:tcW w:w="1234" w:type="dxa"/>
          </w:tcPr>
          <w:p w14:paraId="604FCD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7092EC5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8,6</w:t>
            </w:r>
          </w:p>
        </w:tc>
      </w:tr>
      <w:tr w:rsidR="006F0136" w:rsidRPr="00D77020" w14:paraId="7C378ECD" w14:textId="77777777">
        <w:tc>
          <w:tcPr>
            <w:tcW w:w="1234" w:type="dxa"/>
          </w:tcPr>
          <w:p w14:paraId="1FB682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37B18C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RR-78-б</w:t>
            </w:r>
          </w:p>
        </w:tc>
        <w:tc>
          <w:tcPr>
            <w:tcW w:w="1234" w:type="dxa"/>
          </w:tcPr>
          <w:p w14:paraId="317943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78</w:t>
            </w:r>
          </w:p>
        </w:tc>
        <w:tc>
          <w:tcPr>
            <w:tcW w:w="1234" w:type="dxa"/>
          </w:tcPr>
          <w:p w14:paraId="1418F3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1C4D53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85</w:t>
            </w:r>
          </w:p>
        </w:tc>
        <w:tc>
          <w:tcPr>
            <w:tcW w:w="1234" w:type="dxa"/>
          </w:tcPr>
          <w:p w14:paraId="5D778B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4E2F009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7,5</w:t>
            </w:r>
          </w:p>
        </w:tc>
      </w:tr>
      <w:tr w:rsidR="006F0136" w:rsidRPr="00D77020" w14:paraId="3509CDCD" w14:textId="77777777">
        <w:tc>
          <w:tcPr>
            <w:tcW w:w="1234" w:type="dxa"/>
          </w:tcPr>
          <w:p w14:paraId="7A6E53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2018</w:t>
            </w:r>
          </w:p>
        </w:tc>
        <w:tc>
          <w:tcPr>
            <w:tcW w:w="1234" w:type="dxa"/>
          </w:tcPr>
          <w:p w14:paraId="75908B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RR-78-ж</w:t>
            </w:r>
          </w:p>
        </w:tc>
        <w:tc>
          <w:tcPr>
            <w:tcW w:w="1234" w:type="dxa"/>
          </w:tcPr>
          <w:p w14:paraId="45500C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78</w:t>
            </w:r>
          </w:p>
        </w:tc>
        <w:tc>
          <w:tcPr>
            <w:tcW w:w="1234" w:type="dxa"/>
          </w:tcPr>
          <w:p w14:paraId="2AF184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0E78F3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51352E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003CBC2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6,9</w:t>
            </w:r>
          </w:p>
        </w:tc>
      </w:tr>
      <w:tr w:rsidR="006F0136" w:rsidRPr="00D77020" w14:paraId="0B3EBE07" w14:textId="77777777">
        <w:tc>
          <w:tcPr>
            <w:tcW w:w="1234" w:type="dxa"/>
          </w:tcPr>
          <w:p w14:paraId="5428F1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41C428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RR-79-б</w:t>
            </w:r>
          </w:p>
        </w:tc>
        <w:tc>
          <w:tcPr>
            <w:tcW w:w="1234" w:type="dxa"/>
          </w:tcPr>
          <w:p w14:paraId="1D5BB1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79</w:t>
            </w:r>
          </w:p>
        </w:tc>
        <w:tc>
          <w:tcPr>
            <w:tcW w:w="1234" w:type="dxa"/>
          </w:tcPr>
          <w:p w14:paraId="61B849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75DDA3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85</w:t>
            </w:r>
          </w:p>
        </w:tc>
        <w:tc>
          <w:tcPr>
            <w:tcW w:w="1234" w:type="dxa"/>
          </w:tcPr>
          <w:p w14:paraId="52DB8A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4B515BE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741C1F81" w14:textId="77777777">
        <w:tc>
          <w:tcPr>
            <w:tcW w:w="1234" w:type="dxa"/>
          </w:tcPr>
          <w:p w14:paraId="010CCC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631274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RR-84-д</w:t>
            </w:r>
          </w:p>
        </w:tc>
        <w:tc>
          <w:tcPr>
            <w:tcW w:w="1234" w:type="dxa"/>
          </w:tcPr>
          <w:p w14:paraId="55FD1E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84</w:t>
            </w:r>
          </w:p>
        </w:tc>
        <w:tc>
          <w:tcPr>
            <w:tcW w:w="1234" w:type="dxa"/>
          </w:tcPr>
          <w:p w14:paraId="6A7B9F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238FD0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5F3D3C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4B4D6B5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0,8</w:t>
            </w:r>
          </w:p>
        </w:tc>
      </w:tr>
      <w:tr w:rsidR="006F0136" w:rsidRPr="00D77020" w14:paraId="3091CBD2" w14:textId="77777777">
        <w:tc>
          <w:tcPr>
            <w:tcW w:w="1234" w:type="dxa"/>
          </w:tcPr>
          <w:p w14:paraId="75F180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4CDA1E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RR-84-с</w:t>
            </w:r>
          </w:p>
        </w:tc>
        <w:tc>
          <w:tcPr>
            <w:tcW w:w="1234" w:type="dxa"/>
          </w:tcPr>
          <w:p w14:paraId="66D433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84</w:t>
            </w:r>
          </w:p>
        </w:tc>
        <w:tc>
          <w:tcPr>
            <w:tcW w:w="1234" w:type="dxa"/>
          </w:tcPr>
          <w:p w14:paraId="75D1AB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07BDB4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13B835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1CE8F87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0,6</w:t>
            </w:r>
          </w:p>
        </w:tc>
      </w:tr>
      <w:tr w:rsidR="006F0136" w:rsidRPr="00D77020" w14:paraId="3324F731" w14:textId="77777777">
        <w:tc>
          <w:tcPr>
            <w:tcW w:w="1234" w:type="dxa"/>
          </w:tcPr>
          <w:p w14:paraId="64450D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481697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RR-84-у</w:t>
            </w:r>
          </w:p>
        </w:tc>
        <w:tc>
          <w:tcPr>
            <w:tcW w:w="1234" w:type="dxa"/>
          </w:tcPr>
          <w:p w14:paraId="25BF70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84</w:t>
            </w:r>
          </w:p>
        </w:tc>
        <w:tc>
          <w:tcPr>
            <w:tcW w:w="1234" w:type="dxa"/>
          </w:tcPr>
          <w:p w14:paraId="3C4EBE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у</w:t>
            </w:r>
          </w:p>
        </w:tc>
        <w:tc>
          <w:tcPr>
            <w:tcW w:w="1234" w:type="dxa"/>
          </w:tcPr>
          <w:p w14:paraId="33EEFB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722332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4B55BC4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0,9</w:t>
            </w:r>
          </w:p>
        </w:tc>
      </w:tr>
      <w:tr w:rsidR="006F0136" w:rsidRPr="00D77020" w14:paraId="3130370C" w14:textId="77777777">
        <w:tc>
          <w:tcPr>
            <w:tcW w:w="7404" w:type="dxa"/>
            <w:gridSpan w:val="6"/>
          </w:tcPr>
          <w:p w14:paraId="2C2BCE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27ACF49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224,2</w:t>
            </w:r>
          </w:p>
        </w:tc>
      </w:tr>
    </w:tbl>
    <w:p w14:paraId="21BC9A4F" w14:textId="77777777" w:rsidR="006F0136" w:rsidRPr="00D77020" w:rsidRDefault="00D77020">
      <w:pPr>
        <w:rPr>
          <w:lang w:val="bg-BG"/>
        </w:rPr>
      </w:pPr>
      <w:r w:rsidRPr="00D77020">
        <w:rPr>
          <w:lang w:val="bg-BG"/>
        </w:rPr>
        <w:br w:type="page"/>
      </w:r>
    </w:p>
    <w:p w14:paraId="5B787F19" w14:textId="77777777" w:rsidR="006F0136" w:rsidRPr="00D77020" w:rsidRDefault="00D77020">
      <w:pPr>
        <w:pStyle w:val="Heading1"/>
        <w:rPr>
          <w:lang w:val="bg-BG"/>
        </w:rPr>
      </w:pPr>
      <w:bookmarkStart w:id="34" w:name="_Toc222837700"/>
      <w:r w:rsidRPr="00D77020">
        <w:rPr>
          <w:lang w:val="bg-BG"/>
        </w:rPr>
        <w:lastRenderedPageBreak/>
        <w:t xml:space="preserve">ДЛС </w:t>
      </w:r>
      <w:proofErr w:type="spellStart"/>
      <w:r w:rsidRPr="00D77020">
        <w:rPr>
          <w:lang w:val="bg-BG"/>
        </w:rPr>
        <w:t>Дикчан</w:t>
      </w:r>
      <w:proofErr w:type="spellEnd"/>
      <w:r w:rsidRPr="00D77020">
        <w:rPr>
          <w:lang w:val="bg-BG"/>
        </w:rPr>
        <w:t xml:space="preserve"> - Обща площ: 342,9 </w:t>
      </w:r>
      <w:proofErr w:type="spellStart"/>
      <w:r w:rsidRPr="00D77020">
        <w:rPr>
          <w:lang w:val="bg-BG"/>
        </w:rPr>
        <w:t>хa</w:t>
      </w:r>
      <w:bookmarkEnd w:id="34"/>
      <w:proofErr w:type="spellEnd"/>
    </w:p>
    <w:p w14:paraId="38B0B6FA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BG0001030 - Родопи - Западни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1D3F1819" w14:textId="77777777">
        <w:tc>
          <w:tcPr>
            <w:tcW w:w="1587" w:type="dxa"/>
          </w:tcPr>
          <w:p w14:paraId="6E6866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364208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1E4899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624507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0D4C68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4753E84D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7903AE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127B620B" w14:textId="77777777">
        <w:tc>
          <w:tcPr>
            <w:tcW w:w="1234" w:type="dxa"/>
          </w:tcPr>
          <w:p w14:paraId="188C3F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5779DC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BF-123-б</w:t>
            </w:r>
          </w:p>
        </w:tc>
        <w:tc>
          <w:tcPr>
            <w:tcW w:w="1234" w:type="dxa"/>
          </w:tcPr>
          <w:p w14:paraId="791C03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123</w:t>
            </w:r>
          </w:p>
        </w:tc>
        <w:tc>
          <w:tcPr>
            <w:tcW w:w="1234" w:type="dxa"/>
          </w:tcPr>
          <w:p w14:paraId="42AFC1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6BB183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140498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9270</w:t>
            </w:r>
          </w:p>
        </w:tc>
        <w:tc>
          <w:tcPr>
            <w:tcW w:w="1234" w:type="dxa"/>
          </w:tcPr>
          <w:p w14:paraId="0F678C3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3,5</w:t>
            </w:r>
          </w:p>
        </w:tc>
      </w:tr>
      <w:tr w:rsidR="006F0136" w:rsidRPr="00D77020" w14:paraId="3956B889" w14:textId="77777777">
        <w:tc>
          <w:tcPr>
            <w:tcW w:w="1234" w:type="dxa"/>
          </w:tcPr>
          <w:p w14:paraId="226CF2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48A87B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BF-123-в</w:t>
            </w:r>
          </w:p>
        </w:tc>
        <w:tc>
          <w:tcPr>
            <w:tcW w:w="1234" w:type="dxa"/>
          </w:tcPr>
          <w:p w14:paraId="02A6E8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123</w:t>
            </w:r>
          </w:p>
        </w:tc>
        <w:tc>
          <w:tcPr>
            <w:tcW w:w="1234" w:type="dxa"/>
          </w:tcPr>
          <w:p w14:paraId="584462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529459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2045B1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9270</w:t>
            </w:r>
          </w:p>
        </w:tc>
        <w:tc>
          <w:tcPr>
            <w:tcW w:w="1234" w:type="dxa"/>
          </w:tcPr>
          <w:p w14:paraId="2CC915D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3,6</w:t>
            </w:r>
          </w:p>
        </w:tc>
      </w:tr>
      <w:tr w:rsidR="006F0136" w:rsidRPr="00D77020" w14:paraId="74908E46" w14:textId="77777777">
        <w:tc>
          <w:tcPr>
            <w:tcW w:w="1234" w:type="dxa"/>
          </w:tcPr>
          <w:p w14:paraId="4EF22F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3C2058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BF-128-е</w:t>
            </w:r>
          </w:p>
        </w:tc>
        <w:tc>
          <w:tcPr>
            <w:tcW w:w="1234" w:type="dxa"/>
          </w:tcPr>
          <w:p w14:paraId="3FE7C4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128</w:t>
            </w:r>
          </w:p>
        </w:tc>
        <w:tc>
          <w:tcPr>
            <w:tcW w:w="1234" w:type="dxa"/>
          </w:tcPr>
          <w:p w14:paraId="397131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4674E5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0D9D9D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72B7143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1,4</w:t>
            </w:r>
          </w:p>
        </w:tc>
      </w:tr>
      <w:tr w:rsidR="006F0136" w:rsidRPr="00D77020" w14:paraId="0E0281B2" w14:textId="77777777">
        <w:tc>
          <w:tcPr>
            <w:tcW w:w="1234" w:type="dxa"/>
          </w:tcPr>
          <w:p w14:paraId="68AF08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1DD653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BF-128-о</w:t>
            </w:r>
          </w:p>
        </w:tc>
        <w:tc>
          <w:tcPr>
            <w:tcW w:w="1234" w:type="dxa"/>
          </w:tcPr>
          <w:p w14:paraId="424EBD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128</w:t>
            </w:r>
          </w:p>
        </w:tc>
        <w:tc>
          <w:tcPr>
            <w:tcW w:w="1234" w:type="dxa"/>
          </w:tcPr>
          <w:p w14:paraId="61D358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03F445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4D14B1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9270</w:t>
            </w:r>
          </w:p>
        </w:tc>
        <w:tc>
          <w:tcPr>
            <w:tcW w:w="1234" w:type="dxa"/>
          </w:tcPr>
          <w:p w14:paraId="2DF43E3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11,1</w:t>
            </w:r>
          </w:p>
        </w:tc>
      </w:tr>
      <w:tr w:rsidR="006F0136" w:rsidRPr="00D77020" w14:paraId="56A8D258" w14:textId="77777777">
        <w:tc>
          <w:tcPr>
            <w:tcW w:w="1234" w:type="dxa"/>
          </w:tcPr>
          <w:p w14:paraId="11363D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68DCFF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BF-128-п</w:t>
            </w:r>
          </w:p>
        </w:tc>
        <w:tc>
          <w:tcPr>
            <w:tcW w:w="1234" w:type="dxa"/>
          </w:tcPr>
          <w:p w14:paraId="013D5F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128</w:t>
            </w:r>
          </w:p>
        </w:tc>
        <w:tc>
          <w:tcPr>
            <w:tcW w:w="1234" w:type="dxa"/>
          </w:tcPr>
          <w:p w14:paraId="2A917D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2A983B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2D23D3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9270</w:t>
            </w:r>
          </w:p>
        </w:tc>
        <w:tc>
          <w:tcPr>
            <w:tcW w:w="1234" w:type="dxa"/>
          </w:tcPr>
          <w:p w14:paraId="5277BD5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3,3</w:t>
            </w:r>
          </w:p>
        </w:tc>
      </w:tr>
      <w:tr w:rsidR="006F0136" w:rsidRPr="00D77020" w14:paraId="416E703D" w14:textId="77777777">
        <w:tc>
          <w:tcPr>
            <w:tcW w:w="1234" w:type="dxa"/>
          </w:tcPr>
          <w:p w14:paraId="259A60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2E7987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BF-128-р</w:t>
            </w:r>
          </w:p>
        </w:tc>
        <w:tc>
          <w:tcPr>
            <w:tcW w:w="1234" w:type="dxa"/>
          </w:tcPr>
          <w:p w14:paraId="0759E8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128</w:t>
            </w:r>
          </w:p>
        </w:tc>
        <w:tc>
          <w:tcPr>
            <w:tcW w:w="1234" w:type="dxa"/>
          </w:tcPr>
          <w:p w14:paraId="1F4129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21DADF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64C840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9270</w:t>
            </w:r>
          </w:p>
        </w:tc>
        <w:tc>
          <w:tcPr>
            <w:tcW w:w="1234" w:type="dxa"/>
          </w:tcPr>
          <w:p w14:paraId="7164C1D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328C44A2" w14:textId="77777777">
        <w:tc>
          <w:tcPr>
            <w:tcW w:w="1234" w:type="dxa"/>
          </w:tcPr>
          <w:p w14:paraId="44D4A1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2C359D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BF-129-а</w:t>
            </w:r>
          </w:p>
        </w:tc>
        <w:tc>
          <w:tcPr>
            <w:tcW w:w="1234" w:type="dxa"/>
          </w:tcPr>
          <w:p w14:paraId="1FF805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129</w:t>
            </w:r>
          </w:p>
        </w:tc>
        <w:tc>
          <w:tcPr>
            <w:tcW w:w="1234" w:type="dxa"/>
          </w:tcPr>
          <w:p w14:paraId="08FEBE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2FE7A9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655417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6606EBA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4,6</w:t>
            </w:r>
          </w:p>
        </w:tc>
      </w:tr>
      <w:tr w:rsidR="006F0136" w:rsidRPr="00D77020" w14:paraId="39F6DA30" w14:textId="77777777">
        <w:tc>
          <w:tcPr>
            <w:tcW w:w="1234" w:type="dxa"/>
          </w:tcPr>
          <w:p w14:paraId="4A31CD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7399E8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BF-129-ж</w:t>
            </w:r>
          </w:p>
        </w:tc>
        <w:tc>
          <w:tcPr>
            <w:tcW w:w="1234" w:type="dxa"/>
          </w:tcPr>
          <w:p w14:paraId="7288DB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129</w:t>
            </w:r>
          </w:p>
        </w:tc>
        <w:tc>
          <w:tcPr>
            <w:tcW w:w="1234" w:type="dxa"/>
          </w:tcPr>
          <w:p w14:paraId="076456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2F64E9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4D54FF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50ED482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5,6</w:t>
            </w:r>
          </w:p>
        </w:tc>
      </w:tr>
      <w:tr w:rsidR="006F0136" w:rsidRPr="00D77020" w14:paraId="3AFD9E75" w14:textId="77777777">
        <w:tc>
          <w:tcPr>
            <w:tcW w:w="1234" w:type="dxa"/>
          </w:tcPr>
          <w:p w14:paraId="4E1D36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51B66A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BF-129-з</w:t>
            </w:r>
          </w:p>
        </w:tc>
        <w:tc>
          <w:tcPr>
            <w:tcW w:w="1234" w:type="dxa"/>
          </w:tcPr>
          <w:p w14:paraId="5E2532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129</w:t>
            </w:r>
          </w:p>
        </w:tc>
        <w:tc>
          <w:tcPr>
            <w:tcW w:w="1234" w:type="dxa"/>
          </w:tcPr>
          <w:p w14:paraId="541E72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2F2BD1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3F2342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46BC25A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1,5</w:t>
            </w:r>
          </w:p>
        </w:tc>
      </w:tr>
      <w:tr w:rsidR="006F0136" w:rsidRPr="00D77020" w14:paraId="03470372" w14:textId="77777777">
        <w:tc>
          <w:tcPr>
            <w:tcW w:w="1234" w:type="dxa"/>
          </w:tcPr>
          <w:p w14:paraId="2EB4D5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6A5F53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BF-130-б</w:t>
            </w:r>
          </w:p>
        </w:tc>
        <w:tc>
          <w:tcPr>
            <w:tcW w:w="1234" w:type="dxa"/>
          </w:tcPr>
          <w:p w14:paraId="661923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6D6F27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5C564B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75927C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9270</w:t>
            </w:r>
          </w:p>
        </w:tc>
        <w:tc>
          <w:tcPr>
            <w:tcW w:w="1234" w:type="dxa"/>
          </w:tcPr>
          <w:p w14:paraId="0FC492F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2,9</w:t>
            </w:r>
          </w:p>
        </w:tc>
      </w:tr>
      <w:tr w:rsidR="006F0136" w:rsidRPr="00D77020" w14:paraId="3A67C051" w14:textId="77777777">
        <w:tc>
          <w:tcPr>
            <w:tcW w:w="1234" w:type="dxa"/>
          </w:tcPr>
          <w:p w14:paraId="565BED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1FB707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BF-130-в</w:t>
            </w:r>
          </w:p>
        </w:tc>
        <w:tc>
          <w:tcPr>
            <w:tcW w:w="1234" w:type="dxa"/>
          </w:tcPr>
          <w:p w14:paraId="4BB473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64CE88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6255C4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0F6BAD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9270</w:t>
            </w:r>
          </w:p>
        </w:tc>
        <w:tc>
          <w:tcPr>
            <w:tcW w:w="1234" w:type="dxa"/>
          </w:tcPr>
          <w:p w14:paraId="30E0C80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12,6</w:t>
            </w:r>
          </w:p>
        </w:tc>
      </w:tr>
      <w:tr w:rsidR="006F0136" w:rsidRPr="00D77020" w14:paraId="0EAA827C" w14:textId="77777777">
        <w:tc>
          <w:tcPr>
            <w:tcW w:w="1234" w:type="dxa"/>
          </w:tcPr>
          <w:p w14:paraId="3949A7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59A191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BF-130-г</w:t>
            </w:r>
          </w:p>
        </w:tc>
        <w:tc>
          <w:tcPr>
            <w:tcW w:w="1234" w:type="dxa"/>
          </w:tcPr>
          <w:p w14:paraId="2653BF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75E2F2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1E76D8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506546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9270</w:t>
            </w:r>
          </w:p>
        </w:tc>
        <w:tc>
          <w:tcPr>
            <w:tcW w:w="1234" w:type="dxa"/>
          </w:tcPr>
          <w:p w14:paraId="584FF65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4,3</w:t>
            </w:r>
          </w:p>
        </w:tc>
      </w:tr>
      <w:tr w:rsidR="006F0136" w:rsidRPr="00D77020" w14:paraId="3236CCB2" w14:textId="77777777">
        <w:tc>
          <w:tcPr>
            <w:tcW w:w="1234" w:type="dxa"/>
          </w:tcPr>
          <w:p w14:paraId="3E5C93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00A022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BF-131-а</w:t>
            </w:r>
          </w:p>
        </w:tc>
        <w:tc>
          <w:tcPr>
            <w:tcW w:w="1234" w:type="dxa"/>
          </w:tcPr>
          <w:p w14:paraId="1A5782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131</w:t>
            </w:r>
          </w:p>
        </w:tc>
        <w:tc>
          <w:tcPr>
            <w:tcW w:w="1234" w:type="dxa"/>
          </w:tcPr>
          <w:p w14:paraId="2A42D7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614129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55</w:t>
            </w:r>
          </w:p>
        </w:tc>
        <w:tc>
          <w:tcPr>
            <w:tcW w:w="1234" w:type="dxa"/>
          </w:tcPr>
          <w:p w14:paraId="1BEECE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378894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12,9</w:t>
            </w:r>
          </w:p>
        </w:tc>
      </w:tr>
      <w:tr w:rsidR="006F0136" w:rsidRPr="00D77020" w14:paraId="4BBD6495" w14:textId="77777777">
        <w:tc>
          <w:tcPr>
            <w:tcW w:w="1234" w:type="dxa"/>
          </w:tcPr>
          <w:p w14:paraId="7B579E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6B5868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BF-131-б</w:t>
            </w:r>
          </w:p>
        </w:tc>
        <w:tc>
          <w:tcPr>
            <w:tcW w:w="1234" w:type="dxa"/>
          </w:tcPr>
          <w:p w14:paraId="39A0F9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131</w:t>
            </w:r>
          </w:p>
        </w:tc>
        <w:tc>
          <w:tcPr>
            <w:tcW w:w="1234" w:type="dxa"/>
          </w:tcPr>
          <w:p w14:paraId="6F9794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251988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5F8371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509A550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5,2</w:t>
            </w:r>
          </w:p>
        </w:tc>
      </w:tr>
      <w:tr w:rsidR="006F0136" w:rsidRPr="00D77020" w14:paraId="30641CE7" w14:textId="77777777">
        <w:tc>
          <w:tcPr>
            <w:tcW w:w="1234" w:type="dxa"/>
          </w:tcPr>
          <w:p w14:paraId="3BC87C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156E41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BF-131-в</w:t>
            </w:r>
          </w:p>
        </w:tc>
        <w:tc>
          <w:tcPr>
            <w:tcW w:w="1234" w:type="dxa"/>
          </w:tcPr>
          <w:p w14:paraId="41D0F9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131</w:t>
            </w:r>
          </w:p>
        </w:tc>
        <w:tc>
          <w:tcPr>
            <w:tcW w:w="1234" w:type="dxa"/>
          </w:tcPr>
          <w:p w14:paraId="091087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5A38D4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513AE4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5B6AEF1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3,7</w:t>
            </w:r>
          </w:p>
        </w:tc>
      </w:tr>
      <w:tr w:rsidR="006F0136" w:rsidRPr="00D77020" w14:paraId="21CFE244" w14:textId="77777777">
        <w:tc>
          <w:tcPr>
            <w:tcW w:w="1234" w:type="dxa"/>
          </w:tcPr>
          <w:p w14:paraId="0BB59C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515286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BF-131-д</w:t>
            </w:r>
          </w:p>
        </w:tc>
        <w:tc>
          <w:tcPr>
            <w:tcW w:w="1234" w:type="dxa"/>
          </w:tcPr>
          <w:p w14:paraId="660EB6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131</w:t>
            </w:r>
          </w:p>
        </w:tc>
        <w:tc>
          <w:tcPr>
            <w:tcW w:w="1234" w:type="dxa"/>
          </w:tcPr>
          <w:p w14:paraId="5D6E7B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72957F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6C493F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5107583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3,0</w:t>
            </w:r>
          </w:p>
        </w:tc>
      </w:tr>
      <w:tr w:rsidR="006F0136" w:rsidRPr="00D77020" w14:paraId="509E226A" w14:textId="77777777">
        <w:tc>
          <w:tcPr>
            <w:tcW w:w="1234" w:type="dxa"/>
          </w:tcPr>
          <w:p w14:paraId="3F280B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7E5185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BF-131-е</w:t>
            </w:r>
          </w:p>
        </w:tc>
        <w:tc>
          <w:tcPr>
            <w:tcW w:w="1234" w:type="dxa"/>
          </w:tcPr>
          <w:p w14:paraId="18711F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131</w:t>
            </w:r>
          </w:p>
        </w:tc>
        <w:tc>
          <w:tcPr>
            <w:tcW w:w="1234" w:type="dxa"/>
          </w:tcPr>
          <w:p w14:paraId="46CF36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1675EB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44D0D5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1AA8966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10,8</w:t>
            </w:r>
          </w:p>
        </w:tc>
      </w:tr>
      <w:tr w:rsidR="006F0136" w:rsidRPr="00D77020" w14:paraId="02ED41FE" w14:textId="77777777">
        <w:tc>
          <w:tcPr>
            <w:tcW w:w="1234" w:type="dxa"/>
          </w:tcPr>
          <w:p w14:paraId="5D9B1D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22BABA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BF-131-з</w:t>
            </w:r>
          </w:p>
        </w:tc>
        <w:tc>
          <w:tcPr>
            <w:tcW w:w="1234" w:type="dxa"/>
          </w:tcPr>
          <w:p w14:paraId="708771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131</w:t>
            </w:r>
          </w:p>
        </w:tc>
        <w:tc>
          <w:tcPr>
            <w:tcW w:w="1234" w:type="dxa"/>
          </w:tcPr>
          <w:p w14:paraId="1725B5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1CBBEB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55</w:t>
            </w:r>
          </w:p>
        </w:tc>
        <w:tc>
          <w:tcPr>
            <w:tcW w:w="1234" w:type="dxa"/>
          </w:tcPr>
          <w:p w14:paraId="7033A9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9043EE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11,8</w:t>
            </w:r>
          </w:p>
        </w:tc>
      </w:tr>
      <w:tr w:rsidR="006F0136" w:rsidRPr="00D77020" w14:paraId="26269DB9" w14:textId="77777777">
        <w:tc>
          <w:tcPr>
            <w:tcW w:w="1234" w:type="dxa"/>
          </w:tcPr>
          <w:p w14:paraId="630951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777E72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BF-139-л</w:t>
            </w:r>
          </w:p>
        </w:tc>
        <w:tc>
          <w:tcPr>
            <w:tcW w:w="1234" w:type="dxa"/>
          </w:tcPr>
          <w:p w14:paraId="48EFBB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139</w:t>
            </w:r>
          </w:p>
        </w:tc>
        <w:tc>
          <w:tcPr>
            <w:tcW w:w="1234" w:type="dxa"/>
          </w:tcPr>
          <w:p w14:paraId="2FEFBD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1B4F42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4AB205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2A80B18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4,7</w:t>
            </w:r>
          </w:p>
        </w:tc>
      </w:tr>
      <w:tr w:rsidR="006F0136" w:rsidRPr="00D77020" w14:paraId="66F1F8D7" w14:textId="77777777">
        <w:tc>
          <w:tcPr>
            <w:tcW w:w="1234" w:type="dxa"/>
          </w:tcPr>
          <w:p w14:paraId="327D7F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138B5B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BF-144-а</w:t>
            </w:r>
          </w:p>
        </w:tc>
        <w:tc>
          <w:tcPr>
            <w:tcW w:w="1234" w:type="dxa"/>
          </w:tcPr>
          <w:p w14:paraId="644482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144</w:t>
            </w:r>
          </w:p>
        </w:tc>
        <w:tc>
          <w:tcPr>
            <w:tcW w:w="1234" w:type="dxa"/>
          </w:tcPr>
          <w:p w14:paraId="3342AA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1F8752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256822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9270</w:t>
            </w:r>
          </w:p>
        </w:tc>
        <w:tc>
          <w:tcPr>
            <w:tcW w:w="1234" w:type="dxa"/>
          </w:tcPr>
          <w:p w14:paraId="27118A4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7,4</w:t>
            </w:r>
          </w:p>
        </w:tc>
      </w:tr>
      <w:tr w:rsidR="006F0136" w:rsidRPr="00D77020" w14:paraId="7143F23F" w14:textId="77777777">
        <w:tc>
          <w:tcPr>
            <w:tcW w:w="1234" w:type="dxa"/>
          </w:tcPr>
          <w:p w14:paraId="6BE43B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2DC7BC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BF-145-б</w:t>
            </w:r>
          </w:p>
        </w:tc>
        <w:tc>
          <w:tcPr>
            <w:tcW w:w="1234" w:type="dxa"/>
          </w:tcPr>
          <w:p w14:paraId="629586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145</w:t>
            </w:r>
          </w:p>
        </w:tc>
        <w:tc>
          <w:tcPr>
            <w:tcW w:w="1234" w:type="dxa"/>
          </w:tcPr>
          <w:p w14:paraId="1D54FC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60655A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2B3FB7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9270</w:t>
            </w:r>
          </w:p>
        </w:tc>
        <w:tc>
          <w:tcPr>
            <w:tcW w:w="1234" w:type="dxa"/>
          </w:tcPr>
          <w:p w14:paraId="466D7C3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17,5</w:t>
            </w:r>
          </w:p>
        </w:tc>
      </w:tr>
      <w:tr w:rsidR="006F0136" w:rsidRPr="00D77020" w14:paraId="38DE1473" w14:textId="77777777">
        <w:tc>
          <w:tcPr>
            <w:tcW w:w="1234" w:type="dxa"/>
          </w:tcPr>
          <w:p w14:paraId="56B13C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687147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BF-175-б</w:t>
            </w:r>
          </w:p>
        </w:tc>
        <w:tc>
          <w:tcPr>
            <w:tcW w:w="1234" w:type="dxa"/>
          </w:tcPr>
          <w:p w14:paraId="5CD4FD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175</w:t>
            </w:r>
          </w:p>
        </w:tc>
        <w:tc>
          <w:tcPr>
            <w:tcW w:w="1234" w:type="dxa"/>
          </w:tcPr>
          <w:p w14:paraId="720232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595CAD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5386E8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799DE16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18,2</w:t>
            </w:r>
          </w:p>
        </w:tc>
      </w:tr>
      <w:tr w:rsidR="006F0136" w:rsidRPr="00D77020" w14:paraId="340FA6FA" w14:textId="77777777">
        <w:tc>
          <w:tcPr>
            <w:tcW w:w="1234" w:type="dxa"/>
          </w:tcPr>
          <w:p w14:paraId="3AC351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7215A24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BF-176-а</w:t>
            </w:r>
          </w:p>
        </w:tc>
        <w:tc>
          <w:tcPr>
            <w:tcW w:w="1234" w:type="dxa"/>
          </w:tcPr>
          <w:p w14:paraId="43000F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176</w:t>
            </w:r>
          </w:p>
        </w:tc>
        <w:tc>
          <w:tcPr>
            <w:tcW w:w="1234" w:type="dxa"/>
          </w:tcPr>
          <w:p w14:paraId="7470F5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2C855F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13BF9E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3934A7A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8,6</w:t>
            </w:r>
          </w:p>
        </w:tc>
      </w:tr>
      <w:tr w:rsidR="006F0136" w:rsidRPr="00D77020" w14:paraId="1D933DAE" w14:textId="77777777">
        <w:tc>
          <w:tcPr>
            <w:tcW w:w="1234" w:type="dxa"/>
          </w:tcPr>
          <w:p w14:paraId="578596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3AE579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BF-241-а</w:t>
            </w:r>
          </w:p>
        </w:tc>
        <w:tc>
          <w:tcPr>
            <w:tcW w:w="1234" w:type="dxa"/>
          </w:tcPr>
          <w:p w14:paraId="106FFA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241</w:t>
            </w:r>
          </w:p>
        </w:tc>
        <w:tc>
          <w:tcPr>
            <w:tcW w:w="1234" w:type="dxa"/>
          </w:tcPr>
          <w:p w14:paraId="32F196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792373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601AF0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049685A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16,5</w:t>
            </w:r>
          </w:p>
        </w:tc>
      </w:tr>
      <w:tr w:rsidR="006F0136" w:rsidRPr="00D77020" w14:paraId="6FB4459C" w14:textId="77777777">
        <w:tc>
          <w:tcPr>
            <w:tcW w:w="1234" w:type="dxa"/>
          </w:tcPr>
          <w:p w14:paraId="34B1EB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2892CC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BF-242-а</w:t>
            </w:r>
          </w:p>
        </w:tc>
        <w:tc>
          <w:tcPr>
            <w:tcW w:w="1234" w:type="dxa"/>
          </w:tcPr>
          <w:p w14:paraId="22C108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242</w:t>
            </w:r>
          </w:p>
        </w:tc>
        <w:tc>
          <w:tcPr>
            <w:tcW w:w="1234" w:type="dxa"/>
          </w:tcPr>
          <w:p w14:paraId="627CFD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7014A4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62F7E6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B5BE6D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8,4</w:t>
            </w:r>
          </w:p>
        </w:tc>
      </w:tr>
      <w:tr w:rsidR="006F0136" w:rsidRPr="00D77020" w14:paraId="12593E1E" w14:textId="77777777">
        <w:tc>
          <w:tcPr>
            <w:tcW w:w="1234" w:type="dxa"/>
          </w:tcPr>
          <w:p w14:paraId="71DF5A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20A558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BF-242-з</w:t>
            </w:r>
          </w:p>
        </w:tc>
        <w:tc>
          <w:tcPr>
            <w:tcW w:w="1234" w:type="dxa"/>
          </w:tcPr>
          <w:p w14:paraId="0235FB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242</w:t>
            </w:r>
          </w:p>
        </w:tc>
        <w:tc>
          <w:tcPr>
            <w:tcW w:w="1234" w:type="dxa"/>
          </w:tcPr>
          <w:p w14:paraId="6C019F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155F54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65</w:t>
            </w:r>
          </w:p>
        </w:tc>
        <w:tc>
          <w:tcPr>
            <w:tcW w:w="1234" w:type="dxa"/>
          </w:tcPr>
          <w:p w14:paraId="05311A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7E409D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18,0</w:t>
            </w:r>
          </w:p>
        </w:tc>
      </w:tr>
      <w:tr w:rsidR="006F0136" w:rsidRPr="00D77020" w14:paraId="7BD7FA73" w14:textId="77777777">
        <w:tc>
          <w:tcPr>
            <w:tcW w:w="1234" w:type="dxa"/>
          </w:tcPr>
          <w:p w14:paraId="04B0B8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0A9B2C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BF-243-а</w:t>
            </w:r>
          </w:p>
        </w:tc>
        <w:tc>
          <w:tcPr>
            <w:tcW w:w="1234" w:type="dxa"/>
          </w:tcPr>
          <w:p w14:paraId="7E0DC6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243</w:t>
            </w:r>
          </w:p>
        </w:tc>
        <w:tc>
          <w:tcPr>
            <w:tcW w:w="1234" w:type="dxa"/>
          </w:tcPr>
          <w:p w14:paraId="717F85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44289D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65</w:t>
            </w:r>
          </w:p>
        </w:tc>
        <w:tc>
          <w:tcPr>
            <w:tcW w:w="1234" w:type="dxa"/>
          </w:tcPr>
          <w:p w14:paraId="6539C2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73F7933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15,3</w:t>
            </w:r>
          </w:p>
        </w:tc>
      </w:tr>
      <w:tr w:rsidR="006F0136" w:rsidRPr="00D77020" w14:paraId="757D21DB" w14:textId="77777777">
        <w:tc>
          <w:tcPr>
            <w:tcW w:w="1234" w:type="dxa"/>
          </w:tcPr>
          <w:p w14:paraId="27AFFA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252F89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BF-312-а</w:t>
            </w:r>
          </w:p>
        </w:tc>
        <w:tc>
          <w:tcPr>
            <w:tcW w:w="1234" w:type="dxa"/>
          </w:tcPr>
          <w:p w14:paraId="2BB2FE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312</w:t>
            </w:r>
          </w:p>
        </w:tc>
        <w:tc>
          <w:tcPr>
            <w:tcW w:w="1234" w:type="dxa"/>
          </w:tcPr>
          <w:p w14:paraId="0CC82F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76C2F8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234" w:type="dxa"/>
          </w:tcPr>
          <w:p w14:paraId="30C8A3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C43F0E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19,0</w:t>
            </w:r>
          </w:p>
        </w:tc>
      </w:tr>
      <w:tr w:rsidR="006F0136" w:rsidRPr="00D77020" w14:paraId="12AB9CDF" w14:textId="77777777">
        <w:tc>
          <w:tcPr>
            <w:tcW w:w="1234" w:type="dxa"/>
          </w:tcPr>
          <w:p w14:paraId="5C88D6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089053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BF-312-г</w:t>
            </w:r>
          </w:p>
        </w:tc>
        <w:tc>
          <w:tcPr>
            <w:tcW w:w="1234" w:type="dxa"/>
          </w:tcPr>
          <w:p w14:paraId="23E617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312</w:t>
            </w:r>
          </w:p>
        </w:tc>
        <w:tc>
          <w:tcPr>
            <w:tcW w:w="1234" w:type="dxa"/>
          </w:tcPr>
          <w:p w14:paraId="4D305B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533602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234" w:type="dxa"/>
          </w:tcPr>
          <w:p w14:paraId="59F78D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08FDFBA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3,8</w:t>
            </w:r>
          </w:p>
        </w:tc>
      </w:tr>
      <w:tr w:rsidR="006F0136" w:rsidRPr="00D77020" w14:paraId="6052CE81" w14:textId="77777777">
        <w:tc>
          <w:tcPr>
            <w:tcW w:w="1234" w:type="dxa"/>
          </w:tcPr>
          <w:p w14:paraId="5CADC5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1188D7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BF-358-б</w:t>
            </w:r>
          </w:p>
        </w:tc>
        <w:tc>
          <w:tcPr>
            <w:tcW w:w="1234" w:type="dxa"/>
          </w:tcPr>
          <w:p w14:paraId="49B5C2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358</w:t>
            </w:r>
          </w:p>
        </w:tc>
        <w:tc>
          <w:tcPr>
            <w:tcW w:w="1234" w:type="dxa"/>
          </w:tcPr>
          <w:p w14:paraId="5D031B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5B39E9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234" w:type="dxa"/>
          </w:tcPr>
          <w:p w14:paraId="57BFBF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722714B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23,9</w:t>
            </w:r>
          </w:p>
        </w:tc>
      </w:tr>
      <w:tr w:rsidR="006F0136" w:rsidRPr="00D77020" w14:paraId="10737AF2" w14:textId="77777777">
        <w:tc>
          <w:tcPr>
            <w:tcW w:w="1234" w:type="dxa"/>
          </w:tcPr>
          <w:p w14:paraId="63C907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323EF9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BF-359-и</w:t>
            </w:r>
          </w:p>
        </w:tc>
        <w:tc>
          <w:tcPr>
            <w:tcW w:w="1234" w:type="dxa"/>
          </w:tcPr>
          <w:p w14:paraId="34FB81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359</w:t>
            </w:r>
          </w:p>
        </w:tc>
        <w:tc>
          <w:tcPr>
            <w:tcW w:w="1234" w:type="dxa"/>
          </w:tcPr>
          <w:p w14:paraId="2FA81B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5F38E7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250879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91AA</w:t>
            </w:r>
          </w:p>
        </w:tc>
        <w:tc>
          <w:tcPr>
            <w:tcW w:w="1234" w:type="dxa"/>
          </w:tcPr>
          <w:p w14:paraId="5132444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15,0</w:t>
            </w:r>
          </w:p>
        </w:tc>
      </w:tr>
      <w:tr w:rsidR="006F0136" w:rsidRPr="00D77020" w14:paraId="4DE424DF" w14:textId="77777777">
        <w:tc>
          <w:tcPr>
            <w:tcW w:w="1234" w:type="dxa"/>
          </w:tcPr>
          <w:p w14:paraId="39404D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72DC0C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BF-360-г</w:t>
            </w:r>
          </w:p>
        </w:tc>
        <w:tc>
          <w:tcPr>
            <w:tcW w:w="1234" w:type="dxa"/>
          </w:tcPr>
          <w:p w14:paraId="7ED9AE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360</w:t>
            </w:r>
          </w:p>
        </w:tc>
        <w:tc>
          <w:tcPr>
            <w:tcW w:w="1234" w:type="dxa"/>
          </w:tcPr>
          <w:p w14:paraId="001874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454465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6BFFB1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B4FC27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6,3</w:t>
            </w:r>
          </w:p>
        </w:tc>
      </w:tr>
      <w:tr w:rsidR="006F0136" w:rsidRPr="00D77020" w14:paraId="6AAC57D8" w14:textId="77777777">
        <w:tc>
          <w:tcPr>
            <w:tcW w:w="1234" w:type="dxa"/>
          </w:tcPr>
          <w:p w14:paraId="446770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4F51EC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BF-360-д</w:t>
            </w:r>
          </w:p>
        </w:tc>
        <w:tc>
          <w:tcPr>
            <w:tcW w:w="1234" w:type="dxa"/>
          </w:tcPr>
          <w:p w14:paraId="14DC8D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360</w:t>
            </w:r>
          </w:p>
        </w:tc>
        <w:tc>
          <w:tcPr>
            <w:tcW w:w="1234" w:type="dxa"/>
          </w:tcPr>
          <w:p w14:paraId="6C30F7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2D9C8F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6A49A2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5EC05E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21,3</w:t>
            </w:r>
          </w:p>
        </w:tc>
      </w:tr>
      <w:tr w:rsidR="006F0136" w:rsidRPr="00D77020" w14:paraId="5A2D93C6" w14:textId="77777777">
        <w:tc>
          <w:tcPr>
            <w:tcW w:w="1234" w:type="dxa"/>
          </w:tcPr>
          <w:p w14:paraId="70B2F8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1CEA6F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BF-48-д</w:t>
            </w:r>
          </w:p>
        </w:tc>
        <w:tc>
          <w:tcPr>
            <w:tcW w:w="1234" w:type="dxa"/>
          </w:tcPr>
          <w:p w14:paraId="68C8B5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48</w:t>
            </w:r>
          </w:p>
        </w:tc>
        <w:tc>
          <w:tcPr>
            <w:tcW w:w="1234" w:type="dxa"/>
          </w:tcPr>
          <w:p w14:paraId="76D767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40BCC6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234" w:type="dxa"/>
          </w:tcPr>
          <w:p w14:paraId="2504C2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29E9E5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16,7</w:t>
            </w:r>
          </w:p>
        </w:tc>
      </w:tr>
      <w:tr w:rsidR="006F0136" w:rsidRPr="00D77020" w14:paraId="191A9C91" w14:textId="77777777">
        <w:tc>
          <w:tcPr>
            <w:tcW w:w="1234" w:type="dxa"/>
          </w:tcPr>
          <w:p w14:paraId="218AEB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6984B4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BF-48-ж</w:t>
            </w:r>
          </w:p>
        </w:tc>
        <w:tc>
          <w:tcPr>
            <w:tcW w:w="1234" w:type="dxa"/>
          </w:tcPr>
          <w:p w14:paraId="231D83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48</w:t>
            </w:r>
          </w:p>
        </w:tc>
        <w:tc>
          <w:tcPr>
            <w:tcW w:w="1234" w:type="dxa"/>
          </w:tcPr>
          <w:p w14:paraId="3E5CB0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04F7EE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45</w:t>
            </w:r>
          </w:p>
        </w:tc>
        <w:tc>
          <w:tcPr>
            <w:tcW w:w="1234" w:type="dxa"/>
          </w:tcPr>
          <w:p w14:paraId="368E6D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10F757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3,4</w:t>
            </w:r>
          </w:p>
        </w:tc>
      </w:tr>
      <w:tr w:rsidR="006F0136" w:rsidRPr="00D77020" w14:paraId="01C7FB01" w14:textId="77777777">
        <w:tc>
          <w:tcPr>
            <w:tcW w:w="1234" w:type="dxa"/>
          </w:tcPr>
          <w:p w14:paraId="2CF538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569686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BF-49-з</w:t>
            </w:r>
          </w:p>
        </w:tc>
        <w:tc>
          <w:tcPr>
            <w:tcW w:w="1234" w:type="dxa"/>
          </w:tcPr>
          <w:p w14:paraId="67B9E1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49</w:t>
            </w:r>
          </w:p>
        </w:tc>
        <w:tc>
          <w:tcPr>
            <w:tcW w:w="1234" w:type="dxa"/>
          </w:tcPr>
          <w:p w14:paraId="610EF9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168E1E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234" w:type="dxa"/>
          </w:tcPr>
          <w:p w14:paraId="652939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7995C58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5,6</w:t>
            </w:r>
          </w:p>
        </w:tc>
      </w:tr>
      <w:tr w:rsidR="006F0136" w:rsidRPr="00D77020" w14:paraId="0C76AE00" w14:textId="77777777">
        <w:tc>
          <w:tcPr>
            <w:tcW w:w="1234" w:type="dxa"/>
          </w:tcPr>
          <w:p w14:paraId="6FF50D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272468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BF-85-б</w:t>
            </w:r>
          </w:p>
        </w:tc>
        <w:tc>
          <w:tcPr>
            <w:tcW w:w="1234" w:type="dxa"/>
          </w:tcPr>
          <w:p w14:paraId="3ADC70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85</w:t>
            </w:r>
          </w:p>
        </w:tc>
        <w:tc>
          <w:tcPr>
            <w:tcW w:w="1234" w:type="dxa"/>
          </w:tcPr>
          <w:p w14:paraId="35CE05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3BBFA2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41CF4C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48A8BD6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5,5</w:t>
            </w:r>
          </w:p>
        </w:tc>
      </w:tr>
      <w:tr w:rsidR="006F0136" w:rsidRPr="00D77020" w14:paraId="259D0E30" w14:textId="77777777">
        <w:tc>
          <w:tcPr>
            <w:tcW w:w="1234" w:type="dxa"/>
          </w:tcPr>
          <w:p w14:paraId="3FFDF5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2018</w:t>
            </w:r>
          </w:p>
        </w:tc>
        <w:tc>
          <w:tcPr>
            <w:tcW w:w="1234" w:type="dxa"/>
          </w:tcPr>
          <w:p w14:paraId="0CBEAA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BF-85-к</w:t>
            </w:r>
          </w:p>
        </w:tc>
        <w:tc>
          <w:tcPr>
            <w:tcW w:w="1234" w:type="dxa"/>
          </w:tcPr>
          <w:p w14:paraId="09981E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85</w:t>
            </w:r>
          </w:p>
        </w:tc>
        <w:tc>
          <w:tcPr>
            <w:tcW w:w="1234" w:type="dxa"/>
          </w:tcPr>
          <w:p w14:paraId="2BCA3B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08569C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7DB883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AAC0DE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5,6</w:t>
            </w:r>
          </w:p>
        </w:tc>
      </w:tr>
      <w:tr w:rsidR="006F0136" w:rsidRPr="00D77020" w14:paraId="7A3ACD0F" w14:textId="77777777">
        <w:tc>
          <w:tcPr>
            <w:tcW w:w="7404" w:type="dxa"/>
            <w:gridSpan w:val="6"/>
          </w:tcPr>
          <w:p w14:paraId="153609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551DFB3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342,9</w:t>
            </w:r>
          </w:p>
        </w:tc>
      </w:tr>
    </w:tbl>
    <w:p w14:paraId="3CD9AA1E" w14:textId="77777777" w:rsidR="006F0136" w:rsidRPr="00D77020" w:rsidRDefault="00D77020">
      <w:pPr>
        <w:rPr>
          <w:lang w:val="bg-BG"/>
        </w:rPr>
      </w:pPr>
      <w:r w:rsidRPr="00D77020">
        <w:rPr>
          <w:lang w:val="bg-BG"/>
        </w:rPr>
        <w:br w:type="page"/>
      </w:r>
    </w:p>
    <w:p w14:paraId="05600982" w14:textId="77777777" w:rsidR="006F0136" w:rsidRPr="00D77020" w:rsidRDefault="00D77020">
      <w:pPr>
        <w:pStyle w:val="Heading1"/>
        <w:rPr>
          <w:lang w:val="bg-BG"/>
        </w:rPr>
      </w:pPr>
      <w:bookmarkStart w:id="35" w:name="_Toc222837701"/>
      <w:r w:rsidRPr="00D77020">
        <w:rPr>
          <w:lang w:val="bg-BG"/>
        </w:rPr>
        <w:lastRenderedPageBreak/>
        <w:t xml:space="preserve">ДЛС Осогово - Обща площ: 1836,5 </w:t>
      </w:r>
      <w:proofErr w:type="spellStart"/>
      <w:r w:rsidRPr="00D77020">
        <w:rPr>
          <w:lang w:val="bg-BG"/>
        </w:rPr>
        <w:t>хa</w:t>
      </w:r>
      <w:bookmarkEnd w:id="35"/>
      <w:proofErr w:type="spellEnd"/>
    </w:p>
    <w:p w14:paraId="50597414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BG0000294 - Кършалево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75F1BCFC" w14:textId="77777777">
        <w:tc>
          <w:tcPr>
            <w:tcW w:w="1587" w:type="dxa"/>
          </w:tcPr>
          <w:p w14:paraId="12C6F1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75285A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282AAF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088D65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337E71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14C3BF7D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3495E7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1F7A88F8" w14:textId="77777777">
        <w:tc>
          <w:tcPr>
            <w:tcW w:w="1234" w:type="dxa"/>
          </w:tcPr>
          <w:p w14:paraId="55EBF4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81D18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HL-114-ф</w:t>
            </w:r>
          </w:p>
        </w:tc>
        <w:tc>
          <w:tcPr>
            <w:tcW w:w="1234" w:type="dxa"/>
          </w:tcPr>
          <w:p w14:paraId="6F4F2B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114</w:t>
            </w:r>
          </w:p>
        </w:tc>
        <w:tc>
          <w:tcPr>
            <w:tcW w:w="1234" w:type="dxa"/>
          </w:tcPr>
          <w:p w14:paraId="4B5311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ф</w:t>
            </w:r>
          </w:p>
        </w:tc>
        <w:tc>
          <w:tcPr>
            <w:tcW w:w="1234" w:type="dxa"/>
          </w:tcPr>
          <w:p w14:paraId="4CD565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55</w:t>
            </w:r>
          </w:p>
        </w:tc>
        <w:tc>
          <w:tcPr>
            <w:tcW w:w="1234" w:type="dxa"/>
          </w:tcPr>
          <w:p w14:paraId="319296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5F99846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6,5</w:t>
            </w:r>
          </w:p>
        </w:tc>
      </w:tr>
      <w:tr w:rsidR="006F0136" w:rsidRPr="00D77020" w14:paraId="1D65DDEC" w14:textId="77777777">
        <w:tc>
          <w:tcPr>
            <w:tcW w:w="1234" w:type="dxa"/>
          </w:tcPr>
          <w:p w14:paraId="3AE542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82689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HL-114-ш</w:t>
            </w:r>
          </w:p>
        </w:tc>
        <w:tc>
          <w:tcPr>
            <w:tcW w:w="1234" w:type="dxa"/>
          </w:tcPr>
          <w:p w14:paraId="497BEF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114</w:t>
            </w:r>
          </w:p>
        </w:tc>
        <w:tc>
          <w:tcPr>
            <w:tcW w:w="1234" w:type="dxa"/>
          </w:tcPr>
          <w:p w14:paraId="32A13E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ш</w:t>
            </w:r>
          </w:p>
        </w:tc>
        <w:tc>
          <w:tcPr>
            <w:tcW w:w="1234" w:type="dxa"/>
          </w:tcPr>
          <w:p w14:paraId="6ED925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55</w:t>
            </w:r>
          </w:p>
        </w:tc>
        <w:tc>
          <w:tcPr>
            <w:tcW w:w="1234" w:type="dxa"/>
          </w:tcPr>
          <w:p w14:paraId="1B908F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13DCEC6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5B127F12" w14:textId="77777777">
        <w:tc>
          <w:tcPr>
            <w:tcW w:w="1234" w:type="dxa"/>
          </w:tcPr>
          <w:p w14:paraId="67FF6A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CA73F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HL-114-щ</w:t>
            </w:r>
          </w:p>
        </w:tc>
        <w:tc>
          <w:tcPr>
            <w:tcW w:w="1234" w:type="dxa"/>
          </w:tcPr>
          <w:p w14:paraId="472C6B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114</w:t>
            </w:r>
          </w:p>
        </w:tc>
        <w:tc>
          <w:tcPr>
            <w:tcW w:w="1234" w:type="dxa"/>
          </w:tcPr>
          <w:p w14:paraId="0E227A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щ</w:t>
            </w:r>
          </w:p>
        </w:tc>
        <w:tc>
          <w:tcPr>
            <w:tcW w:w="1234" w:type="dxa"/>
          </w:tcPr>
          <w:p w14:paraId="5BD015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58CB1A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02C8593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8,0</w:t>
            </w:r>
          </w:p>
        </w:tc>
      </w:tr>
      <w:tr w:rsidR="006F0136" w:rsidRPr="00D77020" w14:paraId="4D8A7AB7" w14:textId="77777777">
        <w:tc>
          <w:tcPr>
            <w:tcW w:w="1234" w:type="dxa"/>
          </w:tcPr>
          <w:p w14:paraId="6FA1C0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B5BA7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HE-117-л</w:t>
            </w:r>
          </w:p>
        </w:tc>
        <w:tc>
          <w:tcPr>
            <w:tcW w:w="1234" w:type="dxa"/>
          </w:tcPr>
          <w:p w14:paraId="763CD0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117</w:t>
            </w:r>
          </w:p>
        </w:tc>
        <w:tc>
          <w:tcPr>
            <w:tcW w:w="1234" w:type="dxa"/>
          </w:tcPr>
          <w:p w14:paraId="161F1A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424D3D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</w:t>
            </w:r>
          </w:p>
        </w:tc>
        <w:tc>
          <w:tcPr>
            <w:tcW w:w="1234" w:type="dxa"/>
          </w:tcPr>
          <w:p w14:paraId="283FF4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8A2830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6B464183" w14:textId="77777777">
        <w:tc>
          <w:tcPr>
            <w:tcW w:w="1234" w:type="dxa"/>
          </w:tcPr>
          <w:p w14:paraId="549295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66BD9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HE-117-м</w:t>
            </w:r>
          </w:p>
        </w:tc>
        <w:tc>
          <w:tcPr>
            <w:tcW w:w="1234" w:type="dxa"/>
          </w:tcPr>
          <w:p w14:paraId="42767C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117</w:t>
            </w:r>
          </w:p>
        </w:tc>
        <w:tc>
          <w:tcPr>
            <w:tcW w:w="1234" w:type="dxa"/>
          </w:tcPr>
          <w:p w14:paraId="56827C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66E6A3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3917B1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CEF817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1,4</w:t>
            </w:r>
          </w:p>
        </w:tc>
      </w:tr>
      <w:tr w:rsidR="006F0136" w:rsidRPr="00D77020" w14:paraId="7A44C467" w14:textId="77777777">
        <w:tc>
          <w:tcPr>
            <w:tcW w:w="1234" w:type="dxa"/>
          </w:tcPr>
          <w:p w14:paraId="014C40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5623F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HE-117-о</w:t>
            </w:r>
          </w:p>
        </w:tc>
        <w:tc>
          <w:tcPr>
            <w:tcW w:w="1234" w:type="dxa"/>
          </w:tcPr>
          <w:p w14:paraId="05392E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117</w:t>
            </w:r>
          </w:p>
        </w:tc>
        <w:tc>
          <w:tcPr>
            <w:tcW w:w="1234" w:type="dxa"/>
          </w:tcPr>
          <w:p w14:paraId="7DA948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6252EA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65</w:t>
            </w:r>
          </w:p>
        </w:tc>
        <w:tc>
          <w:tcPr>
            <w:tcW w:w="1234" w:type="dxa"/>
          </w:tcPr>
          <w:p w14:paraId="21EE9D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5A0B303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3,1</w:t>
            </w:r>
          </w:p>
        </w:tc>
      </w:tr>
      <w:tr w:rsidR="006F0136" w:rsidRPr="00D77020" w14:paraId="6824CF10" w14:textId="77777777">
        <w:tc>
          <w:tcPr>
            <w:tcW w:w="1234" w:type="dxa"/>
          </w:tcPr>
          <w:p w14:paraId="3B2FA6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E0978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HE-117-т</w:t>
            </w:r>
          </w:p>
        </w:tc>
        <w:tc>
          <w:tcPr>
            <w:tcW w:w="1234" w:type="dxa"/>
          </w:tcPr>
          <w:p w14:paraId="3C4FA1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117</w:t>
            </w:r>
          </w:p>
        </w:tc>
        <w:tc>
          <w:tcPr>
            <w:tcW w:w="1234" w:type="dxa"/>
          </w:tcPr>
          <w:p w14:paraId="55F870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3703EE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2CEE07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42A8FDF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2,2</w:t>
            </w:r>
          </w:p>
        </w:tc>
      </w:tr>
      <w:tr w:rsidR="006F0136" w:rsidRPr="00D77020" w14:paraId="43D08894" w14:textId="77777777">
        <w:tc>
          <w:tcPr>
            <w:tcW w:w="1234" w:type="dxa"/>
          </w:tcPr>
          <w:p w14:paraId="672898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B6361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HE-120-ф</w:t>
            </w:r>
          </w:p>
        </w:tc>
        <w:tc>
          <w:tcPr>
            <w:tcW w:w="1234" w:type="dxa"/>
          </w:tcPr>
          <w:p w14:paraId="4EA218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3B87E6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ф</w:t>
            </w:r>
          </w:p>
        </w:tc>
        <w:tc>
          <w:tcPr>
            <w:tcW w:w="1234" w:type="dxa"/>
          </w:tcPr>
          <w:p w14:paraId="67A095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16A3AD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204CF7F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2,5</w:t>
            </w:r>
          </w:p>
        </w:tc>
      </w:tr>
      <w:tr w:rsidR="006F0136" w:rsidRPr="00D77020" w14:paraId="31167247" w14:textId="77777777">
        <w:tc>
          <w:tcPr>
            <w:tcW w:w="1234" w:type="dxa"/>
          </w:tcPr>
          <w:p w14:paraId="321480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785A2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HE-120-х</w:t>
            </w:r>
          </w:p>
        </w:tc>
        <w:tc>
          <w:tcPr>
            <w:tcW w:w="1234" w:type="dxa"/>
          </w:tcPr>
          <w:p w14:paraId="3CB406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6166BE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х</w:t>
            </w:r>
          </w:p>
        </w:tc>
        <w:tc>
          <w:tcPr>
            <w:tcW w:w="1234" w:type="dxa"/>
          </w:tcPr>
          <w:p w14:paraId="3DA4B5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72DEDD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6AF0C08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5,7</w:t>
            </w:r>
          </w:p>
        </w:tc>
      </w:tr>
      <w:tr w:rsidR="006F0136" w:rsidRPr="00D77020" w14:paraId="7F19C3EC" w14:textId="77777777">
        <w:tc>
          <w:tcPr>
            <w:tcW w:w="1234" w:type="dxa"/>
          </w:tcPr>
          <w:p w14:paraId="452ADE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89514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HE-120-ц</w:t>
            </w:r>
          </w:p>
        </w:tc>
        <w:tc>
          <w:tcPr>
            <w:tcW w:w="1234" w:type="dxa"/>
          </w:tcPr>
          <w:p w14:paraId="2A3013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115837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ц</w:t>
            </w:r>
          </w:p>
        </w:tc>
        <w:tc>
          <w:tcPr>
            <w:tcW w:w="1234" w:type="dxa"/>
          </w:tcPr>
          <w:p w14:paraId="0061E8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4729E9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2E01334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5,6</w:t>
            </w:r>
          </w:p>
        </w:tc>
      </w:tr>
      <w:tr w:rsidR="006F0136" w:rsidRPr="00D77020" w14:paraId="31C77F0F" w14:textId="77777777">
        <w:tc>
          <w:tcPr>
            <w:tcW w:w="1234" w:type="dxa"/>
          </w:tcPr>
          <w:p w14:paraId="1A7E22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3F8CD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HE-121-а1</w:t>
            </w:r>
          </w:p>
        </w:tc>
        <w:tc>
          <w:tcPr>
            <w:tcW w:w="1234" w:type="dxa"/>
          </w:tcPr>
          <w:p w14:paraId="2ADD98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121</w:t>
            </w:r>
          </w:p>
        </w:tc>
        <w:tc>
          <w:tcPr>
            <w:tcW w:w="1234" w:type="dxa"/>
          </w:tcPr>
          <w:p w14:paraId="12287C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а1</w:t>
            </w:r>
          </w:p>
        </w:tc>
        <w:tc>
          <w:tcPr>
            <w:tcW w:w="1234" w:type="dxa"/>
          </w:tcPr>
          <w:p w14:paraId="362B83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3E5011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20BDF0B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11,0</w:t>
            </w:r>
          </w:p>
        </w:tc>
      </w:tr>
      <w:tr w:rsidR="006F0136" w:rsidRPr="00D77020" w14:paraId="63F22128" w14:textId="77777777">
        <w:tc>
          <w:tcPr>
            <w:tcW w:w="1234" w:type="dxa"/>
          </w:tcPr>
          <w:p w14:paraId="4D6224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914FE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HE-121-б1</w:t>
            </w:r>
          </w:p>
        </w:tc>
        <w:tc>
          <w:tcPr>
            <w:tcW w:w="1234" w:type="dxa"/>
          </w:tcPr>
          <w:p w14:paraId="4563BE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121</w:t>
            </w:r>
          </w:p>
        </w:tc>
        <w:tc>
          <w:tcPr>
            <w:tcW w:w="1234" w:type="dxa"/>
          </w:tcPr>
          <w:p w14:paraId="1E7FA7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б1</w:t>
            </w:r>
          </w:p>
        </w:tc>
        <w:tc>
          <w:tcPr>
            <w:tcW w:w="1234" w:type="dxa"/>
          </w:tcPr>
          <w:p w14:paraId="225B3F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21A638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00D419E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4,5</w:t>
            </w:r>
          </w:p>
        </w:tc>
      </w:tr>
      <w:tr w:rsidR="006F0136" w:rsidRPr="00D77020" w14:paraId="4418CC62" w14:textId="77777777">
        <w:tc>
          <w:tcPr>
            <w:tcW w:w="1234" w:type="dxa"/>
          </w:tcPr>
          <w:p w14:paraId="5AEEF9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CF45B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HE-121-в1</w:t>
            </w:r>
          </w:p>
        </w:tc>
        <w:tc>
          <w:tcPr>
            <w:tcW w:w="1234" w:type="dxa"/>
          </w:tcPr>
          <w:p w14:paraId="656D74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121</w:t>
            </w:r>
          </w:p>
        </w:tc>
        <w:tc>
          <w:tcPr>
            <w:tcW w:w="1234" w:type="dxa"/>
          </w:tcPr>
          <w:p w14:paraId="33187A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в1</w:t>
            </w:r>
          </w:p>
        </w:tc>
        <w:tc>
          <w:tcPr>
            <w:tcW w:w="1234" w:type="dxa"/>
          </w:tcPr>
          <w:p w14:paraId="4D1F5D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</w:t>
            </w:r>
          </w:p>
        </w:tc>
        <w:tc>
          <w:tcPr>
            <w:tcW w:w="1234" w:type="dxa"/>
          </w:tcPr>
          <w:p w14:paraId="476540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1275966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3,4</w:t>
            </w:r>
          </w:p>
        </w:tc>
      </w:tr>
      <w:tr w:rsidR="006F0136" w:rsidRPr="00D77020" w14:paraId="3DB5125E" w14:textId="77777777">
        <w:tc>
          <w:tcPr>
            <w:tcW w:w="1234" w:type="dxa"/>
          </w:tcPr>
          <w:p w14:paraId="06659D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3693E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HE-121-з1</w:t>
            </w:r>
          </w:p>
        </w:tc>
        <w:tc>
          <w:tcPr>
            <w:tcW w:w="1234" w:type="dxa"/>
          </w:tcPr>
          <w:p w14:paraId="779582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121</w:t>
            </w:r>
          </w:p>
        </w:tc>
        <w:tc>
          <w:tcPr>
            <w:tcW w:w="1234" w:type="dxa"/>
          </w:tcPr>
          <w:p w14:paraId="3DBD6A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з1</w:t>
            </w:r>
          </w:p>
        </w:tc>
        <w:tc>
          <w:tcPr>
            <w:tcW w:w="1234" w:type="dxa"/>
          </w:tcPr>
          <w:p w14:paraId="26ACB6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4AD0F7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4DC5F0D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0002435F" w14:textId="77777777">
        <w:tc>
          <w:tcPr>
            <w:tcW w:w="1234" w:type="dxa"/>
          </w:tcPr>
          <w:p w14:paraId="668E64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FBA55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HE-121-и1</w:t>
            </w:r>
          </w:p>
        </w:tc>
        <w:tc>
          <w:tcPr>
            <w:tcW w:w="1234" w:type="dxa"/>
          </w:tcPr>
          <w:p w14:paraId="2A67A4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121</w:t>
            </w:r>
          </w:p>
        </w:tc>
        <w:tc>
          <w:tcPr>
            <w:tcW w:w="1234" w:type="dxa"/>
          </w:tcPr>
          <w:p w14:paraId="65214C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и1</w:t>
            </w:r>
          </w:p>
        </w:tc>
        <w:tc>
          <w:tcPr>
            <w:tcW w:w="1234" w:type="dxa"/>
          </w:tcPr>
          <w:p w14:paraId="496EA4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34A2E0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6792A64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3,3</w:t>
            </w:r>
          </w:p>
        </w:tc>
      </w:tr>
      <w:tr w:rsidR="006F0136" w:rsidRPr="00D77020" w14:paraId="42174FEE" w14:textId="77777777">
        <w:tc>
          <w:tcPr>
            <w:tcW w:w="1234" w:type="dxa"/>
          </w:tcPr>
          <w:p w14:paraId="71DF48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DFB06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HE-128-т</w:t>
            </w:r>
          </w:p>
        </w:tc>
        <w:tc>
          <w:tcPr>
            <w:tcW w:w="1234" w:type="dxa"/>
          </w:tcPr>
          <w:p w14:paraId="422F77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128</w:t>
            </w:r>
          </w:p>
        </w:tc>
        <w:tc>
          <w:tcPr>
            <w:tcW w:w="1234" w:type="dxa"/>
          </w:tcPr>
          <w:p w14:paraId="320DE3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59E49C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324AF7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101EE1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3,5</w:t>
            </w:r>
          </w:p>
        </w:tc>
      </w:tr>
      <w:tr w:rsidR="006F0136" w:rsidRPr="00D77020" w14:paraId="0D865418" w14:textId="77777777">
        <w:tc>
          <w:tcPr>
            <w:tcW w:w="1234" w:type="dxa"/>
          </w:tcPr>
          <w:p w14:paraId="13622F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8B430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HE-128-у</w:t>
            </w:r>
          </w:p>
        </w:tc>
        <w:tc>
          <w:tcPr>
            <w:tcW w:w="1234" w:type="dxa"/>
          </w:tcPr>
          <w:p w14:paraId="73AF1D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128</w:t>
            </w:r>
          </w:p>
        </w:tc>
        <w:tc>
          <w:tcPr>
            <w:tcW w:w="1234" w:type="dxa"/>
          </w:tcPr>
          <w:p w14:paraId="200E4B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у</w:t>
            </w:r>
          </w:p>
        </w:tc>
        <w:tc>
          <w:tcPr>
            <w:tcW w:w="1234" w:type="dxa"/>
          </w:tcPr>
          <w:p w14:paraId="5F62D4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6D6E8A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44D3D45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2,5</w:t>
            </w:r>
          </w:p>
        </w:tc>
      </w:tr>
      <w:tr w:rsidR="006F0136" w:rsidRPr="00D77020" w14:paraId="6AA1470B" w14:textId="77777777">
        <w:tc>
          <w:tcPr>
            <w:tcW w:w="1234" w:type="dxa"/>
          </w:tcPr>
          <w:p w14:paraId="7554D6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2B834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HE-128-ф</w:t>
            </w:r>
          </w:p>
        </w:tc>
        <w:tc>
          <w:tcPr>
            <w:tcW w:w="1234" w:type="dxa"/>
          </w:tcPr>
          <w:p w14:paraId="7FD016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128</w:t>
            </w:r>
          </w:p>
        </w:tc>
        <w:tc>
          <w:tcPr>
            <w:tcW w:w="1234" w:type="dxa"/>
          </w:tcPr>
          <w:p w14:paraId="6D0BDD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ф</w:t>
            </w:r>
          </w:p>
        </w:tc>
        <w:tc>
          <w:tcPr>
            <w:tcW w:w="1234" w:type="dxa"/>
          </w:tcPr>
          <w:p w14:paraId="7B4451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0707B2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D52555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2,4</w:t>
            </w:r>
          </w:p>
        </w:tc>
      </w:tr>
      <w:tr w:rsidR="006F0136" w:rsidRPr="00D77020" w14:paraId="0B4F83A1" w14:textId="77777777">
        <w:tc>
          <w:tcPr>
            <w:tcW w:w="1234" w:type="dxa"/>
          </w:tcPr>
          <w:p w14:paraId="482F59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B8FEB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HL-157-а</w:t>
            </w:r>
          </w:p>
        </w:tc>
        <w:tc>
          <w:tcPr>
            <w:tcW w:w="1234" w:type="dxa"/>
          </w:tcPr>
          <w:p w14:paraId="3B5633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157</w:t>
            </w:r>
          </w:p>
        </w:tc>
        <w:tc>
          <w:tcPr>
            <w:tcW w:w="1234" w:type="dxa"/>
          </w:tcPr>
          <w:p w14:paraId="74F8E9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0C3314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1EA524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07CB59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6,7</w:t>
            </w:r>
          </w:p>
        </w:tc>
      </w:tr>
      <w:tr w:rsidR="006F0136" w:rsidRPr="00D77020" w14:paraId="107D3D4A" w14:textId="77777777">
        <w:tc>
          <w:tcPr>
            <w:tcW w:w="1234" w:type="dxa"/>
          </w:tcPr>
          <w:p w14:paraId="047971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1F7EC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HL-157-г1</w:t>
            </w:r>
          </w:p>
        </w:tc>
        <w:tc>
          <w:tcPr>
            <w:tcW w:w="1234" w:type="dxa"/>
          </w:tcPr>
          <w:p w14:paraId="5F3F38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157</w:t>
            </w:r>
          </w:p>
        </w:tc>
        <w:tc>
          <w:tcPr>
            <w:tcW w:w="1234" w:type="dxa"/>
          </w:tcPr>
          <w:p w14:paraId="17704B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г1</w:t>
            </w:r>
          </w:p>
        </w:tc>
        <w:tc>
          <w:tcPr>
            <w:tcW w:w="1234" w:type="dxa"/>
          </w:tcPr>
          <w:p w14:paraId="4A03D6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105B10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10A4773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78D2DB10" w14:textId="77777777">
        <w:tc>
          <w:tcPr>
            <w:tcW w:w="1234" w:type="dxa"/>
          </w:tcPr>
          <w:p w14:paraId="2FA4F2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60A82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HL-158-в</w:t>
            </w:r>
          </w:p>
        </w:tc>
        <w:tc>
          <w:tcPr>
            <w:tcW w:w="1234" w:type="dxa"/>
          </w:tcPr>
          <w:p w14:paraId="3C467A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158</w:t>
            </w:r>
          </w:p>
        </w:tc>
        <w:tc>
          <w:tcPr>
            <w:tcW w:w="1234" w:type="dxa"/>
          </w:tcPr>
          <w:p w14:paraId="76DC4B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7C44CB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765182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30138B4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4,2</w:t>
            </w:r>
          </w:p>
        </w:tc>
      </w:tr>
      <w:tr w:rsidR="006F0136" w:rsidRPr="00D77020" w14:paraId="37857D67" w14:textId="77777777">
        <w:tc>
          <w:tcPr>
            <w:tcW w:w="1234" w:type="dxa"/>
          </w:tcPr>
          <w:p w14:paraId="4C2ADE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3A533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HL-158-в1</w:t>
            </w:r>
          </w:p>
        </w:tc>
        <w:tc>
          <w:tcPr>
            <w:tcW w:w="1234" w:type="dxa"/>
          </w:tcPr>
          <w:p w14:paraId="13AA1F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158</w:t>
            </w:r>
          </w:p>
        </w:tc>
        <w:tc>
          <w:tcPr>
            <w:tcW w:w="1234" w:type="dxa"/>
          </w:tcPr>
          <w:p w14:paraId="008DAB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в1</w:t>
            </w:r>
          </w:p>
        </w:tc>
        <w:tc>
          <w:tcPr>
            <w:tcW w:w="1234" w:type="dxa"/>
          </w:tcPr>
          <w:p w14:paraId="55F659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</w:t>
            </w:r>
          </w:p>
        </w:tc>
        <w:tc>
          <w:tcPr>
            <w:tcW w:w="1234" w:type="dxa"/>
          </w:tcPr>
          <w:p w14:paraId="66CCBD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5792D86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00BC08C9" w14:textId="77777777">
        <w:tc>
          <w:tcPr>
            <w:tcW w:w="1234" w:type="dxa"/>
          </w:tcPr>
          <w:p w14:paraId="1728AD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EA4A7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HL-158-г</w:t>
            </w:r>
          </w:p>
        </w:tc>
        <w:tc>
          <w:tcPr>
            <w:tcW w:w="1234" w:type="dxa"/>
          </w:tcPr>
          <w:p w14:paraId="5DAD3F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158</w:t>
            </w:r>
          </w:p>
        </w:tc>
        <w:tc>
          <w:tcPr>
            <w:tcW w:w="1234" w:type="dxa"/>
          </w:tcPr>
          <w:p w14:paraId="5A581B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011599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55</w:t>
            </w:r>
          </w:p>
        </w:tc>
        <w:tc>
          <w:tcPr>
            <w:tcW w:w="1234" w:type="dxa"/>
          </w:tcPr>
          <w:p w14:paraId="34A24B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13887B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2,4</w:t>
            </w:r>
          </w:p>
        </w:tc>
      </w:tr>
      <w:tr w:rsidR="006F0136" w:rsidRPr="00D77020" w14:paraId="08122335" w14:textId="77777777">
        <w:tc>
          <w:tcPr>
            <w:tcW w:w="1234" w:type="dxa"/>
          </w:tcPr>
          <w:p w14:paraId="48A9BB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29549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HL-158-с</w:t>
            </w:r>
          </w:p>
        </w:tc>
        <w:tc>
          <w:tcPr>
            <w:tcW w:w="1234" w:type="dxa"/>
          </w:tcPr>
          <w:p w14:paraId="2435D1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158</w:t>
            </w:r>
          </w:p>
        </w:tc>
        <w:tc>
          <w:tcPr>
            <w:tcW w:w="1234" w:type="dxa"/>
          </w:tcPr>
          <w:p w14:paraId="3FA737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0D123F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102B41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6669E8B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7,5</w:t>
            </w:r>
          </w:p>
        </w:tc>
      </w:tr>
      <w:tr w:rsidR="006F0136" w:rsidRPr="00D77020" w14:paraId="5950B6AF" w14:textId="77777777">
        <w:tc>
          <w:tcPr>
            <w:tcW w:w="1234" w:type="dxa"/>
          </w:tcPr>
          <w:p w14:paraId="3ADD50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765BA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HL-159-в</w:t>
            </w:r>
          </w:p>
        </w:tc>
        <w:tc>
          <w:tcPr>
            <w:tcW w:w="1234" w:type="dxa"/>
          </w:tcPr>
          <w:p w14:paraId="749D96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159</w:t>
            </w:r>
          </w:p>
        </w:tc>
        <w:tc>
          <w:tcPr>
            <w:tcW w:w="1234" w:type="dxa"/>
          </w:tcPr>
          <w:p w14:paraId="5C941F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39963E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53DBC0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0842A1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5,4</w:t>
            </w:r>
          </w:p>
        </w:tc>
      </w:tr>
      <w:tr w:rsidR="006F0136" w:rsidRPr="00D77020" w14:paraId="4A5B5FE1" w14:textId="77777777">
        <w:tc>
          <w:tcPr>
            <w:tcW w:w="1234" w:type="dxa"/>
          </w:tcPr>
          <w:p w14:paraId="087D46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8F6DD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HL-159-г</w:t>
            </w:r>
          </w:p>
        </w:tc>
        <w:tc>
          <w:tcPr>
            <w:tcW w:w="1234" w:type="dxa"/>
          </w:tcPr>
          <w:p w14:paraId="419BC4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159</w:t>
            </w:r>
          </w:p>
        </w:tc>
        <w:tc>
          <w:tcPr>
            <w:tcW w:w="1234" w:type="dxa"/>
          </w:tcPr>
          <w:p w14:paraId="0FDE7A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65137E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37D8AE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EA4263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1,7</w:t>
            </w:r>
          </w:p>
        </w:tc>
      </w:tr>
      <w:tr w:rsidR="006F0136" w:rsidRPr="00D77020" w14:paraId="3E42C228" w14:textId="77777777">
        <w:tc>
          <w:tcPr>
            <w:tcW w:w="1234" w:type="dxa"/>
          </w:tcPr>
          <w:p w14:paraId="2E7A08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A9CD8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HL-159-д</w:t>
            </w:r>
          </w:p>
        </w:tc>
        <w:tc>
          <w:tcPr>
            <w:tcW w:w="1234" w:type="dxa"/>
          </w:tcPr>
          <w:p w14:paraId="0E3023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159</w:t>
            </w:r>
          </w:p>
        </w:tc>
        <w:tc>
          <w:tcPr>
            <w:tcW w:w="1234" w:type="dxa"/>
          </w:tcPr>
          <w:p w14:paraId="67BBE1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2DBCAF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3A92D5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E10315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7,4</w:t>
            </w:r>
          </w:p>
        </w:tc>
      </w:tr>
      <w:tr w:rsidR="006F0136" w:rsidRPr="00D77020" w14:paraId="3BBE71A1" w14:textId="77777777">
        <w:tc>
          <w:tcPr>
            <w:tcW w:w="1234" w:type="dxa"/>
          </w:tcPr>
          <w:p w14:paraId="221F5E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87F42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HL-160-б</w:t>
            </w:r>
          </w:p>
        </w:tc>
        <w:tc>
          <w:tcPr>
            <w:tcW w:w="1234" w:type="dxa"/>
          </w:tcPr>
          <w:p w14:paraId="353932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6E5470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3874BF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71EDD7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C783CB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3,4</w:t>
            </w:r>
          </w:p>
        </w:tc>
      </w:tr>
      <w:tr w:rsidR="006F0136" w:rsidRPr="00D77020" w14:paraId="16AE1C9E" w14:textId="77777777">
        <w:tc>
          <w:tcPr>
            <w:tcW w:w="1234" w:type="dxa"/>
          </w:tcPr>
          <w:p w14:paraId="141A00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4A39E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HL-160-г</w:t>
            </w:r>
          </w:p>
        </w:tc>
        <w:tc>
          <w:tcPr>
            <w:tcW w:w="1234" w:type="dxa"/>
          </w:tcPr>
          <w:p w14:paraId="53F829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724E5F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439F93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5BFA36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917F21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8,6</w:t>
            </w:r>
          </w:p>
        </w:tc>
      </w:tr>
      <w:tr w:rsidR="006F0136" w:rsidRPr="00D77020" w14:paraId="49A2ADC7" w14:textId="77777777">
        <w:tc>
          <w:tcPr>
            <w:tcW w:w="1234" w:type="dxa"/>
          </w:tcPr>
          <w:p w14:paraId="308C93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C1093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HL-160-е</w:t>
            </w:r>
          </w:p>
        </w:tc>
        <w:tc>
          <w:tcPr>
            <w:tcW w:w="1234" w:type="dxa"/>
          </w:tcPr>
          <w:p w14:paraId="42E500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66541E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442FAE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74552E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2EC987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3,0</w:t>
            </w:r>
          </w:p>
        </w:tc>
      </w:tr>
      <w:tr w:rsidR="006F0136" w:rsidRPr="00D77020" w14:paraId="4D75FD76" w14:textId="77777777">
        <w:tc>
          <w:tcPr>
            <w:tcW w:w="1234" w:type="dxa"/>
          </w:tcPr>
          <w:p w14:paraId="00F198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F6A51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HL-180-л2</w:t>
            </w:r>
          </w:p>
        </w:tc>
        <w:tc>
          <w:tcPr>
            <w:tcW w:w="1234" w:type="dxa"/>
          </w:tcPr>
          <w:p w14:paraId="3CB420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180</w:t>
            </w:r>
          </w:p>
        </w:tc>
        <w:tc>
          <w:tcPr>
            <w:tcW w:w="1234" w:type="dxa"/>
          </w:tcPr>
          <w:p w14:paraId="656250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л2</w:t>
            </w:r>
          </w:p>
        </w:tc>
        <w:tc>
          <w:tcPr>
            <w:tcW w:w="1234" w:type="dxa"/>
          </w:tcPr>
          <w:p w14:paraId="07C52F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32A962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91Е0</w:t>
            </w:r>
          </w:p>
        </w:tc>
        <w:tc>
          <w:tcPr>
            <w:tcW w:w="1234" w:type="dxa"/>
          </w:tcPr>
          <w:p w14:paraId="27283B4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2,2</w:t>
            </w:r>
          </w:p>
        </w:tc>
      </w:tr>
      <w:tr w:rsidR="006F0136" w:rsidRPr="00D77020" w14:paraId="197EFBA4" w14:textId="77777777">
        <w:tc>
          <w:tcPr>
            <w:tcW w:w="1234" w:type="dxa"/>
          </w:tcPr>
          <w:p w14:paraId="428971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DCD9F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HE-49-д</w:t>
            </w:r>
          </w:p>
        </w:tc>
        <w:tc>
          <w:tcPr>
            <w:tcW w:w="1234" w:type="dxa"/>
          </w:tcPr>
          <w:p w14:paraId="445C63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49</w:t>
            </w:r>
          </w:p>
        </w:tc>
        <w:tc>
          <w:tcPr>
            <w:tcW w:w="1234" w:type="dxa"/>
          </w:tcPr>
          <w:p w14:paraId="27634B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2745C1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234" w:type="dxa"/>
          </w:tcPr>
          <w:p w14:paraId="3A21D7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3F43722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148B4906" w14:textId="77777777">
        <w:tc>
          <w:tcPr>
            <w:tcW w:w="1234" w:type="dxa"/>
          </w:tcPr>
          <w:p w14:paraId="378882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AFA53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HE-49-з</w:t>
            </w:r>
          </w:p>
        </w:tc>
        <w:tc>
          <w:tcPr>
            <w:tcW w:w="1234" w:type="dxa"/>
          </w:tcPr>
          <w:p w14:paraId="406900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49</w:t>
            </w:r>
          </w:p>
        </w:tc>
        <w:tc>
          <w:tcPr>
            <w:tcW w:w="1234" w:type="dxa"/>
          </w:tcPr>
          <w:p w14:paraId="17338A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2F6573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620421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538E48C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4,4</w:t>
            </w:r>
          </w:p>
        </w:tc>
      </w:tr>
      <w:tr w:rsidR="006F0136" w:rsidRPr="00D77020" w14:paraId="5041326B" w14:textId="77777777">
        <w:tc>
          <w:tcPr>
            <w:tcW w:w="1234" w:type="dxa"/>
          </w:tcPr>
          <w:p w14:paraId="3E7D24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1E57B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HE-69-о</w:t>
            </w:r>
          </w:p>
        </w:tc>
        <w:tc>
          <w:tcPr>
            <w:tcW w:w="1234" w:type="dxa"/>
          </w:tcPr>
          <w:p w14:paraId="3BACAC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69</w:t>
            </w:r>
          </w:p>
        </w:tc>
        <w:tc>
          <w:tcPr>
            <w:tcW w:w="1234" w:type="dxa"/>
          </w:tcPr>
          <w:p w14:paraId="6A6594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55EF06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4DDA50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4B4FD23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11,1</w:t>
            </w:r>
          </w:p>
        </w:tc>
      </w:tr>
      <w:tr w:rsidR="006F0136" w:rsidRPr="00D77020" w14:paraId="09D96948" w14:textId="77777777">
        <w:tc>
          <w:tcPr>
            <w:tcW w:w="7404" w:type="dxa"/>
            <w:gridSpan w:val="6"/>
          </w:tcPr>
          <w:p w14:paraId="70381E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3406F45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135,6</w:t>
            </w:r>
          </w:p>
        </w:tc>
      </w:tr>
    </w:tbl>
    <w:p w14:paraId="74A8AC4B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BG0000295 - Долни Коритен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02A72A91" w14:textId="77777777">
        <w:tc>
          <w:tcPr>
            <w:tcW w:w="1587" w:type="dxa"/>
          </w:tcPr>
          <w:p w14:paraId="05E6C1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00A734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298442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520333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5FD98F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38677179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7378F6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4F7EE36A" w14:textId="77777777">
        <w:tc>
          <w:tcPr>
            <w:tcW w:w="1234" w:type="dxa"/>
          </w:tcPr>
          <w:p w14:paraId="62189F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59B37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HE-29-е</w:t>
            </w:r>
          </w:p>
        </w:tc>
        <w:tc>
          <w:tcPr>
            <w:tcW w:w="1234" w:type="dxa"/>
          </w:tcPr>
          <w:p w14:paraId="0EA66E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</w:t>
            </w:r>
          </w:p>
        </w:tc>
        <w:tc>
          <w:tcPr>
            <w:tcW w:w="1234" w:type="dxa"/>
          </w:tcPr>
          <w:p w14:paraId="21E72E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3CECFB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6A8644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3C060F1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1,9</w:t>
            </w:r>
          </w:p>
        </w:tc>
      </w:tr>
      <w:tr w:rsidR="006F0136" w:rsidRPr="00D77020" w14:paraId="33110667" w14:textId="77777777">
        <w:tc>
          <w:tcPr>
            <w:tcW w:w="1234" w:type="dxa"/>
          </w:tcPr>
          <w:p w14:paraId="51E73A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EBAC2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HE-29-к</w:t>
            </w:r>
          </w:p>
        </w:tc>
        <w:tc>
          <w:tcPr>
            <w:tcW w:w="1234" w:type="dxa"/>
          </w:tcPr>
          <w:p w14:paraId="4DCCDE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</w:t>
            </w:r>
          </w:p>
        </w:tc>
        <w:tc>
          <w:tcPr>
            <w:tcW w:w="1234" w:type="dxa"/>
          </w:tcPr>
          <w:p w14:paraId="477B87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690DF5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578CAE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4B0FAA9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0,9</w:t>
            </w:r>
          </w:p>
        </w:tc>
      </w:tr>
      <w:tr w:rsidR="006F0136" w:rsidRPr="00D77020" w14:paraId="17399821" w14:textId="77777777">
        <w:tc>
          <w:tcPr>
            <w:tcW w:w="1234" w:type="dxa"/>
          </w:tcPr>
          <w:p w14:paraId="2F2F6E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9A320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HE-29-п</w:t>
            </w:r>
          </w:p>
        </w:tc>
        <w:tc>
          <w:tcPr>
            <w:tcW w:w="1234" w:type="dxa"/>
          </w:tcPr>
          <w:p w14:paraId="121ADC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29</w:t>
            </w:r>
          </w:p>
        </w:tc>
        <w:tc>
          <w:tcPr>
            <w:tcW w:w="1234" w:type="dxa"/>
          </w:tcPr>
          <w:p w14:paraId="2B9A37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564A6D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006835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38D67B0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1,7</w:t>
            </w:r>
          </w:p>
        </w:tc>
      </w:tr>
      <w:tr w:rsidR="006F0136" w:rsidRPr="00D77020" w14:paraId="69835BE8" w14:textId="77777777">
        <w:tc>
          <w:tcPr>
            <w:tcW w:w="1234" w:type="dxa"/>
          </w:tcPr>
          <w:p w14:paraId="178DE5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9B501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HE-789-е</w:t>
            </w:r>
          </w:p>
        </w:tc>
        <w:tc>
          <w:tcPr>
            <w:tcW w:w="1234" w:type="dxa"/>
          </w:tcPr>
          <w:p w14:paraId="700934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789</w:t>
            </w:r>
          </w:p>
        </w:tc>
        <w:tc>
          <w:tcPr>
            <w:tcW w:w="1234" w:type="dxa"/>
          </w:tcPr>
          <w:p w14:paraId="2C234D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615E5F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</w:t>
            </w:r>
          </w:p>
        </w:tc>
        <w:tc>
          <w:tcPr>
            <w:tcW w:w="1234" w:type="dxa"/>
          </w:tcPr>
          <w:p w14:paraId="7C9142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6BB713E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2A9E2794" w14:textId="77777777">
        <w:tc>
          <w:tcPr>
            <w:tcW w:w="7404" w:type="dxa"/>
            <w:gridSpan w:val="6"/>
          </w:tcPr>
          <w:p w14:paraId="6F69CF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493C553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4,7</w:t>
            </w:r>
          </w:p>
        </w:tc>
      </w:tr>
    </w:tbl>
    <w:p w14:paraId="10611144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lastRenderedPageBreak/>
        <w:t>Зона Натура 2000: BG0000298 - Конявска планина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4145EBDF" w14:textId="77777777">
        <w:tc>
          <w:tcPr>
            <w:tcW w:w="1587" w:type="dxa"/>
          </w:tcPr>
          <w:p w14:paraId="76E00F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0CC0A6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55B5E6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3E549D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4F1955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19E3E4A7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56C792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56606F70" w14:textId="77777777">
        <w:tc>
          <w:tcPr>
            <w:tcW w:w="1234" w:type="dxa"/>
          </w:tcPr>
          <w:p w14:paraId="3276A2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C5075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HE-841-д</w:t>
            </w:r>
          </w:p>
        </w:tc>
        <w:tc>
          <w:tcPr>
            <w:tcW w:w="1234" w:type="dxa"/>
          </w:tcPr>
          <w:p w14:paraId="05BF5A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841</w:t>
            </w:r>
          </w:p>
        </w:tc>
        <w:tc>
          <w:tcPr>
            <w:tcW w:w="1234" w:type="dxa"/>
          </w:tcPr>
          <w:p w14:paraId="19025C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0A9102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781A15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BA9A66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10,9</w:t>
            </w:r>
          </w:p>
        </w:tc>
      </w:tr>
      <w:tr w:rsidR="006F0136" w:rsidRPr="00D77020" w14:paraId="7454AB1A" w14:textId="77777777">
        <w:tc>
          <w:tcPr>
            <w:tcW w:w="1234" w:type="dxa"/>
          </w:tcPr>
          <w:p w14:paraId="4CA00F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37501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HE-845-г1</w:t>
            </w:r>
          </w:p>
        </w:tc>
        <w:tc>
          <w:tcPr>
            <w:tcW w:w="1234" w:type="dxa"/>
          </w:tcPr>
          <w:p w14:paraId="2AC1DF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845</w:t>
            </w:r>
          </w:p>
        </w:tc>
        <w:tc>
          <w:tcPr>
            <w:tcW w:w="1234" w:type="dxa"/>
          </w:tcPr>
          <w:p w14:paraId="6AA2F4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г1</w:t>
            </w:r>
          </w:p>
        </w:tc>
        <w:tc>
          <w:tcPr>
            <w:tcW w:w="1234" w:type="dxa"/>
          </w:tcPr>
          <w:p w14:paraId="0895A2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6F870B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AE0276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1,1</w:t>
            </w:r>
          </w:p>
        </w:tc>
      </w:tr>
      <w:tr w:rsidR="006F0136" w:rsidRPr="00D77020" w14:paraId="30FB0991" w14:textId="77777777">
        <w:tc>
          <w:tcPr>
            <w:tcW w:w="1234" w:type="dxa"/>
          </w:tcPr>
          <w:p w14:paraId="6F34FA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E8D56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HE-845-ф</w:t>
            </w:r>
          </w:p>
        </w:tc>
        <w:tc>
          <w:tcPr>
            <w:tcW w:w="1234" w:type="dxa"/>
          </w:tcPr>
          <w:p w14:paraId="6F4825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845</w:t>
            </w:r>
          </w:p>
        </w:tc>
        <w:tc>
          <w:tcPr>
            <w:tcW w:w="1234" w:type="dxa"/>
          </w:tcPr>
          <w:p w14:paraId="3DC54C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ф</w:t>
            </w:r>
          </w:p>
        </w:tc>
        <w:tc>
          <w:tcPr>
            <w:tcW w:w="1234" w:type="dxa"/>
          </w:tcPr>
          <w:p w14:paraId="550E68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55</w:t>
            </w:r>
          </w:p>
        </w:tc>
        <w:tc>
          <w:tcPr>
            <w:tcW w:w="1234" w:type="dxa"/>
          </w:tcPr>
          <w:p w14:paraId="24BB32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C8AB97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0,6</w:t>
            </w:r>
          </w:p>
        </w:tc>
      </w:tr>
      <w:tr w:rsidR="006F0136" w:rsidRPr="00D77020" w14:paraId="514C79D7" w14:textId="77777777">
        <w:tc>
          <w:tcPr>
            <w:tcW w:w="1234" w:type="dxa"/>
          </w:tcPr>
          <w:p w14:paraId="29AABD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63A1E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HE-845-х</w:t>
            </w:r>
          </w:p>
        </w:tc>
        <w:tc>
          <w:tcPr>
            <w:tcW w:w="1234" w:type="dxa"/>
          </w:tcPr>
          <w:p w14:paraId="4EB9EA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845</w:t>
            </w:r>
          </w:p>
        </w:tc>
        <w:tc>
          <w:tcPr>
            <w:tcW w:w="1234" w:type="dxa"/>
          </w:tcPr>
          <w:p w14:paraId="4D5A0F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х</w:t>
            </w:r>
          </w:p>
        </w:tc>
        <w:tc>
          <w:tcPr>
            <w:tcW w:w="1234" w:type="dxa"/>
          </w:tcPr>
          <w:p w14:paraId="131B0A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</w:t>
            </w:r>
          </w:p>
        </w:tc>
        <w:tc>
          <w:tcPr>
            <w:tcW w:w="1234" w:type="dxa"/>
          </w:tcPr>
          <w:p w14:paraId="0F630B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65AA4CA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1A773A75" w14:textId="77777777">
        <w:tc>
          <w:tcPr>
            <w:tcW w:w="1234" w:type="dxa"/>
          </w:tcPr>
          <w:p w14:paraId="7DEB03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BF7C9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HE-845-щ</w:t>
            </w:r>
          </w:p>
        </w:tc>
        <w:tc>
          <w:tcPr>
            <w:tcW w:w="1234" w:type="dxa"/>
          </w:tcPr>
          <w:p w14:paraId="2BF177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845</w:t>
            </w:r>
          </w:p>
        </w:tc>
        <w:tc>
          <w:tcPr>
            <w:tcW w:w="1234" w:type="dxa"/>
          </w:tcPr>
          <w:p w14:paraId="698F65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щ</w:t>
            </w:r>
          </w:p>
        </w:tc>
        <w:tc>
          <w:tcPr>
            <w:tcW w:w="1234" w:type="dxa"/>
          </w:tcPr>
          <w:p w14:paraId="3D2827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85</w:t>
            </w:r>
          </w:p>
        </w:tc>
        <w:tc>
          <w:tcPr>
            <w:tcW w:w="1234" w:type="dxa"/>
          </w:tcPr>
          <w:p w14:paraId="488C3B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6D5FDD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14,9</w:t>
            </w:r>
          </w:p>
        </w:tc>
      </w:tr>
      <w:tr w:rsidR="006F0136" w:rsidRPr="00D77020" w14:paraId="5F1FB7FF" w14:textId="77777777">
        <w:tc>
          <w:tcPr>
            <w:tcW w:w="1234" w:type="dxa"/>
          </w:tcPr>
          <w:p w14:paraId="6B0A53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63E9D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HE-845-ю</w:t>
            </w:r>
          </w:p>
        </w:tc>
        <w:tc>
          <w:tcPr>
            <w:tcW w:w="1234" w:type="dxa"/>
          </w:tcPr>
          <w:p w14:paraId="2B3759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845</w:t>
            </w:r>
          </w:p>
        </w:tc>
        <w:tc>
          <w:tcPr>
            <w:tcW w:w="1234" w:type="dxa"/>
          </w:tcPr>
          <w:p w14:paraId="056E49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ю</w:t>
            </w:r>
          </w:p>
        </w:tc>
        <w:tc>
          <w:tcPr>
            <w:tcW w:w="1234" w:type="dxa"/>
          </w:tcPr>
          <w:p w14:paraId="72FF94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</w:t>
            </w:r>
          </w:p>
        </w:tc>
        <w:tc>
          <w:tcPr>
            <w:tcW w:w="1234" w:type="dxa"/>
          </w:tcPr>
          <w:p w14:paraId="51ECDD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06EA21C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0,8</w:t>
            </w:r>
          </w:p>
        </w:tc>
      </w:tr>
      <w:tr w:rsidR="006F0136" w:rsidRPr="00D77020" w14:paraId="11AAD1F6" w14:textId="77777777">
        <w:tc>
          <w:tcPr>
            <w:tcW w:w="1234" w:type="dxa"/>
          </w:tcPr>
          <w:p w14:paraId="5EE29B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674BD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HE-846-е</w:t>
            </w:r>
          </w:p>
        </w:tc>
        <w:tc>
          <w:tcPr>
            <w:tcW w:w="1234" w:type="dxa"/>
          </w:tcPr>
          <w:p w14:paraId="378FA6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846</w:t>
            </w:r>
          </w:p>
        </w:tc>
        <w:tc>
          <w:tcPr>
            <w:tcW w:w="1234" w:type="dxa"/>
          </w:tcPr>
          <w:p w14:paraId="1CEA50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641A4C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5FEC9A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300683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5A3AA6E5" w14:textId="77777777">
        <w:tc>
          <w:tcPr>
            <w:tcW w:w="1234" w:type="dxa"/>
          </w:tcPr>
          <w:p w14:paraId="614584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307CC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HE-846-з</w:t>
            </w:r>
          </w:p>
        </w:tc>
        <w:tc>
          <w:tcPr>
            <w:tcW w:w="1234" w:type="dxa"/>
          </w:tcPr>
          <w:p w14:paraId="1D4FB5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846</w:t>
            </w:r>
          </w:p>
        </w:tc>
        <w:tc>
          <w:tcPr>
            <w:tcW w:w="1234" w:type="dxa"/>
          </w:tcPr>
          <w:p w14:paraId="15E6E3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55C108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6978A7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4B260D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3,1</w:t>
            </w:r>
          </w:p>
        </w:tc>
      </w:tr>
      <w:tr w:rsidR="006F0136" w:rsidRPr="00D77020" w14:paraId="56BEC6BE" w14:textId="77777777">
        <w:tc>
          <w:tcPr>
            <w:tcW w:w="1234" w:type="dxa"/>
          </w:tcPr>
          <w:p w14:paraId="17218A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CC21B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HE-846-л</w:t>
            </w:r>
          </w:p>
        </w:tc>
        <w:tc>
          <w:tcPr>
            <w:tcW w:w="1234" w:type="dxa"/>
          </w:tcPr>
          <w:p w14:paraId="3DB29F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846</w:t>
            </w:r>
          </w:p>
        </w:tc>
        <w:tc>
          <w:tcPr>
            <w:tcW w:w="1234" w:type="dxa"/>
          </w:tcPr>
          <w:p w14:paraId="088AE7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53DEB4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21D167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9874DC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1D8C4997" w14:textId="77777777">
        <w:tc>
          <w:tcPr>
            <w:tcW w:w="1234" w:type="dxa"/>
          </w:tcPr>
          <w:p w14:paraId="6FDB5A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D3C82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HE-846-м</w:t>
            </w:r>
          </w:p>
        </w:tc>
        <w:tc>
          <w:tcPr>
            <w:tcW w:w="1234" w:type="dxa"/>
          </w:tcPr>
          <w:p w14:paraId="257895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846</w:t>
            </w:r>
          </w:p>
        </w:tc>
        <w:tc>
          <w:tcPr>
            <w:tcW w:w="1234" w:type="dxa"/>
          </w:tcPr>
          <w:p w14:paraId="1E0BEE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4ABEC6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13CAE1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937D25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8,0</w:t>
            </w:r>
          </w:p>
        </w:tc>
      </w:tr>
      <w:tr w:rsidR="006F0136" w:rsidRPr="00D77020" w14:paraId="5BE9A14A" w14:textId="77777777">
        <w:tc>
          <w:tcPr>
            <w:tcW w:w="1234" w:type="dxa"/>
          </w:tcPr>
          <w:p w14:paraId="29EFE9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3D887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HE-846-о</w:t>
            </w:r>
          </w:p>
        </w:tc>
        <w:tc>
          <w:tcPr>
            <w:tcW w:w="1234" w:type="dxa"/>
          </w:tcPr>
          <w:p w14:paraId="54E176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846</w:t>
            </w:r>
          </w:p>
        </w:tc>
        <w:tc>
          <w:tcPr>
            <w:tcW w:w="1234" w:type="dxa"/>
          </w:tcPr>
          <w:p w14:paraId="6880ED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352CD8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148AEC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30A242C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0,9</w:t>
            </w:r>
          </w:p>
        </w:tc>
      </w:tr>
      <w:tr w:rsidR="006F0136" w:rsidRPr="00D77020" w14:paraId="67BADA20" w14:textId="77777777">
        <w:tc>
          <w:tcPr>
            <w:tcW w:w="1234" w:type="dxa"/>
          </w:tcPr>
          <w:p w14:paraId="2CDD86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97E99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HE-846-п</w:t>
            </w:r>
          </w:p>
        </w:tc>
        <w:tc>
          <w:tcPr>
            <w:tcW w:w="1234" w:type="dxa"/>
          </w:tcPr>
          <w:p w14:paraId="18C331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846</w:t>
            </w:r>
          </w:p>
        </w:tc>
        <w:tc>
          <w:tcPr>
            <w:tcW w:w="1234" w:type="dxa"/>
          </w:tcPr>
          <w:p w14:paraId="135F9B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55D6C8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2BE4E7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78A827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4CF3A3CC" w14:textId="77777777">
        <w:tc>
          <w:tcPr>
            <w:tcW w:w="1234" w:type="dxa"/>
          </w:tcPr>
          <w:p w14:paraId="064EFC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F4721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HE-846-р</w:t>
            </w:r>
          </w:p>
        </w:tc>
        <w:tc>
          <w:tcPr>
            <w:tcW w:w="1234" w:type="dxa"/>
          </w:tcPr>
          <w:p w14:paraId="06D7FB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846</w:t>
            </w:r>
          </w:p>
        </w:tc>
        <w:tc>
          <w:tcPr>
            <w:tcW w:w="1234" w:type="dxa"/>
          </w:tcPr>
          <w:p w14:paraId="26E1BE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3D46E4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</w:t>
            </w:r>
          </w:p>
        </w:tc>
        <w:tc>
          <w:tcPr>
            <w:tcW w:w="1234" w:type="dxa"/>
          </w:tcPr>
          <w:p w14:paraId="63CB3C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06DC4FF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0,6</w:t>
            </w:r>
          </w:p>
        </w:tc>
      </w:tr>
      <w:tr w:rsidR="006F0136" w:rsidRPr="00D77020" w14:paraId="63E24F1B" w14:textId="77777777">
        <w:tc>
          <w:tcPr>
            <w:tcW w:w="1234" w:type="dxa"/>
          </w:tcPr>
          <w:p w14:paraId="39DF9B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258C3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HE-846-т</w:t>
            </w:r>
          </w:p>
        </w:tc>
        <w:tc>
          <w:tcPr>
            <w:tcW w:w="1234" w:type="dxa"/>
          </w:tcPr>
          <w:p w14:paraId="323E1D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846</w:t>
            </w:r>
          </w:p>
        </w:tc>
        <w:tc>
          <w:tcPr>
            <w:tcW w:w="1234" w:type="dxa"/>
          </w:tcPr>
          <w:p w14:paraId="14069D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5CE323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10E1DE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41E926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15,0</w:t>
            </w:r>
          </w:p>
        </w:tc>
      </w:tr>
      <w:tr w:rsidR="006F0136" w:rsidRPr="00D77020" w14:paraId="48F3DBAB" w14:textId="77777777">
        <w:tc>
          <w:tcPr>
            <w:tcW w:w="1234" w:type="dxa"/>
          </w:tcPr>
          <w:p w14:paraId="7C019D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50A81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HE-846-ф</w:t>
            </w:r>
          </w:p>
        </w:tc>
        <w:tc>
          <w:tcPr>
            <w:tcW w:w="1234" w:type="dxa"/>
          </w:tcPr>
          <w:p w14:paraId="5F0FAB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846</w:t>
            </w:r>
          </w:p>
        </w:tc>
        <w:tc>
          <w:tcPr>
            <w:tcW w:w="1234" w:type="dxa"/>
          </w:tcPr>
          <w:p w14:paraId="7744C4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ф</w:t>
            </w:r>
          </w:p>
        </w:tc>
        <w:tc>
          <w:tcPr>
            <w:tcW w:w="1234" w:type="dxa"/>
          </w:tcPr>
          <w:p w14:paraId="242B7F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33D401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751D20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15,6</w:t>
            </w:r>
          </w:p>
        </w:tc>
      </w:tr>
      <w:tr w:rsidR="006F0136" w:rsidRPr="00D77020" w14:paraId="3D6CE7E5" w14:textId="77777777">
        <w:tc>
          <w:tcPr>
            <w:tcW w:w="1234" w:type="dxa"/>
          </w:tcPr>
          <w:p w14:paraId="4E3F09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36175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HE-847-а1</w:t>
            </w:r>
          </w:p>
        </w:tc>
        <w:tc>
          <w:tcPr>
            <w:tcW w:w="1234" w:type="dxa"/>
          </w:tcPr>
          <w:p w14:paraId="2CF3ED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847</w:t>
            </w:r>
          </w:p>
        </w:tc>
        <w:tc>
          <w:tcPr>
            <w:tcW w:w="1234" w:type="dxa"/>
          </w:tcPr>
          <w:p w14:paraId="24D96A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а1</w:t>
            </w:r>
          </w:p>
        </w:tc>
        <w:tc>
          <w:tcPr>
            <w:tcW w:w="1234" w:type="dxa"/>
          </w:tcPr>
          <w:p w14:paraId="43CD2B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311842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ACB89A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2,7</w:t>
            </w:r>
          </w:p>
        </w:tc>
      </w:tr>
      <w:tr w:rsidR="006F0136" w:rsidRPr="00D77020" w14:paraId="61FB8ACB" w14:textId="77777777">
        <w:tc>
          <w:tcPr>
            <w:tcW w:w="1234" w:type="dxa"/>
          </w:tcPr>
          <w:p w14:paraId="16090B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403F5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HE-847-х</w:t>
            </w:r>
          </w:p>
        </w:tc>
        <w:tc>
          <w:tcPr>
            <w:tcW w:w="1234" w:type="dxa"/>
          </w:tcPr>
          <w:p w14:paraId="56DD9A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847</w:t>
            </w:r>
          </w:p>
        </w:tc>
        <w:tc>
          <w:tcPr>
            <w:tcW w:w="1234" w:type="dxa"/>
          </w:tcPr>
          <w:p w14:paraId="0E881C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х</w:t>
            </w:r>
          </w:p>
        </w:tc>
        <w:tc>
          <w:tcPr>
            <w:tcW w:w="1234" w:type="dxa"/>
          </w:tcPr>
          <w:p w14:paraId="16C9F5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</w:t>
            </w:r>
          </w:p>
        </w:tc>
        <w:tc>
          <w:tcPr>
            <w:tcW w:w="1234" w:type="dxa"/>
          </w:tcPr>
          <w:p w14:paraId="5CD0AE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CC5F95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4,0</w:t>
            </w:r>
          </w:p>
        </w:tc>
      </w:tr>
      <w:tr w:rsidR="006F0136" w:rsidRPr="00D77020" w14:paraId="213ACC43" w14:textId="77777777">
        <w:tc>
          <w:tcPr>
            <w:tcW w:w="1234" w:type="dxa"/>
          </w:tcPr>
          <w:p w14:paraId="0A0888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45D1E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HE-847-ц</w:t>
            </w:r>
          </w:p>
        </w:tc>
        <w:tc>
          <w:tcPr>
            <w:tcW w:w="1234" w:type="dxa"/>
          </w:tcPr>
          <w:p w14:paraId="03778E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847</w:t>
            </w:r>
          </w:p>
        </w:tc>
        <w:tc>
          <w:tcPr>
            <w:tcW w:w="1234" w:type="dxa"/>
          </w:tcPr>
          <w:p w14:paraId="1C92B9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ц</w:t>
            </w:r>
          </w:p>
        </w:tc>
        <w:tc>
          <w:tcPr>
            <w:tcW w:w="1234" w:type="dxa"/>
          </w:tcPr>
          <w:p w14:paraId="43EC2F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56EDB3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7FF891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3,9</w:t>
            </w:r>
          </w:p>
        </w:tc>
      </w:tr>
      <w:tr w:rsidR="006F0136" w:rsidRPr="00D77020" w14:paraId="704A9BCA" w14:textId="77777777">
        <w:tc>
          <w:tcPr>
            <w:tcW w:w="1234" w:type="dxa"/>
          </w:tcPr>
          <w:p w14:paraId="67BAF3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A2B4B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HE-847-ю</w:t>
            </w:r>
          </w:p>
        </w:tc>
        <w:tc>
          <w:tcPr>
            <w:tcW w:w="1234" w:type="dxa"/>
          </w:tcPr>
          <w:p w14:paraId="39FFD0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847</w:t>
            </w:r>
          </w:p>
        </w:tc>
        <w:tc>
          <w:tcPr>
            <w:tcW w:w="1234" w:type="dxa"/>
          </w:tcPr>
          <w:p w14:paraId="25FECB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ю</w:t>
            </w:r>
          </w:p>
        </w:tc>
        <w:tc>
          <w:tcPr>
            <w:tcW w:w="1234" w:type="dxa"/>
          </w:tcPr>
          <w:p w14:paraId="3AC7FD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255E0A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3D6536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5,5</w:t>
            </w:r>
          </w:p>
        </w:tc>
      </w:tr>
      <w:tr w:rsidR="006F0136" w:rsidRPr="00D77020" w14:paraId="6ED59987" w14:textId="77777777">
        <w:tc>
          <w:tcPr>
            <w:tcW w:w="1234" w:type="dxa"/>
          </w:tcPr>
          <w:p w14:paraId="79477A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633BD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HE-856-б</w:t>
            </w:r>
          </w:p>
        </w:tc>
        <w:tc>
          <w:tcPr>
            <w:tcW w:w="1234" w:type="dxa"/>
          </w:tcPr>
          <w:p w14:paraId="49EFE2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856</w:t>
            </w:r>
          </w:p>
        </w:tc>
        <w:tc>
          <w:tcPr>
            <w:tcW w:w="1234" w:type="dxa"/>
          </w:tcPr>
          <w:p w14:paraId="12D695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4D3AEC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65</w:t>
            </w:r>
          </w:p>
        </w:tc>
        <w:tc>
          <w:tcPr>
            <w:tcW w:w="1234" w:type="dxa"/>
          </w:tcPr>
          <w:p w14:paraId="689CE0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654A4F6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24,2</w:t>
            </w:r>
          </w:p>
        </w:tc>
      </w:tr>
      <w:tr w:rsidR="006F0136" w:rsidRPr="00D77020" w14:paraId="361EBDD3" w14:textId="77777777">
        <w:tc>
          <w:tcPr>
            <w:tcW w:w="1234" w:type="dxa"/>
          </w:tcPr>
          <w:p w14:paraId="136FD2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3DF8F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HE-862-к</w:t>
            </w:r>
          </w:p>
        </w:tc>
        <w:tc>
          <w:tcPr>
            <w:tcW w:w="1234" w:type="dxa"/>
          </w:tcPr>
          <w:p w14:paraId="728832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862</w:t>
            </w:r>
          </w:p>
        </w:tc>
        <w:tc>
          <w:tcPr>
            <w:tcW w:w="1234" w:type="dxa"/>
          </w:tcPr>
          <w:p w14:paraId="6E0113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3A68DB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63A686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06779F1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28B0AA6E" w14:textId="77777777">
        <w:tc>
          <w:tcPr>
            <w:tcW w:w="1234" w:type="dxa"/>
          </w:tcPr>
          <w:p w14:paraId="54650F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4082F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HE-864-б</w:t>
            </w:r>
          </w:p>
        </w:tc>
        <w:tc>
          <w:tcPr>
            <w:tcW w:w="1234" w:type="dxa"/>
          </w:tcPr>
          <w:p w14:paraId="09215B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864</w:t>
            </w:r>
          </w:p>
        </w:tc>
        <w:tc>
          <w:tcPr>
            <w:tcW w:w="1234" w:type="dxa"/>
          </w:tcPr>
          <w:p w14:paraId="5FBB31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2B71E9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4C26FC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0EAD480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9,7</w:t>
            </w:r>
          </w:p>
        </w:tc>
      </w:tr>
      <w:tr w:rsidR="006F0136" w:rsidRPr="00D77020" w14:paraId="480DF7BE" w14:textId="77777777">
        <w:tc>
          <w:tcPr>
            <w:tcW w:w="1234" w:type="dxa"/>
          </w:tcPr>
          <w:p w14:paraId="1C8703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2A967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HE-865-г</w:t>
            </w:r>
          </w:p>
        </w:tc>
        <w:tc>
          <w:tcPr>
            <w:tcW w:w="1234" w:type="dxa"/>
          </w:tcPr>
          <w:p w14:paraId="37FB25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865</w:t>
            </w:r>
          </w:p>
        </w:tc>
        <w:tc>
          <w:tcPr>
            <w:tcW w:w="1234" w:type="dxa"/>
          </w:tcPr>
          <w:p w14:paraId="38C834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7391AF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37083A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51A87E9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14,4</w:t>
            </w:r>
          </w:p>
        </w:tc>
      </w:tr>
      <w:tr w:rsidR="006F0136" w:rsidRPr="00D77020" w14:paraId="775D9889" w14:textId="77777777">
        <w:tc>
          <w:tcPr>
            <w:tcW w:w="1234" w:type="dxa"/>
          </w:tcPr>
          <w:p w14:paraId="5AE622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9C245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HE-865-е</w:t>
            </w:r>
          </w:p>
        </w:tc>
        <w:tc>
          <w:tcPr>
            <w:tcW w:w="1234" w:type="dxa"/>
          </w:tcPr>
          <w:p w14:paraId="3CF1EE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865</w:t>
            </w:r>
          </w:p>
        </w:tc>
        <w:tc>
          <w:tcPr>
            <w:tcW w:w="1234" w:type="dxa"/>
          </w:tcPr>
          <w:p w14:paraId="285500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60000E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7D2EB2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03949D2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8,9</w:t>
            </w:r>
          </w:p>
        </w:tc>
      </w:tr>
      <w:tr w:rsidR="006F0136" w:rsidRPr="00D77020" w14:paraId="06B5A5FE" w14:textId="77777777">
        <w:tc>
          <w:tcPr>
            <w:tcW w:w="1234" w:type="dxa"/>
          </w:tcPr>
          <w:p w14:paraId="5CB1C8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B7495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HE-865-о</w:t>
            </w:r>
          </w:p>
        </w:tc>
        <w:tc>
          <w:tcPr>
            <w:tcW w:w="1234" w:type="dxa"/>
          </w:tcPr>
          <w:p w14:paraId="32A715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865</w:t>
            </w:r>
          </w:p>
        </w:tc>
        <w:tc>
          <w:tcPr>
            <w:tcW w:w="1234" w:type="dxa"/>
          </w:tcPr>
          <w:p w14:paraId="4EE19F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40ABF5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234" w:type="dxa"/>
          </w:tcPr>
          <w:p w14:paraId="1FEE53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14F7EFC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3,7</w:t>
            </w:r>
          </w:p>
        </w:tc>
      </w:tr>
      <w:tr w:rsidR="006F0136" w:rsidRPr="00D77020" w14:paraId="16325BA7" w14:textId="77777777">
        <w:tc>
          <w:tcPr>
            <w:tcW w:w="7404" w:type="dxa"/>
            <w:gridSpan w:val="6"/>
          </w:tcPr>
          <w:p w14:paraId="01ADC3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023DC16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151,6</w:t>
            </w:r>
          </w:p>
        </w:tc>
      </w:tr>
    </w:tbl>
    <w:p w14:paraId="24F2D31B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BG0001011 - Осоговска планина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7"/>
        <w:gridCol w:w="1406"/>
        <w:gridCol w:w="1081"/>
        <w:gridCol w:w="1201"/>
        <w:gridCol w:w="1135"/>
        <w:gridCol w:w="1135"/>
        <w:gridCol w:w="1325"/>
      </w:tblGrid>
      <w:tr w:rsidR="006F0136" w:rsidRPr="00D77020" w14:paraId="61F8DC36" w14:textId="77777777">
        <w:tc>
          <w:tcPr>
            <w:tcW w:w="1587" w:type="dxa"/>
          </w:tcPr>
          <w:p w14:paraId="129982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264096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16E3A5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36616A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522EB0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642473BB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6578AF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5D3B5FEE" w14:textId="77777777">
        <w:tc>
          <w:tcPr>
            <w:tcW w:w="1234" w:type="dxa"/>
          </w:tcPr>
          <w:p w14:paraId="2324E5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97E75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HL-306-б</w:t>
            </w:r>
          </w:p>
        </w:tc>
        <w:tc>
          <w:tcPr>
            <w:tcW w:w="1234" w:type="dxa"/>
          </w:tcPr>
          <w:p w14:paraId="63723D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306</w:t>
            </w:r>
          </w:p>
        </w:tc>
        <w:tc>
          <w:tcPr>
            <w:tcW w:w="1234" w:type="dxa"/>
          </w:tcPr>
          <w:p w14:paraId="30A4DC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3F9F83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</w:t>
            </w:r>
          </w:p>
        </w:tc>
        <w:tc>
          <w:tcPr>
            <w:tcW w:w="1234" w:type="dxa"/>
          </w:tcPr>
          <w:p w14:paraId="659657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53A788E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1,8</w:t>
            </w:r>
          </w:p>
        </w:tc>
      </w:tr>
      <w:tr w:rsidR="006F0136" w:rsidRPr="00D77020" w14:paraId="06291A8B" w14:textId="77777777">
        <w:tc>
          <w:tcPr>
            <w:tcW w:w="1234" w:type="dxa"/>
          </w:tcPr>
          <w:p w14:paraId="49DC03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889CC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HL-306-в</w:t>
            </w:r>
          </w:p>
        </w:tc>
        <w:tc>
          <w:tcPr>
            <w:tcW w:w="1234" w:type="dxa"/>
          </w:tcPr>
          <w:p w14:paraId="797FB0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306</w:t>
            </w:r>
          </w:p>
        </w:tc>
        <w:tc>
          <w:tcPr>
            <w:tcW w:w="1234" w:type="dxa"/>
          </w:tcPr>
          <w:p w14:paraId="32A1CE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047EB5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0BFDDA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24B6716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4,6</w:t>
            </w:r>
          </w:p>
        </w:tc>
      </w:tr>
      <w:tr w:rsidR="006F0136" w:rsidRPr="00D77020" w14:paraId="508C4710" w14:textId="77777777">
        <w:tc>
          <w:tcPr>
            <w:tcW w:w="1234" w:type="dxa"/>
          </w:tcPr>
          <w:p w14:paraId="71EBFA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4FE55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HL-306-г</w:t>
            </w:r>
          </w:p>
        </w:tc>
        <w:tc>
          <w:tcPr>
            <w:tcW w:w="1234" w:type="dxa"/>
          </w:tcPr>
          <w:p w14:paraId="2C2FC9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306</w:t>
            </w:r>
          </w:p>
        </w:tc>
        <w:tc>
          <w:tcPr>
            <w:tcW w:w="1234" w:type="dxa"/>
          </w:tcPr>
          <w:p w14:paraId="4049C7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6976FB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14A1D9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025431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2,8</w:t>
            </w:r>
          </w:p>
        </w:tc>
      </w:tr>
      <w:tr w:rsidR="006F0136" w:rsidRPr="00D77020" w14:paraId="5A309617" w14:textId="77777777">
        <w:tc>
          <w:tcPr>
            <w:tcW w:w="1234" w:type="dxa"/>
          </w:tcPr>
          <w:p w14:paraId="308F0C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ACC38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HL-306-з</w:t>
            </w:r>
          </w:p>
        </w:tc>
        <w:tc>
          <w:tcPr>
            <w:tcW w:w="1234" w:type="dxa"/>
          </w:tcPr>
          <w:p w14:paraId="078DA7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306</w:t>
            </w:r>
          </w:p>
        </w:tc>
        <w:tc>
          <w:tcPr>
            <w:tcW w:w="1234" w:type="dxa"/>
          </w:tcPr>
          <w:p w14:paraId="604D8C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1A1736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079493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9F7958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4,5</w:t>
            </w:r>
          </w:p>
        </w:tc>
      </w:tr>
      <w:tr w:rsidR="006F0136" w:rsidRPr="00D77020" w14:paraId="1F55EBF9" w14:textId="77777777">
        <w:tc>
          <w:tcPr>
            <w:tcW w:w="1234" w:type="dxa"/>
          </w:tcPr>
          <w:p w14:paraId="14FACA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43FD0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HL-306-к</w:t>
            </w:r>
          </w:p>
        </w:tc>
        <w:tc>
          <w:tcPr>
            <w:tcW w:w="1234" w:type="dxa"/>
          </w:tcPr>
          <w:p w14:paraId="4F3F1D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306</w:t>
            </w:r>
          </w:p>
        </w:tc>
        <w:tc>
          <w:tcPr>
            <w:tcW w:w="1234" w:type="dxa"/>
          </w:tcPr>
          <w:p w14:paraId="43566F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661363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10CDB1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E24A83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4,4</w:t>
            </w:r>
          </w:p>
        </w:tc>
      </w:tr>
      <w:tr w:rsidR="006F0136" w:rsidRPr="00D77020" w14:paraId="70F2CB65" w14:textId="77777777">
        <w:tc>
          <w:tcPr>
            <w:tcW w:w="1234" w:type="dxa"/>
          </w:tcPr>
          <w:p w14:paraId="3E4A66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74956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HL-307-а</w:t>
            </w:r>
          </w:p>
        </w:tc>
        <w:tc>
          <w:tcPr>
            <w:tcW w:w="1234" w:type="dxa"/>
          </w:tcPr>
          <w:p w14:paraId="63851E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307</w:t>
            </w:r>
          </w:p>
        </w:tc>
        <w:tc>
          <w:tcPr>
            <w:tcW w:w="1234" w:type="dxa"/>
          </w:tcPr>
          <w:p w14:paraId="04EB9B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5DC4C7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611958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247328D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7,1</w:t>
            </w:r>
          </w:p>
        </w:tc>
      </w:tr>
      <w:tr w:rsidR="006F0136" w:rsidRPr="00D77020" w14:paraId="35D1E6BF" w14:textId="77777777">
        <w:tc>
          <w:tcPr>
            <w:tcW w:w="1234" w:type="dxa"/>
          </w:tcPr>
          <w:p w14:paraId="2D71D5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30E15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HL-307-б</w:t>
            </w:r>
          </w:p>
        </w:tc>
        <w:tc>
          <w:tcPr>
            <w:tcW w:w="1234" w:type="dxa"/>
          </w:tcPr>
          <w:p w14:paraId="4E69D2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307</w:t>
            </w:r>
          </w:p>
        </w:tc>
        <w:tc>
          <w:tcPr>
            <w:tcW w:w="1234" w:type="dxa"/>
          </w:tcPr>
          <w:p w14:paraId="4CCC6E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59BB67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05863D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9FFCFC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3,6</w:t>
            </w:r>
          </w:p>
        </w:tc>
      </w:tr>
      <w:tr w:rsidR="006F0136" w:rsidRPr="00D77020" w14:paraId="73B93C93" w14:textId="77777777">
        <w:tc>
          <w:tcPr>
            <w:tcW w:w="1234" w:type="dxa"/>
          </w:tcPr>
          <w:p w14:paraId="508DF9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1B2A5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HL-307-в</w:t>
            </w:r>
          </w:p>
        </w:tc>
        <w:tc>
          <w:tcPr>
            <w:tcW w:w="1234" w:type="dxa"/>
          </w:tcPr>
          <w:p w14:paraId="6D7197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307</w:t>
            </w:r>
          </w:p>
        </w:tc>
        <w:tc>
          <w:tcPr>
            <w:tcW w:w="1234" w:type="dxa"/>
          </w:tcPr>
          <w:p w14:paraId="39BE4B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545BFC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67F57C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FAE7B3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12,5</w:t>
            </w:r>
          </w:p>
        </w:tc>
      </w:tr>
      <w:tr w:rsidR="006F0136" w:rsidRPr="00D77020" w14:paraId="44C16970" w14:textId="77777777">
        <w:tc>
          <w:tcPr>
            <w:tcW w:w="1234" w:type="dxa"/>
          </w:tcPr>
          <w:p w14:paraId="2455C6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9AF89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HL-307-г</w:t>
            </w:r>
          </w:p>
        </w:tc>
        <w:tc>
          <w:tcPr>
            <w:tcW w:w="1234" w:type="dxa"/>
          </w:tcPr>
          <w:p w14:paraId="2E3D07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307</w:t>
            </w:r>
          </w:p>
        </w:tc>
        <w:tc>
          <w:tcPr>
            <w:tcW w:w="1234" w:type="dxa"/>
          </w:tcPr>
          <w:p w14:paraId="76545C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1D635B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234" w:type="dxa"/>
          </w:tcPr>
          <w:p w14:paraId="07B00D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07FB0A2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3,2</w:t>
            </w:r>
          </w:p>
        </w:tc>
      </w:tr>
      <w:tr w:rsidR="006F0136" w:rsidRPr="00D77020" w14:paraId="02419279" w14:textId="77777777">
        <w:tc>
          <w:tcPr>
            <w:tcW w:w="1234" w:type="dxa"/>
          </w:tcPr>
          <w:p w14:paraId="4AF6BD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6CD49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HL-307-д</w:t>
            </w:r>
          </w:p>
        </w:tc>
        <w:tc>
          <w:tcPr>
            <w:tcW w:w="1234" w:type="dxa"/>
          </w:tcPr>
          <w:p w14:paraId="3C7D09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307</w:t>
            </w:r>
          </w:p>
        </w:tc>
        <w:tc>
          <w:tcPr>
            <w:tcW w:w="1234" w:type="dxa"/>
          </w:tcPr>
          <w:p w14:paraId="23E74E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7BA8B1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11BB5C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5BD4800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2,0</w:t>
            </w:r>
          </w:p>
        </w:tc>
      </w:tr>
      <w:tr w:rsidR="006F0136" w:rsidRPr="00D77020" w14:paraId="1CF928A4" w14:textId="77777777">
        <w:tc>
          <w:tcPr>
            <w:tcW w:w="1234" w:type="dxa"/>
          </w:tcPr>
          <w:p w14:paraId="289CE9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6AFE5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HL-307-е</w:t>
            </w:r>
          </w:p>
        </w:tc>
        <w:tc>
          <w:tcPr>
            <w:tcW w:w="1234" w:type="dxa"/>
          </w:tcPr>
          <w:p w14:paraId="45149E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307</w:t>
            </w:r>
          </w:p>
        </w:tc>
        <w:tc>
          <w:tcPr>
            <w:tcW w:w="1234" w:type="dxa"/>
          </w:tcPr>
          <w:p w14:paraId="431523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1D0C6A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005D00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0AEF64C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2,0</w:t>
            </w:r>
          </w:p>
        </w:tc>
      </w:tr>
      <w:tr w:rsidR="006F0136" w:rsidRPr="00D77020" w14:paraId="66736FD6" w14:textId="77777777">
        <w:tc>
          <w:tcPr>
            <w:tcW w:w="1234" w:type="dxa"/>
          </w:tcPr>
          <w:p w14:paraId="1D98EC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EAFAF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HL-307-ж</w:t>
            </w:r>
          </w:p>
        </w:tc>
        <w:tc>
          <w:tcPr>
            <w:tcW w:w="1234" w:type="dxa"/>
          </w:tcPr>
          <w:p w14:paraId="04E1BE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307</w:t>
            </w:r>
          </w:p>
        </w:tc>
        <w:tc>
          <w:tcPr>
            <w:tcW w:w="1234" w:type="dxa"/>
          </w:tcPr>
          <w:p w14:paraId="6363F9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0D625B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115D6F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89DBD4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3,8</w:t>
            </w:r>
          </w:p>
        </w:tc>
      </w:tr>
      <w:tr w:rsidR="006F0136" w:rsidRPr="00D77020" w14:paraId="1CB6469A" w14:textId="77777777">
        <w:tc>
          <w:tcPr>
            <w:tcW w:w="1234" w:type="dxa"/>
          </w:tcPr>
          <w:p w14:paraId="759648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15B9B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HL-307-и</w:t>
            </w:r>
          </w:p>
        </w:tc>
        <w:tc>
          <w:tcPr>
            <w:tcW w:w="1234" w:type="dxa"/>
          </w:tcPr>
          <w:p w14:paraId="525FA3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307</w:t>
            </w:r>
          </w:p>
        </w:tc>
        <w:tc>
          <w:tcPr>
            <w:tcW w:w="1234" w:type="dxa"/>
          </w:tcPr>
          <w:p w14:paraId="39FDB6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5543DC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276965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1162F74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1,5</w:t>
            </w:r>
          </w:p>
        </w:tc>
      </w:tr>
      <w:tr w:rsidR="006F0136" w:rsidRPr="00D77020" w14:paraId="15944BE3" w14:textId="77777777">
        <w:tc>
          <w:tcPr>
            <w:tcW w:w="1234" w:type="dxa"/>
          </w:tcPr>
          <w:p w14:paraId="17BF3E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ECFF2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HL-307-к</w:t>
            </w:r>
          </w:p>
        </w:tc>
        <w:tc>
          <w:tcPr>
            <w:tcW w:w="1234" w:type="dxa"/>
          </w:tcPr>
          <w:p w14:paraId="2A88B1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307</w:t>
            </w:r>
          </w:p>
        </w:tc>
        <w:tc>
          <w:tcPr>
            <w:tcW w:w="1234" w:type="dxa"/>
          </w:tcPr>
          <w:p w14:paraId="5907DF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1E1402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</w:t>
            </w:r>
          </w:p>
        </w:tc>
        <w:tc>
          <w:tcPr>
            <w:tcW w:w="1234" w:type="dxa"/>
          </w:tcPr>
          <w:p w14:paraId="00BF9C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51E692A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2,1</w:t>
            </w:r>
          </w:p>
        </w:tc>
      </w:tr>
      <w:tr w:rsidR="006F0136" w:rsidRPr="00D77020" w14:paraId="184E3A53" w14:textId="77777777">
        <w:tc>
          <w:tcPr>
            <w:tcW w:w="1234" w:type="dxa"/>
          </w:tcPr>
          <w:p w14:paraId="75300C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F4EC8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HL-307-м</w:t>
            </w:r>
          </w:p>
        </w:tc>
        <w:tc>
          <w:tcPr>
            <w:tcW w:w="1234" w:type="dxa"/>
          </w:tcPr>
          <w:p w14:paraId="1C736C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307</w:t>
            </w:r>
          </w:p>
        </w:tc>
        <w:tc>
          <w:tcPr>
            <w:tcW w:w="1234" w:type="dxa"/>
          </w:tcPr>
          <w:p w14:paraId="130BDF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498C5F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2942D4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9180</w:t>
            </w:r>
          </w:p>
        </w:tc>
        <w:tc>
          <w:tcPr>
            <w:tcW w:w="1234" w:type="dxa"/>
          </w:tcPr>
          <w:p w14:paraId="03EC38D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1,4</w:t>
            </w:r>
          </w:p>
        </w:tc>
      </w:tr>
      <w:tr w:rsidR="006F0136" w:rsidRPr="00D77020" w14:paraId="546CF161" w14:textId="77777777">
        <w:tc>
          <w:tcPr>
            <w:tcW w:w="1234" w:type="dxa"/>
          </w:tcPr>
          <w:p w14:paraId="0C2032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A4EB7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HL-308-а</w:t>
            </w:r>
          </w:p>
        </w:tc>
        <w:tc>
          <w:tcPr>
            <w:tcW w:w="1234" w:type="dxa"/>
          </w:tcPr>
          <w:p w14:paraId="48EEA1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308</w:t>
            </w:r>
          </w:p>
        </w:tc>
        <w:tc>
          <w:tcPr>
            <w:tcW w:w="1234" w:type="dxa"/>
          </w:tcPr>
          <w:p w14:paraId="05ABC8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2A3594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649C6E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0450F6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42067A7D" w14:textId="77777777">
        <w:tc>
          <w:tcPr>
            <w:tcW w:w="1234" w:type="dxa"/>
          </w:tcPr>
          <w:p w14:paraId="727505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E725B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HL-308-б</w:t>
            </w:r>
          </w:p>
        </w:tc>
        <w:tc>
          <w:tcPr>
            <w:tcW w:w="1234" w:type="dxa"/>
          </w:tcPr>
          <w:p w14:paraId="542098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308</w:t>
            </w:r>
          </w:p>
        </w:tc>
        <w:tc>
          <w:tcPr>
            <w:tcW w:w="1234" w:type="dxa"/>
          </w:tcPr>
          <w:p w14:paraId="0192C6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76E6D6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10C1D8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79FA19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0,1</w:t>
            </w:r>
          </w:p>
        </w:tc>
      </w:tr>
      <w:tr w:rsidR="006F0136" w:rsidRPr="00D77020" w14:paraId="79ECC345" w14:textId="77777777">
        <w:tc>
          <w:tcPr>
            <w:tcW w:w="1234" w:type="dxa"/>
          </w:tcPr>
          <w:p w14:paraId="0D95F1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C5C42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HL-308-в</w:t>
            </w:r>
          </w:p>
        </w:tc>
        <w:tc>
          <w:tcPr>
            <w:tcW w:w="1234" w:type="dxa"/>
          </w:tcPr>
          <w:p w14:paraId="0A699F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308</w:t>
            </w:r>
          </w:p>
        </w:tc>
        <w:tc>
          <w:tcPr>
            <w:tcW w:w="1234" w:type="dxa"/>
          </w:tcPr>
          <w:p w14:paraId="110F5B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153344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6AC996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2A0B28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6AE3E22F" w14:textId="77777777">
        <w:tc>
          <w:tcPr>
            <w:tcW w:w="1234" w:type="dxa"/>
          </w:tcPr>
          <w:p w14:paraId="0B0C28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2019</w:t>
            </w:r>
          </w:p>
        </w:tc>
        <w:tc>
          <w:tcPr>
            <w:tcW w:w="1234" w:type="dxa"/>
          </w:tcPr>
          <w:p w14:paraId="6C6949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HL-308-г</w:t>
            </w:r>
          </w:p>
        </w:tc>
        <w:tc>
          <w:tcPr>
            <w:tcW w:w="1234" w:type="dxa"/>
          </w:tcPr>
          <w:p w14:paraId="1E347D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308</w:t>
            </w:r>
          </w:p>
        </w:tc>
        <w:tc>
          <w:tcPr>
            <w:tcW w:w="1234" w:type="dxa"/>
          </w:tcPr>
          <w:p w14:paraId="5EB10A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48E3C4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64E899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A52F09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6,3</w:t>
            </w:r>
          </w:p>
        </w:tc>
      </w:tr>
      <w:tr w:rsidR="006F0136" w:rsidRPr="00D77020" w14:paraId="48D9B3B0" w14:textId="77777777">
        <w:tc>
          <w:tcPr>
            <w:tcW w:w="1234" w:type="dxa"/>
          </w:tcPr>
          <w:p w14:paraId="43691A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22719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HL-308-ж</w:t>
            </w:r>
          </w:p>
        </w:tc>
        <w:tc>
          <w:tcPr>
            <w:tcW w:w="1234" w:type="dxa"/>
          </w:tcPr>
          <w:p w14:paraId="210502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308</w:t>
            </w:r>
          </w:p>
        </w:tc>
        <w:tc>
          <w:tcPr>
            <w:tcW w:w="1234" w:type="dxa"/>
          </w:tcPr>
          <w:p w14:paraId="5832D4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3109F2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65AB65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7B500B9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6,0</w:t>
            </w:r>
          </w:p>
        </w:tc>
      </w:tr>
      <w:tr w:rsidR="006F0136" w:rsidRPr="00D77020" w14:paraId="0E4EF1E4" w14:textId="77777777">
        <w:tc>
          <w:tcPr>
            <w:tcW w:w="1234" w:type="dxa"/>
          </w:tcPr>
          <w:p w14:paraId="62CF4F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6228A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HL-308-з</w:t>
            </w:r>
          </w:p>
        </w:tc>
        <w:tc>
          <w:tcPr>
            <w:tcW w:w="1234" w:type="dxa"/>
          </w:tcPr>
          <w:p w14:paraId="363692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308</w:t>
            </w:r>
          </w:p>
        </w:tc>
        <w:tc>
          <w:tcPr>
            <w:tcW w:w="1234" w:type="dxa"/>
          </w:tcPr>
          <w:p w14:paraId="66AEBE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58DB77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768DC5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37CEA9A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8,0</w:t>
            </w:r>
          </w:p>
        </w:tc>
      </w:tr>
      <w:tr w:rsidR="006F0136" w:rsidRPr="00D77020" w14:paraId="60531875" w14:textId="77777777">
        <w:tc>
          <w:tcPr>
            <w:tcW w:w="1234" w:type="dxa"/>
          </w:tcPr>
          <w:p w14:paraId="05A26E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36B7B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HL-308-к</w:t>
            </w:r>
          </w:p>
        </w:tc>
        <w:tc>
          <w:tcPr>
            <w:tcW w:w="1234" w:type="dxa"/>
          </w:tcPr>
          <w:p w14:paraId="0D7F84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308</w:t>
            </w:r>
          </w:p>
        </w:tc>
        <w:tc>
          <w:tcPr>
            <w:tcW w:w="1234" w:type="dxa"/>
          </w:tcPr>
          <w:p w14:paraId="70187C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765B1A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201EC5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793E8B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7,0</w:t>
            </w:r>
          </w:p>
        </w:tc>
      </w:tr>
      <w:tr w:rsidR="006F0136" w:rsidRPr="00D77020" w14:paraId="385E7616" w14:textId="77777777">
        <w:tc>
          <w:tcPr>
            <w:tcW w:w="1234" w:type="dxa"/>
          </w:tcPr>
          <w:p w14:paraId="6EDE1C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A072F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HL-308-м</w:t>
            </w:r>
          </w:p>
        </w:tc>
        <w:tc>
          <w:tcPr>
            <w:tcW w:w="1234" w:type="dxa"/>
          </w:tcPr>
          <w:p w14:paraId="60AC44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308</w:t>
            </w:r>
          </w:p>
        </w:tc>
        <w:tc>
          <w:tcPr>
            <w:tcW w:w="1234" w:type="dxa"/>
          </w:tcPr>
          <w:p w14:paraId="4BC326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189DD3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79B7DB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1D64A01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4B518D20" w14:textId="77777777">
        <w:tc>
          <w:tcPr>
            <w:tcW w:w="1234" w:type="dxa"/>
          </w:tcPr>
          <w:p w14:paraId="1AE4FA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D7503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HL-308-с</w:t>
            </w:r>
          </w:p>
        </w:tc>
        <w:tc>
          <w:tcPr>
            <w:tcW w:w="1234" w:type="dxa"/>
          </w:tcPr>
          <w:p w14:paraId="6D1BC3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308</w:t>
            </w:r>
          </w:p>
        </w:tc>
        <w:tc>
          <w:tcPr>
            <w:tcW w:w="1234" w:type="dxa"/>
          </w:tcPr>
          <w:p w14:paraId="5D21CE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74F157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69A42D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A6E0F6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8,7</w:t>
            </w:r>
          </w:p>
        </w:tc>
      </w:tr>
      <w:tr w:rsidR="006F0136" w:rsidRPr="00D77020" w14:paraId="57FB3B2C" w14:textId="77777777">
        <w:tc>
          <w:tcPr>
            <w:tcW w:w="1234" w:type="dxa"/>
          </w:tcPr>
          <w:p w14:paraId="129FF2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D39E9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HL-309-ж</w:t>
            </w:r>
          </w:p>
        </w:tc>
        <w:tc>
          <w:tcPr>
            <w:tcW w:w="1234" w:type="dxa"/>
          </w:tcPr>
          <w:p w14:paraId="51BE69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309</w:t>
            </w:r>
          </w:p>
        </w:tc>
        <w:tc>
          <w:tcPr>
            <w:tcW w:w="1234" w:type="dxa"/>
          </w:tcPr>
          <w:p w14:paraId="10DC63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71E151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6C11E9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6391C3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3,8</w:t>
            </w:r>
          </w:p>
        </w:tc>
      </w:tr>
      <w:tr w:rsidR="006F0136" w:rsidRPr="00D77020" w14:paraId="7D3A1D8F" w14:textId="77777777">
        <w:tc>
          <w:tcPr>
            <w:tcW w:w="1234" w:type="dxa"/>
          </w:tcPr>
          <w:p w14:paraId="5C19E9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928E0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HL-309-з</w:t>
            </w:r>
          </w:p>
        </w:tc>
        <w:tc>
          <w:tcPr>
            <w:tcW w:w="1234" w:type="dxa"/>
          </w:tcPr>
          <w:p w14:paraId="604A12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309</w:t>
            </w:r>
          </w:p>
        </w:tc>
        <w:tc>
          <w:tcPr>
            <w:tcW w:w="1234" w:type="dxa"/>
          </w:tcPr>
          <w:p w14:paraId="14B5BF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1B8DDC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2C5F26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949BF3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8,2</w:t>
            </w:r>
          </w:p>
        </w:tc>
      </w:tr>
      <w:tr w:rsidR="006F0136" w:rsidRPr="00D77020" w14:paraId="076D126E" w14:textId="77777777">
        <w:tc>
          <w:tcPr>
            <w:tcW w:w="1234" w:type="dxa"/>
          </w:tcPr>
          <w:p w14:paraId="398D03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1BB70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HL-309-л</w:t>
            </w:r>
          </w:p>
        </w:tc>
        <w:tc>
          <w:tcPr>
            <w:tcW w:w="1234" w:type="dxa"/>
          </w:tcPr>
          <w:p w14:paraId="3ED4E9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309</w:t>
            </w:r>
          </w:p>
        </w:tc>
        <w:tc>
          <w:tcPr>
            <w:tcW w:w="1234" w:type="dxa"/>
          </w:tcPr>
          <w:p w14:paraId="091C2B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18BEEA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6F3178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7F259D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5,2</w:t>
            </w:r>
          </w:p>
        </w:tc>
      </w:tr>
      <w:tr w:rsidR="006F0136" w:rsidRPr="00D77020" w14:paraId="6FEE2950" w14:textId="77777777">
        <w:tc>
          <w:tcPr>
            <w:tcW w:w="1234" w:type="dxa"/>
          </w:tcPr>
          <w:p w14:paraId="7E68B5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20676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HL-309-м</w:t>
            </w:r>
          </w:p>
        </w:tc>
        <w:tc>
          <w:tcPr>
            <w:tcW w:w="1234" w:type="dxa"/>
          </w:tcPr>
          <w:p w14:paraId="1CF1E9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309</w:t>
            </w:r>
          </w:p>
        </w:tc>
        <w:tc>
          <w:tcPr>
            <w:tcW w:w="1234" w:type="dxa"/>
          </w:tcPr>
          <w:p w14:paraId="079E9F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6B6996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4CBE57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D3D338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0,1</w:t>
            </w:r>
          </w:p>
        </w:tc>
      </w:tr>
      <w:tr w:rsidR="006F0136" w:rsidRPr="00D77020" w14:paraId="0AFC90C4" w14:textId="77777777">
        <w:tc>
          <w:tcPr>
            <w:tcW w:w="1234" w:type="dxa"/>
          </w:tcPr>
          <w:p w14:paraId="1EB3E4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65258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HL-309-н</w:t>
            </w:r>
          </w:p>
        </w:tc>
        <w:tc>
          <w:tcPr>
            <w:tcW w:w="1234" w:type="dxa"/>
          </w:tcPr>
          <w:p w14:paraId="501CB0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309</w:t>
            </w:r>
          </w:p>
        </w:tc>
        <w:tc>
          <w:tcPr>
            <w:tcW w:w="1234" w:type="dxa"/>
          </w:tcPr>
          <w:p w14:paraId="77B996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25DEF1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74E30C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569E82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1B032D67" w14:textId="77777777">
        <w:tc>
          <w:tcPr>
            <w:tcW w:w="1234" w:type="dxa"/>
          </w:tcPr>
          <w:p w14:paraId="164A6C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0258E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HL-309-о</w:t>
            </w:r>
          </w:p>
        </w:tc>
        <w:tc>
          <w:tcPr>
            <w:tcW w:w="1234" w:type="dxa"/>
          </w:tcPr>
          <w:p w14:paraId="7BD705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309</w:t>
            </w:r>
          </w:p>
        </w:tc>
        <w:tc>
          <w:tcPr>
            <w:tcW w:w="1234" w:type="dxa"/>
          </w:tcPr>
          <w:p w14:paraId="02FEE2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074DB8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4BB329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33BDFB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5103555E" w14:textId="77777777">
        <w:tc>
          <w:tcPr>
            <w:tcW w:w="1234" w:type="dxa"/>
          </w:tcPr>
          <w:p w14:paraId="63F196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632C3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HL-310-б1</w:t>
            </w:r>
          </w:p>
        </w:tc>
        <w:tc>
          <w:tcPr>
            <w:tcW w:w="1234" w:type="dxa"/>
          </w:tcPr>
          <w:p w14:paraId="248063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310</w:t>
            </w:r>
          </w:p>
        </w:tc>
        <w:tc>
          <w:tcPr>
            <w:tcW w:w="1234" w:type="dxa"/>
          </w:tcPr>
          <w:p w14:paraId="6C7307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б1</w:t>
            </w:r>
          </w:p>
        </w:tc>
        <w:tc>
          <w:tcPr>
            <w:tcW w:w="1234" w:type="dxa"/>
          </w:tcPr>
          <w:p w14:paraId="14019D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234" w:type="dxa"/>
          </w:tcPr>
          <w:p w14:paraId="1CF5A7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172A68C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2,9</w:t>
            </w:r>
          </w:p>
        </w:tc>
      </w:tr>
      <w:tr w:rsidR="006F0136" w:rsidRPr="00D77020" w14:paraId="107880D2" w14:textId="77777777">
        <w:tc>
          <w:tcPr>
            <w:tcW w:w="1234" w:type="dxa"/>
          </w:tcPr>
          <w:p w14:paraId="07EEC9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EAC38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HL-317-б</w:t>
            </w:r>
          </w:p>
        </w:tc>
        <w:tc>
          <w:tcPr>
            <w:tcW w:w="1234" w:type="dxa"/>
          </w:tcPr>
          <w:p w14:paraId="600FD1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317</w:t>
            </w:r>
          </w:p>
        </w:tc>
        <w:tc>
          <w:tcPr>
            <w:tcW w:w="1234" w:type="dxa"/>
          </w:tcPr>
          <w:p w14:paraId="59EFB3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5BD1D0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1B4B23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CA3517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48,2</w:t>
            </w:r>
          </w:p>
        </w:tc>
      </w:tr>
      <w:tr w:rsidR="006F0136" w:rsidRPr="00D77020" w14:paraId="0949C8EC" w14:textId="77777777">
        <w:tc>
          <w:tcPr>
            <w:tcW w:w="1234" w:type="dxa"/>
          </w:tcPr>
          <w:p w14:paraId="79F2BC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029D3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HL-318-а</w:t>
            </w:r>
          </w:p>
        </w:tc>
        <w:tc>
          <w:tcPr>
            <w:tcW w:w="1234" w:type="dxa"/>
          </w:tcPr>
          <w:p w14:paraId="0FA5B3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318</w:t>
            </w:r>
          </w:p>
        </w:tc>
        <w:tc>
          <w:tcPr>
            <w:tcW w:w="1234" w:type="dxa"/>
          </w:tcPr>
          <w:p w14:paraId="62F332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26EFED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5D6EE0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19697C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33,3</w:t>
            </w:r>
          </w:p>
        </w:tc>
      </w:tr>
      <w:tr w:rsidR="006F0136" w:rsidRPr="00D77020" w14:paraId="30462F72" w14:textId="77777777">
        <w:tc>
          <w:tcPr>
            <w:tcW w:w="1234" w:type="dxa"/>
          </w:tcPr>
          <w:p w14:paraId="6EADC3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B30F8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HL-318-д</w:t>
            </w:r>
          </w:p>
        </w:tc>
        <w:tc>
          <w:tcPr>
            <w:tcW w:w="1234" w:type="dxa"/>
          </w:tcPr>
          <w:p w14:paraId="40A9BD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318</w:t>
            </w:r>
          </w:p>
        </w:tc>
        <w:tc>
          <w:tcPr>
            <w:tcW w:w="1234" w:type="dxa"/>
          </w:tcPr>
          <w:p w14:paraId="4AD9C3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1F2C35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7E057D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3B134D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2,9</w:t>
            </w:r>
          </w:p>
        </w:tc>
      </w:tr>
      <w:tr w:rsidR="006F0136" w:rsidRPr="00D77020" w14:paraId="765B63BB" w14:textId="77777777">
        <w:tc>
          <w:tcPr>
            <w:tcW w:w="1234" w:type="dxa"/>
          </w:tcPr>
          <w:p w14:paraId="0F96F9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DEDF8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HL-318-е</w:t>
            </w:r>
          </w:p>
        </w:tc>
        <w:tc>
          <w:tcPr>
            <w:tcW w:w="1234" w:type="dxa"/>
          </w:tcPr>
          <w:p w14:paraId="1D5FE9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318</w:t>
            </w:r>
          </w:p>
        </w:tc>
        <w:tc>
          <w:tcPr>
            <w:tcW w:w="1234" w:type="dxa"/>
          </w:tcPr>
          <w:p w14:paraId="039567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15A2DE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244233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9180</w:t>
            </w:r>
          </w:p>
        </w:tc>
        <w:tc>
          <w:tcPr>
            <w:tcW w:w="1234" w:type="dxa"/>
          </w:tcPr>
          <w:p w14:paraId="1AB03E8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24,9</w:t>
            </w:r>
          </w:p>
        </w:tc>
      </w:tr>
      <w:tr w:rsidR="006F0136" w:rsidRPr="00D77020" w14:paraId="4D4901DE" w14:textId="77777777">
        <w:tc>
          <w:tcPr>
            <w:tcW w:w="1234" w:type="dxa"/>
          </w:tcPr>
          <w:p w14:paraId="2B0E00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34792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HL-319-а</w:t>
            </w:r>
          </w:p>
        </w:tc>
        <w:tc>
          <w:tcPr>
            <w:tcW w:w="1234" w:type="dxa"/>
          </w:tcPr>
          <w:p w14:paraId="7BDCFC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319</w:t>
            </w:r>
          </w:p>
        </w:tc>
        <w:tc>
          <w:tcPr>
            <w:tcW w:w="1234" w:type="dxa"/>
          </w:tcPr>
          <w:p w14:paraId="67D053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3E1C95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69A2E5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941683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3,5</w:t>
            </w:r>
          </w:p>
        </w:tc>
      </w:tr>
      <w:tr w:rsidR="006F0136" w:rsidRPr="00D77020" w14:paraId="3E16ECC8" w14:textId="77777777">
        <w:tc>
          <w:tcPr>
            <w:tcW w:w="1234" w:type="dxa"/>
          </w:tcPr>
          <w:p w14:paraId="04D978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5EA81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HL-319-б</w:t>
            </w:r>
          </w:p>
        </w:tc>
        <w:tc>
          <w:tcPr>
            <w:tcW w:w="1234" w:type="dxa"/>
          </w:tcPr>
          <w:p w14:paraId="30776B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319</w:t>
            </w:r>
          </w:p>
        </w:tc>
        <w:tc>
          <w:tcPr>
            <w:tcW w:w="1234" w:type="dxa"/>
          </w:tcPr>
          <w:p w14:paraId="706824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664E15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5C9219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BF200D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5,0</w:t>
            </w:r>
          </w:p>
        </w:tc>
      </w:tr>
      <w:tr w:rsidR="006F0136" w:rsidRPr="00D77020" w14:paraId="13E5AEE6" w14:textId="77777777">
        <w:tc>
          <w:tcPr>
            <w:tcW w:w="1234" w:type="dxa"/>
          </w:tcPr>
          <w:p w14:paraId="108682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35503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HL-319-в</w:t>
            </w:r>
          </w:p>
        </w:tc>
        <w:tc>
          <w:tcPr>
            <w:tcW w:w="1234" w:type="dxa"/>
          </w:tcPr>
          <w:p w14:paraId="3F86AA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319</w:t>
            </w:r>
          </w:p>
        </w:tc>
        <w:tc>
          <w:tcPr>
            <w:tcW w:w="1234" w:type="dxa"/>
          </w:tcPr>
          <w:p w14:paraId="2C4D5C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2EE07F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75945F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8140A8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2DEFA984" w14:textId="77777777">
        <w:tc>
          <w:tcPr>
            <w:tcW w:w="1234" w:type="dxa"/>
          </w:tcPr>
          <w:p w14:paraId="6D7361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E7820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HL-319-г</w:t>
            </w:r>
          </w:p>
        </w:tc>
        <w:tc>
          <w:tcPr>
            <w:tcW w:w="1234" w:type="dxa"/>
          </w:tcPr>
          <w:p w14:paraId="61805D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319</w:t>
            </w:r>
          </w:p>
        </w:tc>
        <w:tc>
          <w:tcPr>
            <w:tcW w:w="1234" w:type="dxa"/>
          </w:tcPr>
          <w:p w14:paraId="148612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76819A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6509BD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1BDEB1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3,0</w:t>
            </w:r>
          </w:p>
        </w:tc>
      </w:tr>
      <w:tr w:rsidR="006F0136" w:rsidRPr="00D77020" w14:paraId="2D479C23" w14:textId="77777777">
        <w:tc>
          <w:tcPr>
            <w:tcW w:w="1234" w:type="dxa"/>
          </w:tcPr>
          <w:p w14:paraId="5E470B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69463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HL-319-ж</w:t>
            </w:r>
          </w:p>
        </w:tc>
        <w:tc>
          <w:tcPr>
            <w:tcW w:w="1234" w:type="dxa"/>
          </w:tcPr>
          <w:p w14:paraId="65AC3A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319</w:t>
            </w:r>
          </w:p>
        </w:tc>
        <w:tc>
          <w:tcPr>
            <w:tcW w:w="1234" w:type="dxa"/>
          </w:tcPr>
          <w:p w14:paraId="1B4402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1B225F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10A50C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6EEABF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2DC75DCF" w14:textId="77777777">
        <w:tc>
          <w:tcPr>
            <w:tcW w:w="1234" w:type="dxa"/>
          </w:tcPr>
          <w:p w14:paraId="2F3DC52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FC14C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HL-319-и</w:t>
            </w:r>
          </w:p>
        </w:tc>
        <w:tc>
          <w:tcPr>
            <w:tcW w:w="1234" w:type="dxa"/>
          </w:tcPr>
          <w:p w14:paraId="659605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319</w:t>
            </w:r>
          </w:p>
        </w:tc>
        <w:tc>
          <w:tcPr>
            <w:tcW w:w="1234" w:type="dxa"/>
          </w:tcPr>
          <w:p w14:paraId="475D84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69A083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4DDFB5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A46EB8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1,6</w:t>
            </w:r>
          </w:p>
        </w:tc>
      </w:tr>
      <w:tr w:rsidR="006F0136" w:rsidRPr="00D77020" w14:paraId="713BAC8E" w14:textId="77777777">
        <w:tc>
          <w:tcPr>
            <w:tcW w:w="1234" w:type="dxa"/>
          </w:tcPr>
          <w:p w14:paraId="5466A3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088C1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HL-319-к</w:t>
            </w:r>
          </w:p>
        </w:tc>
        <w:tc>
          <w:tcPr>
            <w:tcW w:w="1234" w:type="dxa"/>
          </w:tcPr>
          <w:p w14:paraId="198628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319</w:t>
            </w:r>
          </w:p>
        </w:tc>
        <w:tc>
          <w:tcPr>
            <w:tcW w:w="1234" w:type="dxa"/>
          </w:tcPr>
          <w:p w14:paraId="4ABB563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0FE732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338E97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05C552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9,1</w:t>
            </w:r>
          </w:p>
        </w:tc>
      </w:tr>
      <w:tr w:rsidR="006F0136" w:rsidRPr="00D77020" w14:paraId="00A0DF8E" w14:textId="77777777">
        <w:tc>
          <w:tcPr>
            <w:tcW w:w="1234" w:type="dxa"/>
          </w:tcPr>
          <w:p w14:paraId="1957B94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56C8E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HL-319-л</w:t>
            </w:r>
          </w:p>
        </w:tc>
        <w:tc>
          <w:tcPr>
            <w:tcW w:w="1234" w:type="dxa"/>
          </w:tcPr>
          <w:p w14:paraId="40A846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319</w:t>
            </w:r>
          </w:p>
        </w:tc>
        <w:tc>
          <w:tcPr>
            <w:tcW w:w="1234" w:type="dxa"/>
          </w:tcPr>
          <w:p w14:paraId="12B1D7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4B941C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0C0656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A2AA24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1,3</w:t>
            </w:r>
          </w:p>
        </w:tc>
      </w:tr>
      <w:tr w:rsidR="006F0136" w:rsidRPr="00D77020" w14:paraId="1986E342" w14:textId="77777777">
        <w:tc>
          <w:tcPr>
            <w:tcW w:w="1234" w:type="dxa"/>
          </w:tcPr>
          <w:p w14:paraId="36AD08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73C4A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HL-319-м</w:t>
            </w:r>
          </w:p>
        </w:tc>
        <w:tc>
          <w:tcPr>
            <w:tcW w:w="1234" w:type="dxa"/>
          </w:tcPr>
          <w:p w14:paraId="4F0BDD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319</w:t>
            </w:r>
          </w:p>
        </w:tc>
        <w:tc>
          <w:tcPr>
            <w:tcW w:w="1234" w:type="dxa"/>
          </w:tcPr>
          <w:p w14:paraId="152BEB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50F76F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3F7EBE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C5665A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481D1EC2" w14:textId="77777777">
        <w:tc>
          <w:tcPr>
            <w:tcW w:w="1234" w:type="dxa"/>
          </w:tcPr>
          <w:p w14:paraId="66C90C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A02CC6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HL-319-н</w:t>
            </w:r>
          </w:p>
        </w:tc>
        <w:tc>
          <w:tcPr>
            <w:tcW w:w="1234" w:type="dxa"/>
          </w:tcPr>
          <w:p w14:paraId="686844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319</w:t>
            </w:r>
          </w:p>
        </w:tc>
        <w:tc>
          <w:tcPr>
            <w:tcW w:w="1234" w:type="dxa"/>
          </w:tcPr>
          <w:p w14:paraId="030ADFD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5338F4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4AF64C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5D8C57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689EEEC3" w14:textId="77777777">
        <w:tc>
          <w:tcPr>
            <w:tcW w:w="1234" w:type="dxa"/>
          </w:tcPr>
          <w:p w14:paraId="2031C3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03378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HL-319-о</w:t>
            </w:r>
          </w:p>
        </w:tc>
        <w:tc>
          <w:tcPr>
            <w:tcW w:w="1234" w:type="dxa"/>
          </w:tcPr>
          <w:p w14:paraId="4191A69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319</w:t>
            </w:r>
          </w:p>
        </w:tc>
        <w:tc>
          <w:tcPr>
            <w:tcW w:w="1234" w:type="dxa"/>
          </w:tcPr>
          <w:p w14:paraId="0BB028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7FFD3B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30E4B5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102846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2,0</w:t>
            </w:r>
          </w:p>
        </w:tc>
      </w:tr>
      <w:tr w:rsidR="006F0136" w:rsidRPr="00D77020" w14:paraId="7ADB81FC" w14:textId="77777777">
        <w:tc>
          <w:tcPr>
            <w:tcW w:w="1234" w:type="dxa"/>
          </w:tcPr>
          <w:p w14:paraId="343A8C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52446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HL-319-п</w:t>
            </w:r>
          </w:p>
        </w:tc>
        <w:tc>
          <w:tcPr>
            <w:tcW w:w="1234" w:type="dxa"/>
          </w:tcPr>
          <w:p w14:paraId="1BB82E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319</w:t>
            </w:r>
          </w:p>
        </w:tc>
        <w:tc>
          <w:tcPr>
            <w:tcW w:w="1234" w:type="dxa"/>
          </w:tcPr>
          <w:p w14:paraId="03D2E0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4C0448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5B5CD1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2E1C8A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16,8</w:t>
            </w:r>
          </w:p>
        </w:tc>
      </w:tr>
      <w:tr w:rsidR="006F0136" w:rsidRPr="00D77020" w14:paraId="53FDF5ED" w14:textId="77777777">
        <w:tc>
          <w:tcPr>
            <w:tcW w:w="1234" w:type="dxa"/>
          </w:tcPr>
          <w:p w14:paraId="5216A0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90AB8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HL-320-а</w:t>
            </w:r>
          </w:p>
        </w:tc>
        <w:tc>
          <w:tcPr>
            <w:tcW w:w="1234" w:type="dxa"/>
          </w:tcPr>
          <w:p w14:paraId="3B5614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320</w:t>
            </w:r>
          </w:p>
        </w:tc>
        <w:tc>
          <w:tcPr>
            <w:tcW w:w="1234" w:type="dxa"/>
          </w:tcPr>
          <w:p w14:paraId="705847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05C060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404A86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0624FCA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9,1</w:t>
            </w:r>
          </w:p>
        </w:tc>
      </w:tr>
      <w:tr w:rsidR="006F0136" w:rsidRPr="00D77020" w14:paraId="14B1FB68" w14:textId="77777777">
        <w:tc>
          <w:tcPr>
            <w:tcW w:w="1234" w:type="dxa"/>
          </w:tcPr>
          <w:p w14:paraId="50D05B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45B54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HL-320-б</w:t>
            </w:r>
          </w:p>
        </w:tc>
        <w:tc>
          <w:tcPr>
            <w:tcW w:w="1234" w:type="dxa"/>
          </w:tcPr>
          <w:p w14:paraId="1EC27E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320</w:t>
            </w:r>
          </w:p>
        </w:tc>
        <w:tc>
          <w:tcPr>
            <w:tcW w:w="1234" w:type="dxa"/>
          </w:tcPr>
          <w:p w14:paraId="26691D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29A033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01EEDC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383070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1,9</w:t>
            </w:r>
          </w:p>
        </w:tc>
      </w:tr>
      <w:tr w:rsidR="006F0136" w:rsidRPr="00D77020" w14:paraId="42999A0D" w14:textId="77777777">
        <w:tc>
          <w:tcPr>
            <w:tcW w:w="1234" w:type="dxa"/>
          </w:tcPr>
          <w:p w14:paraId="0B0677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2124F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HL-320-в</w:t>
            </w:r>
          </w:p>
        </w:tc>
        <w:tc>
          <w:tcPr>
            <w:tcW w:w="1234" w:type="dxa"/>
          </w:tcPr>
          <w:p w14:paraId="638914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320</w:t>
            </w:r>
          </w:p>
        </w:tc>
        <w:tc>
          <w:tcPr>
            <w:tcW w:w="1234" w:type="dxa"/>
          </w:tcPr>
          <w:p w14:paraId="1CE221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2A3194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4B2193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228643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11,0</w:t>
            </w:r>
          </w:p>
        </w:tc>
      </w:tr>
      <w:tr w:rsidR="006F0136" w:rsidRPr="00D77020" w14:paraId="65689CC1" w14:textId="77777777">
        <w:tc>
          <w:tcPr>
            <w:tcW w:w="1234" w:type="dxa"/>
          </w:tcPr>
          <w:p w14:paraId="19B7B9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84775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HL-320-д</w:t>
            </w:r>
          </w:p>
        </w:tc>
        <w:tc>
          <w:tcPr>
            <w:tcW w:w="1234" w:type="dxa"/>
          </w:tcPr>
          <w:p w14:paraId="286BB3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320</w:t>
            </w:r>
          </w:p>
        </w:tc>
        <w:tc>
          <w:tcPr>
            <w:tcW w:w="1234" w:type="dxa"/>
          </w:tcPr>
          <w:p w14:paraId="46DDE5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49C63F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55864F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1C93993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6C21A5C2" w14:textId="77777777">
        <w:tc>
          <w:tcPr>
            <w:tcW w:w="1234" w:type="dxa"/>
          </w:tcPr>
          <w:p w14:paraId="79527B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C5A5E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HL-320-е</w:t>
            </w:r>
          </w:p>
        </w:tc>
        <w:tc>
          <w:tcPr>
            <w:tcW w:w="1234" w:type="dxa"/>
          </w:tcPr>
          <w:p w14:paraId="61F21B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320</w:t>
            </w:r>
          </w:p>
        </w:tc>
        <w:tc>
          <w:tcPr>
            <w:tcW w:w="1234" w:type="dxa"/>
          </w:tcPr>
          <w:p w14:paraId="2019EF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1DF7E5C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4A3722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0287BC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17,8</w:t>
            </w:r>
          </w:p>
        </w:tc>
      </w:tr>
      <w:tr w:rsidR="006F0136" w:rsidRPr="00D77020" w14:paraId="205353C1" w14:textId="77777777">
        <w:tc>
          <w:tcPr>
            <w:tcW w:w="1234" w:type="dxa"/>
          </w:tcPr>
          <w:p w14:paraId="61E0F8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E9F2F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HL-320-ж</w:t>
            </w:r>
          </w:p>
        </w:tc>
        <w:tc>
          <w:tcPr>
            <w:tcW w:w="1234" w:type="dxa"/>
          </w:tcPr>
          <w:p w14:paraId="0BFA5C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320</w:t>
            </w:r>
          </w:p>
        </w:tc>
        <w:tc>
          <w:tcPr>
            <w:tcW w:w="1234" w:type="dxa"/>
          </w:tcPr>
          <w:p w14:paraId="1ECD22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3EBB3A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2FC7D7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095726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3,5</w:t>
            </w:r>
          </w:p>
        </w:tc>
      </w:tr>
      <w:tr w:rsidR="006F0136" w:rsidRPr="00D77020" w14:paraId="1C58768E" w14:textId="77777777">
        <w:tc>
          <w:tcPr>
            <w:tcW w:w="1234" w:type="dxa"/>
          </w:tcPr>
          <w:p w14:paraId="37C0E7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E8307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HL-320-з</w:t>
            </w:r>
          </w:p>
        </w:tc>
        <w:tc>
          <w:tcPr>
            <w:tcW w:w="1234" w:type="dxa"/>
          </w:tcPr>
          <w:p w14:paraId="03C35E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320</w:t>
            </w:r>
          </w:p>
        </w:tc>
        <w:tc>
          <w:tcPr>
            <w:tcW w:w="1234" w:type="dxa"/>
          </w:tcPr>
          <w:p w14:paraId="79023E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6615F2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7302C8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CD1814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0,9</w:t>
            </w:r>
          </w:p>
        </w:tc>
      </w:tr>
      <w:tr w:rsidR="006F0136" w:rsidRPr="00D77020" w14:paraId="166B03B8" w14:textId="77777777">
        <w:tc>
          <w:tcPr>
            <w:tcW w:w="1234" w:type="dxa"/>
          </w:tcPr>
          <w:p w14:paraId="08C8D4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B8134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HL-321-е</w:t>
            </w:r>
          </w:p>
        </w:tc>
        <w:tc>
          <w:tcPr>
            <w:tcW w:w="1234" w:type="dxa"/>
          </w:tcPr>
          <w:p w14:paraId="46D6E7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321</w:t>
            </w:r>
          </w:p>
        </w:tc>
        <w:tc>
          <w:tcPr>
            <w:tcW w:w="1234" w:type="dxa"/>
          </w:tcPr>
          <w:p w14:paraId="3D7D9B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16CC45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359DAB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CD870C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3,3</w:t>
            </w:r>
          </w:p>
        </w:tc>
      </w:tr>
      <w:tr w:rsidR="006F0136" w:rsidRPr="00D77020" w14:paraId="41FAD94B" w14:textId="77777777">
        <w:tc>
          <w:tcPr>
            <w:tcW w:w="1234" w:type="dxa"/>
          </w:tcPr>
          <w:p w14:paraId="227A6E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DF5C6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HL-322-о</w:t>
            </w:r>
          </w:p>
        </w:tc>
        <w:tc>
          <w:tcPr>
            <w:tcW w:w="1234" w:type="dxa"/>
          </w:tcPr>
          <w:p w14:paraId="68CB52E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322</w:t>
            </w:r>
          </w:p>
        </w:tc>
        <w:tc>
          <w:tcPr>
            <w:tcW w:w="1234" w:type="dxa"/>
          </w:tcPr>
          <w:p w14:paraId="5B37CD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06C9AA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019534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91BA</w:t>
            </w:r>
          </w:p>
        </w:tc>
        <w:tc>
          <w:tcPr>
            <w:tcW w:w="1234" w:type="dxa"/>
          </w:tcPr>
          <w:p w14:paraId="5400E91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1,1</w:t>
            </w:r>
          </w:p>
        </w:tc>
      </w:tr>
      <w:tr w:rsidR="006F0136" w:rsidRPr="00D77020" w14:paraId="1E9E5356" w14:textId="77777777">
        <w:tc>
          <w:tcPr>
            <w:tcW w:w="1234" w:type="dxa"/>
          </w:tcPr>
          <w:p w14:paraId="4F6EF1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E35B0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HL-322-р</w:t>
            </w:r>
          </w:p>
        </w:tc>
        <w:tc>
          <w:tcPr>
            <w:tcW w:w="1234" w:type="dxa"/>
          </w:tcPr>
          <w:p w14:paraId="1CB65A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322</w:t>
            </w:r>
          </w:p>
        </w:tc>
        <w:tc>
          <w:tcPr>
            <w:tcW w:w="1234" w:type="dxa"/>
          </w:tcPr>
          <w:p w14:paraId="1AADE6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1C8310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6B1695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C6B621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50565620" w14:textId="77777777">
        <w:tc>
          <w:tcPr>
            <w:tcW w:w="1234" w:type="dxa"/>
          </w:tcPr>
          <w:p w14:paraId="3AEFDB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EBD7A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HL-324-в</w:t>
            </w:r>
          </w:p>
        </w:tc>
        <w:tc>
          <w:tcPr>
            <w:tcW w:w="1234" w:type="dxa"/>
          </w:tcPr>
          <w:p w14:paraId="660EBD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324</w:t>
            </w:r>
          </w:p>
        </w:tc>
        <w:tc>
          <w:tcPr>
            <w:tcW w:w="1234" w:type="dxa"/>
          </w:tcPr>
          <w:p w14:paraId="5E7B70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408F88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5D7AF4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0FE8C3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11,5</w:t>
            </w:r>
          </w:p>
        </w:tc>
      </w:tr>
      <w:tr w:rsidR="006F0136" w:rsidRPr="00D77020" w14:paraId="07F0E21F" w14:textId="77777777">
        <w:tc>
          <w:tcPr>
            <w:tcW w:w="1234" w:type="dxa"/>
          </w:tcPr>
          <w:p w14:paraId="1B32E7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ADFB7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HL-324-г</w:t>
            </w:r>
          </w:p>
        </w:tc>
        <w:tc>
          <w:tcPr>
            <w:tcW w:w="1234" w:type="dxa"/>
          </w:tcPr>
          <w:p w14:paraId="438818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324</w:t>
            </w:r>
          </w:p>
        </w:tc>
        <w:tc>
          <w:tcPr>
            <w:tcW w:w="1234" w:type="dxa"/>
          </w:tcPr>
          <w:p w14:paraId="57299F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72CFCB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28C542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29136D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8,3</w:t>
            </w:r>
          </w:p>
        </w:tc>
      </w:tr>
      <w:tr w:rsidR="006F0136" w:rsidRPr="00D77020" w14:paraId="65CAC4FB" w14:textId="77777777">
        <w:tc>
          <w:tcPr>
            <w:tcW w:w="1234" w:type="dxa"/>
          </w:tcPr>
          <w:p w14:paraId="3F1F6B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3791A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HL-324-д</w:t>
            </w:r>
          </w:p>
        </w:tc>
        <w:tc>
          <w:tcPr>
            <w:tcW w:w="1234" w:type="dxa"/>
          </w:tcPr>
          <w:p w14:paraId="47F01E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324</w:t>
            </w:r>
          </w:p>
        </w:tc>
        <w:tc>
          <w:tcPr>
            <w:tcW w:w="1234" w:type="dxa"/>
          </w:tcPr>
          <w:p w14:paraId="61C84E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5C7DA0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5A71EE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5FDABE7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4,6</w:t>
            </w:r>
          </w:p>
        </w:tc>
      </w:tr>
      <w:tr w:rsidR="006F0136" w:rsidRPr="00D77020" w14:paraId="20D46511" w14:textId="77777777">
        <w:tc>
          <w:tcPr>
            <w:tcW w:w="1234" w:type="dxa"/>
          </w:tcPr>
          <w:p w14:paraId="2EF3CF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A7B17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HL-325-г</w:t>
            </w:r>
          </w:p>
        </w:tc>
        <w:tc>
          <w:tcPr>
            <w:tcW w:w="1234" w:type="dxa"/>
          </w:tcPr>
          <w:p w14:paraId="3F36C4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325</w:t>
            </w:r>
          </w:p>
        </w:tc>
        <w:tc>
          <w:tcPr>
            <w:tcW w:w="1234" w:type="dxa"/>
          </w:tcPr>
          <w:p w14:paraId="332866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2FF042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2F2647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6A92E7D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17,1</w:t>
            </w:r>
          </w:p>
        </w:tc>
      </w:tr>
      <w:tr w:rsidR="006F0136" w:rsidRPr="00D77020" w14:paraId="0E42EA51" w14:textId="77777777">
        <w:tc>
          <w:tcPr>
            <w:tcW w:w="1234" w:type="dxa"/>
          </w:tcPr>
          <w:p w14:paraId="0F3607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6D360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HL-325-е</w:t>
            </w:r>
          </w:p>
        </w:tc>
        <w:tc>
          <w:tcPr>
            <w:tcW w:w="1234" w:type="dxa"/>
          </w:tcPr>
          <w:p w14:paraId="162A31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325</w:t>
            </w:r>
          </w:p>
        </w:tc>
        <w:tc>
          <w:tcPr>
            <w:tcW w:w="1234" w:type="dxa"/>
          </w:tcPr>
          <w:p w14:paraId="6BB2E5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491415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2290E2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2B5C480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0,9</w:t>
            </w:r>
          </w:p>
        </w:tc>
      </w:tr>
      <w:tr w:rsidR="006F0136" w:rsidRPr="00D77020" w14:paraId="3A89781F" w14:textId="77777777">
        <w:tc>
          <w:tcPr>
            <w:tcW w:w="1234" w:type="dxa"/>
          </w:tcPr>
          <w:p w14:paraId="3823CF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0D7D8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HL-325-ж</w:t>
            </w:r>
          </w:p>
        </w:tc>
        <w:tc>
          <w:tcPr>
            <w:tcW w:w="1234" w:type="dxa"/>
          </w:tcPr>
          <w:p w14:paraId="0386DD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325</w:t>
            </w:r>
          </w:p>
        </w:tc>
        <w:tc>
          <w:tcPr>
            <w:tcW w:w="1234" w:type="dxa"/>
          </w:tcPr>
          <w:p w14:paraId="67DE26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50727C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531C35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9410</w:t>
            </w:r>
          </w:p>
        </w:tc>
        <w:tc>
          <w:tcPr>
            <w:tcW w:w="1234" w:type="dxa"/>
          </w:tcPr>
          <w:p w14:paraId="7C46932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12,5</w:t>
            </w:r>
          </w:p>
        </w:tc>
      </w:tr>
      <w:tr w:rsidR="006F0136" w:rsidRPr="00D77020" w14:paraId="41F43C3B" w14:textId="77777777">
        <w:tc>
          <w:tcPr>
            <w:tcW w:w="1234" w:type="dxa"/>
          </w:tcPr>
          <w:p w14:paraId="46D215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48DD4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HL-328-а</w:t>
            </w:r>
          </w:p>
        </w:tc>
        <w:tc>
          <w:tcPr>
            <w:tcW w:w="1234" w:type="dxa"/>
          </w:tcPr>
          <w:p w14:paraId="502FC8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328</w:t>
            </w:r>
          </w:p>
        </w:tc>
        <w:tc>
          <w:tcPr>
            <w:tcW w:w="1234" w:type="dxa"/>
          </w:tcPr>
          <w:p w14:paraId="54331A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47921E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4BB4B0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6DD5E66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25,5</w:t>
            </w:r>
          </w:p>
        </w:tc>
      </w:tr>
      <w:tr w:rsidR="006F0136" w:rsidRPr="00D77020" w14:paraId="01E9F313" w14:textId="77777777">
        <w:tc>
          <w:tcPr>
            <w:tcW w:w="1234" w:type="dxa"/>
          </w:tcPr>
          <w:p w14:paraId="51B77C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72B39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HL-328-б</w:t>
            </w:r>
          </w:p>
        </w:tc>
        <w:tc>
          <w:tcPr>
            <w:tcW w:w="1234" w:type="dxa"/>
          </w:tcPr>
          <w:p w14:paraId="204FA0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328</w:t>
            </w:r>
          </w:p>
        </w:tc>
        <w:tc>
          <w:tcPr>
            <w:tcW w:w="1234" w:type="dxa"/>
          </w:tcPr>
          <w:p w14:paraId="29BF9B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36BEA6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4B0333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4EC223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20,4</w:t>
            </w:r>
          </w:p>
        </w:tc>
      </w:tr>
      <w:tr w:rsidR="006F0136" w:rsidRPr="00D77020" w14:paraId="4AF81DE6" w14:textId="77777777">
        <w:tc>
          <w:tcPr>
            <w:tcW w:w="1234" w:type="dxa"/>
          </w:tcPr>
          <w:p w14:paraId="071ED7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54C7A2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HL-331-в</w:t>
            </w:r>
          </w:p>
        </w:tc>
        <w:tc>
          <w:tcPr>
            <w:tcW w:w="1234" w:type="dxa"/>
          </w:tcPr>
          <w:p w14:paraId="21F7097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331</w:t>
            </w:r>
          </w:p>
        </w:tc>
        <w:tc>
          <w:tcPr>
            <w:tcW w:w="1234" w:type="dxa"/>
          </w:tcPr>
          <w:p w14:paraId="1D330C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4A847D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57C6CC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00A8134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19,8</w:t>
            </w:r>
          </w:p>
        </w:tc>
      </w:tr>
      <w:tr w:rsidR="006F0136" w:rsidRPr="00D77020" w14:paraId="7C5434C9" w14:textId="77777777">
        <w:tc>
          <w:tcPr>
            <w:tcW w:w="1234" w:type="dxa"/>
          </w:tcPr>
          <w:p w14:paraId="2B9FE6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05EBC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HL-331-г</w:t>
            </w:r>
          </w:p>
        </w:tc>
        <w:tc>
          <w:tcPr>
            <w:tcW w:w="1234" w:type="dxa"/>
          </w:tcPr>
          <w:p w14:paraId="3D7BCF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331</w:t>
            </w:r>
          </w:p>
        </w:tc>
        <w:tc>
          <w:tcPr>
            <w:tcW w:w="1234" w:type="dxa"/>
          </w:tcPr>
          <w:p w14:paraId="51D6C1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36D94E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499EA1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65AEC1F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10,7</w:t>
            </w:r>
          </w:p>
        </w:tc>
      </w:tr>
      <w:tr w:rsidR="006F0136" w:rsidRPr="00D77020" w14:paraId="3F54720D" w14:textId="77777777">
        <w:tc>
          <w:tcPr>
            <w:tcW w:w="1234" w:type="dxa"/>
          </w:tcPr>
          <w:p w14:paraId="457A00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2019</w:t>
            </w:r>
          </w:p>
        </w:tc>
        <w:tc>
          <w:tcPr>
            <w:tcW w:w="1234" w:type="dxa"/>
          </w:tcPr>
          <w:p w14:paraId="746778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HL-332-а</w:t>
            </w:r>
          </w:p>
        </w:tc>
        <w:tc>
          <w:tcPr>
            <w:tcW w:w="1234" w:type="dxa"/>
          </w:tcPr>
          <w:p w14:paraId="408B7D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332</w:t>
            </w:r>
          </w:p>
        </w:tc>
        <w:tc>
          <w:tcPr>
            <w:tcW w:w="1234" w:type="dxa"/>
          </w:tcPr>
          <w:p w14:paraId="4268B5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460D48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06A003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43B985F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18,1</w:t>
            </w:r>
          </w:p>
        </w:tc>
      </w:tr>
      <w:tr w:rsidR="006F0136" w:rsidRPr="00D77020" w14:paraId="12F41330" w14:textId="77777777">
        <w:tc>
          <w:tcPr>
            <w:tcW w:w="1234" w:type="dxa"/>
          </w:tcPr>
          <w:p w14:paraId="25A82E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FFD32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HL-332-в</w:t>
            </w:r>
          </w:p>
        </w:tc>
        <w:tc>
          <w:tcPr>
            <w:tcW w:w="1234" w:type="dxa"/>
          </w:tcPr>
          <w:p w14:paraId="6F8AF6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332</w:t>
            </w:r>
          </w:p>
        </w:tc>
        <w:tc>
          <w:tcPr>
            <w:tcW w:w="1234" w:type="dxa"/>
          </w:tcPr>
          <w:p w14:paraId="411765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399DB9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72E78F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882F4B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4,0</w:t>
            </w:r>
          </w:p>
        </w:tc>
      </w:tr>
      <w:tr w:rsidR="006F0136" w:rsidRPr="00D77020" w14:paraId="5FFDBB24" w14:textId="77777777">
        <w:tc>
          <w:tcPr>
            <w:tcW w:w="1234" w:type="dxa"/>
          </w:tcPr>
          <w:p w14:paraId="3890DD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87DE4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HL-332-г</w:t>
            </w:r>
          </w:p>
        </w:tc>
        <w:tc>
          <w:tcPr>
            <w:tcW w:w="1234" w:type="dxa"/>
          </w:tcPr>
          <w:p w14:paraId="00A322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332</w:t>
            </w:r>
          </w:p>
        </w:tc>
        <w:tc>
          <w:tcPr>
            <w:tcW w:w="1234" w:type="dxa"/>
          </w:tcPr>
          <w:p w14:paraId="0D71C5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60B696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57AE79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B8031A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14,3</w:t>
            </w:r>
          </w:p>
        </w:tc>
      </w:tr>
      <w:tr w:rsidR="006F0136" w:rsidRPr="00D77020" w14:paraId="393AD242" w14:textId="77777777">
        <w:tc>
          <w:tcPr>
            <w:tcW w:w="1234" w:type="dxa"/>
          </w:tcPr>
          <w:p w14:paraId="24014E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1280A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HL-333-а</w:t>
            </w:r>
          </w:p>
        </w:tc>
        <w:tc>
          <w:tcPr>
            <w:tcW w:w="1234" w:type="dxa"/>
          </w:tcPr>
          <w:p w14:paraId="581634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333</w:t>
            </w:r>
          </w:p>
        </w:tc>
        <w:tc>
          <w:tcPr>
            <w:tcW w:w="1234" w:type="dxa"/>
          </w:tcPr>
          <w:p w14:paraId="66D760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6FB09F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65DD36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26F772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9,7</w:t>
            </w:r>
          </w:p>
        </w:tc>
      </w:tr>
      <w:tr w:rsidR="006F0136" w:rsidRPr="00D77020" w14:paraId="645866B4" w14:textId="77777777">
        <w:tc>
          <w:tcPr>
            <w:tcW w:w="1234" w:type="dxa"/>
          </w:tcPr>
          <w:p w14:paraId="20A105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C6532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HL-333-д</w:t>
            </w:r>
          </w:p>
        </w:tc>
        <w:tc>
          <w:tcPr>
            <w:tcW w:w="1234" w:type="dxa"/>
          </w:tcPr>
          <w:p w14:paraId="314468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333</w:t>
            </w:r>
          </w:p>
        </w:tc>
        <w:tc>
          <w:tcPr>
            <w:tcW w:w="1234" w:type="dxa"/>
          </w:tcPr>
          <w:p w14:paraId="2857E5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4EF938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4A0C5C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736975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1,5</w:t>
            </w:r>
          </w:p>
        </w:tc>
      </w:tr>
      <w:tr w:rsidR="006F0136" w:rsidRPr="00D77020" w14:paraId="7D3D94DC" w14:textId="77777777">
        <w:tc>
          <w:tcPr>
            <w:tcW w:w="1234" w:type="dxa"/>
          </w:tcPr>
          <w:p w14:paraId="2E68E4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913E0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HL-355-р</w:t>
            </w:r>
          </w:p>
        </w:tc>
        <w:tc>
          <w:tcPr>
            <w:tcW w:w="1234" w:type="dxa"/>
          </w:tcPr>
          <w:p w14:paraId="5A9526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355</w:t>
            </w:r>
          </w:p>
        </w:tc>
        <w:tc>
          <w:tcPr>
            <w:tcW w:w="1234" w:type="dxa"/>
          </w:tcPr>
          <w:p w14:paraId="26EE82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2717F1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5C894C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91BA</w:t>
            </w:r>
          </w:p>
        </w:tc>
        <w:tc>
          <w:tcPr>
            <w:tcW w:w="1234" w:type="dxa"/>
          </w:tcPr>
          <w:p w14:paraId="1A48FDC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28,0</w:t>
            </w:r>
          </w:p>
        </w:tc>
      </w:tr>
      <w:tr w:rsidR="006F0136" w:rsidRPr="00D77020" w14:paraId="0F63AAF4" w14:textId="77777777">
        <w:tc>
          <w:tcPr>
            <w:tcW w:w="1234" w:type="dxa"/>
          </w:tcPr>
          <w:p w14:paraId="3E84B1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39F7B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HL-355-с</w:t>
            </w:r>
          </w:p>
        </w:tc>
        <w:tc>
          <w:tcPr>
            <w:tcW w:w="1234" w:type="dxa"/>
          </w:tcPr>
          <w:p w14:paraId="1850D9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355</w:t>
            </w:r>
          </w:p>
        </w:tc>
        <w:tc>
          <w:tcPr>
            <w:tcW w:w="1234" w:type="dxa"/>
          </w:tcPr>
          <w:p w14:paraId="70A875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09B94D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24D9DF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91BA</w:t>
            </w:r>
          </w:p>
        </w:tc>
        <w:tc>
          <w:tcPr>
            <w:tcW w:w="1234" w:type="dxa"/>
          </w:tcPr>
          <w:p w14:paraId="555094A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0,8</w:t>
            </w:r>
          </w:p>
        </w:tc>
      </w:tr>
      <w:tr w:rsidR="006F0136" w:rsidRPr="00D77020" w14:paraId="18C2D800" w14:textId="77777777">
        <w:tc>
          <w:tcPr>
            <w:tcW w:w="1234" w:type="dxa"/>
          </w:tcPr>
          <w:p w14:paraId="7DA215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E2A43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HL-393-е</w:t>
            </w:r>
          </w:p>
        </w:tc>
        <w:tc>
          <w:tcPr>
            <w:tcW w:w="1234" w:type="dxa"/>
          </w:tcPr>
          <w:p w14:paraId="466DF3A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393</w:t>
            </w:r>
          </w:p>
        </w:tc>
        <w:tc>
          <w:tcPr>
            <w:tcW w:w="1234" w:type="dxa"/>
          </w:tcPr>
          <w:p w14:paraId="032924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5C679D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0E06966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2DC5CFD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3,5</w:t>
            </w:r>
          </w:p>
        </w:tc>
      </w:tr>
      <w:tr w:rsidR="006F0136" w:rsidRPr="00D77020" w14:paraId="29862294" w14:textId="77777777">
        <w:tc>
          <w:tcPr>
            <w:tcW w:w="1234" w:type="dxa"/>
          </w:tcPr>
          <w:p w14:paraId="05E545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7ACEB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HL-416-а</w:t>
            </w:r>
          </w:p>
        </w:tc>
        <w:tc>
          <w:tcPr>
            <w:tcW w:w="1234" w:type="dxa"/>
          </w:tcPr>
          <w:p w14:paraId="4FE11D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416</w:t>
            </w:r>
          </w:p>
        </w:tc>
        <w:tc>
          <w:tcPr>
            <w:tcW w:w="1234" w:type="dxa"/>
          </w:tcPr>
          <w:p w14:paraId="0A35BB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4A707F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234" w:type="dxa"/>
          </w:tcPr>
          <w:p w14:paraId="58C803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91Е0</w:t>
            </w:r>
          </w:p>
        </w:tc>
        <w:tc>
          <w:tcPr>
            <w:tcW w:w="1234" w:type="dxa"/>
          </w:tcPr>
          <w:p w14:paraId="0C335D1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0,9</w:t>
            </w:r>
          </w:p>
        </w:tc>
      </w:tr>
      <w:tr w:rsidR="006F0136" w:rsidRPr="00D77020" w14:paraId="4B40B380" w14:textId="77777777">
        <w:tc>
          <w:tcPr>
            <w:tcW w:w="1234" w:type="dxa"/>
          </w:tcPr>
          <w:p w14:paraId="19E953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738C1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HL-428-д</w:t>
            </w:r>
          </w:p>
        </w:tc>
        <w:tc>
          <w:tcPr>
            <w:tcW w:w="1234" w:type="dxa"/>
          </w:tcPr>
          <w:p w14:paraId="475745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428</w:t>
            </w:r>
          </w:p>
        </w:tc>
        <w:tc>
          <w:tcPr>
            <w:tcW w:w="1234" w:type="dxa"/>
          </w:tcPr>
          <w:p w14:paraId="79FFA5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5F8509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0DC046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44A238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1,7</w:t>
            </w:r>
          </w:p>
        </w:tc>
      </w:tr>
      <w:tr w:rsidR="006F0136" w:rsidRPr="00D77020" w14:paraId="681DAE15" w14:textId="77777777">
        <w:tc>
          <w:tcPr>
            <w:tcW w:w="1234" w:type="dxa"/>
          </w:tcPr>
          <w:p w14:paraId="0C3312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E61A8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HL-428-е</w:t>
            </w:r>
          </w:p>
        </w:tc>
        <w:tc>
          <w:tcPr>
            <w:tcW w:w="1234" w:type="dxa"/>
          </w:tcPr>
          <w:p w14:paraId="238870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428</w:t>
            </w:r>
          </w:p>
        </w:tc>
        <w:tc>
          <w:tcPr>
            <w:tcW w:w="1234" w:type="dxa"/>
          </w:tcPr>
          <w:p w14:paraId="444799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09D5B1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6600CF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81EFEB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26,3</w:t>
            </w:r>
          </w:p>
        </w:tc>
      </w:tr>
      <w:tr w:rsidR="006F0136" w:rsidRPr="00D77020" w14:paraId="21D9C7A3" w14:textId="77777777">
        <w:tc>
          <w:tcPr>
            <w:tcW w:w="1234" w:type="dxa"/>
          </w:tcPr>
          <w:p w14:paraId="55AC37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AC86B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HL-428-п</w:t>
            </w:r>
          </w:p>
        </w:tc>
        <w:tc>
          <w:tcPr>
            <w:tcW w:w="1234" w:type="dxa"/>
          </w:tcPr>
          <w:p w14:paraId="05D2CF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428</w:t>
            </w:r>
          </w:p>
        </w:tc>
        <w:tc>
          <w:tcPr>
            <w:tcW w:w="1234" w:type="dxa"/>
          </w:tcPr>
          <w:p w14:paraId="037A9B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11A0E8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6501122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521843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11,1</w:t>
            </w:r>
          </w:p>
        </w:tc>
      </w:tr>
      <w:tr w:rsidR="006F0136" w:rsidRPr="00D77020" w14:paraId="6CFE3464" w14:textId="77777777">
        <w:tc>
          <w:tcPr>
            <w:tcW w:w="1234" w:type="dxa"/>
          </w:tcPr>
          <w:p w14:paraId="3ACC7E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22656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HL-454-а</w:t>
            </w:r>
          </w:p>
        </w:tc>
        <w:tc>
          <w:tcPr>
            <w:tcW w:w="1234" w:type="dxa"/>
          </w:tcPr>
          <w:p w14:paraId="23C2D8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454</w:t>
            </w:r>
          </w:p>
        </w:tc>
        <w:tc>
          <w:tcPr>
            <w:tcW w:w="1234" w:type="dxa"/>
          </w:tcPr>
          <w:p w14:paraId="04E8319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5AC220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6476061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ED503C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26,9</w:t>
            </w:r>
          </w:p>
        </w:tc>
      </w:tr>
      <w:tr w:rsidR="006F0136" w:rsidRPr="00D77020" w14:paraId="5BEB2B14" w14:textId="77777777">
        <w:tc>
          <w:tcPr>
            <w:tcW w:w="1234" w:type="dxa"/>
          </w:tcPr>
          <w:p w14:paraId="6F2CD7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64FE2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HL-529-з</w:t>
            </w:r>
          </w:p>
        </w:tc>
        <w:tc>
          <w:tcPr>
            <w:tcW w:w="1234" w:type="dxa"/>
          </w:tcPr>
          <w:p w14:paraId="61C1A8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529</w:t>
            </w:r>
          </w:p>
        </w:tc>
        <w:tc>
          <w:tcPr>
            <w:tcW w:w="1234" w:type="dxa"/>
          </w:tcPr>
          <w:p w14:paraId="5D7AEF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503A6C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</w:t>
            </w:r>
          </w:p>
        </w:tc>
        <w:tc>
          <w:tcPr>
            <w:tcW w:w="1234" w:type="dxa"/>
          </w:tcPr>
          <w:p w14:paraId="6C6CF7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2B6EFCF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3,4</w:t>
            </w:r>
          </w:p>
        </w:tc>
      </w:tr>
      <w:tr w:rsidR="006F0136" w:rsidRPr="00D77020" w14:paraId="6148B5DB" w14:textId="77777777">
        <w:tc>
          <w:tcPr>
            <w:tcW w:w="1234" w:type="dxa"/>
          </w:tcPr>
          <w:p w14:paraId="67E083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B2441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HL-529-и</w:t>
            </w:r>
          </w:p>
        </w:tc>
        <w:tc>
          <w:tcPr>
            <w:tcW w:w="1234" w:type="dxa"/>
          </w:tcPr>
          <w:p w14:paraId="28F912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529</w:t>
            </w:r>
          </w:p>
        </w:tc>
        <w:tc>
          <w:tcPr>
            <w:tcW w:w="1234" w:type="dxa"/>
          </w:tcPr>
          <w:p w14:paraId="76419B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4DE9F1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75</w:t>
            </w:r>
          </w:p>
        </w:tc>
        <w:tc>
          <w:tcPr>
            <w:tcW w:w="1234" w:type="dxa"/>
          </w:tcPr>
          <w:p w14:paraId="22D6F6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2BC28A8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8,5</w:t>
            </w:r>
          </w:p>
        </w:tc>
      </w:tr>
      <w:tr w:rsidR="006F0136" w:rsidRPr="00D77020" w14:paraId="751538B1" w14:textId="77777777">
        <w:tc>
          <w:tcPr>
            <w:tcW w:w="1234" w:type="dxa"/>
          </w:tcPr>
          <w:p w14:paraId="3D756C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CCF36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HL-529-л</w:t>
            </w:r>
          </w:p>
        </w:tc>
        <w:tc>
          <w:tcPr>
            <w:tcW w:w="1234" w:type="dxa"/>
          </w:tcPr>
          <w:p w14:paraId="146E60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529</w:t>
            </w:r>
          </w:p>
        </w:tc>
        <w:tc>
          <w:tcPr>
            <w:tcW w:w="1234" w:type="dxa"/>
          </w:tcPr>
          <w:p w14:paraId="698659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622FAF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</w:t>
            </w:r>
          </w:p>
        </w:tc>
        <w:tc>
          <w:tcPr>
            <w:tcW w:w="1234" w:type="dxa"/>
          </w:tcPr>
          <w:p w14:paraId="5A667A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28703E5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4,7</w:t>
            </w:r>
          </w:p>
        </w:tc>
      </w:tr>
      <w:tr w:rsidR="006F0136" w:rsidRPr="00D77020" w14:paraId="7E827A1D" w14:textId="77777777">
        <w:tc>
          <w:tcPr>
            <w:tcW w:w="1234" w:type="dxa"/>
          </w:tcPr>
          <w:p w14:paraId="4A2CE6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78E9E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HL-534-к1</w:t>
            </w:r>
          </w:p>
        </w:tc>
        <w:tc>
          <w:tcPr>
            <w:tcW w:w="1234" w:type="dxa"/>
          </w:tcPr>
          <w:p w14:paraId="7574EB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534</w:t>
            </w:r>
          </w:p>
        </w:tc>
        <w:tc>
          <w:tcPr>
            <w:tcW w:w="1234" w:type="dxa"/>
          </w:tcPr>
          <w:p w14:paraId="218241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к1</w:t>
            </w:r>
          </w:p>
        </w:tc>
        <w:tc>
          <w:tcPr>
            <w:tcW w:w="1234" w:type="dxa"/>
          </w:tcPr>
          <w:p w14:paraId="1D1432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2AEEFF7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2DCBCCF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6,7</w:t>
            </w:r>
          </w:p>
        </w:tc>
      </w:tr>
      <w:tr w:rsidR="006F0136" w:rsidRPr="00D77020" w14:paraId="54F70633" w14:textId="77777777">
        <w:tc>
          <w:tcPr>
            <w:tcW w:w="1234" w:type="dxa"/>
          </w:tcPr>
          <w:p w14:paraId="6E93A3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0FBB2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HL-552-а</w:t>
            </w:r>
          </w:p>
        </w:tc>
        <w:tc>
          <w:tcPr>
            <w:tcW w:w="1234" w:type="dxa"/>
          </w:tcPr>
          <w:p w14:paraId="42FE22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552</w:t>
            </w:r>
          </w:p>
        </w:tc>
        <w:tc>
          <w:tcPr>
            <w:tcW w:w="1234" w:type="dxa"/>
          </w:tcPr>
          <w:p w14:paraId="2A7E0F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413863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2B4A68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091D07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4,4</w:t>
            </w:r>
          </w:p>
        </w:tc>
      </w:tr>
      <w:tr w:rsidR="006F0136" w:rsidRPr="00D77020" w14:paraId="48DBB815" w14:textId="77777777">
        <w:tc>
          <w:tcPr>
            <w:tcW w:w="1234" w:type="dxa"/>
          </w:tcPr>
          <w:p w14:paraId="23B5A9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B2F68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HL-552-б</w:t>
            </w:r>
          </w:p>
        </w:tc>
        <w:tc>
          <w:tcPr>
            <w:tcW w:w="1234" w:type="dxa"/>
          </w:tcPr>
          <w:p w14:paraId="34DBBD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552</w:t>
            </w:r>
          </w:p>
        </w:tc>
        <w:tc>
          <w:tcPr>
            <w:tcW w:w="1234" w:type="dxa"/>
          </w:tcPr>
          <w:p w14:paraId="6CF081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619E32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0D0B1B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7E38171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23,9</w:t>
            </w:r>
          </w:p>
        </w:tc>
      </w:tr>
      <w:tr w:rsidR="006F0136" w:rsidRPr="00D77020" w14:paraId="4FAF038F" w14:textId="77777777">
        <w:tc>
          <w:tcPr>
            <w:tcW w:w="1234" w:type="dxa"/>
          </w:tcPr>
          <w:p w14:paraId="3031E3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50112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HL-553-а</w:t>
            </w:r>
          </w:p>
        </w:tc>
        <w:tc>
          <w:tcPr>
            <w:tcW w:w="1234" w:type="dxa"/>
          </w:tcPr>
          <w:p w14:paraId="153AFBF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553</w:t>
            </w:r>
          </w:p>
        </w:tc>
        <w:tc>
          <w:tcPr>
            <w:tcW w:w="1234" w:type="dxa"/>
          </w:tcPr>
          <w:p w14:paraId="12E032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3E0226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739BF1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08F2C9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0,8</w:t>
            </w:r>
          </w:p>
        </w:tc>
      </w:tr>
      <w:tr w:rsidR="006F0136" w:rsidRPr="00D77020" w14:paraId="57900211" w14:textId="77777777">
        <w:tc>
          <w:tcPr>
            <w:tcW w:w="1234" w:type="dxa"/>
          </w:tcPr>
          <w:p w14:paraId="082869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158CB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HL-553-б</w:t>
            </w:r>
          </w:p>
        </w:tc>
        <w:tc>
          <w:tcPr>
            <w:tcW w:w="1234" w:type="dxa"/>
          </w:tcPr>
          <w:p w14:paraId="16739A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553</w:t>
            </w:r>
          </w:p>
        </w:tc>
        <w:tc>
          <w:tcPr>
            <w:tcW w:w="1234" w:type="dxa"/>
          </w:tcPr>
          <w:p w14:paraId="6BF271B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4F01E7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172A622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50047F2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7,9</w:t>
            </w:r>
          </w:p>
        </w:tc>
      </w:tr>
      <w:tr w:rsidR="006F0136" w:rsidRPr="00D77020" w14:paraId="305C0A3B" w14:textId="77777777">
        <w:tc>
          <w:tcPr>
            <w:tcW w:w="1234" w:type="dxa"/>
          </w:tcPr>
          <w:p w14:paraId="4AAC37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BE442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HL-554-а</w:t>
            </w:r>
          </w:p>
        </w:tc>
        <w:tc>
          <w:tcPr>
            <w:tcW w:w="1234" w:type="dxa"/>
          </w:tcPr>
          <w:p w14:paraId="0EC9C3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554</w:t>
            </w:r>
          </w:p>
        </w:tc>
        <w:tc>
          <w:tcPr>
            <w:tcW w:w="1234" w:type="dxa"/>
          </w:tcPr>
          <w:p w14:paraId="6D584B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6F66BD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539162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B6B59A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30,0</w:t>
            </w:r>
          </w:p>
        </w:tc>
      </w:tr>
      <w:tr w:rsidR="006F0136" w:rsidRPr="00D77020" w14:paraId="413DF11C" w14:textId="77777777">
        <w:tc>
          <w:tcPr>
            <w:tcW w:w="1234" w:type="dxa"/>
          </w:tcPr>
          <w:p w14:paraId="56013E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8D0D9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HL-554-в</w:t>
            </w:r>
          </w:p>
        </w:tc>
        <w:tc>
          <w:tcPr>
            <w:tcW w:w="1234" w:type="dxa"/>
          </w:tcPr>
          <w:p w14:paraId="4F3646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554</w:t>
            </w:r>
          </w:p>
        </w:tc>
        <w:tc>
          <w:tcPr>
            <w:tcW w:w="1234" w:type="dxa"/>
          </w:tcPr>
          <w:p w14:paraId="7046B4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6383F1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57DDD8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4C83FA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4,3</w:t>
            </w:r>
          </w:p>
        </w:tc>
      </w:tr>
      <w:tr w:rsidR="006F0136" w:rsidRPr="00D77020" w14:paraId="2A6404A7" w14:textId="77777777">
        <w:tc>
          <w:tcPr>
            <w:tcW w:w="1234" w:type="dxa"/>
          </w:tcPr>
          <w:p w14:paraId="00578F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A1A6A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HL-554-д</w:t>
            </w:r>
          </w:p>
        </w:tc>
        <w:tc>
          <w:tcPr>
            <w:tcW w:w="1234" w:type="dxa"/>
          </w:tcPr>
          <w:p w14:paraId="22814D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554</w:t>
            </w:r>
          </w:p>
        </w:tc>
        <w:tc>
          <w:tcPr>
            <w:tcW w:w="1234" w:type="dxa"/>
          </w:tcPr>
          <w:p w14:paraId="558D44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278149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25F1BC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5CB7C1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5C558B5D" w14:textId="77777777">
        <w:tc>
          <w:tcPr>
            <w:tcW w:w="1234" w:type="dxa"/>
          </w:tcPr>
          <w:p w14:paraId="5A1338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E5982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HL-562-а</w:t>
            </w:r>
          </w:p>
        </w:tc>
        <w:tc>
          <w:tcPr>
            <w:tcW w:w="1234" w:type="dxa"/>
          </w:tcPr>
          <w:p w14:paraId="3ADEB2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562</w:t>
            </w:r>
          </w:p>
        </w:tc>
        <w:tc>
          <w:tcPr>
            <w:tcW w:w="1234" w:type="dxa"/>
          </w:tcPr>
          <w:p w14:paraId="0C7265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1B9CEA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6DE158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91CAE3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29,0</w:t>
            </w:r>
          </w:p>
        </w:tc>
      </w:tr>
      <w:tr w:rsidR="006F0136" w:rsidRPr="00D77020" w14:paraId="27F53782" w14:textId="77777777">
        <w:tc>
          <w:tcPr>
            <w:tcW w:w="1234" w:type="dxa"/>
          </w:tcPr>
          <w:p w14:paraId="58D05E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CD78D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HL-562-б</w:t>
            </w:r>
          </w:p>
        </w:tc>
        <w:tc>
          <w:tcPr>
            <w:tcW w:w="1234" w:type="dxa"/>
          </w:tcPr>
          <w:p w14:paraId="0452F5E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562</w:t>
            </w:r>
          </w:p>
        </w:tc>
        <w:tc>
          <w:tcPr>
            <w:tcW w:w="1234" w:type="dxa"/>
          </w:tcPr>
          <w:p w14:paraId="7DB103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0AD2AD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4F4E935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476ADC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14,4</w:t>
            </w:r>
          </w:p>
        </w:tc>
      </w:tr>
      <w:tr w:rsidR="006F0136" w:rsidRPr="00D77020" w14:paraId="06A83843" w14:textId="77777777">
        <w:tc>
          <w:tcPr>
            <w:tcW w:w="1234" w:type="dxa"/>
          </w:tcPr>
          <w:p w14:paraId="055F41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24DA7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HL-562-в</w:t>
            </w:r>
          </w:p>
        </w:tc>
        <w:tc>
          <w:tcPr>
            <w:tcW w:w="1234" w:type="dxa"/>
          </w:tcPr>
          <w:p w14:paraId="682CD3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562</w:t>
            </w:r>
          </w:p>
        </w:tc>
        <w:tc>
          <w:tcPr>
            <w:tcW w:w="1234" w:type="dxa"/>
          </w:tcPr>
          <w:p w14:paraId="1AAF1B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4AB26A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100</w:t>
            </w:r>
          </w:p>
        </w:tc>
        <w:tc>
          <w:tcPr>
            <w:tcW w:w="1234" w:type="dxa"/>
          </w:tcPr>
          <w:p w14:paraId="39A908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4B9CAD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11BD62BB" w14:textId="77777777">
        <w:tc>
          <w:tcPr>
            <w:tcW w:w="1234" w:type="dxa"/>
          </w:tcPr>
          <w:p w14:paraId="7E8309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419F9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HL-563-а</w:t>
            </w:r>
          </w:p>
        </w:tc>
        <w:tc>
          <w:tcPr>
            <w:tcW w:w="1234" w:type="dxa"/>
          </w:tcPr>
          <w:p w14:paraId="738262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563</w:t>
            </w:r>
          </w:p>
        </w:tc>
        <w:tc>
          <w:tcPr>
            <w:tcW w:w="1234" w:type="dxa"/>
          </w:tcPr>
          <w:p w14:paraId="6C0F5F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24DF2C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20C6DF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885D80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23,6</w:t>
            </w:r>
          </w:p>
        </w:tc>
      </w:tr>
      <w:tr w:rsidR="006F0136" w:rsidRPr="00D77020" w14:paraId="10E3E056" w14:textId="77777777">
        <w:tc>
          <w:tcPr>
            <w:tcW w:w="1234" w:type="dxa"/>
          </w:tcPr>
          <w:p w14:paraId="29815F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343FF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HL-563-б</w:t>
            </w:r>
          </w:p>
        </w:tc>
        <w:tc>
          <w:tcPr>
            <w:tcW w:w="1234" w:type="dxa"/>
          </w:tcPr>
          <w:p w14:paraId="42ACCF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563</w:t>
            </w:r>
          </w:p>
        </w:tc>
        <w:tc>
          <w:tcPr>
            <w:tcW w:w="1234" w:type="dxa"/>
          </w:tcPr>
          <w:p w14:paraId="7A9896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4AC376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479E68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32656F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21,3</w:t>
            </w:r>
          </w:p>
        </w:tc>
      </w:tr>
      <w:tr w:rsidR="006F0136" w:rsidRPr="00D77020" w14:paraId="5C1DD48B" w14:textId="77777777">
        <w:tc>
          <w:tcPr>
            <w:tcW w:w="1234" w:type="dxa"/>
          </w:tcPr>
          <w:p w14:paraId="1121EE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DB831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HL-563-в</w:t>
            </w:r>
          </w:p>
        </w:tc>
        <w:tc>
          <w:tcPr>
            <w:tcW w:w="1234" w:type="dxa"/>
          </w:tcPr>
          <w:p w14:paraId="7E4B89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563</w:t>
            </w:r>
          </w:p>
        </w:tc>
        <w:tc>
          <w:tcPr>
            <w:tcW w:w="1234" w:type="dxa"/>
          </w:tcPr>
          <w:p w14:paraId="32F6C5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401203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0E1F4E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225B85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2,2</w:t>
            </w:r>
          </w:p>
        </w:tc>
      </w:tr>
      <w:tr w:rsidR="006F0136" w:rsidRPr="00D77020" w14:paraId="53B964C3" w14:textId="77777777">
        <w:tc>
          <w:tcPr>
            <w:tcW w:w="1234" w:type="dxa"/>
          </w:tcPr>
          <w:p w14:paraId="7F6FCA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EC274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HL-563-г</w:t>
            </w:r>
          </w:p>
        </w:tc>
        <w:tc>
          <w:tcPr>
            <w:tcW w:w="1234" w:type="dxa"/>
          </w:tcPr>
          <w:p w14:paraId="0505E8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563</w:t>
            </w:r>
          </w:p>
        </w:tc>
        <w:tc>
          <w:tcPr>
            <w:tcW w:w="1234" w:type="dxa"/>
          </w:tcPr>
          <w:p w14:paraId="4EBF09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11DAA3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0BAED4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D08553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3,3</w:t>
            </w:r>
          </w:p>
        </w:tc>
      </w:tr>
      <w:tr w:rsidR="006F0136" w:rsidRPr="00D77020" w14:paraId="61E5AFFC" w14:textId="77777777">
        <w:tc>
          <w:tcPr>
            <w:tcW w:w="1234" w:type="dxa"/>
          </w:tcPr>
          <w:p w14:paraId="0A5B61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EB89B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HL-563-д</w:t>
            </w:r>
          </w:p>
        </w:tc>
        <w:tc>
          <w:tcPr>
            <w:tcW w:w="1234" w:type="dxa"/>
          </w:tcPr>
          <w:p w14:paraId="3B3E170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563</w:t>
            </w:r>
          </w:p>
        </w:tc>
        <w:tc>
          <w:tcPr>
            <w:tcW w:w="1234" w:type="dxa"/>
          </w:tcPr>
          <w:p w14:paraId="58068F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0EA918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0815C38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5FBA49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9,0</w:t>
            </w:r>
          </w:p>
        </w:tc>
      </w:tr>
      <w:tr w:rsidR="006F0136" w:rsidRPr="00D77020" w14:paraId="7E72742A" w14:textId="77777777">
        <w:tc>
          <w:tcPr>
            <w:tcW w:w="1234" w:type="dxa"/>
          </w:tcPr>
          <w:p w14:paraId="439D37C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172AA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HL-567-а</w:t>
            </w:r>
          </w:p>
        </w:tc>
        <w:tc>
          <w:tcPr>
            <w:tcW w:w="1234" w:type="dxa"/>
          </w:tcPr>
          <w:p w14:paraId="271094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567</w:t>
            </w:r>
          </w:p>
        </w:tc>
        <w:tc>
          <w:tcPr>
            <w:tcW w:w="1234" w:type="dxa"/>
          </w:tcPr>
          <w:p w14:paraId="422889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2833F9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6CF9908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D298F7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17,0</w:t>
            </w:r>
          </w:p>
        </w:tc>
      </w:tr>
      <w:tr w:rsidR="006F0136" w:rsidRPr="00D77020" w14:paraId="2A31632B" w14:textId="77777777">
        <w:tc>
          <w:tcPr>
            <w:tcW w:w="1234" w:type="dxa"/>
          </w:tcPr>
          <w:p w14:paraId="07DF73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261EC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HL-568-а</w:t>
            </w:r>
          </w:p>
        </w:tc>
        <w:tc>
          <w:tcPr>
            <w:tcW w:w="1234" w:type="dxa"/>
          </w:tcPr>
          <w:p w14:paraId="21BDAE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568</w:t>
            </w:r>
          </w:p>
        </w:tc>
        <w:tc>
          <w:tcPr>
            <w:tcW w:w="1234" w:type="dxa"/>
          </w:tcPr>
          <w:p w14:paraId="04D2A7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207DAD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107EDB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DC4991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14,9</w:t>
            </w:r>
          </w:p>
        </w:tc>
      </w:tr>
      <w:tr w:rsidR="006F0136" w:rsidRPr="00D77020" w14:paraId="1E7F69D9" w14:textId="77777777">
        <w:tc>
          <w:tcPr>
            <w:tcW w:w="1234" w:type="dxa"/>
          </w:tcPr>
          <w:p w14:paraId="43B626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DED6A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HL-568-б</w:t>
            </w:r>
          </w:p>
        </w:tc>
        <w:tc>
          <w:tcPr>
            <w:tcW w:w="1234" w:type="dxa"/>
          </w:tcPr>
          <w:p w14:paraId="582B266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568</w:t>
            </w:r>
          </w:p>
        </w:tc>
        <w:tc>
          <w:tcPr>
            <w:tcW w:w="1234" w:type="dxa"/>
          </w:tcPr>
          <w:p w14:paraId="0A6D8C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27A3670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42B465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D9CAC0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8,6</w:t>
            </w:r>
          </w:p>
        </w:tc>
      </w:tr>
      <w:tr w:rsidR="006F0136" w:rsidRPr="00D77020" w14:paraId="44763E8D" w14:textId="77777777">
        <w:tc>
          <w:tcPr>
            <w:tcW w:w="1234" w:type="dxa"/>
          </w:tcPr>
          <w:p w14:paraId="190C68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C081E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HL-568-д</w:t>
            </w:r>
          </w:p>
        </w:tc>
        <w:tc>
          <w:tcPr>
            <w:tcW w:w="1234" w:type="dxa"/>
          </w:tcPr>
          <w:p w14:paraId="2E8686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568</w:t>
            </w:r>
          </w:p>
        </w:tc>
        <w:tc>
          <w:tcPr>
            <w:tcW w:w="1234" w:type="dxa"/>
          </w:tcPr>
          <w:p w14:paraId="79F383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0E1219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675883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9BBCB6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17,9</w:t>
            </w:r>
          </w:p>
        </w:tc>
      </w:tr>
      <w:tr w:rsidR="006F0136" w:rsidRPr="00D77020" w14:paraId="17F02E2E" w14:textId="77777777">
        <w:tc>
          <w:tcPr>
            <w:tcW w:w="1234" w:type="dxa"/>
          </w:tcPr>
          <w:p w14:paraId="074A79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F2F41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HL-570-в</w:t>
            </w:r>
          </w:p>
        </w:tc>
        <w:tc>
          <w:tcPr>
            <w:tcW w:w="1234" w:type="dxa"/>
          </w:tcPr>
          <w:p w14:paraId="62DE93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570</w:t>
            </w:r>
          </w:p>
        </w:tc>
        <w:tc>
          <w:tcPr>
            <w:tcW w:w="1234" w:type="dxa"/>
          </w:tcPr>
          <w:p w14:paraId="0FBBDD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352381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2E3DD6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569D3D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9,9</w:t>
            </w:r>
          </w:p>
        </w:tc>
      </w:tr>
      <w:tr w:rsidR="006F0136" w:rsidRPr="00D77020" w14:paraId="3AF515F3" w14:textId="77777777">
        <w:tc>
          <w:tcPr>
            <w:tcW w:w="1234" w:type="dxa"/>
          </w:tcPr>
          <w:p w14:paraId="74285D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B885F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HL-571-б</w:t>
            </w:r>
          </w:p>
        </w:tc>
        <w:tc>
          <w:tcPr>
            <w:tcW w:w="1234" w:type="dxa"/>
          </w:tcPr>
          <w:p w14:paraId="49BFB0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571</w:t>
            </w:r>
          </w:p>
        </w:tc>
        <w:tc>
          <w:tcPr>
            <w:tcW w:w="1234" w:type="dxa"/>
          </w:tcPr>
          <w:p w14:paraId="59F17A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1FFF48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1F81EA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5FBE10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5,4</w:t>
            </w:r>
          </w:p>
        </w:tc>
      </w:tr>
      <w:tr w:rsidR="006F0136" w:rsidRPr="00D77020" w14:paraId="19B075AE" w14:textId="77777777">
        <w:tc>
          <w:tcPr>
            <w:tcW w:w="1234" w:type="dxa"/>
          </w:tcPr>
          <w:p w14:paraId="6757D2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F34A1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HL-571-в</w:t>
            </w:r>
          </w:p>
        </w:tc>
        <w:tc>
          <w:tcPr>
            <w:tcW w:w="1234" w:type="dxa"/>
          </w:tcPr>
          <w:p w14:paraId="112A02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571</w:t>
            </w:r>
          </w:p>
        </w:tc>
        <w:tc>
          <w:tcPr>
            <w:tcW w:w="1234" w:type="dxa"/>
          </w:tcPr>
          <w:p w14:paraId="13B072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7334CA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4B5048F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620CA20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14,1</w:t>
            </w:r>
          </w:p>
        </w:tc>
      </w:tr>
      <w:tr w:rsidR="006F0136" w:rsidRPr="00D77020" w14:paraId="1D6E54FE" w14:textId="77777777">
        <w:tc>
          <w:tcPr>
            <w:tcW w:w="1234" w:type="dxa"/>
          </w:tcPr>
          <w:p w14:paraId="219F62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A878E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HL-571-г</w:t>
            </w:r>
          </w:p>
        </w:tc>
        <w:tc>
          <w:tcPr>
            <w:tcW w:w="1234" w:type="dxa"/>
          </w:tcPr>
          <w:p w14:paraId="3D7F33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571</w:t>
            </w:r>
          </w:p>
        </w:tc>
        <w:tc>
          <w:tcPr>
            <w:tcW w:w="1234" w:type="dxa"/>
          </w:tcPr>
          <w:p w14:paraId="53E209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21A255E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6BC581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30E0F5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19,9</w:t>
            </w:r>
          </w:p>
        </w:tc>
      </w:tr>
      <w:tr w:rsidR="006F0136" w:rsidRPr="00D77020" w14:paraId="3EC600C8" w14:textId="77777777">
        <w:tc>
          <w:tcPr>
            <w:tcW w:w="1234" w:type="dxa"/>
          </w:tcPr>
          <w:p w14:paraId="2CBF61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50A56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HL-571-д</w:t>
            </w:r>
          </w:p>
        </w:tc>
        <w:tc>
          <w:tcPr>
            <w:tcW w:w="1234" w:type="dxa"/>
          </w:tcPr>
          <w:p w14:paraId="389483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571</w:t>
            </w:r>
          </w:p>
        </w:tc>
        <w:tc>
          <w:tcPr>
            <w:tcW w:w="1234" w:type="dxa"/>
          </w:tcPr>
          <w:p w14:paraId="347717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57DCB2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48A606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45A7EF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7,2</w:t>
            </w:r>
          </w:p>
        </w:tc>
      </w:tr>
      <w:tr w:rsidR="006F0136" w:rsidRPr="00D77020" w14:paraId="19887FBF" w14:textId="77777777">
        <w:tc>
          <w:tcPr>
            <w:tcW w:w="1234" w:type="dxa"/>
          </w:tcPr>
          <w:p w14:paraId="4D18C8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ADD54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HL-571-е</w:t>
            </w:r>
          </w:p>
        </w:tc>
        <w:tc>
          <w:tcPr>
            <w:tcW w:w="1234" w:type="dxa"/>
          </w:tcPr>
          <w:p w14:paraId="27FF39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571</w:t>
            </w:r>
          </w:p>
        </w:tc>
        <w:tc>
          <w:tcPr>
            <w:tcW w:w="1234" w:type="dxa"/>
          </w:tcPr>
          <w:p w14:paraId="055525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2E9CBA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4DB661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8CCF2B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2,6</w:t>
            </w:r>
          </w:p>
        </w:tc>
      </w:tr>
      <w:tr w:rsidR="006F0136" w:rsidRPr="00D77020" w14:paraId="00A2B991" w14:textId="77777777">
        <w:tc>
          <w:tcPr>
            <w:tcW w:w="1234" w:type="dxa"/>
          </w:tcPr>
          <w:p w14:paraId="249982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02B7B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HL-571-з</w:t>
            </w:r>
          </w:p>
        </w:tc>
        <w:tc>
          <w:tcPr>
            <w:tcW w:w="1234" w:type="dxa"/>
          </w:tcPr>
          <w:p w14:paraId="0F28542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571</w:t>
            </w:r>
          </w:p>
        </w:tc>
        <w:tc>
          <w:tcPr>
            <w:tcW w:w="1234" w:type="dxa"/>
          </w:tcPr>
          <w:p w14:paraId="193082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7515F1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65E803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0ED74B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3,3</w:t>
            </w:r>
          </w:p>
        </w:tc>
      </w:tr>
      <w:tr w:rsidR="006F0136" w:rsidRPr="00D77020" w14:paraId="16C8EE67" w14:textId="77777777">
        <w:tc>
          <w:tcPr>
            <w:tcW w:w="1234" w:type="dxa"/>
          </w:tcPr>
          <w:p w14:paraId="7DB5AE8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DF5CD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HL-572-б</w:t>
            </w:r>
          </w:p>
        </w:tc>
        <w:tc>
          <w:tcPr>
            <w:tcW w:w="1234" w:type="dxa"/>
          </w:tcPr>
          <w:p w14:paraId="19CD5C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572</w:t>
            </w:r>
          </w:p>
        </w:tc>
        <w:tc>
          <w:tcPr>
            <w:tcW w:w="1234" w:type="dxa"/>
          </w:tcPr>
          <w:p w14:paraId="765F2E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3C7EC5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66769D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6F792D3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8,2</w:t>
            </w:r>
          </w:p>
        </w:tc>
      </w:tr>
      <w:tr w:rsidR="006F0136" w:rsidRPr="00D77020" w14:paraId="5A2DE1F2" w14:textId="77777777">
        <w:tc>
          <w:tcPr>
            <w:tcW w:w="1234" w:type="dxa"/>
          </w:tcPr>
          <w:p w14:paraId="356EA1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02E4C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HL-572-г</w:t>
            </w:r>
          </w:p>
        </w:tc>
        <w:tc>
          <w:tcPr>
            <w:tcW w:w="1234" w:type="dxa"/>
          </w:tcPr>
          <w:p w14:paraId="3B34FD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572</w:t>
            </w:r>
          </w:p>
        </w:tc>
        <w:tc>
          <w:tcPr>
            <w:tcW w:w="1234" w:type="dxa"/>
          </w:tcPr>
          <w:p w14:paraId="7AEB36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2CA45D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38B15C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0733681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3,2</w:t>
            </w:r>
          </w:p>
        </w:tc>
      </w:tr>
      <w:tr w:rsidR="006F0136" w:rsidRPr="00D77020" w14:paraId="154C7895" w14:textId="77777777">
        <w:tc>
          <w:tcPr>
            <w:tcW w:w="1234" w:type="dxa"/>
          </w:tcPr>
          <w:p w14:paraId="2D41F0B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5BC29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HL-573-а</w:t>
            </w:r>
          </w:p>
        </w:tc>
        <w:tc>
          <w:tcPr>
            <w:tcW w:w="1234" w:type="dxa"/>
          </w:tcPr>
          <w:p w14:paraId="2E9FFD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573</w:t>
            </w:r>
          </w:p>
        </w:tc>
        <w:tc>
          <w:tcPr>
            <w:tcW w:w="1234" w:type="dxa"/>
          </w:tcPr>
          <w:p w14:paraId="4AC814C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78D20C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2D31C9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6A03226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40,7</w:t>
            </w:r>
          </w:p>
        </w:tc>
      </w:tr>
      <w:tr w:rsidR="006F0136" w:rsidRPr="00D77020" w14:paraId="556DD25A" w14:textId="77777777">
        <w:tc>
          <w:tcPr>
            <w:tcW w:w="1234" w:type="dxa"/>
          </w:tcPr>
          <w:p w14:paraId="31BA9C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F1114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HL-573-б</w:t>
            </w:r>
          </w:p>
        </w:tc>
        <w:tc>
          <w:tcPr>
            <w:tcW w:w="1234" w:type="dxa"/>
          </w:tcPr>
          <w:p w14:paraId="2D48ED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573</w:t>
            </w:r>
          </w:p>
        </w:tc>
        <w:tc>
          <w:tcPr>
            <w:tcW w:w="1234" w:type="dxa"/>
          </w:tcPr>
          <w:p w14:paraId="61BF49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0264A3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69EA91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66DA07E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9,5</w:t>
            </w:r>
          </w:p>
        </w:tc>
      </w:tr>
      <w:tr w:rsidR="006F0136" w:rsidRPr="00D77020" w14:paraId="42933259" w14:textId="77777777">
        <w:tc>
          <w:tcPr>
            <w:tcW w:w="1234" w:type="dxa"/>
          </w:tcPr>
          <w:p w14:paraId="712BB1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44CBB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HL-574-б</w:t>
            </w:r>
          </w:p>
        </w:tc>
        <w:tc>
          <w:tcPr>
            <w:tcW w:w="1234" w:type="dxa"/>
          </w:tcPr>
          <w:p w14:paraId="7ECE76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574</w:t>
            </w:r>
          </w:p>
        </w:tc>
        <w:tc>
          <w:tcPr>
            <w:tcW w:w="1234" w:type="dxa"/>
          </w:tcPr>
          <w:p w14:paraId="51A4049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1C508F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598E19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B6F942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16,8</w:t>
            </w:r>
          </w:p>
        </w:tc>
      </w:tr>
      <w:tr w:rsidR="006F0136" w:rsidRPr="00D77020" w14:paraId="0D5D183F" w14:textId="77777777">
        <w:tc>
          <w:tcPr>
            <w:tcW w:w="1234" w:type="dxa"/>
          </w:tcPr>
          <w:p w14:paraId="23FF51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4DA2B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HL-574-г</w:t>
            </w:r>
          </w:p>
        </w:tc>
        <w:tc>
          <w:tcPr>
            <w:tcW w:w="1234" w:type="dxa"/>
          </w:tcPr>
          <w:p w14:paraId="10B732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574</w:t>
            </w:r>
          </w:p>
        </w:tc>
        <w:tc>
          <w:tcPr>
            <w:tcW w:w="1234" w:type="dxa"/>
          </w:tcPr>
          <w:p w14:paraId="5F1AC62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212FAC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234" w:type="dxa"/>
          </w:tcPr>
          <w:p w14:paraId="3CF362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NULL</w:t>
            </w:r>
          </w:p>
        </w:tc>
        <w:tc>
          <w:tcPr>
            <w:tcW w:w="1234" w:type="dxa"/>
          </w:tcPr>
          <w:p w14:paraId="6028840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32,2</w:t>
            </w:r>
          </w:p>
        </w:tc>
      </w:tr>
      <w:tr w:rsidR="006F0136" w:rsidRPr="00D77020" w14:paraId="3C2BFDE2" w14:textId="77777777">
        <w:tc>
          <w:tcPr>
            <w:tcW w:w="1234" w:type="dxa"/>
          </w:tcPr>
          <w:p w14:paraId="4777E2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2019</w:t>
            </w:r>
          </w:p>
        </w:tc>
        <w:tc>
          <w:tcPr>
            <w:tcW w:w="1234" w:type="dxa"/>
          </w:tcPr>
          <w:p w14:paraId="5D33A3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HL-576-б</w:t>
            </w:r>
          </w:p>
        </w:tc>
        <w:tc>
          <w:tcPr>
            <w:tcW w:w="1234" w:type="dxa"/>
          </w:tcPr>
          <w:p w14:paraId="210552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576</w:t>
            </w:r>
          </w:p>
        </w:tc>
        <w:tc>
          <w:tcPr>
            <w:tcW w:w="1234" w:type="dxa"/>
          </w:tcPr>
          <w:p w14:paraId="642D41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373BEF2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11522B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86029B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3,8</w:t>
            </w:r>
          </w:p>
        </w:tc>
      </w:tr>
      <w:tr w:rsidR="006F0136" w:rsidRPr="00D77020" w14:paraId="156F7C38" w14:textId="77777777">
        <w:tc>
          <w:tcPr>
            <w:tcW w:w="1234" w:type="dxa"/>
          </w:tcPr>
          <w:p w14:paraId="7EB7A2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5EB0C1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HL-576-г</w:t>
            </w:r>
          </w:p>
        </w:tc>
        <w:tc>
          <w:tcPr>
            <w:tcW w:w="1234" w:type="dxa"/>
          </w:tcPr>
          <w:p w14:paraId="053CC4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576</w:t>
            </w:r>
          </w:p>
        </w:tc>
        <w:tc>
          <w:tcPr>
            <w:tcW w:w="1234" w:type="dxa"/>
          </w:tcPr>
          <w:p w14:paraId="074FEC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2040AF1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6C89D6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EEE423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0,6</w:t>
            </w:r>
          </w:p>
        </w:tc>
      </w:tr>
      <w:tr w:rsidR="006F0136" w:rsidRPr="00D77020" w14:paraId="2D5D6F0A" w14:textId="77777777">
        <w:tc>
          <w:tcPr>
            <w:tcW w:w="1234" w:type="dxa"/>
          </w:tcPr>
          <w:p w14:paraId="70FD3F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E75D1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HL-576-д</w:t>
            </w:r>
          </w:p>
        </w:tc>
        <w:tc>
          <w:tcPr>
            <w:tcW w:w="1234" w:type="dxa"/>
          </w:tcPr>
          <w:p w14:paraId="48EDEE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576</w:t>
            </w:r>
          </w:p>
        </w:tc>
        <w:tc>
          <w:tcPr>
            <w:tcW w:w="1234" w:type="dxa"/>
          </w:tcPr>
          <w:p w14:paraId="6AEA09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2F6A76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225924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0D8EF3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10,1</w:t>
            </w:r>
          </w:p>
        </w:tc>
      </w:tr>
      <w:tr w:rsidR="006F0136" w:rsidRPr="00D77020" w14:paraId="5CCDB2B4" w14:textId="77777777">
        <w:tc>
          <w:tcPr>
            <w:tcW w:w="1234" w:type="dxa"/>
          </w:tcPr>
          <w:p w14:paraId="7479A1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939A2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HL-576-е</w:t>
            </w:r>
          </w:p>
        </w:tc>
        <w:tc>
          <w:tcPr>
            <w:tcW w:w="1234" w:type="dxa"/>
          </w:tcPr>
          <w:p w14:paraId="331752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576</w:t>
            </w:r>
          </w:p>
        </w:tc>
        <w:tc>
          <w:tcPr>
            <w:tcW w:w="1234" w:type="dxa"/>
          </w:tcPr>
          <w:p w14:paraId="20D094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7CDE19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6F8E51A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41E0815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1,1</w:t>
            </w:r>
          </w:p>
        </w:tc>
      </w:tr>
      <w:tr w:rsidR="006F0136" w:rsidRPr="00D77020" w14:paraId="59B473EF" w14:textId="77777777">
        <w:tc>
          <w:tcPr>
            <w:tcW w:w="1234" w:type="dxa"/>
          </w:tcPr>
          <w:p w14:paraId="5A4D78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91AB9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HL-576-ж</w:t>
            </w:r>
          </w:p>
        </w:tc>
        <w:tc>
          <w:tcPr>
            <w:tcW w:w="1234" w:type="dxa"/>
          </w:tcPr>
          <w:p w14:paraId="415E33D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576</w:t>
            </w:r>
          </w:p>
        </w:tc>
        <w:tc>
          <w:tcPr>
            <w:tcW w:w="1234" w:type="dxa"/>
          </w:tcPr>
          <w:p w14:paraId="55F8A9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3F86F7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37CC47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2D9699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20,4</w:t>
            </w:r>
          </w:p>
        </w:tc>
      </w:tr>
      <w:tr w:rsidR="006F0136" w:rsidRPr="00D77020" w14:paraId="06BD6C59" w14:textId="77777777">
        <w:tc>
          <w:tcPr>
            <w:tcW w:w="1234" w:type="dxa"/>
          </w:tcPr>
          <w:p w14:paraId="7AD08CD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DB8C9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HL-577-а</w:t>
            </w:r>
          </w:p>
        </w:tc>
        <w:tc>
          <w:tcPr>
            <w:tcW w:w="1234" w:type="dxa"/>
          </w:tcPr>
          <w:p w14:paraId="251673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577</w:t>
            </w:r>
          </w:p>
        </w:tc>
        <w:tc>
          <w:tcPr>
            <w:tcW w:w="1234" w:type="dxa"/>
          </w:tcPr>
          <w:p w14:paraId="6962DD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10D44D5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3BA736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8E7914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3,0</w:t>
            </w:r>
          </w:p>
        </w:tc>
      </w:tr>
      <w:tr w:rsidR="006F0136" w:rsidRPr="00D77020" w14:paraId="49226297" w14:textId="77777777">
        <w:tc>
          <w:tcPr>
            <w:tcW w:w="7404" w:type="dxa"/>
            <w:gridSpan w:val="6"/>
          </w:tcPr>
          <w:p w14:paraId="2BF249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08EB622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1065,5</w:t>
            </w:r>
          </w:p>
        </w:tc>
      </w:tr>
    </w:tbl>
    <w:p w14:paraId="472D1991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BG0001012 - Земен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30F43F98" w14:textId="77777777">
        <w:tc>
          <w:tcPr>
            <w:tcW w:w="1587" w:type="dxa"/>
          </w:tcPr>
          <w:p w14:paraId="283A99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6B3019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2F5010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2D8C81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0240B29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070FE190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074D06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460A7E80" w14:textId="77777777">
        <w:tc>
          <w:tcPr>
            <w:tcW w:w="1234" w:type="dxa"/>
          </w:tcPr>
          <w:p w14:paraId="253869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03C46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HE-772-ф</w:t>
            </w:r>
          </w:p>
        </w:tc>
        <w:tc>
          <w:tcPr>
            <w:tcW w:w="1234" w:type="dxa"/>
          </w:tcPr>
          <w:p w14:paraId="236D79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772</w:t>
            </w:r>
          </w:p>
        </w:tc>
        <w:tc>
          <w:tcPr>
            <w:tcW w:w="1234" w:type="dxa"/>
          </w:tcPr>
          <w:p w14:paraId="39E7AB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ф</w:t>
            </w:r>
          </w:p>
        </w:tc>
        <w:tc>
          <w:tcPr>
            <w:tcW w:w="1234" w:type="dxa"/>
          </w:tcPr>
          <w:p w14:paraId="07B7EF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</w:t>
            </w:r>
          </w:p>
        </w:tc>
        <w:tc>
          <w:tcPr>
            <w:tcW w:w="1234" w:type="dxa"/>
          </w:tcPr>
          <w:p w14:paraId="366197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9530</w:t>
            </w:r>
          </w:p>
        </w:tc>
        <w:tc>
          <w:tcPr>
            <w:tcW w:w="1234" w:type="dxa"/>
          </w:tcPr>
          <w:p w14:paraId="58EAE2C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1,8</w:t>
            </w:r>
          </w:p>
        </w:tc>
      </w:tr>
      <w:tr w:rsidR="006F0136" w:rsidRPr="00D77020" w14:paraId="16E5E916" w14:textId="77777777">
        <w:tc>
          <w:tcPr>
            <w:tcW w:w="1234" w:type="dxa"/>
          </w:tcPr>
          <w:p w14:paraId="1BA3D3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6FBC8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HE-782-в</w:t>
            </w:r>
          </w:p>
        </w:tc>
        <w:tc>
          <w:tcPr>
            <w:tcW w:w="1234" w:type="dxa"/>
          </w:tcPr>
          <w:p w14:paraId="343828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782</w:t>
            </w:r>
          </w:p>
        </w:tc>
        <w:tc>
          <w:tcPr>
            <w:tcW w:w="1234" w:type="dxa"/>
          </w:tcPr>
          <w:p w14:paraId="697379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0E107F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2A086DE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206D29B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14,9</w:t>
            </w:r>
          </w:p>
        </w:tc>
      </w:tr>
      <w:tr w:rsidR="006F0136" w:rsidRPr="00D77020" w14:paraId="6611ADB6" w14:textId="77777777">
        <w:tc>
          <w:tcPr>
            <w:tcW w:w="1234" w:type="dxa"/>
          </w:tcPr>
          <w:p w14:paraId="0D2BAC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F9072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HE-782-г</w:t>
            </w:r>
          </w:p>
        </w:tc>
        <w:tc>
          <w:tcPr>
            <w:tcW w:w="1234" w:type="dxa"/>
          </w:tcPr>
          <w:p w14:paraId="439530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782</w:t>
            </w:r>
          </w:p>
        </w:tc>
        <w:tc>
          <w:tcPr>
            <w:tcW w:w="1234" w:type="dxa"/>
          </w:tcPr>
          <w:p w14:paraId="4D83F8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5ADF3E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41725A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5B0EE91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1,5</w:t>
            </w:r>
          </w:p>
        </w:tc>
      </w:tr>
      <w:tr w:rsidR="006F0136" w:rsidRPr="00D77020" w14:paraId="439C0014" w14:textId="77777777">
        <w:tc>
          <w:tcPr>
            <w:tcW w:w="1234" w:type="dxa"/>
          </w:tcPr>
          <w:p w14:paraId="4F4217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58A8C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HE-782-е</w:t>
            </w:r>
          </w:p>
        </w:tc>
        <w:tc>
          <w:tcPr>
            <w:tcW w:w="1234" w:type="dxa"/>
          </w:tcPr>
          <w:p w14:paraId="1F2B3F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782</w:t>
            </w:r>
          </w:p>
        </w:tc>
        <w:tc>
          <w:tcPr>
            <w:tcW w:w="1234" w:type="dxa"/>
          </w:tcPr>
          <w:p w14:paraId="593902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7B3188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45</w:t>
            </w:r>
          </w:p>
        </w:tc>
        <w:tc>
          <w:tcPr>
            <w:tcW w:w="1234" w:type="dxa"/>
          </w:tcPr>
          <w:p w14:paraId="365DBA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91Е0</w:t>
            </w:r>
          </w:p>
        </w:tc>
        <w:tc>
          <w:tcPr>
            <w:tcW w:w="1234" w:type="dxa"/>
          </w:tcPr>
          <w:p w14:paraId="44D1E71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1,1</w:t>
            </w:r>
          </w:p>
        </w:tc>
      </w:tr>
      <w:tr w:rsidR="006F0136" w:rsidRPr="00D77020" w14:paraId="4C7F42D9" w14:textId="77777777">
        <w:tc>
          <w:tcPr>
            <w:tcW w:w="1234" w:type="dxa"/>
          </w:tcPr>
          <w:p w14:paraId="52BBD0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A2BC2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HE-782-ж</w:t>
            </w:r>
          </w:p>
        </w:tc>
        <w:tc>
          <w:tcPr>
            <w:tcW w:w="1234" w:type="dxa"/>
          </w:tcPr>
          <w:p w14:paraId="4BBE4F3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782</w:t>
            </w:r>
          </w:p>
        </w:tc>
        <w:tc>
          <w:tcPr>
            <w:tcW w:w="1234" w:type="dxa"/>
          </w:tcPr>
          <w:p w14:paraId="5EF0F8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5D85767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</w:t>
            </w:r>
          </w:p>
        </w:tc>
        <w:tc>
          <w:tcPr>
            <w:tcW w:w="1234" w:type="dxa"/>
          </w:tcPr>
          <w:p w14:paraId="641E6A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7DDE195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3,2</w:t>
            </w:r>
          </w:p>
        </w:tc>
      </w:tr>
      <w:tr w:rsidR="006F0136" w:rsidRPr="00D77020" w14:paraId="636BB8EF" w14:textId="77777777">
        <w:tc>
          <w:tcPr>
            <w:tcW w:w="1234" w:type="dxa"/>
          </w:tcPr>
          <w:p w14:paraId="49345EA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92085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HE-782-и</w:t>
            </w:r>
          </w:p>
        </w:tc>
        <w:tc>
          <w:tcPr>
            <w:tcW w:w="1234" w:type="dxa"/>
          </w:tcPr>
          <w:p w14:paraId="6FBA3F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782</w:t>
            </w:r>
          </w:p>
        </w:tc>
        <w:tc>
          <w:tcPr>
            <w:tcW w:w="1234" w:type="dxa"/>
          </w:tcPr>
          <w:p w14:paraId="5716674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1184149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13168E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6366377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9,6</w:t>
            </w:r>
          </w:p>
        </w:tc>
      </w:tr>
      <w:tr w:rsidR="006F0136" w:rsidRPr="00D77020" w14:paraId="49B1E8E5" w14:textId="77777777">
        <w:tc>
          <w:tcPr>
            <w:tcW w:w="1234" w:type="dxa"/>
          </w:tcPr>
          <w:p w14:paraId="36A292B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5E2A9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HE-783-е</w:t>
            </w:r>
          </w:p>
        </w:tc>
        <w:tc>
          <w:tcPr>
            <w:tcW w:w="1234" w:type="dxa"/>
          </w:tcPr>
          <w:p w14:paraId="33972AF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783</w:t>
            </w:r>
          </w:p>
        </w:tc>
        <w:tc>
          <w:tcPr>
            <w:tcW w:w="1234" w:type="dxa"/>
          </w:tcPr>
          <w:p w14:paraId="4957A4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42476A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48CBB2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49868BE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21,9</w:t>
            </w:r>
          </w:p>
        </w:tc>
      </w:tr>
      <w:tr w:rsidR="006F0136" w:rsidRPr="00D77020" w14:paraId="1B7A93D6" w14:textId="77777777">
        <w:tc>
          <w:tcPr>
            <w:tcW w:w="1234" w:type="dxa"/>
          </w:tcPr>
          <w:p w14:paraId="49407A1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997FF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HE-783-з</w:t>
            </w:r>
          </w:p>
        </w:tc>
        <w:tc>
          <w:tcPr>
            <w:tcW w:w="1234" w:type="dxa"/>
          </w:tcPr>
          <w:p w14:paraId="672EA7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783</w:t>
            </w:r>
          </w:p>
        </w:tc>
        <w:tc>
          <w:tcPr>
            <w:tcW w:w="1234" w:type="dxa"/>
          </w:tcPr>
          <w:p w14:paraId="03EB2D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704984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4F7CE49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055B528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10,3</w:t>
            </w:r>
          </w:p>
        </w:tc>
      </w:tr>
      <w:tr w:rsidR="006F0136" w:rsidRPr="00D77020" w14:paraId="3F4512B8" w14:textId="77777777">
        <w:tc>
          <w:tcPr>
            <w:tcW w:w="1234" w:type="dxa"/>
          </w:tcPr>
          <w:p w14:paraId="48863D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0F0544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HE-783-р</w:t>
            </w:r>
          </w:p>
        </w:tc>
        <w:tc>
          <w:tcPr>
            <w:tcW w:w="1234" w:type="dxa"/>
          </w:tcPr>
          <w:p w14:paraId="7EDDBF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783</w:t>
            </w:r>
          </w:p>
        </w:tc>
        <w:tc>
          <w:tcPr>
            <w:tcW w:w="1234" w:type="dxa"/>
          </w:tcPr>
          <w:p w14:paraId="1C0FE7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292A6F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5C01E1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4F24510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15,2</w:t>
            </w:r>
          </w:p>
        </w:tc>
      </w:tr>
      <w:tr w:rsidR="006F0136" w:rsidRPr="00D77020" w14:paraId="70E63987" w14:textId="77777777">
        <w:tc>
          <w:tcPr>
            <w:tcW w:w="1234" w:type="dxa"/>
          </w:tcPr>
          <w:p w14:paraId="57EBF7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291672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HE-783-т</w:t>
            </w:r>
          </w:p>
        </w:tc>
        <w:tc>
          <w:tcPr>
            <w:tcW w:w="1234" w:type="dxa"/>
          </w:tcPr>
          <w:p w14:paraId="6F300D8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783</w:t>
            </w:r>
          </w:p>
        </w:tc>
        <w:tc>
          <w:tcPr>
            <w:tcW w:w="1234" w:type="dxa"/>
          </w:tcPr>
          <w:p w14:paraId="2183C84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57A692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2C4E07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488351C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13,4</w:t>
            </w:r>
          </w:p>
        </w:tc>
      </w:tr>
      <w:tr w:rsidR="006F0136" w:rsidRPr="00D77020" w14:paraId="4F88C8E6" w14:textId="77777777">
        <w:tc>
          <w:tcPr>
            <w:tcW w:w="1234" w:type="dxa"/>
          </w:tcPr>
          <w:p w14:paraId="4B39ED3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84F77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HE-787-а1</w:t>
            </w:r>
          </w:p>
        </w:tc>
        <w:tc>
          <w:tcPr>
            <w:tcW w:w="1234" w:type="dxa"/>
          </w:tcPr>
          <w:p w14:paraId="6BB405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787</w:t>
            </w:r>
          </w:p>
        </w:tc>
        <w:tc>
          <w:tcPr>
            <w:tcW w:w="1234" w:type="dxa"/>
          </w:tcPr>
          <w:p w14:paraId="7447069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а1</w:t>
            </w:r>
          </w:p>
        </w:tc>
        <w:tc>
          <w:tcPr>
            <w:tcW w:w="1234" w:type="dxa"/>
          </w:tcPr>
          <w:p w14:paraId="63D574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234" w:type="dxa"/>
          </w:tcPr>
          <w:p w14:paraId="0EE8E6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17DB34E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0,4</w:t>
            </w:r>
          </w:p>
        </w:tc>
      </w:tr>
      <w:tr w:rsidR="006F0136" w:rsidRPr="00D77020" w14:paraId="360BC5B0" w14:textId="77777777">
        <w:tc>
          <w:tcPr>
            <w:tcW w:w="1234" w:type="dxa"/>
          </w:tcPr>
          <w:p w14:paraId="4D8FF0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60F18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HE-787-к1</w:t>
            </w:r>
          </w:p>
        </w:tc>
        <w:tc>
          <w:tcPr>
            <w:tcW w:w="1234" w:type="dxa"/>
          </w:tcPr>
          <w:p w14:paraId="2C2B88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787</w:t>
            </w:r>
          </w:p>
        </w:tc>
        <w:tc>
          <w:tcPr>
            <w:tcW w:w="1234" w:type="dxa"/>
          </w:tcPr>
          <w:p w14:paraId="1D325A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к1</w:t>
            </w:r>
          </w:p>
        </w:tc>
        <w:tc>
          <w:tcPr>
            <w:tcW w:w="1234" w:type="dxa"/>
          </w:tcPr>
          <w:p w14:paraId="2FD41E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25</w:t>
            </w:r>
          </w:p>
        </w:tc>
        <w:tc>
          <w:tcPr>
            <w:tcW w:w="1234" w:type="dxa"/>
          </w:tcPr>
          <w:p w14:paraId="77B56F7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0681A10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1,6</w:t>
            </w:r>
          </w:p>
        </w:tc>
      </w:tr>
      <w:tr w:rsidR="006F0136" w:rsidRPr="00D77020" w14:paraId="16A0EEB8" w14:textId="77777777">
        <w:tc>
          <w:tcPr>
            <w:tcW w:w="1234" w:type="dxa"/>
          </w:tcPr>
          <w:p w14:paraId="7CABCE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6219F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HE-795-в</w:t>
            </w:r>
          </w:p>
        </w:tc>
        <w:tc>
          <w:tcPr>
            <w:tcW w:w="1234" w:type="dxa"/>
          </w:tcPr>
          <w:p w14:paraId="32EBC69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795</w:t>
            </w:r>
          </w:p>
        </w:tc>
        <w:tc>
          <w:tcPr>
            <w:tcW w:w="1234" w:type="dxa"/>
          </w:tcPr>
          <w:p w14:paraId="1A2F83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2BDC3DE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3B3E77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6681A4E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18,0</w:t>
            </w:r>
          </w:p>
        </w:tc>
      </w:tr>
      <w:tr w:rsidR="006F0136" w:rsidRPr="00D77020" w14:paraId="78813D18" w14:textId="77777777">
        <w:tc>
          <w:tcPr>
            <w:tcW w:w="1234" w:type="dxa"/>
          </w:tcPr>
          <w:p w14:paraId="36F2BB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90CE9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HE-795-г</w:t>
            </w:r>
          </w:p>
        </w:tc>
        <w:tc>
          <w:tcPr>
            <w:tcW w:w="1234" w:type="dxa"/>
          </w:tcPr>
          <w:p w14:paraId="1F53FC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795</w:t>
            </w:r>
          </w:p>
        </w:tc>
        <w:tc>
          <w:tcPr>
            <w:tcW w:w="1234" w:type="dxa"/>
          </w:tcPr>
          <w:p w14:paraId="740D36C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39FAF3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6B5162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2C2DEA4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26,6</w:t>
            </w:r>
          </w:p>
        </w:tc>
      </w:tr>
      <w:tr w:rsidR="006F0136" w:rsidRPr="00D77020" w14:paraId="56399FAA" w14:textId="77777777">
        <w:tc>
          <w:tcPr>
            <w:tcW w:w="1234" w:type="dxa"/>
          </w:tcPr>
          <w:p w14:paraId="1111AE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E5B0E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HE-796-г</w:t>
            </w:r>
          </w:p>
        </w:tc>
        <w:tc>
          <w:tcPr>
            <w:tcW w:w="1234" w:type="dxa"/>
          </w:tcPr>
          <w:p w14:paraId="3640D5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796</w:t>
            </w:r>
          </w:p>
        </w:tc>
        <w:tc>
          <w:tcPr>
            <w:tcW w:w="1234" w:type="dxa"/>
          </w:tcPr>
          <w:p w14:paraId="7049743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4CFC613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092A18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91H0</w:t>
            </w:r>
          </w:p>
        </w:tc>
        <w:tc>
          <w:tcPr>
            <w:tcW w:w="1234" w:type="dxa"/>
          </w:tcPr>
          <w:p w14:paraId="2EFDB5F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14,6</w:t>
            </w:r>
          </w:p>
        </w:tc>
      </w:tr>
      <w:tr w:rsidR="006F0136" w:rsidRPr="00D77020" w14:paraId="735624EF" w14:textId="77777777">
        <w:tc>
          <w:tcPr>
            <w:tcW w:w="1234" w:type="dxa"/>
          </w:tcPr>
          <w:p w14:paraId="7BAF10A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61FA7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HE-806-б</w:t>
            </w:r>
          </w:p>
        </w:tc>
        <w:tc>
          <w:tcPr>
            <w:tcW w:w="1234" w:type="dxa"/>
          </w:tcPr>
          <w:p w14:paraId="076892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806</w:t>
            </w:r>
          </w:p>
        </w:tc>
        <w:tc>
          <w:tcPr>
            <w:tcW w:w="1234" w:type="dxa"/>
          </w:tcPr>
          <w:p w14:paraId="51D154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66A1445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90</w:t>
            </w:r>
          </w:p>
        </w:tc>
        <w:tc>
          <w:tcPr>
            <w:tcW w:w="1234" w:type="dxa"/>
          </w:tcPr>
          <w:p w14:paraId="53C7E7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36FF185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3,7</w:t>
            </w:r>
          </w:p>
        </w:tc>
      </w:tr>
      <w:tr w:rsidR="006F0136" w:rsidRPr="00D77020" w14:paraId="2B161E97" w14:textId="77777777">
        <w:tc>
          <w:tcPr>
            <w:tcW w:w="1234" w:type="dxa"/>
          </w:tcPr>
          <w:p w14:paraId="4AD3E8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E95C8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HE-806-в</w:t>
            </w:r>
          </w:p>
        </w:tc>
        <w:tc>
          <w:tcPr>
            <w:tcW w:w="1234" w:type="dxa"/>
          </w:tcPr>
          <w:p w14:paraId="134618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806</w:t>
            </w:r>
          </w:p>
        </w:tc>
        <w:tc>
          <w:tcPr>
            <w:tcW w:w="1234" w:type="dxa"/>
          </w:tcPr>
          <w:p w14:paraId="033140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138E7B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5C1409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9150</w:t>
            </w:r>
          </w:p>
        </w:tc>
        <w:tc>
          <w:tcPr>
            <w:tcW w:w="1234" w:type="dxa"/>
          </w:tcPr>
          <w:p w14:paraId="07B0F79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8,9</w:t>
            </w:r>
          </w:p>
        </w:tc>
      </w:tr>
      <w:tr w:rsidR="006F0136" w:rsidRPr="00D77020" w14:paraId="4AF706C1" w14:textId="77777777">
        <w:tc>
          <w:tcPr>
            <w:tcW w:w="1234" w:type="dxa"/>
          </w:tcPr>
          <w:p w14:paraId="0AA041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0ED54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HE-820-т</w:t>
            </w:r>
          </w:p>
        </w:tc>
        <w:tc>
          <w:tcPr>
            <w:tcW w:w="1234" w:type="dxa"/>
          </w:tcPr>
          <w:p w14:paraId="6BDF54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820</w:t>
            </w:r>
          </w:p>
        </w:tc>
        <w:tc>
          <w:tcPr>
            <w:tcW w:w="1234" w:type="dxa"/>
          </w:tcPr>
          <w:p w14:paraId="71C3F98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0647D8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0D47A7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9110</w:t>
            </w:r>
          </w:p>
        </w:tc>
        <w:tc>
          <w:tcPr>
            <w:tcW w:w="1234" w:type="dxa"/>
          </w:tcPr>
          <w:p w14:paraId="10E20C1A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15,2</w:t>
            </w:r>
          </w:p>
        </w:tc>
      </w:tr>
      <w:tr w:rsidR="006F0136" w:rsidRPr="00D77020" w14:paraId="454DD703" w14:textId="77777777">
        <w:tc>
          <w:tcPr>
            <w:tcW w:w="1234" w:type="dxa"/>
          </w:tcPr>
          <w:p w14:paraId="01CAF4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21788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HE-823-а</w:t>
            </w:r>
          </w:p>
        </w:tc>
        <w:tc>
          <w:tcPr>
            <w:tcW w:w="1234" w:type="dxa"/>
          </w:tcPr>
          <w:p w14:paraId="3BCEF4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823</w:t>
            </w:r>
          </w:p>
        </w:tc>
        <w:tc>
          <w:tcPr>
            <w:tcW w:w="1234" w:type="dxa"/>
          </w:tcPr>
          <w:p w14:paraId="0D85883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56C6AF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1F48547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4DE0AB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15,8</w:t>
            </w:r>
          </w:p>
        </w:tc>
      </w:tr>
      <w:tr w:rsidR="006F0136" w:rsidRPr="00D77020" w14:paraId="65041E96" w14:textId="77777777">
        <w:tc>
          <w:tcPr>
            <w:tcW w:w="1234" w:type="dxa"/>
          </w:tcPr>
          <w:p w14:paraId="563E61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228F2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HE-823-в</w:t>
            </w:r>
          </w:p>
        </w:tc>
        <w:tc>
          <w:tcPr>
            <w:tcW w:w="1234" w:type="dxa"/>
          </w:tcPr>
          <w:p w14:paraId="67EC76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823</w:t>
            </w:r>
          </w:p>
        </w:tc>
        <w:tc>
          <w:tcPr>
            <w:tcW w:w="1234" w:type="dxa"/>
          </w:tcPr>
          <w:p w14:paraId="7585A1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228DE1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</w:t>
            </w:r>
          </w:p>
        </w:tc>
        <w:tc>
          <w:tcPr>
            <w:tcW w:w="1234" w:type="dxa"/>
          </w:tcPr>
          <w:p w14:paraId="3811F4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3E360C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14,1</w:t>
            </w:r>
          </w:p>
        </w:tc>
      </w:tr>
      <w:tr w:rsidR="006F0136" w:rsidRPr="00D77020" w14:paraId="1EF27FD2" w14:textId="77777777">
        <w:tc>
          <w:tcPr>
            <w:tcW w:w="7404" w:type="dxa"/>
            <w:gridSpan w:val="6"/>
          </w:tcPr>
          <w:p w14:paraId="6A1643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7318F16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211,8</w:t>
            </w:r>
          </w:p>
        </w:tc>
      </w:tr>
    </w:tbl>
    <w:p w14:paraId="581E6F22" w14:textId="77777777" w:rsidR="006F0136" w:rsidRPr="00D77020" w:rsidRDefault="00D77020">
      <w:pPr>
        <w:pStyle w:val="Heading2"/>
        <w:rPr>
          <w:lang w:val="bg-BG"/>
        </w:rPr>
      </w:pPr>
      <w:r w:rsidRPr="00D77020">
        <w:rPr>
          <w:lang w:val="bg-BG"/>
        </w:rPr>
        <w:t>Зона Натура 2000: BG0001017 - Кървав камък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13"/>
        <w:gridCol w:w="1085"/>
        <w:gridCol w:w="1202"/>
        <w:gridCol w:w="1137"/>
        <w:gridCol w:w="1138"/>
        <w:gridCol w:w="1303"/>
      </w:tblGrid>
      <w:tr w:rsidR="006F0136" w:rsidRPr="00D77020" w14:paraId="2677765B" w14:textId="77777777">
        <w:tc>
          <w:tcPr>
            <w:tcW w:w="1587" w:type="dxa"/>
          </w:tcPr>
          <w:p w14:paraId="229A4F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Година ГСП</w:t>
            </w:r>
          </w:p>
        </w:tc>
        <w:tc>
          <w:tcPr>
            <w:tcW w:w="1701" w:type="dxa"/>
          </w:tcPr>
          <w:p w14:paraId="14D5C9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KEY_ID</w:t>
            </w:r>
          </w:p>
        </w:tc>
        <w:tc>
          <w:tcPr>
            <w:tcW w:w="1234" w:type="dxa"/>
          </w:tcPr>
          <w:p w14:paraId="68A13D0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Отдел</w:t>
            </w:r>
          </w:p>
        </w:tc>
        <w:tc>
          <w:tcPr>
            <w:tcW w:w="1234" w:type="dxa"/>
          </w:tcPr>
          <w:p w14:paraId="0CAEE81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Подотдел</w:t>
            </w:r>
          </w:p>
        </w:tc>
        <w:tc>
          <w:tcPr>
            <w:tcW w:w="1234" w:type="dxa"/>
          </w:tcPr>
          <w:p w14:paraId="2D0BB8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Възраст</w:t>
            </w:r>
          </w:p>
        </w:tc>
        <w:tc>
          <w:tcPr>
            <w:tcW w:w="1234" w:type="dxa"/>
          </w:tcPr>
          <w:p w14:paraId="35A03C1D" w14:textId="77777777" w:rsidR="006F0136" w:rsidRPr="00D77020" w:rsidRDefault="00D77020">
            <w:pPr>
              <w:rPr>
                <w:lang w:val="bg-BG"/>
              </w:rPr>
            </w:pPr>
            <w:proofErr w:type="spellStart"/>
            <w:r w:rsidRPr="00D77020">
              <w:rPr>
                <w:lang w:val="bg-BG"/>
              </w:rPr>
              <w:t>Хабитат</w:t>
            </w:r>
            <w:proofErr w:type="spellEnd"/>
          </w:p>
        </w:tc>
        <w:tc>
          <w:tcPr>
            <w:tcW w:w="1587" w:type="dxa"/>
          </w:tcPr>
          <w:p w14:paraId="5F2EEE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Площ (ха)</w:t>
            </w:r>
          </w:p>
        </w:tc>
      </w:tr>
      <w:tr w:rsidR="006F0136" w:rsidRPr="00D77020" w14:paraId="643082FD" w14:textId="77777777">
        <w:tc>
          <w:tcPr>
            <w:tcW w:w="1234" w:type="dxa"/>
          </w:tcPr>
          <w:p w14:paraId="500437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CDBD7E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HE-609-а</w:t>
            </w:r>
          </w:p>
        </w:tc>
        <w:tc>
          <w:tcPr>
            <w:tcW w:w="1234" w:type="dxa"/>
          </w:tcPr>
          <w:p w14:paraId="28F5BAB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609</w:t>
            </w:r>
          </w:p>
        </w:tc>
        <w:tc>
          <w:tcPr>
            <w:tcW w:w="1234" w:type="dxa"/>
          </w:tcPr>
          <w:p w14:paraId="7609C2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6F8A7E6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2F2070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A9A801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37CB86F7" w14:textId="77777777">
        <w:tc>
          <w:tcPr>
            <w:tcW w:w="1234" w:type="dxa"/>
          </w:tcPr>
          <w:p w14:paraId="341E0A3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F79AAF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HE-609-в</w:t>
            </w:r>
          </w:p>
        </w:tc>
        <w:tc>
          <w:tcPr>
            <w:tcW w:w="1234" w:type="dxa"/>
          </w:tcPr>
          <w:p w14:paraId="79A032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609</w:t>
            </w:r>
          </w:p>
        </w:tc>
        <w:tc>
          <w:tcPr>
            <w:tcW w:w="1234" w:type="dxa"/>
          </w:tcPr>
          <w:p w14:paraId="11BD32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22373F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3C918B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6B423B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0,6</w:t>
            </w:r>
          </w:p>
        </w:tc>
      </w:tr>
      <w:tr w:rsidR="006F0136" w:rsidRPr="00D77020" w14:paraId="0AD6A980" w14:textId="77777777">
        <w:tc>
          <w:tcPr>
            <w:tcW w:w="1234" w:type="dxa"/>
          </w:tcPr>
          <w:p w14:paraId="160576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AAED5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HE-609-г</w:t>
            </w:r>
          </w:p>
        </w:tc>
        <w:tc>
          <w:tcPr>
            <w:tcW w:w="1234" w:type="dxa"/>
          </w:tcPr>
          <w:p w14:paraId="503DC2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609</w:t>
            </w:r>
          </w:p>
        </w:tc>
        <w:tc>
          <w:tcPr>
            <w:tcW w:w="1234" w:type="dxa"/>
          </w:tcPr>
          <w:p w14:paraId="6C628D7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1BDACD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33F9411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C41FEB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1,2</w:t>
            </w:r>
          </w:p>
        </w:tc>
      </w:tr>
      <w:tr w:rsidR="006F0136" w:rsidRPr="00D77020" w14:paraId="236F5375" w14:textId="77777777">
        <w:tc>
          <w:tcPr>
            <w:tcW w:w="1234" w:type="dxa"/>
          </w:tcPr>
          <w:p w14:paraId="68314B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6236E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HE-609-з</w:t>
            </w:r>
          </w:p>
        </w:tc>
        <w:tc>
          <w:tcPr>
            <w:tcW w:w="1234" w:type="dxa"/>
          </w:tcPr>
          <w:p w14:paraId="5865D6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609</w:t>
            </w:r>
          </w:p>
        </w:tc>
        <w:tc>
          <w:tcPr>
            <w:tcW w:w="1234" w:type="dxa"/>
          </w:tcPr>
          <w:p w14:paraId="55EF1A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50CEA2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22316B0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CE39F9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1,9</w:t>
            </w:r>
          </w:p>
        </w:tc>
      </w:tr>
      <w:tr w:rsidR="006F0136" w:rsidRPr="00D77020" w14:paraId="7AA40D60" w14:textId="77777777">
        <w:tc>
          <w:tcPr>
            <w:tcW w:w="1234" w:type="dxa"/>
          </w:tcPr>
          <w:p w14:paraId="00E167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25CC0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HE-621-а</w:t>
            </w:r>
          </w:p>
        </w:tc>
        <w:tc>
          <w:tcPr>
            <w:tcW w:w="1234" w:type="dxa"/>
          </w:tcPr>
          <w:p w14:paraId="1B4ADF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621</w:t>
            </w:r>
          </w:p>
        </w:tc>
        <w:tc>
          <w:tcPr>
            <w:tcW w:w="1234" w:type="dxa"/>
          </w:tcPr>
          <w:p w14:paraId="2275FB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23386D2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110</w:t>
            </w:r>
          </w:p>
        </w:tc>
        <w:tc>
          <w:tcPr>
            <w:tcW w:w="1234" w:type="dxa"/>
          </w:tcPr>
          <w:p w14:paraId="46C1747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69E1BF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21816F86" w14:textId="77777777">
        <w:tc>
          <w:tcPr>
            <w:tcW w:w="1234" w:type="dxa"/>
          </w:tcPr>
          <w:p w14:paraId="02A207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D0B40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HE-621-в</w:t>
            </w:r>
          </w:p>
        </w:tc>
        <w:tc>
          <w:tcPr>
            <w:tcW w:w="1234" w:type="dxa"/>
          </w:tcPr>
          <w:p w14:paraId="53B2302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621</w:t>
            </w:r>
          </w:p>
        </w:tc>
        <w:tc>
          <w:tcPr>
            <w:tcW w:w="1234" w:type="dxa"/>
          </w:tcPr>
          <w:p w14:paraId="75EECB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64FEB3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1A4BF5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F0EAFF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0,9</w:t>
            </w:r>
          </w:p>
        </w:tc>
      </w:tr>
      <w:tr w:rsidR="006F0136" w:rsidRPr="00D77020" w14:paraId="04C37C7C" w14:textId="77777777">
        <w:tc>
          <w:tcPr>
            <w:tcW w:w="1234" w:type="dxa"/>
          </w:tcPr>
          <w:p w14:paraId="7DA024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3A8CEE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HE-621-г</w:t>
            </w:r>
          </w:p>
        </w:tc>
        <w:tc>
          <w:tcPr>
            <w:tcW w:w="1234" w:type="dxa"/>
          </w:tcPr>
          <w:p w14:paraId="7E16858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621</w:t>
            </w:r>
          </w:p>
        </w:tc>
        <w:tc>
          <w:tcPr>
            <w:tcW w:w="1234" w:type="dxa"/>
          </w:tcPr>
          <w:p w14:paraId="410C7CE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172193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7E1126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311966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5,8</w:t>
            </w:r>
          </w:p>
        </w:tc>
      </w:tr>
      <w:tr w:rsidR="006F0136" w:rsidRPr="00D77020" w14:paraId="322497A0" w14:textId="77777777">
        <w:tc>
          <w:tcPr>
            <w:tcW w:w="1234" w:type="dxa"/>
          </w:tcPr>
          <w:p w14:paraId="5A8B41C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B67CAA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HE-621-д</w:t>
            </w:r>
          </w:p>
        </w:tc>
        <w:tc>
          <w:tcPr>
            <w:tcW w:w="1234" w:type="dxa"/>
          </w:tcPr>
          <w:p w14:paraId="47D76F6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621</w:t>
            </w:r>
          </w:p>
        </w:tc>
        <w:tc>
          <w:tcPr>
            <w:tcW w:w="1234" w:type="dxa"/>
          </w:tcPr>
          <w:p w14:paraId="2EDA3F8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д</w:t>
            </w:r>
          </w:p>
        </w:tc>
        <w:tc>
          <w:tcPr>
            <w:tcW w:w="1234" w:type="dxa"/>
          </w:tcPr>
          <w:p w14:paraId="05C3E7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47A246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77582B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2,1</w:t>
            </w:r>
          </w:p>
        </w:tc>
      </w:tr>
      <w:tr w:rsidR="006F0136" w:rsidRPr="00D77020" w14:paraId="708EFAB0" w14:textId="77777777">
        <w:tc>
          <w:tcPr>
            <w:tcW w:w="1234" w:type="dxa"/>
          </w:tcPr>
          <w:p w14:paraId="40D9933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5F27B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HE-621-е</w:t>
            </w:r>
          </w:p>
        </w:tc>
        <w:tc>
          <w:tcPr>
            <w:tcW w:w="1234" w:type="dxa"/>
          </w:tcPr>
          <w:p w14:paraId="726F3C4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621</w:t>
            </w:r>
          </w:p>
        </w:tc>
        <w:tc>
          <w:tcPr>
            <w:tcW w:w="1234" w:type="dxa"/>
          </w:tcPr>
          <w:p w14:paraId="3067B3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155D20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30BEEA0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725CF5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0,7</w:t>
            </w:r>
          </w:p>
        </w:tc>
      </w:tr>
      <w:tr w:rsidR="006F0136" w:rsidRPr="00D77020" w14:paraId="7C146DE5" w14:textId="77777777">
        <w:tc>
          <w:tcPr>
            <w:tcW w:w="1234" w:type="dxa"/>
          </w:tcPr>
          <w:p w14:paraId="38342E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4F5E6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HE-621-и</w:t>
            </w:r>
          </w:p>
        </w:tc>
        <w:tc>
          <w:tcPr>
            <w:tcW w:w="1234" w:type="dxa"/>
          </w:tcPr>
          <w:p w14:paraId="28992B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621</w:t>
            </w:r>
          </w:p>
        </w:tc>
        <w:tc>
          <w:tcPr>
            <w:tcW w:w="1234" w:type="dxa"/>
          </w:tcPr>
          <w:p w14:paraId="1732F7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и</w:t>
            </w:r>
          </w:p>
        </w:tc>
        <w:tc>
          <w:tcPr>
            <w:tcW w:w="1234" w:type="dxa"/>
          </w:tcPr>
          <w:p w14:paraId="194506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080627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F3269D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19,9</w:t>
            </w:r>
          </w:p>
        </w:tc>
      </w:tr>
      <w:tr w:rsidR="006F0136" w:rsidRPr="00D77020" w14:paraId="4CB82CB0" w14:textId="77777777">
        <w:tc>
          <w:tcPr>
            <w:tcW w:w="1234" w:type="dxa"/>
          </w:tcPr>
          <w:p w14:paraId="36C8DAF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284D11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HE-621-п</w:t>
            </w:r>
          </w:p>
        </w:tc>
        <w:tc>
          <w:tcPr>
            <w:tcW w:w="1234" w:type="dxa"/>
          </w:tcPr>
          <w:p w14:paraId="4C55D19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621</w:t>
            </w:r>
          </w:p>
        </w:tc>
        <w:tc>
          <w:tcPr>
            <w:tcW w:w="1234" w:type="dxa"/>
          </w:tcPr>
          <w:p w14:paraId="135597B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55A9505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170</w:t>
            </w:r>
          </w:p>
        </w:tc>
        <w:tc>
          <w:tcPr>
            <w:tcW w:w="1234" w:type="dxa"/>
          </w:tcPr>
          <w:p w14:paraId="5B7C212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4109F3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2,0</w:t>
            </w:r>
          </w:p>
        </w:tc>
      </w:tr>
      <w:tr w:rsidR="006F0136" w:rsidRPr="00D77020" w14:paraId="3B0A6CC6" w14:textId="77777777">
        <w:tc>
          <w:tcPr>
            <w:tcW w:w="1234" w:type="dxa"/>
          </w:tcPr>
          <w:p w14:paraId="509728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1FA1B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HE-621-ч</w:t>
            </w:r>
          </w:p>
        </w:tc>
        <w:tc>
          <w:tcPr>
            <w:tcW w:w="1234" w:type="dxa"/>
          </w:tcPr>
          <w:p w14:paraId="030B7A7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621</w:t>
            </w:r>
          </w:p>
        </w:tc>
        <w:tc>
          <w:tcPr>
            <w:tcW w:w="1234" w:type="dxa"/>
          </w:tcPr>
          <w:p w14:paraId="6A664C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ч</w:t>
            </w:r>
          </w:p>
        </w:tc>
        <w:tc>
          <w:tcPr>
            <w:tcW w:w="1234" w:type="dxa"/>
          </w:tcPr>
          <w:p w14:paraId="71955E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0A64B6C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4C595A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10,5</w:t>
            </w:r>
          </w:p>
        </w:tc>
      </w:tr>
      <w:tr w:rsidR="006F0136" w:rsidRPr="00D77020" w14:paraId="184A3DA5" w14:textId="77777777">
        <w:tc>
          <w:tcPr>
            <w:tcW w:w="1234" w:type="dxa"/>
          </w:tcPr>
          <w:p w14:paraId="19FBCA9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B98A4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HE-640-м</w:t>
            </w:r>
          </w:p>
        </w:tc>
        <w:tc>
          <w:tcPr>
            <w:tcW w:w="1234" w:type="dxa"/>
          </w:tcPr>
          <w:p w14:paraId="59FDF0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640</w:t>
            </w:r>
          </w:p>
        </w:tc>
        <w:tc>
          <w:tcPr>
            <w:tcW w:w="1234" w:type="dxa"/>
          </w:tcPr>
          <w:p w14:paraId="7E05E47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4319E8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540A456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914A6A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5,1</w:t>
            </w:r>
          </w:p>
        </w:tc>
      </w:tr>
      <w:tr w:rsidR="006F0136" w:rsidRPr="00D77020" w14:paraId="3D762D1F" w14:textId="77777777">
        <w:tc>
          <w:tcPr>
            <w:tcW w:w="1234" w:type="dxa"/>
          </w:tcPr>
          <w:p w14:paraId="732BA8C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CF698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HE-640-н</w:t>
            </w:r>
          </w:p>
        </w:tc>
        <w:tc>
          <w:tcPr>
            <w:tcW w:w="1234" w:type="dxa"/>
          </w:tcPr>
          <w:p w14:paraId="4B52FD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640</w:t>
            </w:r>
          </w:p>
        </w:tc>
        <w:tc>
          <w:tcPr>
            <w:tcW w:w="1234" w:type="dxa"/>
          </w:tcPr>
          <w:p w14:paraId="49C7655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018690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22578C3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3ABB61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3,9</w:t>
            </w:r>
          </w:p>
        </w:tc>
      </w:tr>
      <w:tr w:rsidR="006F0136" w:rsidRPr="00D77020" w14:paraId="072A1EA9" w14:textId="77777777">
        <w:tc>
          <w:tcPr>
            <w:tcW w:w="1234" w:type="dxa"/>
          </w:tcPr>
          <w:p w14:paraId="79ADD1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C46EA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HE-640-о</w:t>
            </w:r>
          </w:p>
        </w:tc>
        <w:tc>
          <w:tcPr>
            <w:tcW w:w="1234" w:type="dxa"/>
          </w:tcPr>
          <w:p w14:paraId="67A4F6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640</w:t>
            </w:r>
          </w:p>
        </w:tc>
        <w:tc>
          <w:tcPr>
            <w:tcW w:w="1234" w:type="dxa"/>
          </w:tcPr>
          <w:p w14:paraId="3E8944C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331F92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5D33ED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2C31A23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1,7</w:t>
            </w:r>
          </w:p>
        </w:tc>
      </w:tr>
      <w:tr w:rsidR="006F0136" w:rsidRPr="00D77020" w14:paraId="13CE17DB" w14:textId="77777777">
        <w:tc>
          <w:tcPr>
            <w:tcW w:w="1234" w:type="dxa"/>
          </w:tcPr>
          <w:p w14:paraId="75E6EF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lastRenderedPageBreak/>
              <w:t>2019</w:t>
            </w:r>
          </w:p>
        </w:tc>
        <w:tc>
          <w:tcPr>
            <w:tcW w:w="1234" w:type="dxa"/>
          </w:tcPr>
          <w:p w14:paraId="378733C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HE-640-р</w:t>
            </w:r>
          </w:p>
        </w:tc>
        <w:tc>
          <w:tcPr>
            <w:tcW w:w="1234" w:type="dxa"/>
          </w:tcPr>
          <w:p w14:paraId="58D9E2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640</w:t>
            </w:r>
          </w:p>
        </w:tc>
        <w:tc>
          <w:tcPr>
            <w:tcW w:w="1234" w:type="dxa"/>
          </w:tcPr>
          <w:p w14:paraId="39DEFBA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3A6961C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77D8F1E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8C4DFE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4,3</w:t>
            </w:r>
          </w:p>
        </w:tc>
      </w:tr>
      <w:tr w:rsidR="006F0136" w:rsidRPr="00D77020" w14:paraId="26EAC34D" w14:textId="77777777">
        <w:tc>
          <w:tcPr>
            <w:tcW w:w="1234" w:type="dxa"/>
          </w:tcPr>
          <w:p w14:paraId="6475E0D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940298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HE-640-с</w:t>
            </w:r>
          </w:p>
        </w:tc>
        <w:tc>
          <w:tcPr>
            <w:tcW w:w="1234" w:type="dxa"/>
          </w:tcPr>
          <w:p w14:paraId="4D85A5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640</w:t>
            </w:r>
          </w:p>
        </w:tc>
        <w:tc>
          <w:tcPr>
            <w:tcW w:w="1234" w:type="dxa"/>
          </w:tcPr>
          <w:p w14:paraId="1B3416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383D16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160</w:t>
            </w:r>
          </w:p>
        </w:tc>
        <w:tc>
          <w:tcPr>
            <w:tcW w:w="1234" w:type="dxa"/>
          </w:tcPr>
          <w:p w14:paraId="1A85D9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BEE7AD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5,9</w:t>
            </w:r>
          </w:p>
        </w:tc>
      </w:tr>
      <w:tr w:rsidR="006F0136" w:rsidRPr="00D77020" w14:paraId="07864114" w14:textId="77777777">
        <w:tc>
          <w:tcPr>
            <w:tcW w:w="1234" w:type="dxa"/>
          </w:tcPr>
          <w:p w14:paraId="175321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B46DA4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HE-641-б</w:t>
            </w:r>
          </w:p>
        </w:tc>
        <w:tc>
          <w:tcPr>
            <w:tcW w:w="1234" w:type="dxa"/>
          </w:tcPr>
          <w:p w14:paraId="18318C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641</w:t>
            </w:r>
          </w:p>
        </w:tc>
        <w:tc>
          <w:tcPr>
            <w:tcW w:w="1234" w:type="dxa"/>
          </w:tcPr>
          <w:p w14:paraId="3FEB8E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4AB8DC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30F51F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6CED32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25,3</w:t>
            </w:r>
          </w:p>
        </w:tc>
      </w:tr>
      <w:tr w:rsidR="006F0136" w:rsidRPr="00D77020" w14:paraId="013BD200" w14:textId="77777777">
        <w:tc>
          <w:tcPr>
            <w:tcW w:w="1234" w:type="dxa"/>
          </w:tcPr>
          <w:p w14:paraId="447B568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AB491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HE-641-в</w:t>
            </w:r>
          </w:p>
        </w:tc>
        <w:tc>
          <w:tcPr>
            <w:tcW w:w="1234" w:type="dxa"/>
          </w:tcPr>
          <w:p w14:paraId="0C4F13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641</w:t>
            </w:r>
          </w:p>
        </w:tc>
        <w:tc>
          <w:tcPr>
            <w:tcW w:w="1234" w:type="dxa"/>
          </w:tcPr>
          <w:p w14:paraId="509CBCC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2802696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7F92186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2BE7FD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10,3</w:t>
            </w:r>
          </w:p>
        </w:tc>
      </w:tr>
      <w:tr w:rsidR="006F0136" w:rsidRPr="00D77020" w14:paraId="310E939C" w14:textId="77777777">
        <w:tc>
          <w:tcPr>
            <w:tcW w:w="1234" w:type="dxa"/>
          </w:tcPr>
          <w:p w14:paraId="6EF3EA8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E78C3B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HE-641-г</w:t>
            </w:r>
          </w:p>
        </w:tc>
        <w:tc>
          <w:tcPr>
            <w:tcW w:w="1234" w:type="dxa"/>
          </w:tcPr>
          <w:p w14:paraId="19F908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641</w:t>
            </w:r>
          </w:p>
        </w:tc>
        <w:tc>
          <w:tcPr>
            <w:tcW w:w="1234" w:type="dxa"/>
          </w:tcPr>
          <w:p w14:paraId="01D8C7A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746F99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55</w:t>
            </w:r>
          </w:p>
        </w:tc>
        <w:tc>
          <w:tcPr>
            <w:tcW w:w="1234" w:type="dxa"/>
          </w:tcPr>
          <w:p w14:paraId="7873A7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07DC7F5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5,7</w:t>
            </w:r>
          </w:p>
        </w:tc>
      </w:tr>
      <w:tr w:rsidR="006F0136" w:rsidRPr="00D77020" w14:paraId="749A2D3A" w14:textId="77777777">
        <w:tc>
          <w:tcPr>
            <w:tcW w:w="1234" w:type="dxa"/>
          </w:tcPr>
          <w:p w14:paraId="1741A1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BDB106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HE-641-ж</w:t>
            </w:r>
          </w:p>
        </w:tc>
        <w:tc>
          <w:tcPr>
            <w:tcW w:w="1234" w:type="dxa"/>
          </w:tcPr>
          <w:p w14:paraId="2E10A9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641</w:t>
            </w:r>
          </w:p>
        </w:tc>
        <w:tc>
          <w:tcPr>
            <w:tcW w:w="1234" w:type="dxa"/>
          </w:tcPr>
          <w:p w14:paraId="50506AF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ж</w:t>
            </w:r>
          </w:p>
        </w:tc>
        <w:tc>
          <w:tcPr>
            <w:tcW w:w="1234" w:type="dxa"/>
          </w:tcPr>
          <w:p w14:paraId="382408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595E6C6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16707DE3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4,7</w:t>
            </w:r>
          </w:p>
        </w:tc>
      </w:tr>
      <w:tr w:rsidR="006F0136" w:rsidRPr="00D77020" w14:paraId="033D6B05" w14:textId="77777777">
        <w:tc>
          <w:tcPr>
            <w:tcW w:w="1234" w:type="dxa"/>
          </w:tcPr>
          <w:p w14:paraId="59C5FA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B152D5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HE-643-н</w:t>
            </w:r>
          </w:p>
        </w:tc>
        <w:tc>
          <w:tcPr>
            <w:tcW w:w="1234" w:type="dxa"/>
          </w:tcPr>
          <w:p w14:paraId="1678494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643</w:t>
            </w:r>
          </w:p>
        </w:tc>
        <w:tc>
          <w:tcPr>
            <w:tcW w:w="1234" w:type="dxa"/>
          </w:tcPr>
          <w:p w14:paraId="1FA0F6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7D26ED2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5965D7D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3168D74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2,1</w:t>
            </w:r>
          </w:p>
        </w:tc>
      </w:tr>
      <w:tr w:rsidR="006F0136" w:rsidRPr="00D77020" w14:paraId="0D06F773" w14:textId="77777777">
        <w:tc>
          <w:tcPr>
            <w:tcW w:w="1234" w:type="dxa"/>
          </w:tcPr>
          <w:p w14:paraId="663F440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422B17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HE-643-о</w:t>
            </w:r>
          </w:p>
        </w:tc>
        <w:tc>
          <w:tcPr>
            <w:tcW w:w="1234" w:type="dxa"/>
          </w:tcPr>
          <w:p w14:paraId="620008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643</w:t>
            </w:r>
          </w:p>
        </w:tc>
        <w:tc>
          <w:tcPr>
            <w:tcW w:w="1234" w:type="dxa"/>
          </w:tcPr>
          <w:p w14:paraId="365460D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5E13CF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80</w:t>
            </w:r>
          </w:p>
        </w:tc>
        <w:tc>
          <w:tcPr>
            <w:tcW w:w="1234" w:type="dxa"/>
          </w:tcPr>
          <w:p w14:paraId="3902BE7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3951AA8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2,4</w:t>
            </w:r>
          </w:p>
        </w:tc>
      </w:tr>
      <w:tr w:rsidR="006F0136" w:rsidRPr="00D77020" w14:paraId="24F6BD96" w14:textId="77777777">
        <w:tc>
          <w:tcPr>
            <w:tcW w:w="1234" w:type="dxa"/>
          </w:tcPr>
          <w:p w14:paraId="5F4FAF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F09A8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HE-643-п</w:t>
            </w:r>
          </w:p>
        </w:tc>
        <w:tc>
          <w:tcPr>
            <w:tcW w:w="1234" w:type="dxa"/>
          </w:tcPr>
          <w:p w14:paraId="008CC15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643</w:t>
            </w:r>
          </w:p>
        </w:tc>
        <w:tc>
          <w:tcPr>
            <w:tcW w:w="1234" w:type="dxa"/>
          </w:tcPr>
          <w:p w14:paraId="32E2F4D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47D881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57E2633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23057F70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7,0</w:t>
            </w:r>
          </w:p>
        </w:tc>
      </w:tr>
      <w:tr w:rsidR="006F0136" w:rsidRPr="00D77020" w14:paraId="525EBFC2" w14:textId="77777777">
        <w:tc>
          <w:tcPr>
            <w:tcW w:w="1234" w:type="dxa"/>
          </w:tcPr>
          <w:p w14:paraId="28D3EB6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4FB767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HE-643-р</w:t>
            </w:r>
          </w:p>
        </w:tc>
        <w:tc>
          <w:tcPr>
            <w:tcW w:w="1234" w:type="dxa"/>
          </w:tcPr>
          <w:p w14:paraId="1DFC59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643</w:t>
            </w:r>
          </w:p>
        </w:tc>
        <w:tc>
          <w:tcPr>
            <w:tcW w:w="1234" w:type="dxa"/>
          </w:tcPr>
          <w:p w14:paraId="750BB5C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5D4A42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04F5721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72570A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9,3</w:t>
            </w:r>
          </w:p>
        </w:tc>
      </w:tr>
      <w:tr w:rsidR="006F0136" w:rsidRPr="00D77020" w14:paraId="36477D6F" w14:textId="77777777">
        <w:tc>
          <w:tcPr>
            <w:tcW w:w="1234" w:type="dxa"/>
          </w:tcPr>
          <w:p w14:paraId="17EF453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13E998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HE-644-а</w:t>
            </w:r>
          </w:p>
        </w:tc>
        <w:tc>
          <w:tcPr>
            <w:tcW w:w="1234" w:type="dxa"/>
          </w:tcPr>
          <w:p w14:paraId="6995C93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644</w:t>
            </w:r>
          </w:p>
        </w:tc>
        <w:tc>
          <w:tcPr>
            <w:tcW w:w="1234" w:type="dxa"/>
          </w:tcPr>
          <w:p w14:paraId="3255C4C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1F6C14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104896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4BC7424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7,0</w:t>
            </w:r>
          </w:p>
        </w:tc>
      </w:tr>
      <w:tr w:rsidR="006F0136" w:rsidRPr="00D77020" w14:paraId="0D8E2D33" w14:textId="77777777">
        <w:tc>
          <w:tcPr>
            <w:tcW w:w="1234" w:type="dxa"/>
          </w:tcPr>
          <w:p w14:paraId="6FA3CFA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A62530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HE-644-г</w:t>
            </w:r>
          </w:p>
        </w:tc>
        <w:tc>
          <w:tcPr>
            <w:tcW w:w="1234" w:type="dxa"/>
          </w:tcPr>
          <w:p w14:paraId="2918C64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644</w:t>
            </w:r>
          </w:p>
        </w:tc>
        <w:tc>
          <w:tcPr>
            <w:tcW w:w="1234" w:type="dxa"/>
          </w:tcPr>
          <w:p w14:paraId="367C7B2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608E22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47DBAC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182449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3,9</w:t>
            </w:r>
          </w:p>
        </w:tc>
      </w:tr>
      <w:tr w:rsidR="006F0136" w:rsidRPr="00D77020" w14:paraId="4E7C5E6A" w14:textId="77777777">
        <w:tc>
          <w:tcPr>
            <w:tcW w:w="1234" w:type="dxa"/>
          </w:tcPr>
          <w:p w14:paraId="2268B6E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63E5A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HE-644-е</w:t>
            </w:r>
          </w:p>
        </w:tc>
        <w:tc>
          <w:tcPr>
            <w:tcW w:w="1234" w:type="dxa"/>
          </w:tcPr>
          <w:p w14:paraId="412EF1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644</w:t>
            </w:r>
          </w:p>
        </w:tc>
        <w:tc>
          <w:tcPr>
            <w:tcW w:w="1234" w:type="dxa"/>
          </w:tcPr>
          <w:p w14:paraId="40E138A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е</w:t>
            </w:r>
          </w:p>
        </w:tc>
        <w:tc>
          <w:tcPr>
            <w:tcW w:w="1234" w:type="dxa"/>
          </w:tcPr>
          <w:p w14:paraId="1B46ADA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234" w:type="dxa"/>
          </w:tcPr>
          <w:p w14:paraId="018134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54C96D8B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2,4</w:t>
            </w:r>
          </w:p>
        </w:tc>
      </w:tr>
      <w:tr w:rsidR="006F0136" w:rsidRPr="00D77020" w14:paraId="096D047B" w14:textId="77777777">
        <w:tc>
          <w:tcPr>
            <w:tcW w:w="1234" w:type="dxa"/>
          </w:tcPr>
          <w:p w14:paraId="143EE38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BAC3FE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HE-644-з</w:t>
            </w:r>
          </w:p>
        </w:tc>
        <w:tc>
          <w:tcPr>
            <w:tcW w:w="1234" w:type="dxa"/>
          </w:tcPr>
          <w:p w14:paraId="2A1D98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644</w:t>
            </w:r>
          </w:p>
        </w:tc>
        <w:tc>
          <w:tcPr>
            <w:tcW w:w="1234" w:type="dxa"/>
          </w:tcPr>
          <w:p w14:paraId="4C5D32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2E6A5E4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85</w:t>
            </w:r>
          </w:p>
        </w:tc>
        <w:tc>
          <w:tcPr>
            <w:tcW w:w="1234" w:type="dxa"/>
          </w:tcPr>
          <w:p w14:paraId="41AF0B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368756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9,2</w:t>
            </w:r>
          </w:p>
        </w:tc>
      </w:tr>
      <w:tr w:rsidR="006F0136" w:rsidRPr="00D77020" w14:paraId="6DA8D815" w14:textId="77777777">
        <w:tc>
          <w:tcPr>
            <w:tcW w:w="1234" w:type="dxa"/>
          </w:tcPr>
          <w:p w14:paraId="365193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28779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HE-644-к</w:t>
            </w:r>
          </w:p>
        </w:tc>
        <w:tc>
          <w:tcPr>
            <w:tcW w:w="1234" w:type="dxa"/>
          </w:tcPr>
          <w:p w14:paraId="52562C7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644</w:t>
            </w:r>
          </w:p>
        </w:tc>
        <w:tc>
          <w:tcPr>
            <w:tcW w:w="1234" w:type="dxa"/>
          </w:tcPr>
          <w:p w14:paraId="4EF3AA5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74DB9E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45</w:t>
            </w:r>
          </w:p>
        </w:tc>
        <w:tc>
          <w:tcPr>
            <w:tcW w:w="1234" w:type="dxa"/>
          </w:tcPr>
          <w:p w14:paraId="28540A9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3B274C5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33AC7D90" w14:textId="77777777">
        <w:tc>
          <w:tcPr>
            <w:tcW w:w="1234" w:type="dxa"/>
          </w:tcPr>
          <w:p w14:paraId="0176911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CA91C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HE-644-л</w:t>
            </w:r>
          </w:p>
        </w:tc>
        <w:tc>
          <w:tcPr>
            <w:tcW w:w="1234" w:type="dxa"/>
          </w:tcPr>
          <w:p w14:paraId="3EA848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644</w:t>
            </w:r>
          </w:p>
        </w:tc>
        <w:tc>
          <w:tcPr>
            <w:tcW w:w="1234" w:type="dxa"/>
          </w:tcPr>
          <w:p w14:paraId="58F4EB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л</w:t>
            </w:r>
          </w:p>
        </w:tc>
        <w:tc>
          <w:tcPr>
            <w:tcW w:w="1234" w:type="dxa"/>
          </w:tcPr>
          <w:p w14:paraId="4700F44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60</w:t>
            </w:r>
          </w:p>
        </w:tc>
        <w:tc>
          <w:tcPr>
            <w:tcW w:w="1234" w:type="dxa"/>
          </w:tcPr>
          <w:p w14:paraId="0AA831B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18919B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0,9</w:t>
            </w:r>
          </w:p>
        </w:tc>
      </w:tr>
      <w:tr w:rsidR="006F0136" w:rsidRPr="00D77020" w14:paraId="1D3AC2D3" w14:textId="77777777">
        <w:tc>
          <w:tcPr>
            <w:tcW w:w="1234" w:type="dxa"/>
          </w:tcPr>
          <w:p w14:paraId="7B59CF5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F74D24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HE-644-м</w:t>
            </w:r>
          </w:p>
        </w:tc>
        <w:tc>
          <w:tcPr>
            <w:tcW w:w="1234" w:type="dxa"/>
          </w:tcPr>
          <w:p w14:paraId="7FB441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644</w:t>
            </w:r>
          </w:p>
        </w:tc>
        <w:tc>
          <w:tcPr>
            <w:tcW w:w="1234" w:type="dxa"/>
          </w:tcPr>
          <w:p w14:paraId="412F120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45D2FC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4A1DF9F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B0C2D8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3,1</w:t>
            </w:r>
          </w:p>
        </w:tc>
      </w:tr>
      <w:tr w:rsidR="006F0136" w:rsidRPr="00D77020" w14:paraId="530AC0ED" w14:textId="77777777">
        <w:tc>
          <w:tcPr>
            <w:tcW w:w="1234" w:type="dxa"/>
          </w:tcPr>
          <w:p w14:paraId="7250D00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14958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HE-644-о</w:t>
            </w:r>
          </w:p>
        </w:tc>
        <w:tc>
          <w:tcPr>
            <w:tcW w:w="1234" w:type="dxa"/>
          </w:tcPr>
          <w:p w14:paraId="15E5B24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644</w:t>
            </w:r>
          </w:p>
        </w:tc>
        <w:tc>
          <w:tcPr>
            <w:tcW w:w="1234" w:type="dxa"/>
          </w:tcPr>
          <w:p w14:paraId="27F40A8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5844CF9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62DD63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622F7E3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3,6</w:t>
            </w:r>
          </w:p>
        </w:tc>
      </w:tr>
      <w:tr w:rsidR="006F0136" w:rsidRPr="00D77020" w14:paraId="7A4F3AB6" w14:textId="77777777">
        <w:tc>
          <w:tcPr>
            <w:tcW w:w="1234" w:type="dxa"/>
          </w:tcPr>
          <w:p w14:paraId="5E982A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EB57B5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HE-648-а</w:t>
            </w:r>
          </w:p>
        </w:tc>
        <w:tc>
          <w:tcPr>
            <w:tcW w:w="1234" w:type="dxa"/>
          </w:tcPr>
          <w:p w14:paraId="634A37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648</w:t>
            </w:r>
          </w:p>
        </w:tc>
        <w:tc>
          <w:tcPr>
            <w:tcW w:w="1234" w:type="dxa"/>
          </w:tcPr>
          <w:p w14:paraId="3137D49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45E2B1D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150</w:t>
            </w:r>
          </w:p>
        </w:tc>
        <w:tc>
          <w:tcPr>
            <w:tcW w:w="1234" w:type="dxa"/>
          </w:tcPr>
          <w:p w14:paraId="24CD65E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76CB8F8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5,2</w:t>
            </w:r>
          </w:p>
        </w:tc>
      </w:tr>
      <w:tr w:rsidR="006F0136" w:rsidRPr="00D77020" w14:paraId="128A61AB" w14:textId="77777777">
        <w:tc>
          <w:tcPr>
            <w:tcW w:w="1234" w:type="dxa"/>
          </w:tcPr>
          <w:p w14:paraId="4C8C495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CE62D6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HE-649-а</w:t>
            </w:r>
          </w:p>
        </w:tc>
        <w:tc>
          <w:tcPr>
            <w:tcW w:w="1234" w:type="dxa"/>
          </w:tcPr>
          <w:p w14:paraId="656894F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649</w:t>
            </w:r>
          </w:p>
        </w:tc>
        <w:tc>
          <w:tcPr>
            <w:tcW w:w="1234" w:type="dxa"/>
          </w:tcPr>
          <w:p w14:paraId="7828C68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а</w:t>
            </w:r>
          </w:p>
        </w:tc>
        <w:tc>
          <w:tcPr>
            <w:tcW w:w="1234" w:type="dxa"/>
          </w:tcPr>
          <w:p w14:paraId="4F55760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1C9E830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8146C4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7,8</w:t>
            </w:r>
          </w:p>
        </w:tc>
      </w:tr>
      <w:tr w:rsidR="006F0136" w:rsidRPr="00D77020" w14:paraId="11365CA9" w14:textId="77777777">
        <w:tc>
          <w:tcPr>
            <w:tcW w:w="1234" w:type="dxa"/>
          </w:tcPr>
          <w:p w14:paraId="61D1A55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2C14B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HE-649-м</w:t>
            </w:r>
          </w:p>
        </w:tc>
        <w:tc>
          <w:tcPr>
            <w:tcW w:w="1234" w:type="dxa"/>
          </w:tcPr>
          <w:p w14:paraId="0C779DB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649</w:t>
            </w:r>
          </w:p>
        </w:tc>
        <w:tc>
          <w:tcPr>
            <w:tcW w:w="1234" w:type="dxa"/>
          </w:tcPr>
          <w:p w14:paraId="63EA5EC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м</w:t>
            </w:r>
          </w:p>
        </w:tc>
        <w:tc>
          <w:tcPr>
            <w:tcW w:w="1234" w:type="dxa"/>
          </w:tcPr>
          <w:p w14:paraId="3141F3D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35</w:t>
            </w:r>
          </w:p>
        </w:tc>
        <w:tc>
          <w:tcPr>
            <w:tcW w:w="1234" w:type="dxa"/>
          </w:tcPr>
          <w:p w14:paraId="4A3393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37B761F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14,9</w:t>
            </w:r>
          </w:p>
        </w:tc>
      </w:tr>
      <w:tr w:rsidR="006F0136" w:rsidRPr="00D77020" w14:paraId="0AB4A6D7" w14:textId="77777777">
        <w:tc>
          <w:tcPr>
            <w:tcW w:w="1234" w:type="dxa"/>
          </w:tcPr>
          <w:p w14:paraId="6D8D72A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67407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HE-649-н</w:t>
            </w:r>
          </w:p>
        </w:tc>
        <w:tc>
          <w:tcPr>
            <w:tcW w:w="1234" w:type="dxa"/>
          </w:tcPr>
          <w:p w14:paraId="0C4023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649</w:t>
            </w:r>
          </w:p>
        </w:tc>
        <w:tc>
          <w:tcPr>
            <w:tcW w:w="1234" w:type="dxa"/>
          </w:tcPr>
          <w:p w14:paraId="1399A1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н</w:t>
            </w:r>
          </w:p>
        </w:tc>
        <w:tc>
          <w:tcPr>
            <w:tcW w:w="1234" w:type="dxa"/>
          </w:tcPr>
          <w:p w14:paraId="07CAB38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065698F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33606E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1,3</w:t>
            </w:r>
          </w:p>
        </w:tc>
      </w:tr>
      <w:tr w:rsidR="006F0136" w:rsidRPr="00D77020" w14:paraId="605F87DB" w14:textId="77777777">
        <w:tc>
          <w:tcPr>
            <w:tcW w:w="1234" w:type="dxa"/>
          </w:tcPr>
          <w:p w14:paraId="4F71396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5B51B0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HE-649-п</w:t>
            </w:r>
          </w:p>
        </w:tc>
        <w:tc>
          <w:tcPr>
            <w:tcW w:w="1234" w:type="dxa"/>
          </w:tcPr>
          <w:p w14:paraId="4FDBF01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649</w:t>
            </w:r>
          </w:p>
        </w:tc>
        <w:tc>
          <w:tcPr>
            <w:tcW w:w="1234" w:type="dxa"/>
          </w:tcPr>
          <w:p w14:paraId="439623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п</w:t>
            </w:r>
          </w:p>
        </w:tc>
        <w:tc>
          <w:tcPr>
            <w:tcW w:w="1234" w:type="dxa"/>
          </w:tcPr>
          <w:p w14:paraId="71CD959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40</w:t>
            </w:r>
          </w:p>
        </w:tc>
        <w:tc>
          <w:tcPr>
            <w:tcW w:w="1234" w:type="dxa"/>
          </w:tcPr>
          <w:p w14:paraId="76F12A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1CEA377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1,7</w:t>
            </w:r>
          </w:p>
        </w:tc>
      </w:tr>
      <w:tr w:rsidR="006F0136" w:rsidRPr="00D77020" w14:paraId="6CE86B9D" w14:textId="77777777">
        <w:tc>
          <w:tcPr>
            <w:tcW w:w="1234" w:type="dxa"/>
          </w:tcPr>
          <w:p w14:paraId="4BEBC76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F4DBB5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HE-649-р</w:t>
            </w:r>
          </w:p>
        </w:tc>
        <w:tc>
          <w:tcPr>
            <w:tcW w:w="1234" w:type="dxa"/>
          </w:tcPr>
          <w:p w14:paraId="5419F62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649</w:t>
            </w:r>
          </w:p>
        </w:tc>
        <w:tc>
          <w:tcPr>
            <w:tcW w:w="1234" w:type="dxa"/>
          </w:tcPr>
          <w:p w14:paraId="030499A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р</w:t>
            </w:r>
          </w:p>
        </w:tc>
        <w:tc>
          <w:tcPr>
            <w:tcW w:w="1234" w:type="dxa"/>
          </w:tcPr>
          <w:p w14:paraId="62863A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52880D3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86F3245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4,6</w:t>
            </w:r>
          </w:p>
        </w:tc>
      </w:tr>
      <w:tr w:rsidR="006F0136" w:rsidRPr="00D77020" w14:paraId="5F889D66" w14:textId="77777777">
        <w:tc>
          <w:tcPr>
            <w:tcW w:w="1234" w:type="dxa"/>
          </w:tcPr>
          <w:p w14:paraId="2B754B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4DCF72B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HE-649-с</w:t>
            </w:r>
          </w:p>
        </w:tc>
        <w:tc>
          <w:tcPr>
            <w:tcW w:w="1234" w:type="dxa"/>
          </w:tcPr>
          <w:p w14:paraId="2A70FF3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649</w:t>
            </w:r>
          </w:p>
        </w:tc>
        <w:tc>
          <w:tcPr>
            <w:tcW w:w="1234" w:type="dxa"/>
          </w:tcPr>
          <w:p w14:paraId="4BFBE34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с</w:t>
            </w:r>
          </w:p>
        </w:tc>
        <w:tc>
          <w:tcPr>
            <w:tcW w:w="1234" w:type="dxa"/>
          </w:tcPr>
          <w:p w14:paraId="194B162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709CA2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41B1F32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1,8</w:t>
            </w:r>
          </w:p>
        </w:tc>
      </w:tr>
      <w:tr w:rsidR="006F0136" w:rsidRPr="00D77020" w14:paraId="53B2D195" w14:textId="77777777">
        <w:tc>
          <w:tcPr>
            <w:tcW w:w="1234" w:type="dxa"/>
          </w:tcPr>
          <w:p w14:paraId="170B42E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6123A2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HE-649-т</w:t>
            </w:r>
          </w:p>
        </w:tc>
        <w:tc>
          <w:tcPr>
            <w:tcW w:w="1234" w:type="dxa"/>
          </w:tcPr>
          <w:p w14:paraId="244E11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649</w:t>
            </w:r>
          </w:p>
        </w:tc>
        <w:tc>
          <w:tcPr>
            <w:tcW w:w="1234" w:type="dxa"/>
          </w:tcPr>
          <w:p w14:paraId="61F32D5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т</w:t>
            </w:r>
          </w:p>
        </w:tc>
        <w:tc>
          <w:tcPr>
            <w:tcW w:w="1234" w:type="dxa"/>
          </w:tcPr>
          <w:p w14:paraId="491E8DF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3438004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636FD106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14,7</w:t>
            </w:r>
          </w:p>
        </w:tc>
      </w:tr>
      <w:tr w:rsidR="006F0136" w:rsidRPr="00D77020" w14:paraId="063BB9C9" w14:textId="77777777">
        <w:tc>
          <w:tcPr>
            <w:tcW w:w="1234" w:type="dxa"/>
          </w:tcPr>
          <w:p w14:paraId="0E1F2B6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CCFF17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HE-649-ю</w:t>
            </w:r>
          </w:p>
        </w:tc>
        <w:tc>
          <w:tcPr>
            <w:tcW w:w="1234" w:type="dxa"/>
          </w:tcPr>
          <w:p w14:paraId="306E67A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649</w:t>
            </w:r>
          </w:p>
        </w:tc>
        <w:tc>
          <w:tcPr>
            <w:tcW w:w="1234" w:type="dxa"/>
          </w:tcPr>
          <w:p w14:paraId="168B1ED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ю</w:t>
            </w:r>
          </w:p>
        </w:tc>
        <w:tc>
          <w:tcPr>
            <w:tcW w:w="1234" w:type="dxa"/>
          </w:tcPr>
          <w:p w14:paraId="722B58F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0401491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405E8C5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4,6</w:t>
            </w:r>
          </w:p>
        </w:tc>
      </w:tr>
      <w:tr w:rsidR="006F0136" w:rsidRPr="00D77020" w14:paraId="3B8A65AA" w14:textId="77777777">
        <w:tc>
          <w:tcPr>
            <w:tcW w:w="1234" w:type="dxa"/>
          </w:tcPr>
          <w:p w14:paraId="3C52FA0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64DFC1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HE-649-я</w:t>
            </w:r>
          </w:p>
        </w:tc>
        <w:tc>
          <w:tcPr>
            <w:tcW w:w="1234" w:type="dxa"/>
          </w:tcPr>
          <w:p w14:paraId="08CCBE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649</w:t>
            </w:r>
          </w:p>
        </w:tc>
        <w:tc>
          <w:tcPr>
            <w:tcW w:w="1234" w:type="dxa"/>
          </w:tcPr>
          <w:p w14:paraId="31AC349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я</w:t>
            </w:r>
          </w:p>
        </w:tc>
        <w:tc>
          <w:tcPr>
            <w:tcW w:w="1234" w:type="dxa"/>
          </w:tcPr>
          <w:p w14:paraId="366A17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50</w:t>
            </w:r>
          </w:p>
        </w:tc>
        <w:tc>
          <w:tcPr>
            <w:tcW w:w="1234" w:type="dxa"/>
          </w:tcPr>
          <w:p w14:paraId="1F261E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1469D7D9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2,8</w:t>
            </w:r>
          </w:p>
        </w:tc>
      </w:tr>
      <w:tr w:rsidR="006F0136" w:rsidRPr="00D77020" w14:paraId="755394F1" w14:textId="77777777">
        <w:tc>
          <w:tcPr>
            <w:tcW w:w="1234" w:type="dxa"/>
          </w:tcPr>
          <w:p w14:paraId="476B0F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7145A0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HE-656-к</w:t>
            </w:r>
          </w:p>
        </w:tc>
        <w:tc>
          <w:tcPr>
            <w:tcW w:w="1234" w:type="dxa"/>
          </w:tcPr>
          <w:p w14:paraId="171C55D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656</w:t>
            </w:r>
          </w:p>
        </w:tc>
        <w:tc>
          <w:tcPr>
            <w:tcW w:w="1234" w:type="dxa"/>
          </w:tcPr>
          <w:p w14:paraId="351538A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к</w:t>
            </w:r>
          </w:p>
        </w:tc>
        <w:tc>
          <w:tcPr>
            <w:tcW w:w="1234" w:type="dxa"/>
          </w:tcPr>
          <w:p w14:paraId="0A2C011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55</w:t>
            </w:r>
          </w:p>
        </w:tc>
        <w:tc>
          <w:tcPr>
            <w:tcW w:w="1234" w:type="dxa"/>
          </w:tcPr>
          <w:p w14:paraId="5532AAB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91CA</w:t>
            </w:r>
          </w:p>
        </w:tc>
        <w:tc>
          <w:tcPr>
            <w:tcW w:w="1234" w:type="dxa"/>
          </w:tcPr>
          <w:p w14:paraId="13CB324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0,1</w:t>
            </w:r>
          </w:p>
        </w:tc>
      </w:tr>
      <w:tr w:rsidR="006F0136" w:rsidRPr="00D77020" w14:paraId="28BAFA57" w14:textId="77777777">
        <w:tc>
          <w:tcPr>
            <w:tcW w:w="1234" w:type="dxa"/>
          </w:tcPr>
          <w:p w14:paraId="2285DDA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049461E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HE-667-б</w:t>
            </w:r>
          </w:p>
        </w:tc>
        <w:tc>
          <w:tcPr>
            <w:tcW w:w="1234" w:type="dxa"/>
          </w:tcPr>
          <w:p w14:paraId="4B7C8A6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667</w:t>
            </w:r>
          </w:p>
        </w:tc>
        <w:tc>
          <w:tcPr>
            <w:tcW w:w="1234" w:type="dxa"/>
          </w:tcPr>
          <w:p w14:paraId="03D73139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б</w:t>
            </w:r>
          </w:p>
        </w:tc>
        <w:tc>
          <w:tcPr>
            <w:tcW w:w="1234" w:type="dxa"/>
          </w:tcPr>
          <w:p w14:paraId="7187FE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65</w:t>
            </w:r>
          </w:p>
        </w:tc>
        <w:tc>
          <w:tcPr>
            <w:tcW w:w="1234" w:type="dxa"/>
          </w:tcPr>
          <w:p w14:paraId="094D50D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76229BAC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28,6</w:t>
            </w:r>
          </w:p>
        </w:tc>
      </w:tr>
      <w:tr w:rsidR="006F0136" w:rsidRPr="00D77020" w14:paraId="19DB9DC1" w14:textId="77777777">
        <w:tc>
          <w:tcPr>
            <w:tcW w:w="1234" w:type="dxa"/>
          </w:tcPr>
          <w:p w14:paraId="2822A1F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53AC49B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HE-667-в</w:t>
            </w:r>
          </w:p>
        </w:tc>
        <w:tc>
          <w:tcPr>
            <w:tcW w:w="1234" w:type="dxa"/>
          </w:tcPr>
          <w:p w14:paraId="1394A1D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667</w:t>
            </w:r>
          </w:p>
        </w:tc>
        <w:tc>
          <w:tcPr>
            <w:tcW w:w="1234" w:type="dxa"/>
          </w:tcPr>
          <w:p w14:paraId="481062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379092D5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30</w:t>
            </w:r>
          </w:p>
        </w:tc>
        <w:tc>
          <w:tcPr>
            <w:tcW w:w="1234" w:type="dxa"/>
          </w:tcPr>
          <w:p w14:paraId="405DB3D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65CA3838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0,5</w:t>
            </w:r>
          </w:p>
        </w:tc>
      </w:tr>
      <w:tr w:rsidR="006F0136" w:rsidRPr="00D77020" w14:paraId="6A1FF374" w14:textId="77777777">
        <w:tc>
          <w:tcPr>
            <w:tcW w:w="1234" w:type="dxa"/>
          </w:tcPr>
          <w:p w14:paraId="193FADB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AF6F1B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HE-667-г</w:t>
            </w:r>
          </w:p>
        </w:tc>
        <w:tc>
          <w:tcPr>
            <w:tcW w:w="1234" w:type="dxa"/>
          </w:tcPr>
          <w:p w14:paraId="2EA4870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667</w:t>
            </w:r>
          </w:p>
        </w:tc>
        <w:tc>
          <w:tcPr>
            <w:tcW w:w="1234" w:type="dxa"/>
          </w:tcPr>
          <w:p w14:paraId="78DBCC5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г</w:t>
            </w:r>
          </w:p>
        </w:tc>
        <w:tc>
          <w:tcPr>
            <w:tcW w:w="1234" w:type="dxa"/>
          </w:tcPr>
          <w:p w14:paraId="233AE812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45</w:t>
            </w:r>
          </w:p>
        </w:tc>
        <w:tc>
          <w:tcPr>
            <w:tcW w:w="1234" w:type="dxa"/>
          </w:tcPr>
          <w:p w14:paraId="25E5B28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91M0</w:t>
            </w:r>
          </w:p>
        </w:tc>
        <w:tc>
          <w:tcPr>
            <w:tcW w:w="1234" w:type="dxa"/>
          </w:tcPr>
          <w:p w14:paraId="77FE195D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0,2</w:t>
            </w:r>
          </w:p>
        </w:tc>
      </w:tr>
      <w:tr w:rsidR="006F0136" w:rsidRPr="00D77020" w14:paraId="03C469AA" w14:textId="77777777">
        <w:tc>
          <w:tcPr>
            <w:tcW w:w="1234" w:type="dxa"/>
          </w:tcPr>
          <w:p w14:paraId="66CB8DE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2A1055F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HE-675-о</w:t>
            </w:r>
          </w:p>
        </w:tc>
        <w:tc>
          <w:tcPr>
            <w:tcW w:w="1234" w:type="dxa"/>
          </w:tcPr>
          <w:p w14:paraId="4FBF16F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675</w:t>
            </w:r>
          </w:p>
        </w:tc>
        <w:tc>
          <w:tcPr>
            <w:tcW w:w="1234" w:type="dxa"/>
          </w:tcPr>
          <w:p w14:paraId="70E1A0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</w:t>
            </w:r>
          </w:p>
        </w:tc>
        <w:tc>
          <w:tcPr>
            <w:tcW w:w="1234" w:type="dxa"/>
          </w:tcPr>
          <w:p w14:paraId="1AC80E7E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</w:t>
            </w:r>
          </w:p>
        </w:tc>
        <w:tc>
          <w:tcPr>
            <w:tcW w:w="1234" w:type="dxa"/>
          </w:tcPr>
          <w:p w14:paraId="07E0B3C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91W0</w:t>
            </w:r>
          </w:p>
        </w:tc>
        <w:tc>
          <w:tcPr>
            <w:tcW w:w="1234" w:type="dxa"/>
          </w:tcPr>
          <w:p w14:paraId="525E392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0,3</w:t>
            </w:r>
          </w:p>
        </w:tc>
      </w:tr>
      <w:tr w:rsidR="006F0136" w:rsidRPr="00D77020" w14:paraId="3D34EACA" w14:textId="77777777">
        <w:tc>
          <w:tcPr>
            <w:tcW w:w="1234" w:type="dxa"/>
          </w:tcPr>
          <w:p w14:paraId="21164AF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6F46C60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HE-708-в</w:t>
            </w:r>
          </w:p>
        </w:tc>
        <w:tc>
          <w:tcPr>
            <w:tcW w:w="1234" w:type="dxa"/>
          </w:tcPr>
          <w:p w14:paraId="09274A9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708</w:t>
            </w:r>
          </w:p>
        </w:tc>
        <w:tc>
          <w:tcPr>
            <w:tcW w:w="1234" w:type="dxa"/>
          </w:tcPr>
          <w:p w14:paraId="4365531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</w:t>
            </w:r>
          </w:p>
        </w:tc>
        <w:tc>
          <w:tcPr>
            <w:tcW w:w="1234" w:type="dxa"/>
          </w:tcPr>
          <w:p w14:paraId="2131FAE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120</w:t>
            </w:r>
          </w:p>
        </w:tc>
        <w:tc>
          <w:tcPr>
            <w:tcW w:w="1234" w:type="dxa"/>
          </w:tcPr>
          <w:p w14:paraId="1572CCA1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7021011F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7,1</w:t>
            </w:r>
          </w:p>
        </w:tc>
      </w:tr>
      <w:tr w:rsidR="006F0136" w:rsidRPr="00D77020" w14:paraId="117F3378" w14:textId="77777777">
        <w:tc>
          <w:tcPr>
            <w:tcW w:w="1234" w:type="dxa"/>
          </w:tcPr>
          <w:p w14:paraId="322009D8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122681BB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HE-708-в1</w:t>
            </w:r>
          </w:p>
        </w:tc>
        <w:tc>
          <w:tcPr>
            <w:tcW w:w="1234" w:type="dxa"/>
          </w:tcPr>
          <w:p w14:paraId="6A4BA9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708</w:t>
            </w:r>
          </w:p>
        </w:tc>
        <w:tc>
          <w:tcPr>
            <w:tcW w:w="1234" w:type="dxa"/>
          </w:tcPr>
          <w:p w14:paraId="73BBAA73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в1</w:t>
            </w:r>
          </w:p>
        </w:tc>
        <w:tc>
          <w:tcPr>
            <w:tcW w:w="1234" w:type="dxa"/>
          </w:tcPr>
          <w:p w14:paraId="0186E21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130</w:t>
            </w:r>
          </w:p>
        </w:tc>
        <w:tc>
          <w:tcPr>
            <w:tcW w:w="1234" w:type="dxa"/>
          </w:tcPr>
          <w:p w14:paraId="2E9D080A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9170</w:t>
            </w:r>
          </w:p>
        </w:tc>
        <w:tc>
          <w:tcPr>
            <w:tcW w:w="1234" w:type="dxa"/>
          </w:tcPr>
          <w:p w14:paraId="594A467E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4,7</w:t>
            </w:r>
          </w:p>
        </w:tc>
      </w:tr>
      <w:tr w:rsidR="006F0136" w:rsidRPr="00D77020" w14:paraId="1DF5490A" w14:textId="77777777">
        <w:tc>
          <w:tcPr>
            <w:tcW w:w="1234" w:type="dxa"/>
          </w:tcPr>
          <w:p w14:paraId="57E63CBD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2019</w:t>
            </w:r>
          </w:p>
        </w:tc>
        <w:tc>
          <w:tcPr>
            <w:tcW w:w="1234" w:type="dxa"/>
          </w:tcPr>
          <w:p w14:paraId="36B4F6B4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HE-708-з</w:t>
            </w:r>
          </w:p>
        </w:tc>
        <w:tc>
          <w:tcPr>
            <w:tcW w:w="1234" w:type="dxa"/>
          </w:tcPr>
          <w:p w14:paraId="57691B46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708</w:t>
            </w:r>
          </w:p>
        </w:tc>
        <w:tc>
          <w:tcPr>
            <w:tcW w:w="1234" w:type="dxa"/>
          </w:tcPr>
          <w:p w14:paraId="76483BFF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з</w:t>
            </w:r>
          </w:p>
        </w:tc>
        <w:tc>
          <w:tcPr>
            <w:tcW w:w="1234" w:type="dxa"/>
          </w:tcPr>
          <w:p w14:paraId="4C32913C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140</w:t>
            </w:r>
          </w:p>
        </w:tc>
        <w:tc>
          <w:tcPr>
            <w:tcW w:w="1234" w:type="dxa"/>
          </w:tcPr>
          <w:p w14:paraId="4AFA7E57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9130</w:t>
            </w:r>
          </w:p>
        </w:tc>
        <w:tc>
          <w:tcPr>
            <w:tcW w:w="1234" w:type="dxa"/>
          </w:tcPr>
          <w:p w14:paraId="06CDBDC1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1,5</w:t>
            </w:r>
          </w:p>
        </w:tc>
      </w:tr>
      <w:tr w:rsidR="006F0136" w:rsidRPr="00D77020" w14:paraId="08EC7FC5" w14:textId="77777777">
        <w:tc>
          <w:tcPr>
            <w:tcW w:w="7404" w:type="dxa"/>
            <w:gridSpan w:val="6"/>
          </w:tcPr>
          <w:p w14:paraId="65FFD9C0" w14:textId="77777777" w:rsidR="006F0136" w:rsidRPr="00D77020" w:rsidRDefault="00D77020">
            <w:pPr>
              <w:rPr>
                <w:lang w:val="bg-BG"/>
              </w:rPr>
            </w:pPr>
            <w:r w:rsidRPr="00D77020">
              <w:rPr>
                <w:lang w:val="bg-BG"/>
              </w:rPr>
              <w:t>Обща площ за зоната:</w:t>
            </w:r>
          </w:p>
        </w:tc>
        <w:tc>
          <w:tcPr>
            <w:tcW w:w="1234" w:type="dxa"/>
          </w:tcPr>
          <w:p w14:paraId="235181C7" w14:textId="77777777" w:rsidR="006F0136" w:rsidRPr="00D77020" w:rsidRDefault="00D77020">
            <w:pPr>
              <w:jc w:val="right"/>
              <w:rPr>
                <w:lang w:val="bg-BG"/>
              </w:rPr>
            </w:pPr>
            <w:r w:rsidRPr="00D77020">
              <w:rPr>
                <w:lang w:val="bg-BG"/>
              </w:rPr>
              <w:t>267,3</w:t>
            </w:r>
          </w:p>
        </w:tc>
      </w:tr>
    </w:tbl>
    <w:p w14:paraId="73EE5F30" w14:textId="77777777" w:rsidR="00D77020" w:rsidRPr="00D77020" w:rsidRDefault="00D77020">
      <w:pPr>
        <w:rPr>
          <w:lang w:val="bg-BG"/>
        </w:rPr>
      </w:pPr>
    </w:p>
    <w:sectPr w:rsidR="00D77020" w:rsidRPr="00D77020" w:rsidSect="00D77020">
      <w:footerReference w:type="default" r:id="rId8"/>
      <w:pgSz w:w="12240" w:h="15840"/>
      <w:pgMar w:top="709" w:right="1800" w:bottom="1134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071073" w14:textId="77777777" w:rsidR="00D948A3" w:rsidRDefault="00D948A3" w:rsidP="00D77020">
      <w:pPr>
        <w:spacing w:after="0" w:line="240" w:lineRule="auto"/>
      </w:pPr>
      <w:r>
        <w:separator/>
      </w:r>
    </w:p>
  </w:endnote>
  <w:endnote w:type="continuationSeparator" w:id="0">
    <w:p w14:paraId="7FBA878C" w14:textId="77777777" w:rsidR="00D948A3" w:rsidRDefault="00D948A3" w:rsidP="00D77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11965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4CD0B4" w14:textId="3D753342" w:rsidR="00D77020" w:rsidRDefault="00D770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4E6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3EF40D7" w14:textId="77777777" w:rsidR="00D77020" w:rsidRDefault="00D770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6CFF4A" w14:textId="77777777" w:rsidR="00D948A3" w:rsidRDefault="00D948A3" w:rsidP="00D77020">
      <w:pPr>
        <w:spacing w:after="0" w:line="240" w:lineRule="auto"/>
      </w:pPr>
      <w:r>
        <w:separator/>
      </w:r>
    </w:p>
  </w:footnote>
  <w:footnote w:type="continuationSeparator" w:id="0">
    <w:p w14:paraId="70386A0F" w14:textId="77777777" w:rsidR="00D948A3" w:rsidRDefault="00D948A3" w:rsidP="00D77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GrammaticalError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67DE7"/>
    <w:rsid w:val="000F3F02"/>
    <w:rsid w:val="0015074B"/>
    <w:rsid w:val="001A4535"/>
    <w:rsid w:val="001F1EC4"/>
    <w:rsid w:val="0029639D"/>
    <w:rsid w:val="00326F90"/>
    <w:rsid w:val="003A62FE"/>
    <w:rsid w:val="00454E6C"/>
    <w:rsid w:val="0060153D"/>
    <w:rsid w:val="006D0FA3"/>
    <w:rsid w:val="006D6B41"/>
    <w:rsid w:val="006F0136"/>
    <w:rsid w:val="007E7B6A"/>
    <w:rsid w:val="00812F18"/>
    <w:rsid w:val="00836EC2"/>
    <w:rsid w:val="00AA1D8D"/>
    <w:rsid w:val="00B32F4D"/>
    <w:rsid w:val="00B47730"/>
    <w:rsid w:val="00CB0664"/>
    <w:rsid w:val="00D77020"/>
    <w:rsid w:val="00D948A3"/>
    <w:rsid w:val="00E0731C"/>
    <w:rsid w:val="00E17403"/>
    <w:rsid w:val="00E961FC"/>
    <w:rsid w:val="00EA2075"/>
    <w:rsid w:val="00F92DD7"/>
    <w:rsid w:val="00FA06E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34A83E"/>
  <w14:defaultImageDpi w14:val="300"/>
  <w15:docId w15:val="{7D87F678-F675-4895-86C8-7318A60D4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2F18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D7702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77020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D770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3BB61DA-20AA-4BBB-82FF-9A89D15BA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94</Pages>
  <Words>19248</Words>
  <Characters>109720</Characters>
  <Application>Microsoft Office Word</Application>
  <DocSecurity>0</DocSecurity>
  <Lines>914</Lines>
  <Paragraphs>257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128711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Slavina I. Popova</cp:lastModifiedBy>
  <cp:revision>2</cp:revision>
  <dcterms:created xsi:type="dcterms:W3CDTF">2026-08-17T09:13:00Z</dcterms:created>
  <dcterms:modified xsi:type="dcterms:W3CDTF">2026-08-17T09:13:00Z</dcterms:modified>
  <cp:category/>
</cp:coreProperties>
</file>